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EC9D8" w14:textId="77777777" w:rsidR="00DB470A" w:rsidRDefault="00DB470A">
      <w:pPr>
        <w:jc w:val="center"/>
      </w:pPr>
    </w:p>
    <w:p w14:paraId="6EB23DE8" w14:textId="7800AFDD" w:rsidR="00DB470A" w:rsidRDefault="00000000">
      <w:pPr>
        <w:jc w:val="center"/>
      </w:pPr>
      <w:r>
        <w:rPr>
          <w:b/>
          <w:sz w:val="32"/>
        </w:rPr>
        <w:t>MSc Data and Artificial Intelligence</w:t>
      </w:r>
      <w:r>
        <w:rPr>
          <w:b/>
          <w:sz w:val="32"/>
        </w:rPr>
        <w:br/>
      </w:r>
      <w:r>
        <w:rPr>
          <w:b/>
          <w:sz w:val="32"/>
        </w:rPr>
        <w:br/>
        <w:t>Module: Research Methods and Professional Development</w:t>
      </w:r>
      <w:r>
        <w:rPr>
          <w:b/>
          <w:sz w:val="32"/>
        </w:rPr>
        <w:br/>
      </w:r>
      <w:r>
        <w:rPr>
          <w:b/>
          <w:sz w:val="32"/>
        </w:rPr>
        <w:br/>
        <w:t>Module Code: ACFA7004</w:t>
      </w:r>
      <w:r>
        <w:rPr>
          <w:b/>
          <w:sz w:val="32"/>
        </w:rPr>
        <w:br/>
      </w:r>
      <w:r>
        <w:rPr>
          <w:b/>
          <w:sz w:val="32"/>
        </w:rPr>
        <w:br/>
      </w:r>
      <w:r w:rsidR="00B21935">
        <w:rPr>
          <w:b/>
          <w:sz w:val="32"/>
        </w:rPr>
        <w:t>Assessment</w:t>
      </w:r>
      <w:r w:rsidR="00B21935">
        <w:rPr>
          <w:b/>
          <w:sz w:val="32"/>
        </w:rPr>
        <w:t xml:space="preserve"> </w:t>
      </w:r>
      <w:r>
        <w:rPr>
          <w:b/>
          <w:sz w:val="32"/>
        </w:rPr>
        <w:t>Component 1: Research Proposal</w:t>
      </w:r>
      <w:r>
        <w:rPr>
          <w:b/>
          <w:sz w:val="32"/>
        </w:rPr>
        <w:br/>
      </w:r>
      <w:r>
        <w:rPr>
          <w:b/>
          <w:sz w:val="32"/>
        </w:rPr>
        <w:br/>
      </w:r>
    </w:p>
    <w:p w14:paraId="46FDD056" w14:textId="77777777" w:rsidR="00DB470A" w:rsidRDefault="00DB470A"/>
    <w:p w14:paraId="122E522E" w14:textId="494DEA54" w:rsidR="00DB470A" w:rsidRDefault="00000000">
      <w:r>
        <w:rPr>
          <w:b/>
        </w:rPr>
        <w:t xml:space="preserve">Submission Deadline: </w:t>
      </w:r>
      <w:r>
        <w:t>13th August 2025, 14:00 (2PM)</w:t>
      </w:r>
      <w:r>
        <w:br/>
      </w:r>
      <w:r>
        <w:rPr>
          <w:b/>
        </w:rPr>
        <w:t xml:space="preserve">Lecturer: </w:t>
      </w:r>
      <w:r>
        <w:t xml:space="preserve">Dr </w:t>
      </w:r>
      <w:r w:rsidR="004B6CA4">
        <w:t>Suresh Shanmugasundaram</w:t>
      </w:r>
    </w:p>
    <w:p w14:paraId="12108A1C" w14:textId="77777777" w:rsidR="00DB470A" w:rsidRDefault="00DB470A"/>
    <w:p w14:paraId="505B57FD" w14:textId="77777777" w:rsidR="004B6CA4" w:rsidRDefault="004B6CA4"/>
    <w:p w14:paraId="7705ABD5" w14:textId="77777777" w:rsidR="004B6CA4" w:rsidRDefault="004B6CA4"/>
    <w:p w14:paraId="54F3D82B" w14:textId="583B191B" w:rsidR="004B6CA4" w:rsidRDefault="004B6CA4" w:rsidP="004B6CA4">
      <w:r>
        <w:t>Title of Proposal: ___</w:t>
      </w:r>
      <w:r>
        <w:t>_____________________________________________________</w:t>
      </w:r>
    </w:p>
    <w:p w14:paraId="2F9DF2C1" w14:textId="33C16BB2" w:rsidR="004B6CA4" w:rsidRDefault="004B6CA4" w:rsidP="004B6CA4">
      <w:r>
        <w:t>__________________________</w:t>
      </w:r>
      <w:r>
        <w:t>_______________________</w:t>
      </w:r>
      <w:r>
        <w:t>_______</w:t>
      </w:r>
      <w:r>
        <w:t>______________</w:t>
      </w:r>
    </w:p>
    <w:p w14:paraId="16EEBD8F" w14:textId="77777777" w:rsidR="004B6CA4" w:rsidRDefault="004B6CA4" w:rsidP="004B6CA4"/>
    <w:p w14:paraId="5976B100" w14:textId="77777777" w:rsidR="004B6CA4" w:rsidRDefault="004B6CA4" w:rsidP="004B6CA4">
      <w:r>
        <w:t>Student Name: _____________________________________________</w:t>
      </w:r>
    </w:p>
    <w:p w14:paraId="388589FE" w14:textId="77777777" w:rsidR="004B6CA4" w:rsidRDefault="004B6CA4" w:rsidP="004B6CA4"/>
    <w:p w14:paraId="11DE3ACF" w14:textId="55729074" w:rsidR="00DB470A" w:rsidRDefault="004B6CA4" w:rsidP="004B6CA4">
      <w:pPr>
        <w:sectPr w:rsidR="00DB470A"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>
        <w:t>Student Number: ___________________________________________</w:t>
      </w:r>
    </w:p>
    <w:p w14:paraId="3F7D53CC" w14:textId="7D6B305C" w:rsidR="004B6CA4" w:rsidRDefault="004B6CA4">
      <w:pPr>
        <w:pStyle w:val="Heading1"/>
      </w:pPr>
    </w:p>
    <w:sdt>
      <w:sdtPr>
        <w:id w:val="-789048973"/>
        <w:docPartObj>
          <w:docPartGallery w:val="Table of Contents"/>
          <w:docPartUnique/>
        </w:docPartObj>
      </w:sdtPr>
      <w:sdtEndPr>
        <w:rPr>
          <w:rFonts w:ascii="Arial" w:eastAsiaTheme="minorEastAsia" w:hAnsi="Arial" w:cstheme="minorBidi"/>
          <w:noProof/>
          <w:color w:val="auto"/>
          <w:sz w:val="22"/>
          <w:szCs w:val="22"/>
        </w:rPr>
      </w:sdtEndPr>
      <w:sdtContent>
        <w:p w14:paraId="46049366" w14:textId="280E3DDE" w:rsidR="004B6CA4" w:rsidRDefault="004B6CA4">
          <w:pPr>
            <w:pStyle w:val="TOCHeading"/>
          </w:pPr>
          <w:r>
            <w:t>Table of Contents</w:t>
          </w:r>
        </w:p>
        <w:p w14:paraId="0F4AA829" w14:textId="425421C9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4843502" w:history="1">
            <w:r w:rsidRPr="000C3350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1E7B7" w14:textId="295122B7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03" w:history="1">
            <w:r w:rsidRPr="000C3350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C32183" w14:textId="26BB892C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04" w:history="1">
            <w:r w:rsidRPr="000C3350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E963C0" w14:textId="64CE37B5" w:rsidR="004B6CA4" w:rsidRDefault="004B6CA4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05" w:history="1">
            <w:r w:rsidRPr="000C3350">
              <w:rPr>
                <w:rStyle w:val="Hyperlink"/>
                <w:noProof/>
              </w:rPr>
              <w:t>1.1 Context and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A48954" w14:textId="5739E4D6" w:rsidR="004B6CA4" w:rsidRDefault="004B6CA4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06" w:history="1">
            <w:r w:rsidRPr="000C3350">
              <w:rPr>
                <w:rStyle w:val="Hyperlink"/>
                <w:noProof/>
              </w:rPr>
              <w:t>1.2 Research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5276B" w14:textId="7B2A0848" w:rsidR="004B6CA4" w:rsidRDefault="004B6CA4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07" w:history="1">
            <w:r w:rsidRPr="000C3350">
              <w:rPr>
                <w:rStyle w:val="Hyperlink"/>
                <w:noProof/>
              </w:rPr>
              <w:t>1.3 Research 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60DCA" w14:textId="2C19A266" w:rsidR="004B6CA4" w:rsidRDefault="004B6CA4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08" w:history="1">
            <w:r w:rsidRPr="000C3350">
              <w:rPr>
                <w:rStyle w:val="Hyperlink"/>
                <w:noProof/>
              </w:rPr>
              <w:t>1.4 Significance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BB0A9" w14:textId="09003377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09" w:history="1">
            <w:r w:rsidRPr="000C3350">
              <w:rPr>
                <w:rStyle w:val="Hyperlink"/>
                <w:noProof/>
              </w:rPr>
              <w:t>2.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7518AB" w14:textId="437D4A90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10" w:history="1">
            <w:r w:rsidRPr="000C3350">
              <w:rPr>
                <w:rStyle w:val="Hyperlink"/>
                <w:noProof/>
              </w:rPr>
              <w:t>3. Research Design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40005B" w14:textId="430F9AB0" w:rsidR="004B6CA4" w:rsidRDefault="004B6CA4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11" w:history="1">
            <w:r w:rsidRPr="000C3350">
              <w:rPr>
                <w:rStyle w:val="Hyperlink"/>
                <w:noProof/>
              </w:rPr>
              <w:t>3.1 Research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5A91A6" w14:textId="5E64B0DC" w:rsidR="004B6CA4" w:rsidRDefault="004B6CA4">
          <w:pPr>
            <w:pStyle w:val="TOC2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12" w:history="1">
            <w:r w:rsidRPr="000C3350">
              <w:rPr>
                <w:rStyle w:val="Hyperlink"/>
                <w:noProof/>
              </w:rPr>
              <w:t>3.2 Research Methods and 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29168" w14:textId="0A886AE1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13" w:history="1">
            <w:r w:rsidRPr="000C3350">
              <w:rPr>
                <w:rStyle w:val="Hyperlink"/>
                <w:noProof/>
              </w:rPr>
              <w:t>4. Expected Outcome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E0FF40" w14:textId="6EEF3722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14" w:history="1">
            <w:r w:rsidRPr="000C3350">
              <w:rPr>
                <w:rStyle w:val="Hyperlink"/>
                <w:noProof/>
              </w:rPr>
              <w:t>5.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D0420" w14:textId="5ECEBF0A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15" w:history="1">
            <w:r w:rsidRPr="000C3350">
              <w:rPr>
                <w:rStyle w:val="Hyperlink"/>
                <w:noProof/>
              </w:rPr>
              <w:t>6.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44393" w14:textId="256F194B" w:rsidR="004B6CA4" w:rsidRDefault="004B6CA4">
          <w:pPr>
            <w:pStyle w:val="TOC1"/>
            <w:tabs>
              <w:tab w:val="right" w:leader="dot" w:pos="8630"/>
            </w:tabs>
            <w:rPr>
              <w:rFonts w:asciiTheme="minorHAnsi" w:hAnsiTheme="minorHAnsi"/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04843516" w:history="1">
            <w:r w:rsidRPr="000C3350">
              <w:rPr>
                <w:rStyle w:val="Hyperlink"/>
                <w:noProof/>
              </w:rPr>
              <w:t>7.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_Toc204843516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82E367" w14:textId="1F21334C" w:rsidR="00DB470A" w:rsidRDefault="004B6CA4" w:rsidP="004B6CA4">
          <w:r>
            <w:rPr>
              <w:b/>
              <w:bCs/>
              <w:noProof/>
            </w:rPr>
            <w:fldChar w:fldCharType="end"/>
          </w:r>
        </w:p>
      </w:sdtContent>
    </w:sdt>
    <w:p w14:paraId="1554CBE7" w14:textId="77777777" w:rsidR="004B6CA4" w:rsidRDefault="004B6CA4"/>
    <w:p w14:paraId="508B1B70" w14:textId="77777777" w:rsidR="004B6CA4" w:rsidRDefault="004B6CA4"/>
    <w:p w14:paraId="736AF36E" w14:textId="77777777" w:rsidR="004B6CA4" w:rsidRDefault="004B6CA4"/>
    <w:p w14:paraId="37AAA755" w14:textId="77777777" w:rsidR="004B6CA4" w:rsidRDefault="004B6CA4"/>
    <w:p w14:paraId="08F1F930" w14:textId="77777777" w:rsidR="004B6CA4" w:rsidRDefault="004B6CA4"/>
    <w:p w14:paraId="550AEF16" w14:textId="77777777" w:rsidR="004B6CA4" w:rsidRDefault="004B6CA4"/>
    <w:p w14:paraId="010C1879" w14:textId="77777777" w:rsidR="004B6CA4" w:rsidRDefault="004B6CA4"/>
    <w:p w14:paraId="3292BC93" w14:textId="77777777" w:rsidR="004B6CA4" w:rsidRDefault="004B6CA4"/>
    <w:p w14:paraId="701E4CBB" w14:textId="77777777" w:rsidR="004B6CA4" w:rsidRDefault="004B6CA4"/>
    <w:p w14:paraId="595AB5D7" w14:textId="42591F9B" w:rsidR="00DB470A" w:rsidRDefault="00000000">
      <w:r>
        <w:fldChar w:fldCharType="begin"/>
      </w:r>
      <w:r>
        <w:instrText>TOC \o "1-3" \h \z \u</w:instrText>
      </w:r>
      <w:r>
        <w:fldChar w:fldCharType="separate"/>
      </w:r>
      <w:r>
        <w:fldChar w:fldCharType="end"/>
      </w:r>
    </w:p>
    <w:p w14:paraId="07FEE7A1" w14:textId="77777777" w:rsidR="00DB470A" w:rsidRDefault="00000000">
      <w:pPr>
        <w:pStyle w:val="Heading1"/>
      </w:pPr>
      <w:bookmarkStart w:id="0" w:name="_Toc204843502"/>
      <w:r>
        <w:lastRenderedPageBreak/>
        <w:t>List of Figures</w:t>
      </w:r>
      <w:bookmarkEnd w:id="0"/>
    </w:p>
    <w:p w14:paraId="5908BBE4" w14:textId="77777777" w:rsidR="00DB470A" w:rsidRDefault="00000000">
      <w:r>
        <w:t>Figure captions will appear here when added (References -&gt; Insert Caption)</w:t>
      </w:r>
    </w:p>
    <w:p w14:paraId="3F1D00B4" w14:textId="77777777" w:rsidR="00DB470A" w:rsidRDefault="00000000">
      <w:pPr>
        <w:pStyle w:val="Heading1"/>
      </w:pPr>
      <w:bookmarkStart w:id="1" w:name="_Toc204843503"/>
      <w:r>
        <w:t>List of Tables</w:t>
      </w:r>
      <w:bookmarkEnd w:id="1"/>
    </w:p>
    <w:p w14:paraId="56B0E24A" w14:textId="77777777" w:rsidR="00DB470A" w:rsidRDefault="00000000">
      <w:r>
        <w:t>Table captions will appear here when added (References -&gt; Insert Caption)</w:t>
      </w:r>
    </w:p>
    <w:p w14:paraId="5AE6161C" w14:textId="77777777" w:rsidR="00DB470A" w:rsidRDefault="00000000">
      <w:pPr>
        <w:pStyle w:val="Heading1"/>
      </w:pPr>
      <w:bookmarkStart w:id="2" w:name="_Toc204843504"/>
      <w:r>
        <w:t>1. Introduction</w:t>
      </w:r>
      <w:bookmarkEnd w:id="2"/>
    </w:p>
    <w:p w14:paraId="47EB1939" w14:textId="77777777" w:rsidR="00DB470A" w:rsidRDefault="00000000">
      <w:pPr>
        <w:pStyle w:val="Heading2"/>
      </w:pPr>
      <w:bookmarkStart w:id="3" w:name="_Toc204843505"/>
      <w:r>
        <w:t>1.1 Context and Background</w:t>
      </w:r>
      <w:bookmarkEnd w:id="3"/>
    </w:p>
    <w:p w14:paraId="21336C83" w14:textId="77777777" w:rsidR="00DB470A" w:rsidRDefault="00000000">
      <w:pPr>
        <w:pStyle w:val="Heading2"/>
      </w:pPr>
      <w:bookmarkStart w:id="4" w:name="_Toc204843506"/>
      <w:r>
        <w:t>1.2 Research Problem</w:t>
      </w:r>
      <w:bookmarkEnd w:id="4"/>
    </w:p>
    <w:p w14:paraId="4CD69809" w14:textId="77777777" w:rsidR="00DB470A" w:rsidRDefault="00000000">
      <w:pPr>
        <w:pStyle w:val="Heading2"/>
      </w:pPr>
      <w:bookmarkStart w:id="5" w:name="_Toc204843507"/>
      <w:r>
        <w:t>1.3 Research Aim and Objectives</w:t>
      </w:r>
      <w:bookmarkEnd w:id="5"/>
    </w:p>
    <w:p w14:paraId="5F935ED2" w14:textId="77777777" w:rsidR="00DB470A" w:rsidRDefault="00000000">
      <w:pPr>
        <w:pStyle w:val="Heading2"/>
      </w:pPr>
      <w:bookmarkStart w:id="6" w:name="_Toc204843508"/>
      <w:r>
        <w:t>1.4 Significance of the Research</w:t>
      </w:r>
      <w:bookmarkEnd w:id="6"/>
    </w:p>
    <w:p w14:paraId="33A9780E" w14:textId="77777777" w:rsidR="00DB470A" w:rsidRDefault="00000000">
      <w:pPr>
        <w:pStyle w:val="Heading1"/>
      </w:pPr>
      <w:bookmarkStart w:id="7" w:name="_Toc204843509"/>
      <w:r>
        <w:t>2. Literature Review</w:t>
      </w:r>
      <w:bookmarkEnd w:id="7"/>
    </w:p>
    <w:p w14:paraId="076F7BCB" w14:textId="77777777" w:rsidR="00DB470A" w:rsidRDefault="00000000">
      <w:pPr>
        <w:pStyle w:val="Heading1"/>
      </w:pPr>
      <w:bookmarkStart w:id="8" w:name="_Toc204843510"/>
      <w:r>
        <w:t>3. Research Design and Methodology</w:t>
      </w:r>
      <w:bookmarkEnd w:id="8"/>
    </w:p>
    <w:p w14:paraId="5AECD1E4" w14:textId="77777777" w:rsidR="00DB470A" w:rsidRDefault="00000000">
      <w:pPr>
        <w:pStyle w:val="Heading2"/>
      </w:pPr>
      <w:bookmarkStart w:id="9" w:name="_Toc204843511"/>
      <w:r>
        <w:t>3.1 Research Design</w:t>
      </w:r>
      <w:bookmarkEnd w:id="9"/>
    </w:p>
    <w:p w14:paraId="4A3D0C0B" w14:textId="77777777" w:rsidR="00DB470A" w:rsidRDefault="00000000">
      <w:pPr>
        <w:pStyle w:val="Heading2"/>
      </w:pPr>
      <w:bookmarkStart w:id="10" w:name="_Toc204843512"/>
      <w:r>
        <w:t>3.2 Research Methods and Materials</w:t>
      </w:r>
      <w:bookmarkEnd w:id="10"/>
    </w:p>
    <w:p w14:paraId="2303D146" w14:textId="77777777" w:rsidR="00DB470A" w:rsidRDefault="00000000">
      <w:pPr>
        <w:pStyle w:val="Heading1"/>
      </w:pPr>
      <w:bookmarkStart w:id="11" w:name="_Toc204843513"/>
      <w:r>
        <w:t>4. Expected Outcome</w:t>
      </w:r>
      <w:bookmarkEnd w:id="11"/>
    </w:p>
    <w:p w14:paraId="648024A6" w14:textId="77777777" w:rsidR="00DB470A" w:rsidRDefault="00000000">
      <w:pPr>
        <w:pStyle w:val="Heading1"/>
      </w:pPr>
      <w:bookmarkStart w:id="12" w:name="_Toc204843514"/>
      <w:r>
        <w:t>5. Timeline</w:t>
      </w:r>
      <w:bookmarkEnd w:id="12"/>
    </w:p>
    <w:p w14:paraId="230AD351" w14:textId="77777777" w:rsidR="00DB470A" w:rsidRDefault="00000000">
      <w:pPr>
        <w:pStyle w:val="Heading1"/>
      </w:pPr>
      <w:bookmarkStart w:id="13" w:name="_Toc204843515"/>
      <w:r>
        <w:t>6. References</w:t>
      </w:r>
      <w:bookmarkEnd w:id="13"/>
    </w:p>
    <w:p w14:paraId="71598A30" w14:textId="77777777" w:rsidR="00DB470A" w:rsidRDefault="00000000">
      <w:pPr>
        <w:pStyle w:val="Heading1"/>
      </w:pPr>
      <w:bookmarkStart w:id="14" w:name="_Toc204843516"/>
      <w:r>
        <w:t>7. Appendices</w:t>
      </w:r>
      <w:bookmarkEnd w:id="14"/>
    </w:p>
    <w:sectPr w:rsidR="00DB470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5369571">
    <w:abstractNumId w:val="8"/>
  </w:num>
  <w:num w:numId="2" w16cid:durableId="1982614603">
    <w:abstractNumId w:val="6"/>
  </w:num>
  <w:num w:numId="3" w16cid:durableId="123089173">
    <w:abstractNumId w:val="5"/>
  </w:num>
  <w:num w:numId="4" w16cid:durableId="1258249774">
    <w:abstractNumId w:val="4"/>
  </w:num>
  <w:num w:numId="5" w16cid:durableId="295186242">
    <w:abstractNumId w:val="7"/>
  </w:num>
  <w:num w:numId="6" w16cid:durableId="1437945818">
    <w:abstractNumId w:val="3"/>
  </w:num>
  <w:num w:numId="7" w16cid:durableId="752969272">
    <w:abstractNumId w:val="2"/>
  </w:num>
  <w:num w:numId="8" w16cid:durableId="946160956">
    <w:abstractNumId w:val="1"/>
  </w:num>
  <w:num w:numId="9" w16cid:durableId="1102144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B6CA4"/>
    <w:rsid w:val="008236BE"/>
    <w:rsid w:val="00AA1D8D"/>
    <w:rsid w:val="00B21935"/>
    <w:rsid w:val="00B47730"/>
    <w:rsid w:val="00CB0664"/>
    <w:rsid w:val="00DB470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02D5BD"/>
  <w14:defaultImageDpi w14:val="300"/>
  <w15:docId w15:val="{A39F95A4-8AC0-43ED-BE5D-76762E792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4B6CA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B6CA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B6C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Suresh Shanmugasundaram</cp:lastModifiedBy>
  <cp:revision>3</cp:revision>
  <dcterms:created xsi:type="dcterms:W3CDTF">2025-07-31T07:39:00Z</dcterms:created>
  <dcterms:modified xsi:type="dcterms:W3CDTF">2025-07-31T07:41:00Z</dcterms:modified>
  <cp:category/>
</cp:coreProperties>
</file>