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25283" w14:textId="77777777" w:rsidR="009B4930" w:rsidRDefault="00000000">
      <w:pPr>
        <w:pStyle w:val="Title"/>
      </w:pPr>
      <w:r>
        <w:t>One task three perspectives</w:t>
      </w:r>
    </w:p>
    <w:p w14:paraId="5AC6C450" w14:textId="77777777" w:rsidR="009B4930" w:rsidRDefault="00000000">
      <w:pPr>
        <w:pStyle w:val="Heading1"/>
      </w:pPr>
      <w:r>
        <w:t>Your task</w:t>
      </w:r>
    </w:p>
    <w:p w14:paraId="16662714" w14:textId="77777777" w:rsidR="009B4930" w:rsidRDefault="00000000">
      <w:r>
        <w:t>Starting from the public UWTSD homepage (https://www.uwtsd.ac.uk/), find information explaining how a student can contact student support. Identify a contact method and where you found it. Do not send a message or submit personal information.</w:t>
      </w:r>
    </w:p>
    <w:p w14:paraId="67F5E0F6" w14:textId="77777777" w:rsidR="009B4930" w:rsidRDefault="00000000">
      <w:r>
        <w:t>Use the public website. If the route requires a login, record that point and try another public route. Record difficulty or incomplete success as a finding.</w:t>
      </w:r>
    </w:p>
    <w:p w14:paraId="5EC42E22" w14:textId="77777777" w:rsidR="009B4930" w:rsidRDefault="00000000">
      <w:pPr>
        <w:pStyle w:val="Heading1"/>
      </w:pPr>
      <w:r>
        <w:t>1 Context and task route</w:t>
      </w:r>
    </w:p>
    <w:p w14:paraId="272AB65B" w14:textId="77777777" w:rsidR="009B4930" w:rsidRDefault="00000000">
      <w:r>
        <w:t>Device and browser: _________________________________________________________</w:t>
      </w:r>
    </w:p>
    <w:p w14:paraId="2CA27908" w14:textId="77777777" w:rsidR="009B4930" w:rsidRDefault="00000000">
      <w:r>
        <w:t>Input method and relevant settings: ______________________________________________</w:t>
      </w:r>
    </w:p>
    <w:p w14:paraId="7009F5AE" w14:textId="77777777" w:rsidR="009B4930" w:rsidRDefault="00000000">
      <w:r>
        <w:t>Record the pages or controls you used, including searches and any backtracking.</w:t>
      </w:r>
    </w:p>
    <w:p w14:paraId="492302E1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5F325684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292DEB8F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61B28C1D" w14:textId="77777777" w:rsidR="009B4930" w:rsidRDefault="00000000">
      <w:r>
        <w:t>Contact method and page URL found, or the point where you stopped:</w:t>
      </w:r>
    </w:p>
    <w:p w14:paraId="19B61319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79076265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2B56C55D" w14:textId="77777777" w:rsidR="009B4930" w:rsidRDefault="00000000">
      <w:r>
        <w:t>Outcome:  □ Completed   □ Partly completed   □ Not completed</w:t>
      </w:r>
    </w:p>
    <w:p w14:paraId="3ADE4040" w14:textId="77777777" w:rsidR="009B4930" w:rsidRDefault="00000000">
      <w:pPr>
        <w:pStyle w:val="Heading1"/>
      </w:pPr>
      <w:r>
        <w:t>2 Usability</w:t>
      </w:r>
    </w:p>
    <w:p w14:paraId="7B53AB51" w14:textId="77777777" w:rsidR="009B4930" w:rsidRDefault="00000000">
      <w:r>
        <w:t>Identify one issue or strength. Consider finding information, understanding labels, effort and knowing whether you have reached the right place.</w:t>
      </w:r>
    </w:p>
    <w:p w14:paraId="53E03AFC" w14:textId="77777777" w:rsidR="009B4930" w:rsidRDefault="00000000">
      <w:r>
        <w:t>What happened, and where? How did it affect completing the task?</w:t>
      </w:r>
    </w:p>
    <w:p w14:paraId="5C43B96D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2D2D694F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422DC5F4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710FFBB4" w14:textId="77777777" w:rsidR="009B4930" w:rsidRDefault="00000000">
      <w:r>
        <w:br w:type="page"/>
      </w:r>
    </w:p>
    <w:p w14:paraId="0D380EF9" w14:textId="77777777" w:rsidR="009B4930" w:rsidRDefault="00000000">
      <w:pPr>
        <w:pStyle w:val="Heading1"/>
      </w:pPr>
      <w:r>
        <w:lastRenderedPageBreak/>
        <w:t>3 Accessibility</w:t>
      </w:r>
    </w:p>
    <w:p w14:paraId="3AA30D32" w14:textId="77777777" w:rsidR="009B4930" w:rsidRDefault="00000000">
      <w:r>
        <w:t>Identify one concern or strength using checks you have practised. For example, try keyboard navigation and visible focus, or zoom to 200% and check whether information and controls remain available. Record the check and setting used.</w:t>
      </w:r>
    </w:p>
    <w:p w14:paraId="1C3E0D7C" w14:textId="77777777" w:rsidR="009B4930" w:rsidRDefault="00000000">
      <w:r>
        <w:t>Check performed and finding, including the page or element:</w:t>
      </w:r>
    </w:p>
    <w:p w14:paraId="13980B1E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4AEF32CC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557C9F17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28F00D2C" w14:textId="77777777" w:rsidR="009B4930" w:rsidRDefault="00000000">
      <w:r>
        <w:t>Who might be affected, and what could the consequence be?</w:t>
      </w:r>
    </w:p>
    <w:p w14:paraId="1C362655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64693A15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33E6221A" w14:textId="77777777" w:rsidR="009B4930" w:rsidRDefault="00000000">
      <w:r>
        <w:t>A brief check cannot establish full accessibility. If you did not test a concern, label it as a possibility requiring further investigation. Keep your normal access settings if changing them would prevent you from participating.</w:t>
      </w:r>
    </w:p>
    <w:p w14:paraId="1EB71D8F" w14:textId="77777777" w:rsidR="009B4930" w:rsidRDefault="00000000">
      <w:pPr>
        <w:pStyle w:val="Heading1"/>
      </w:pPr>
      <w:r>
        <w:t>4 User experience</w:t>
      </w:r>
    </w:p>
    <w:p w14:paraId="71F5AFD1" w14:textId="77777777" w:rsidR="009B4930" w:rsidRDefault="00000000">
      <w:r>
        <w:t>How did you feel during the task, and what influenced that response? Consider confidence, uncertainty, frustration or reassurance. Describe your own experience.</w:t>
      </w:r>
    </w:p>
    <w:p w14:paraId="7966DFF4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7AAA9DBB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7E720624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776292FA" w14:textId="77777777" w:rsidR="009B4930" w:rsidRDefault="00000000">
      <w:pPr>
        <w:pStyle w:val="Heading1"/>
      </w:pPr>
      <w:r>
        <w:t>5 Evidence and further testing</w:t>
      </w:r>
    </w:p>
    <w:p w14:paraId="1BAD836C" w14:textId="77777777" w:rsidR="009B4930" w:rsidRDefault="00000000">
      <w:r>
        <w:t>One finding directly supported by what you observed or checked:</w:t>
      </w:r>
    </w:p>
    <w:p w14:paraId="6A9790C9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539A64F5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651FE118" w14:textId="77777777" w:rsidR="009B4930" w:rsidRDefault="00000000">
      <w:r>
        <w:t>One assumption or unanswered question, and how you would investigate it:</w:t>
      </w:r>
    </w:p>
    <w:p w14:paraId="130B4A9C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333A03EF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53B5C9AE" w14:textId="77777777" w:rsidR="009B4930" w:rsidRDefault="00000000">
      <w:pPr>
        <w:pStyle w:val="Heading1"/>
      </w:pPr>
      <w:r>
        <w:t>6 Compare your findings</w:t>
      </w:r>
    </w:p>
    <w:p w14:paraId="0006FA99" w14:textId="77777777" w:rsidR="009B4930" w:rsidRDefault="00000000">
      <w:r>
        <w:t>Discuss one finding with another student. Did your routes or experiences differ? Identify one example where usability, accessibility and UX overlap.</w:t>
      </w:r>
    </w:p>
    <w:p w14:paraId="26C85FA7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p w14:paraId="700A599E" w14:textId="77777777" w:rsidR="009B4930" w:rsidRDefault="00000000">
      <w:pPr>
        <w:spacing w:after="120"/>
      </w:pPr>
      <w:r>
        <w:rPr>
          <w:color w:val="969696"/>
        </w:rPr>
        <w:t>________________________________________________________________________________</w:t>
      </w:r>
    </w:p>
    <w:sectPr w:rsidR="009B4930" w:rsidSect="00034616">
      <w:footerReference w:type="default" r:id="rId8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456D2" w14:textId="77777777" w:rsidR="0064130A" w:rsidRDefault="0064130A">
      <w:pPr>
        <w:spacing w:after="0" w:line="240" w:lineRule="auto"/>
      </w:pPr>
      <w:r>
        <w:separator/>
      </w:r>
    </w:p>
  </w:endnote>
  <w:endnote w:type="continuationSeparator" w:id="0">
    <w:p w14:paraId="47B92A7A" w14:textId="77777777" w:rsidR="0064130A" w:rsidRDefault="00641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A3DC7" w14:textId="77777777" w:rsidR="009B4930" w:rsidRDefault="00000000">
    <w:pPr>
      <w:pStyle w:val="Footer"/>
    </w:pPr>
    <w:r>
      <w:rPr>
        <w:sz w:val="18"/>
      </w:rPr>
      <w:t>UE13 Exercise 1    •    One task three perspectives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3E4A6" w14:textId="77777777" w:rsidR="0064130A" w:rsidRDefault="0064130A">
      <w:pPr>
        <w:spacing w:after="0" w:line="240" w:lineRule="auto"/>
      </w:pPr>
      <w:r>
        <w:separator/>
      </w:r>
    </w:p>
  </w:footnote>
  <w:footnote w:type="continuationSeparator" w:id="0">
    <w:p w14:paraId="7CBE7CD3" w14:textId="77777777" w:rsidR="0064130A" w:rsidRDefault="00641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2805673">
    <w:abstractNumId w:val="8"/>
  </w:num>
  <w:num w:numId="2" w16cid:durableId="1871914589">
    <w:abstractNumId w:val="6"/>
  </w:num>
  <w:num w:numId="3" w16cid:durableId="1584142394">
    <w:abstractNumId w:val="5"/>
  </w:num>
  <w:num w:numId="4" w16cid:durableId="54016449">
    <w:abstractNumId w:val="4"/>
  </w:num>
  <w:num w:numId="5" w16cid:durableId="1672487156">
    <w:abstractNumId w:val="7"/>
  </w:num>
  <w:num w:numId="6" w16cid:durableId="2107192316">
    <w:abstractNumId w:val="3"/>
  </w:num>
  <w:num w:numId="7" w16cid:durableId="1559433635">
    <w:abstractNumId w:val="2"/>
  </w:num>
  <w:num w:numId="8" w16cid:durableId="1300914910">
    <w:abstractNumId w:val="1"/>
  </w:num>
  <w:num w:numId="9" w16cid:durableId="1887645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39F8"/>
    <w:rsid w:val="0015074B"/>
    <w:rsid w:val="0029639D"/>
    <w:rsid w:val="002A3BED"/>
    <w:rsid w:val="00326F90"/>
    <w:rsid w:val="0064130A"/>
    <w:rsid w:val="009B493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F0264F"/>
  <w14:defaultImageDpi w14:val="300"/>
  <w15:docId w15:val="{85873B09-868D-4928-9739-7E54358C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color w:val="000000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0"/>
      <w:outlineLvl w:val="0"/>
    </w:pPr>
    <w:rPr>
      <w:rFonts w:asciiTheme="majorHAnsi" w:eastAsiaTheme="majorEastAsia" w:hAnsiTheme="majorHAnsi"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2</cp:revision>
  <dcterms:created xsi:type="dcterms:W3CDTF">2013-12-23T23:15:00Z</dcterms:created>
  <dcterms:modified xsi:type="dcterms:W3CDTF">2026-10-13T11:19:00Z</dcterms:modified>
  <cp:category/>
</cp:coreProperties>
</file>