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39093" w14:textId="5653CB8E" w:rsidR="00D25E3B" w:rsidRPr="001B2A6C" w:rsidRDefault="00074E40" w:rsidP="00C2705B">
      <w:pPr>
        <w:spacing w:line="360" w:lineRule="auto"/>
        <w:rPr>
          <w:rFonts w:ascii="Arial" w:hAnsi="Arial" w:cs="Arial"/>
          <w:b/>
          <w:bCs/>
          <w:sz w:val="28"/>
          <w:szCs w:val="28"/>
        </w:rPr>
      </w:pPr>
      <w:proofErr w:type="spellStart"/>
      <w:r w:rsidRPr="001B2A6C">
        <w:rPr>
          <w:rFonts w:ascii="Arial" w:hAnsi="Arial" w:cs="Arial"/>
          <w:b/>
          <w:bCs/>
          <w:sz w:val="28"/>
          <w:szCs w:val="28"/>
        </w:rPr>
        <w:t>Dadansoddwch</w:t>
      </w:r>
      <w:proofErr w:type="spellEnd"/>
      <w:r w:rsidRPr="001B2A6C">
        <w:rPr>
          <w:rFonts w:ascii="Arial" w:hAnsi="Arial" w:cs="Arial"/>
          <w:b/>
          <w:bCs/>
          <w:sz w:val="28"/>
          <w:szCs w:val="28"/>
        </w:rPr>
        <w:t xml:space="preserve"> </w:t>
      </w:r>
      <w:proofErr w:type="spellStart"/>
      <w:r w:rsidRPr="001B2A6C">
        <w:rPr>
          <w:rFonts w:ascii="Arial" w:hAnsi="Arial" w:cs="Arial"/>
          <w:b/>
          <w:bCs/>
          <w:sz w:val="28"/>
          <w:szCs w:val="28"/>
        </w:rPr>
        <w:t>yn</w:t>
      </w:r>
      <w:proofErr w:type="spellEnd"/>
      <w:r w:rsidRPr="001B2A6C">
        <w:rPr>
          <w:rFonts w:ascii="Arial" w:hAnsi="Arial" w:cs="Arial"/>
          <w:b/>
          <w:bCs/>
          <w:sz w:val="28"/>
          <w:szCs w:val="28"/>
        </w:rPr>
        <w:t xml:space="preserve"> </w:t>
      </w:r>
      <w:proofErr w:type="spellStart"/>
      <w:r w:rsidRPr="001B2A6C">
        <w:rPr>
          <w:rFonts w:ascii="Arial" w:hAnsi="Arial" w:cs="Arial"/>
          <w:b/>
          <w:bCs/>
          <w:sz w:val="28"/>
          <w:szCs w:val="28"/>
        </w:rPr>
        <w:t>feirniadol</w:t>
      </w:r>
      <w:proofErr w:type="spellEnd"/>
      <w:r w:rsidRPr="001B2A6C">
        <w:rPr>
          <w:rFonts w:ascii="Arial" w:hAnsi="Arial" w:cs="Arial"/>
          <w:b/>
          <w:bCs/>
          <w:sz w:val="28"/>
          <w:szCs w:val="28"/>
        </w:rPr>
        <w:t xml:space="preserve"> </w:t>
      </w:r>
      <w:proofErr w:type="spellStart"/>
      <w:r w:rsidRPr="001B2A6C">
        <w:rPr>
          <w:rFonts w:ascii="Arial" w:hAnsi="Arial" w:cs="Arial"/>
          <w:b/>
          <w:bCs/>
          <w:sz w:val="28"/>
          <w:szCs w:val="28"/>
        </w:rPr>
        <w:t>ddatblygiad</w:t>
      </w:r>
      <w:proofErr w:type="spellEnd"/>
      <w:r w:rsidRPr="001B2A6C">
        <w:rPr>
          <w:rFonts w:ascii="Arial" w:hAnsi="Arial" w:cs="Arial"/>
          <w:b/>
          <w:bCs/>
          <w:sz w:val="28"/>
          <w:szCs w:val="28"/>
        </w:rPr>
        <w:t xml:space="preserve"> </w:t>
      </w:r>
      <w:proofErr w:type="spellStart"/>
      <w:r w:rsidRPr="001B2A6C">
        <w:rPr>
          <w:rFonts w:ascii="Arial" w:hAnsi="Arial" w:cs="Arial"/>
          <w:b/>
          <w:bCs/>
          <w:sz w:val="28"/>
          <w:szCs w:val="28"/>
        </w:rPr>
        <w:t>damcaniaethol</w:t>
      </w:r>
      <w:proofErr w:type="spellEnd"/>
      <w:r w:rsidRPr="001B2A6C">
        <w:rPr>
          <w:rFonts w:ascii="Arial" w:hAnsi="Arial" w:cs="Arial"/>
          <w:b/>
          <w:bCs/>
          <w:sz w:val="28"/>
          <w:szCs w:val="28"/>
        </w:rPr>
        <w:t xml:space="preserve"> ac </w:t>
      </w:r>
      <w:proofErr w:type="spellStart"/>
      <w:r w:rsidRPr="001B2A6C">
        <w:rPr>
          <w:rFonts w:ascii="Arial" w:hAnsi="Arial" w:cs="Arial"/>
          <w:b/>
          <w:bCs/>
          <w:sz w:val="28"/>
          <w:szCs w:val="28"/>
        </w:rPr>
        <w:t>ymarferol</w:t>
      </w:r>
      <w:proofErr w:type="spellEnd"/>
      <w:r w:rsidRPr="001B2A6C">
        <w:rPr>
          <w:rFonts w:ascii="Arial" w:hAnsi="Arial" w:cs="Arial"/>
          <w:b/>
          <w:bCs/>
          <w:sz w:val="28"/>
          <w:szCs w:val="28"/>
        </w:rPr>
        <w:t xml:space="preserve"> y </w:t>
      </w:r>
      <w:proofErr w:type="spellStart"/>
      <w:r w:rsidRPr="001B2A6C">
        <w:rPr>
          <w:rFonts w:ascii="Arial" w:hAnsi="Arial" w:cs="Arial"/>
          <w:b/>
          <w:bCs/>
          <w:sz w:val="28"/>
          <w:szCs w:val="28"/>
        </w:rPr>
        <w:t>maes</w:t>
      </w:r>
      <w:proofErr w:type="spellEnd"/>
      <w:r w:rsidRPr="001B2A6C">
        <w:rPr>
          <w:rFonts w:ascii="Arial" w:hAnsi="Arial" w:cs="Arial"/>
          <w:b/>
          <w:bCs/>
          <w:sz w:val="28"/>
          <w:szCs w:val="28"/>
        </w:rPr>
        <w:t xml:space="preserve"> </w:t>
      </w:r>
      <w:proofErr w:type="spellStart"/>
      <w:r w:rsidRPr="001B2A6C">
        <w:rPr>
          <w:rFonts w:ascii="Arial" w:hAnsi="Arial" w:cs="Arial"/>
          <w:b/>
          <w:bCs/>
          <w:sz w:val="28"/>
          <w:szCs w:val="28"/>
        </w:rPr>
        <w:t>polisi</w:t>
      </w:r>
      <w:proofErr w:type="spellEnd"/>
      <w:r w:rsidRPr="001B2A6C">
        <w:rPr>
          <w:rFonts w:ascii="Arial" w:hAnsi="Arial" w:cs="Arial"/>
          <w:b/>
          <w:bCs/>
          <w:sz w:val="28"/>
          <w:szCs w:val="28"/>
        </w:rPr>
        <w:t xml:space="preserve"> a </w:t>
      </w:r>
      <w:proofErr w:type="spellStart"/>
      <w:r w:rsidRPr="001B2A6C">
        <w:rPr>
          <w:rFonts w:ascii="Arial" w:hAnsi="Arial" w:cs="Arial"/>
          <w:b/>
          <w:bCs/>
          <w:sz w:val="28"/>
          <w:szCs w:val="28"/>
        </w:rPr>
        <w:t>chynllunio</w:t>
      </w:r>
      <w:proofErr w:type="spellEnd"/>
      <w:r w:rsidRPr="001B2A6C">
        <w:rPr>
          <w:rFonts w:ascii="Arial" w:hAnsi="Arial" w:cs="Arial"/>
          <w:b/>
          <w:bCs/>
          <w:sz w:val="28"/>
          <w:szCs w:val="28"/>
        </w:rPr>
        <w:t xml:space="preserve"> </w:t>
      </w:r>
      <w:proofErr w:type="spellStart"/>
      <w:r w:rsidRPr="001B2A6C">
        <w:rPr>
          <w:rFonts w:ascii="Arial" w:hAnsi="Arial" w:cs="Arial"/>
          <w:b/>
          <w:bCs/>
          <w:sz w:val="28"/>
          <w:szCs w:val="28"/>
        </w:rPr>
        <w:t>iaith</w:t>
      </w:r>
      <w:proofErr w:type="spellEnd"/>
      <w:r w:rsidRPr="001B2A6C">
        <w:rPr>
          <w:rFonts w:ascii="Arial" w:hAnsi="Arial" w:cs="Arial"/>
          <w:b/>
          <w:bCs/>
          <w:sz w:val="28"/>
          <w:szCs w:val="28"/>
        </w:rPr>
        <w:t xml:space="preserve">, </w:t>
      </w:r>
      <w:proofErr w:type="spellStart"/>
      <w:r w:rsidRPr="001B2A6C">
        <w:rPr>
          <w:rFonts w:ascii="Arial" w:hAnsi="Arial" w:cs="Arial"/>
          <w:b/>
          <w:bCs/>
          <w:sz w:val="28"/>
          <w:szCs w:val="28"/>
        </w:rPr>
        <w:t>gan</w:t>
      </w:r>
      <w:proofErr w:type="spellEnd"/>
      <w:r w:rsidRPr="001B2A6C">
        <w:rPr>
          <w:rFonts w:ascii="Arial" w:hAnsi="Arial" w:cs="Arial"/>
          <w:b/>
          <w:bCs/>
          <w:sz w:val="28"/>
          <w:szCs w:val="28"/>
        </w:rPr>
        <w:t xml:space="preserve"> </w:t>
      </w:r>
      <w:proofErr w:type="spellStart"/>
      <w:r w:rsidRPr="001B2A6C">
        <w:rPr>
          <w:rFonts w:ascii="Arial" w:hAnsi="Arial" w:cs="Arial"/>
          <w:b/>
          <w:bCs/>
          <w:sz w:val="28"/>
          <w:szCs w:val="28"/>
        </w:rPr>
        <w:t>gyfeirio</w:t>
      </w:r>
      <w:proofErr w:type="spellEnd"/>
      <w:r w:rsidRPr="001B2A6C">
        <w:rPr>
          <w:rFonts w:ascii="Arial" w:hAnsi="Arial" w:cs="Arial"/>
          <w:b/>
          <w:bCs/>
          <w:sz w:val="28"/>
          <w:szCs w:val="28"/>
        </w:rPr>
        <w:t xml:space="preserve"> at </w:t>
      </w:r>
      <w:proofErr w:type="spellStart"/>
      <w:r w:rsidRPr="001B2A6C">
        <w:rPr>
          <w:rFonts w:ascii="Arial" w:hAnsi="Arial" w:cs="Arial"/>
          <w:b/>
          <w:bCs/>
          <w:sz w:val="28"/>
          <w:szCs w:val="28"/>
        </w:rPr>
        <w:t>gyd-destun</w:t>
      </w:r>
      <w:proofErr w:type="spellEnd"/>
      <w:r w:rsidRPr="001B2A6C">
        <w:rPr>
          <w:rFonts w:ascii="Arial" w:hAnsi="Arial" w:cs="Arial"/>
          <w:b/>
          <w:bCs/>
          <w:sz w:val="28"/>
          <w:szCs w:val="28"/>
        </w:rPr>
        <w:t xml:space="preserve"> </w:t>
      </w:r>
      <w:proofErr w:type="spellStart"/>
      <w:r w:rsidRPr="001B2A6C">
        <w:rPr>
          <w:rFonts w:ascii="Arial" w:hAnsi="Arial" w:cs="Arial"/>
          <w:b/>
          <w:bCs/>
          <w:sz w:val="28"/>
          <w:szCs w:val="28"/>
        </w:rPr>
        <w:t>mwy</w:t>
      </w:r>
      <w:proofErr w:type="spellEnd"/>
      <w:r w:rsidRPr="001B2A6C">
        <w:rPr>
          <w:rFonts w:ascii="Arial" w:hAnsi="Arial" w:cs="Arial"/>
          <w:b/>
          <w:bCs/>
          <w:sz w:val="28"/>
          <w:szCs w:val="28"/>
        </w:rPr>
        <w:t xml:space="preserve"> nag un </w:t>
      </w:r>
      <w:proofErr w:type="spellStart"/>
      <w:r w:rsidRPr="001B2A6C">
        <w:rPr>
          <w:rFonts w:ascii="Arial" w:hAnsi="Arial" w:cs="Arial"/>
          <w:b/>
          <w:bCs/>
          <w:sz w:val="28"/>
          <w:szCs w:val="28"/>
        </w:rPr>
        <w:t>gymuned</w:t>
      </w:r>
      <w:proofErr w:type="spellEnd"/>
      <w:r w:rsidRPr="001B2A6C">
        <w:rPr>
          <w:rFonts w:ascii="Arial" w:hAnsi="Arial" w:cs="Arial"/>
          <w:b/>
          <w:bCs/>
          <w:sz w:val="28"/>
          <w:szCs w:val="28"/>
        </w:rPr>
        <w:t xml:space="preserve"> </w:t>
      </w:r>
      <w:proofErr w:type="spellStart"/>
      <w:r w:rsidRPr="001B2A6C">
        <w:rPr>
          <w:rFonts w:ascii="Arial" w:hAnsi="Arial" w:cs="Arial"/>
          <w:b/>
          <w:bCs/>
          <w:sz w:val="28"/>
          <w:szCs w:val="28"/>
        </w:rPr>
        <w:t>ieithyddol</w:t>
      </w:r>
      <w:proofErr w:type="spellEnd"/>
      <w:r w:rsidRPr="001B2A6C">
        <w:rPr>
          <w:rFonts w:ascii="Arial" w:hAnsi="Arial" w:cs="Arial"/>
          <w:b/>
          <w:bCs/>
          <w:sz w:val="28"/>
          <w:szCs w:val="28"/>
        </w:rPr>
        <w:t>.</w:t>
      </w:r>
    </w:p>
    <w:p w14:paraId="1A80C2D3" w14:textId="79C7E082" w:rsidR="00C2705B" w:rsidRPr="001B2A6C" w:rsidRDefault="00D25E3B" w:rsidP="00C2705B">
      <w:pPr>
        <w:spacing w:line="360" w:lineRule="auto"/>
        <w:rPr>
          <w:rFonts w:ascii="Arial" w:hAnsi="Arial" w:cs="Arial"/>
          <w:sz w:val="28"/>
          <w:szCs w:val="28"/>
          <w:lang w:val="cy-GB"/>
        </w:rPr>
      </w:pPr>
      <w:proofErr w:type="spellStart"/>
      <w:r w:rsidRPr="001B2A6C">
        <w:rPr>
          <w:rFonts w:ascii="Arial" w:hAnsi="Arial" w:cs="Arial"/>
          <w:sz w:val="28"/>
          <w:szCs w:val="28"/>
        </w:rPr>
        <w:t>Tystysgrif</w:t>
      </w:r>
      <w:proofErr w:type="spellEnd"/>
      <w:r w:rsidRPr="001B2A6C">
        <w:rPr>
          <w:rFonts w:ascii="Arial" w:hAnsi="Arial" w:cs="Arial"/>
          <w:sz w:val="28"/>
          <w:szCs w:val="28"/>
        </w:rPr>
        <w:t xml:space="preserve"> </w:t>
      </w:r>
      <w:proofErr w:type="spellStart"/>
      <w:r w:rsidRPr="001B2A6C">
        <w:rPr>
          <w:rFonts w:ascii="Arial" w:hAnsi="Arial" w:cs="Arial"/>
          <w:sz w:val="28"/>
          <w:szCs w:val="28"/>
        </w:rPr>
        <w:t>Ôl-Raddedig</w:t>
      </w:r>
      <w:proofErr w:type="spellEnd"/>
      <w:r w:rsidRPr="001B2A6C">
        <w:rPr>
          <w:rFonts w:ascii="Arial" w:hAnsi="Arial" w:cs="Arial"/>
          <w:sz w:val="28"/>
          <w:szCs w:val="28"/>
        </w:rPr>
        <w:t xml:space="preserve"> </w:t>
      </w:r>
      <w:proofErr w:type="spellStart"/>
      <w:r w:rsidRPr="001B2A6C">
        <w:rPr>
          <w:rFonts w:ascii="Arial" w:hAnsi="Arial" w:cs="Arial"/>
          <w:sz w:val="28"/>
          <w:szCs w:val="28"/>
        </w:rPr>
        <w:t>mewn</w:t>
      </w:r>
      <w:proofErr w:type="spellEnd"/>
      <w:r w:rsidRPr="001B2A6C">
        <w:rPr>
          <w:rFonts w:ascii="Arial" w:hAnsi="Arial" w:cs="Arial"/>
          <w:sz w:val="28"/>
          <w:szCs w:val="28"/>
        </w:rPr>
        <w:t xml:space="preserve"> Polisi a </w:t>
      </w:r>
      <w:proofErr w:type="spellStart"/>
      <w:r w:rsidRPr="001B2A6C">
        <w:rPr>
          <w:rFonts w:ascii="Arial" w:hAnsi="Arial" w:cs="Arial"/>
          <w:sz w:val="28"/>
          <w:szCs w:val="28"/>
        </w:rPr>
        <w:t>Chynllunio</w:t>
      </w:r>
      <w:proofErr w:type="spellEnd"/>
      <w:r w:rsidRPr="001B2A6C">
        <w:rPr>
          <w:rFonts w:ascii="Arial" w:hAnsi="Arial" w:cs="Arial"/>
          <w:sz w:val="28"/>
          <w:szCs w:val="28"/>
        </w:rPr>
        <w:t xml:space="preserve"> Iaith</w:t>
      </w:r>
      <w:r w:rsidR="00C2705B" w:rsidRPr="001B2A6C">
        <w:rPr>
          <w:rFonts w:ascii="Arial" w:hAnsi="Arial" w:cs="Arial"/>
          <w:sz w:val="28"/>
          <w:szCs w:val="28"/>
          <w:lang w:val="cy-GB"/>
        </w:rPr>
        <w:br/>
      </w:r>
      <w:r w:rsidRPr="001B2A6C">
        <w:rPr>
          <w:rFonts w:ascii="Arial" w:hAnsi="Arial" w:cs="Arial"/>
          <w:sz w:val="28"/>
          <w:szCs w:val="28"/>
        </w:rPr>
        <w:t xml:space="preserve">Modiwl: </w:t>
      </w:r>
      <w:proofErr w:type="spellStart"/>
      <w:r w:rsidRPr="001B2A6C">
        <w:rPr>
          <w:rFonts w:ascii="Arial" w:hAnsi="Arial" w:cs="Arial"/>
          <w:sz w:val="28"/>
          <w:szCs w:val="28"/>
        </w:rPr>
        <w:t>Hanfodion</w:t>
      </w:r>
      <w:proofErr w:type="spellEnd"/>
      <w:r w:rsidRPr="001B2A6C">
        <w:rPr>
          <w:rFonts w:ascii="Arial" w:hAnsi="Arial" w:cs="Arial"/>
          <w:sz w:val="28"/>
          <w:szCs w:val="28"/>
        </w:rPr>
        <w:t xml:space="preserve"> </w:t>
      </w:r>
      <w:proofErr w:type="spellStart"/>
      <w:r w:rsidRPr="001B2A6C">
        <w:rPr>
          <w:rFonts w:ascii="Arial" w:hAnsi="Arial" w:cs="Arial"/>
          <w:sz w:val="28"/>
          <w:szCs w:val="28"/>
        </w:rPr>
        <w:t>Cynllunio</w:t>
      </w:r>
      <w:proofErr w:type="spellEnd"/>
      <w:r w:rsidRPr="001B2A6C">
        <w:rPr>
          <w:rFonts w:ascii="Arial" w:hAnsi="Arial" w:cs="Arial"/>
          <w:sz w:val="28"/>
          <w:szCs w:val="28"/>
        </w:rPr>
        <w:t xml:space="preserve"> Iaith (ECDA7008C)</w:t>
      </w:r>
      <w:r w:rsidR="00C2705B" w:rsidRPr="001B2A6C">
        <w:rPr>
          <w:rFonts w:ascii="Arial" w:hAnsi="Arial" w:cs="Arial"/>
          <w:sz w:val="28"/>
          <w:szCs w:val="28"/>
        </w:rPr>
        <w:br/>
        <w:t>Rhys Ruggiero</w:t>
      </w:r>
    </w:p>
    <w:p w14:paraId="17994CFF" w14:textId="77777777" w:rsidR="00F9526C" w:rsidRDefault="00F9526C" w:rsidP="00C2705B">
      <w:pPr>
        <w:spacing w:line="360" w:lineRule="auto"/>
        <w:rPr>
          <w:rFonts w:ascii="Arial" w:hAnsi="Arial" w:cs="Arial"/>
          <w:sz w:val="24"/>
          <w:szCs w:val="24"/>
          <w:lang w:val="cy-GB"/>
        </w:rPr>
      </w:pPr>
    </w:p>
    <w:p w14:paraId="1386B782" w14:textId="6F2318C0" w:rsidR="005C7F1A" w:rsidRPr="005C7F1A" w:rsidRDefault="005C7F1A" w:rsidP="005C7F1A">
      <w:pPr>
        <w:spacing w:line="360" w:lineRule="auto"/>
        <w:rPr>
          <w:rFonts w:ascii="Arial" w:hAnsi="Arial" w:cs="Arial"/>
          <w:b/>
          <w:bCs/>
          <w:sz w:val="24"/>
          <w:szCs w:val="24"/>
          <w:lang w:val="cy-GB"/>
        </w:rPr>
      </w:pPr>
      <w:r w:rsidRPr="005C7F1A">
        <w:rPr>
          <w:rFonts w:ascii="Arial" w:hAnsi="Arial" w:cs="Arial"/>
          <w:b/>
          <w:bCs/>
          <w:sz w:val="24"/>
          <w:szCs w:val="24"/>
          <w:lang w:val="cy-GB"/>
        </w:rPr>
        <w:t>Datganiad o ddefnydd deallusrwydd artiffisial.</w:t>
      </w:r>
    </w:p>
    <w:p w14:paraId="323AB851" w14:textId="77777777" w:rsidR="005C7F1A" w:rsidRPr="005C7F1A" w:rsidRDefault="005C7F1A" w:rsidP="005C7F1A">
      <w:pPr>
        <w:spacing w:line="360" w:lineRule="auto"/>
        <w:rPr>
          <w:rFonts w:ascii="Arial" w:hAnsi="Arial" w:cs="Arial"/>
          <w:sz w:val="24"/>
          <w:szCs w:val="24"/>
          <w:lang w:val="cy-GB"/>
        </w:rPr>
      </w:pPr>
      <w:r w:rsidRPr="005C7F1A">
        <w:rPr>
          <w:rFonts w:ascii="Arial" w:hAnsi="Arial" w:cs="Arial"/>
          <w:sz w:val="24"/>
          <w:szCs w:val="24"/>
          <w:lang w:val="cy-GB"/>
        </w:rPr>
        <w:t>Rwy’n cydnabod y defnydd o offeryn deallusrwydd artiffisial Co-</w:t>
      </w:r>
      <w:proofErr w:type="spellStart"/>
      <w:r w:rsidRPr="005C7F1A">
        <w:rPr>
          <w:rFonts w:ascii="Arial" w:hAnsi="Arial" w:cs="Arial"/>
          <w:sz w:val="24"/>
          <w:szCs w:val="24"/>
          <w:lang w:val="cy-GB"/>
        </w:rPr>
        <w:t>Pilot</w:t>
      </w:r>
      <w:proofErr w:type="spellEnd"/>
      <w:r w:rsidRPr="005C7F1A">
        <w:rPr>
          <w:rFonts w:ascii="Arial" w:hAnsi="Arial" w:cs="Arial"/>
          <w:sz w:val="24"/>
          <w:szCs w:val="24"/>
          <w:lang w:val="cy-GB"/>
        </w:rPr>
        <w:t xml:space="preserve"> </w:t>
      </w:r>
    </w:p>
    <w:p w14:paraId="11BDB6D9" w14:textId="1D82CA1B" w:rsidR="005C7F1A" w:rsidRPr="005C7F1A" w:rsidRDefault="005C7F1A" w:rsidP="005C7F1A">
      <w:pPr>
        <w:spacing w:line="360" w:lineRule="auto"/>
        <w:rPr>
          <w:rFonts w:ascii="Arial" w:hAnsi="Arial" w:cs="Arial"/>
          <w:sz w:val="24"/>
          <w:szCs w:val="24"/>
          <w:lang w:val="cy-GB"/>
        </w:rPr>
      </w:pPr>
      <w:r w:rsidRPr="005C7F1A">
        <w:rPr>
          <w:rFonts w:ascii="Arial" w:hAnsi="Arial" w:cs="Arial"/>
          <w:sz w:val="24"/>
          <w:szCs w:val="24"/>
          <w:lang w:val="cy-GB"/>
        </w:rPr>
        <w:t xml:space="preserve">(https://m365.cloud.microsoft/chat?FORM=undexpand&amp;fromcode=edgesidebar&amp;redirectid=acc53c56-d59f-4605-9001-58a4bfb1d5b1&amp;auth=2a) ar </w:t>
      </w:r>
      <w:r w:rsidR="00AF45AE">
        <w:rPr>
          <w:rFonts w:ascii="Arial" w:hAnsi="Arial" w:cs="Arial"/>
          <w:sz w:val="24"/>
          <w:szCs w:val="24"/>
          <w:lang w:val="cy-GB"/>
        </w:rPr>
        <w:t>16</w:t>
      </w:r>
      <w:r w:rsidRPr="005C7F1A">
        <w:rPr>
          <w:rFonts w:ascii="Arial" w:hAnsi="Arial" w:cs="Arial"/>
          <w:sz w:val="24"/>
          <w:szCs w:val="24"/>
          <w:lang w:val="cy-GB"/>
        </w:rPr>
        <w:t xml:space="preserve"> </w:t>
      </w:r>
      <w:r w:rsidR="00AF45AE">
        <w:rPr>
          <w:rFonts w:ascii="Arial" w:hAnsi="Arial" w:cs="Arial"/>
          <w:sz w:val="24"/>
          <w:szCs w:val="24"/>
          <w:lang w:val="cy-GB"/>
        </w:rPr>
        <w:t>Ionawr</w:t>
      </w:r>
      <w:r w:rsidRPr="005C7F1A">
        <w:rPr>
          <w:rFonts w:ascii="Arial" w:hAnsi="Arial" w:cs="Arial"/>
          <w:sz w:val="24"/>
          <w:szCs w:val="24"/>
          <w:lang w:val="cy-GB"/>
        </w:rPr>
        <w:t xml:space="preserve"> 202</w:t>
      </w:r>
      <w:r w:rsidR="00AF45AE">
        <w:rPr>
          <w:rFonts w:ascii="Arial" w:hAnsi="Arial" w:cs="Arial"/>
          <w:sz w:val="24"/>
          <w:szCs w:val="24"/>
          <w:lang w:val="cy-GB"/>
        </w:rPr>
        <w:t>6</w:t>
      </w:r>
      <w:r w:rsidRPr="005C7F1A">
        <w:rPr>
          <w:rFonts w:ascii="Arial" w:hAnsi="Arial" w:cs="Arial"/>
          <w:sz w:val="24"/>
          <w:szCs w:val="24"/>
          <w:lang w:val="cy-GB"/>
        </w:rPr>
        <w:t xml:space="preserve"> i gymharu fy nghynllun ar gyfer y cyflwyniad, fy nealltwriaeth o’r dasg a gallu’r offeryn i ateb yn y Gymraeg. Defnyddiais yr anogwr:</w:t>
      </w:r>
    </w:p>
    <w:p w14:paraId="786443A7" w14:textId="745F6554" w:rsidR="005C7F1A" w:rsidRPr="005C7F1A" w:rsidRDefault="00B95A70" w:rsidP="005C7F1A">
      <w:pPr>
        <w:spacing w:line="360" w:lineRule="auto"/>
        <w:rPr>
          <w:rFonts w:ascii="Arial" w:hAnsi="Arial" w:cs="Arial"/>
          <w:sz w:val="24"/>
          <w:szCs w:val="24"/>
          <w:lang w:val="cy-GB"/>
        </w:rPr>
      </w:pPr>
      <w:r>
        <w:rPr>
          <w:rFonts w:ascii="Arial" w:hAnsi="Arial" w:cs="Arial"/>
          <w:sz w:val="24"/>
          <w:szCs w:val="24"/>
        </w:rPr>
        <w:t>“</w:t>
      </w:r>
      <w:proofErr w:type="spellStart"/>
      <w:r w:rsidR="00852A74" w:rsidRPr="00852A74">
        <w:rPr>
          <w:rFonts w:ascii="Arial" w:hAnsi="Arial" w:cs="Arial"/>
          <w:sz w:val="24"/>
          <w:szCs w:val="24"/>
        </w:rPr>
        <w:t>Helo.Rwy'n</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astudio</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ar</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gwrs</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Tystysgrif</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ôl-raddedig</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mewn</w:t>
      </w:r>
      <w:proofErr w:type="spellEnd"/>
      <w:r w:rsidR="00852A74" w:rsidRPr="00852A74">
        <w:rPr>
          <w:rFonts w:ascii="Arial" w:hAnsi="Arial" w:cs="Arial"/>
          <w:sz w:val="24"/>
          <w:szCs w:val="24"/>
        </w:rPr>
        <w:t xml:space="preserve"> Polisi a </w:t>
      </w:r>
      <w:proofErr w:type="spellStart"/>
      <w:r w:rsidR="00852A74" w:rsidRPr="00852A74">
        <w:rPr>
          <w:rFonts w:ascii="Arial" w:hAnsi="Arial" w:cs="Arial"/>
          <w:sz w:val="24"/>
          <w:szCs w:val="24"/>
        </w:rPr>
        <w:t>Chynllunio</w:t>
      </w:r>
      <w:proofErr w:type="spellEnd"/>
      <w:r w:rsidR="00852A74" w:rsidRPr="00852A74">
        <w:rPr>
          <w:rFonts w:ascii="Arial" w:hAnsi="Arial" w:cs="Arial"/>
          <w:sz w:val="24"/>
          <w:szCs w:val="24"/>
        </w:rPr>
        <w:t xml:space="preserve"> Iaith - Lefel 7. Dwi </w:t>
      </w:r>
      <w:proofErr w:type="spellStart"/>
      <w:r w:rsidR="00852A74" w:rsidRPr="00852A74">
        <w:rPr>
          <w:rFonts w:ascii="Arial" w:hAnsi="Arial" w:cs="Arial"/>
          <w:sz w:val="24"/>
          <w:szCs w:val="24"/>
        </w:rPr>
        <w:t>eisiau</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cymorth</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i</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gynllunio</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fy</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aseiniad</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Testun</w:t>
      </w:r>
      <w:proofErr w:type="spellEnd"/>
      <w:r w:rsidR="00852A74" w:rsidRPr="00852A74">
        <w:rPr>
          <w:rFonts w:ascii="Arial" w:hAnsi="Arial" w:cs="Arial"/>
          <w:sz w:val="24"/>
          <w:szCs w:val="24"/>
        </w:rPr>
        <w:t xml:space="preserve"> yr </w:t>
      </w:r>
      <w:proofErr w:type="spellStart"/>
      <w:r w:rsidR="00852A74" w:rsidRPr="00852A74">
        <w:rPr>
          <w:rFonts w:ascii="Arial" w:hAnsi="Arial" w:cs="Arial"/>
          <w:sz w:val="24"/>
          <w:szCs w:val="24"/>
        </w:rPr>
        <w:t>aseiniad</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yw</w:t>
      </w:r>
      <w:proofErr w:type="spellEnd"/>
      <w:r w:rsidR="00852A74" w:rsidRPr="00852A74">
        <w:rPr>
          <w:rFonts w:ascii="Arial" w:hAnsi="Arial" w:cs="Arial"/>
          <w:sz w:val="24"/>
          <w:szCs w:val="24"/>
        </w:rPr>
        <w:t>: "</w:t>
      </w:r>
      <w:proofErr w:type="spellStart"/>
      <w:r w:rsidR="00852A74" w:rsidRPr="00852A74">
        <w:rPr>
          <w:rFonts w:ascii="Arial" w:hAnsi="Arial" w:cs="Arial"/>
          <w:sz w:val="24"/>
          <w:szCs w:val="24"/>
        </w:rPr>
        <w:t>Dadansoddwch</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yn</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feirniadol</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ddatblygiad</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damcaniaethol</w:t>
      </w:r>
      <w:proofErr w:type="spellEnd"/>
      <w:r w:rsidR="00852A74" w:rsidRPr="00852A74">
        <w:rPr>
          <w:rFonts w:ascii="Arial" w:hAnsi="Arial" w:cs="Arial"/>
          <w:sz w:val="24"/>
          <w:szCs w:val="24"/>
        </w:rPr>
        <w:t xml:space="preserve"> ac </w:t>
      </w:r>
      <w:proofErr w:type="spellStart"/>
      <w:r w:rsidR="00852A74" w:rsidRPr="00852A74">
        <w:rPr>
          <w:rFonts w:ascii="Arial" w:hAnsi="Arial" w:cs="Arial"/>
          <w:sz w:val="24"/>
          <w:szCs w:val="24"/>
        </w:rPr>
        <w:t>ymarferol</w:t>
      </w:r>
      <w:proofErr w:type="spellEnd"/>
      <w:r w:rsidR="00852A74" w:rsidRPr="00852A74">
        <w:rPr>
          <w:rFonts w:ascii="Arial" w:hAnsi="Arial" w:cs="Arial"/>
          <w:sz w:val="24"/>
          <w:szCs w:val="24"/>
        </w:rPr>
        <w:t xml:space="preserve"> y </w:t>
      </w:r>
      <w:proofErr w:type="spellStart"/>
      <w:r w:rsidR="00852A74" w:rsidRPr="00852A74">
        <w:rPr>
          <w:rFonts w:ascii="Arial" w:hAnsi="Arial" w:cs="Arial"/>
          <w:sz w:val="24"/>
          <w:szCs w:val="24"/>
        </w:rPr>
        <w:t>maes</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polisi</w:t>
      </w:r>
      <w:proofErr w:type="spellEnd"/>
      <w:r w:rsidR="00852A74" w:rsidRPr="00852A74">
        <w:rPr>
          <w:rFonts w:ascii="Arial" w:hAnsi="Arial" w:cs="Arial"/>
          <w:sz w:val="24"/>
          <w:szCs w:val="24"/>
        </w:rPr>
        <w:t xml:space="preserve"> a </w:t>
      </w:r>
      <w:proofErr w:type="spellStart"/>
      <w:r w:rsidR="00852A74" w:rsidRPr="00852A74">
        <w:rPr>
          <w:rFonts w:ascii="Arial" w:hAnsi="Arial" w:cs="Arial"/>
          <w:sz w:val="24"/>
          <w:szCs w:val="24"/>
        </w:rPr>
        <w:t>chynllunio</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iaith</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gan</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gyfeirio</w:t>
      </w:r>
      <w:proofErr w:type="spellEnd"/>
      <w:r w:rsidR="00852A74" w:rsidRPr="00852A74">
        <w:rPr>
          <w:rFonts w:ascii="Arial" w:hAnsi="Arial" w:cs="Arial"/>
          <w:sz w:val="24"/>
          <w:szCs w:val="24"/>
        </w:rPr>
        <w:t xml:space="preserve"> at </w:t>
      </w:r>
      <w:proofErr w:type="spellStart"/>
      <w:r w:rsidR="00852A74" w:rsidRPr="00852A74">
        <w:rPr>
          <w:rFonts w:ascii="Arial" w:hAnsi="Arial" w:cs="Arial"/>
          <w:sz w:val="24"/>
          <w:szCs w:val="24"/>
        </w:rPr>
        <w:t>gyd-destun</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mwy</w:t>
      </w:r>
      <w:proofErr w:type="spellEnd"/>
      <w:r w:rsidR="00852A74" w:rsidRPr="00852A74">
        <w:rPr>
          <w:rFonts w:ascii="Arial" w:hAnsi="Arial" w:cs="Arial"/>
          <w:sz w:val="24"/>
          <w:szCs w:val="24"/>
        </w:rPr>
        <w:t xml:space="preserve"> nag un </w:t>
      </w:r>
      <w:proofErr w:type="spellStart"/>
      <w:r w:rsidR="00852A74" w:rsidRPr="00852A74">
        <w:rPr>
          <w:rFonts w:ascii="Arial" w:hAnsi="Arial" w:cs="Arial"/>
          <w:sz w:val="24"/>
          <w:szCs w:val="24"/>
        </w:rPr>
        <w:t>gymuned</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ieithyddol</w:t>
      </w:r>
      <w:proofErr w:type="spellEnd"/>
      <w:r w:rsidR="00852A74" w:rsidRPr="00852A74">
        <w:rPr>
          <w:rFonts w:ascii="Arial" w:hAnsi="Arial" w:cs="Arial"/>
          <w:sz w:val="24"/>
          <w:szCs w:val="24"/>
        </w:rPr>
        <w:t xml:space="preserve">." Dwi </w:t>
      </w:r>
      <w:proofErr w:type="spellStart"/>
      <w:r w:rsidR="00852A74" w:rsidRPr="00852A74">
        <w:rPr>
          <w:rFonts w:ascii="Arial" w:hAnsi="Arial" w:cs="Arial"/>
          <w:sz w:val="24"/>
          <w:szCs w:val="24"/>
        </w:rPr>
        <w:t>ddim</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eisiau</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cymorth</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i</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ysgrifennu'r</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cynnwys</w:t>
      </w:r>
      <w:proofErr w:type="spellEnd"/>
      <w:r w:rsidR="00852A74" w:rsidRPr="00852A74">
        <w:rPr>
          <w:rFonts w:ascii="Arial" w:hAnsi="Arial" w:cs="Arial"/>
          <w:sz w:val="24"/>
          <w:szCs w:val="24"/>
        </w:rPr>
        <w:t xml:space="preserve">, jest </w:t>
      </w:r>
      <w:proofErr w:type="spellStart"/>
      <w:r w:rsidR="00852A74" w:rsidRPr="00852A74">
        <w:rPr>
          <w:rFonts w:ascii="Arial" w:hAnsi="Arial" w:cs="Arial"/>
          <w:sz w:val="24"/>
          <w:szCs w:val="24"/>
        </w:rPr>
        <w:t>cymorth</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i</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ddod</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a'm</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meddyliau</w:t>
      </w:r>
      <w:proofErr w:type="spellEnd"/>
      <w:r w:rsidR="00852A74" w:rsidRPr="00852A74">
        <w:rPr>
          <w:rFonts w:ascii="Arial" w:hAnsi="Arial" w:cs="Arial"/>
          <w:sz w:val="24"/>
          <w:szCs w:val="24"/>
        </w:rPr>
        <w:t xml:space="preserve"> at </w:t>
      </w:r>
      <w:proofErr w:type="spellStart"/>
      <w:r w:rsidR="00852A74" w:rsidRPr="00852A74">
        <w:rPr>
          <w:rFonts w:ascii="Arial" w:hAnsi="Arial" w:cs="Arial"/>
          <w:sz w:val="24"/>
          <w:szCs w:val="24"/>
        </w:rPr>
        <w:t>ei</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gilydd</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i</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greu'r</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cyflwyniad.Plis</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edrycha</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drwy</w:t>
      </w:r>
      <w:proofErr w:type="spellEnd"/>
      <w:r w:rsidR="00852A74" w:rsidRPr="00852A74">
        <w:rPr>
          <w:rFonts w:ascii="Arial" w:hAnsi="Arial" w:cs="Arial"/>
          <w:sz w:val="24"/>
          <w:szCs w:val="24"/>
        </w:rPr>
        <w:t xml:space="preserve"> y </w:t>
      </w:r>
      <w:proofErr w:type="spellStart"/>
      <w:r w:rsidR="00852A74" w:rsidRPr="00852A74">
        <w:rPr>
          <w:rFonts w:ascii="Arial" w:hAnsi="Arial" w:cs="Arial"/>
          <w:sz w:val="24"/>
          <w:szCs w:val="24"/>
        </w:rPr>
        <w:t>ffeiliau</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dwi</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wedi</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eu</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atodi</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gan</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ddarllen</w:t>
      </w:r>
      <w:proofErr w:type="spellEnd"/>
      <w:r w:rsidR="00852A74" w:rsidRPr="00852A74">
        <w:rPr>
          <w:rFonts w:ascii="Arial" w:hAnsi="Arial" w:cs="Arial"/>
          <w:sz w:val="24"/>
          <w:szCs w:val="24"/>
        </w:rPr>
        <w:t xml:space="preserve"> y </w:t>
      </w:r>
      <w:proofErr w:type="spellStart"/>
      <w:r w:rsidR="00852A74" w:rsidRPr="00852A74">
        <w:rPr>
          <w:rFonts w:ascii="Arial" w:hAnsi="Arial" w:cs="Arial"/>
          <w:sz w:val="24"/>
          <w:szCs w:val="24"/>
        </w:rPr>
        <w:t>ffeil</w:t>
      </w:r>
      <w:proofErr w:type="spellEnd"/>
      <w:r w:rsidR="00852A74" w:rsidRPr="00852A74">
        <w:rPr>
          <w:rFonts w:ascii="Arial" w:hAnsi="Arial" w:cs="Arial"/>
          <w:sz w:val="24"/>
          <w:szCs w:val="24"/>
        </w:rPr>
        <w:t xml:space="preserve"> - "GA36d-Manyleb-Asesu-Lefel-7-Tystysgrif Polisi a </w:t>
      </w:r>
      <w:proofErr w:type="spellStart"/>
      <w:r w:rsidR="00852A74" w:rsidRPr="00852A74">
        <w:rPr>
          <w:rFonts w:ascii="Arial" w:hAnsi="Arial" w:cs="Arial"/>
          <w:sz w:val="24"/>
          <w:szCs w:val="24"/>
        </w:rPr>
        <w:t>Chynllunio</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Iaith_Mod</w:t>
      </w:r>
      <w:proofErr w:type="spellEnd"/>
      <w:r w:rsidR="00852A74" w:rsidRPr="00852A74">
        <w:rPr>
          <w:rFonts w:ascii="Arial" w:hAnsi="Arial" w:cs="Arial"/>
          <w:sz w:val="24"/>
          <w:szCs w:val="24"/>
        </w:rPr>
        <w:t xml:space="preserve"> 1_Traethawd 2025-2026 </w:t>
      </w:r>
      <w:proofErr w:type="spellStart"/>
      <w:r w:rsidR="00852A74" w:rsidRPr="00852A74">
        <w:rPr>
          <w:rFonts w:ascii="Arial" w:hAnsi="Arial" w:cs="Arial"/>
          <w:sz w:val="24"/>
          <w:szCs w:val="24"/>
        </w:rPr>
        <w:t>terf</w:t>
      </w:r>
      <w:proofErr w:type="spellEnd"/>
      <w:r w:rsidR="00852A74" w:rsidRPr="00852A74">
        <w:rPr>
          <w:rFonts w:ascii="Arial" w:hAnsi="Arial" w:cs="Arial"/>
          <w:sz w:val="24"/>
          <w:szCs w:val="24"/>
        </w:rPr>
        <w:t xml:space="preserve">" - </w:t>
      </w:r>
      <w:proofErr w:type="spellStart"/>
      <w:r w:rsidR="00852A74" w:rsidRPr="00852A74">
        <w:rPr>
          <w:rFonts w:ascii="Arial" w:hAnsi="Arial" w:cs="Arial"/>
          <w:sz w:val="24"/>
          <w:szCs w:val="24"/>
        </w:rPr>
        <w:t>yn</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ei</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gyfanrwydd</w:t>
      </w:r>
      <w:proofErr w:type="spellEnd"/>
      <w:r w:rsidR="00852A74" w:rsidRPr="00852A74">
        <w:rPr>
          <w:rFonts w:ascii="Arial" w:hAnsi="Arial" w:cs="Arial"/>
          <w:sz w:val="24"/>
          <w:szCs w:val="24"/>
        </w:rPr>
        <w:t xml:space="preserve"> a </w:t>
      </w:r>
      <w:proofErr w:type="spellStart"/>
      <w:r w:rsidR="00852A74" w:rsidRPr="00852A74">
        <w:rPr>
          <w:rFonts w:ascii="Arial" w:hAnsi="Arial" w:cs="Arial"/>
          <w:sz w:val="24"/>
          <w:szCs w:val="24"/>
        </w:rPr>
        <w:t>thudalen</w:t>
      </w:r>
      <w:proofErr w:type="spellEnd"/>
      <w:r w:rsidR="00852A74" w:rsidRPr="00852A74">
        <w:rPr>
          <w:rFonts w:ascii="Arial" w:hAnsi="Arial" w:cs="Arial"/>
          <w:sz w:val="24"/>
          <w:szCs w:val="24"/>
        </w:rPr>
        <w:t xml:space="preserve"> 15-17 o - "PV8a </w:t>
      </w:r>
      <w:proofErr w:type="spellStart"/>
      <w:r w:rsidR="00852A74" w:rsidRPr="00852A74">
        <w:rPr>
          <w:rFonts w:ascii="Arial" w:hAnsi="Arial" w:cs="Arial"/>
          <w:sz w:val="24"/>
          <w:szCs w:val="24"/>
        </w:rPr>
        <w:t>Rhagoriaith</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Cyfeirlyfr</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Modylau</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Olraddedig</w:t>
      </w:r>
      <w:proofErr w:type="spellEnd"/>
      <w:r w:rsidR="00852A74" w:rsidRPr="00852A74">
        <w:rPr>
          <w:rFonts w:ascii="Arial" w:hAnsi="Arial" w:cs="Arial"/>
          <w:sz w:val="24"/>
          <w:szCs w:val="24"/>
        </w:rPr>
        <w:t xml:space="preserve"> 2025-26".Dwi'n </w:t>
      </w:r>
      <w:proofErr w:type="spellStart"/>
      <w:r w:rsidR="00852A74" w:rsidRPr="00852A74">
        <w:rPr>
          <w:rFonts w:ascii="Arial" w:hAnsi="Arial" w:cs="Arial"/>
          <w:sz w:val="24"/>
          <w:szCs w:val="24"/>
        </w:rPr>
        <w:t>ansicr</w:t>
      </w:r>
      <w:proofErr w:type="spellEnd"/>
      <w:r w:rsidR="00852A74" w:rsidRPr="00852A74">
        <w:rPr>
          <w:rFonts w:ascii="Arial" w:hAnsi="Arial" w:cs="Arial"/>
          <w:sz w:val="24"/>
          <w:szCs w:val="24"/>
        </w:rPr>
        <w:t xml:space="preserve"> o le </w:t>
      </w:r>
      <w:proofErr w:type="spellStart"/>
      <w:r w:rsidR="00852A74" w:rsidRPr="00852A74">
        <w:rPr>
          <w:rFonts w:ascii="Arial" w:hAnsi="Arial" w:cs="Arial"/>
          <w:sz w:val="24"/>
          <w:szCs w:val="24"/>
        </w:rPr>
        <w:t>i</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ddechrau</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gan</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fod</w:t>
      </w:r>
      <w:proofErr w:type="spellEnd"/>
      <w:r w:rsidR="00852A74" w:rsidRPr="00852A74">
        <w:rPr>
          <w:rFonts w:ascii="Arial" w:hAnsi="Arial" w:cs="Arial"/>
          <w:sz w:val="24"/>
          <w:szCs w:val="24"/>
        </w:rPr>
        <w:t xml:space="preserve"> y </w:t>
      </w:r>
      <w:proofErr w:type="spellStart"/>
      <w:r w:rsidR="00852A74" w:rsidRPr="00852A74">
        <w:rPr>
          <w:rFonts w:ascii="Arial" w:hAnsi="Arial" w:cs="Arial"/>
          <w:sz w:val="24"/>
          <w:szCs w:val="24"/>
        </w:rPr>
        <w:t>maes</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a'r</w:t>
      </w:r>
      <w:proofErr w:type="spellEnd"/>
      <w:r w:rsidR="00852A74" w:rsidRPr="00852A74">
        <w:rPr>
          <w:rFonts w:ascii="Arial" w:hAnsi="Arial" w:cs="Arial"/>
          <w:sz w:val="24"/>
          <w:szCs w:val="24"/>
        </w:rPr>
        <w:t xml:space="preserve"> </w:t>
      </w:r>
      <w:proofErr w:type="spellStart"/>
      <w:r w:rsidR="00852A74" w:rsidRPr="00852A74">
        <w:rPr>
          <w:rFonts w:ascii="Arial" w:hAnsi="Arial" w:cs="Arial"/>
          <w:sz w:val="24"/>
          <w:szCs w:val="24"/>
        </w:rPr>
        <w:t>cynnwys</w:t>
      </w:r>
      <w:proofErr w:type="spellEnd"/>
      <w:r w:rsidR="00852A74" w:rsidRPr="00852A74">
        <w:rPr>
          <w:rFonts w:ascii="Arial" w:hAnsi="Arial" w:cs="Arial"/>
          <w:sz w:val="24"/>
          <w:szCs w:val="24"/>
        </w:rPr>
        <w:t xml:space="preserve"> mor </w:t>
      </w:r>
      <w:proofErr w:type="spellStart"/>
      <w:r w:rsidR="00852A74" w:rsidRPr="00852A74">
        <w:rPr>
          <w:rFonts w:ascii="Arial" w:hAnsi="Arial" w:cs="Arial"/>
          <w:sz w:val="24"/>
          <w:szCs w:val="24"/>
        </w:rPr>
        <w:t>eang</w:t>
      </w:r>
      <w:proofErr w:type="spellEnd"/>
      <w:r w:rsidR="00852A74" w:rsidRPr="00852A74">
        <w:rPr>
          <w:rFonts w:ascii="Arial" w:hAnsi="Arial" w:cs="Arial"/>
          <w:sz w:val="24"/>
          <w:szCs w:val="24"/>
        </w:rPr>
        <w:t>.</w:t>
      </w:r>
      <w:r>
        <w:rPr>
          <w:rFonts w:ascii="Arial" w:hAnsi="Arial" w:cs="Arial"/>
          <w:sz w:val="24"/>
          <w:szCs w:val="24"/>
        </w:rPr>
        <w:t>”</w:t>
      </w:r>
    </w:p>
    <w:p w14:paraId="3984539B" w14:textId="617561F5" w:rsidR="005C7F1A" w:rsidRPr="005C7F1A" w:rsidRDefault="005C7F1A" w:rsidP="005C7F1A">
      <w:pPr>
        <w:spacing w:line="360" w:lineRule="auto"/>
        <w:rPr>
          <w:rFonts w:ascii="Arial" w:hAnsi="Arial" w:cs="Arial"/>
          <w:sz w:val="24"/>
          <w:szCs w:val="24"/>
          <w:lang w:val="cy-GB"/>
        </w:rPr>
      </w:pPr>
      <w:r w:rsidRPr="005C7F1A">
        <w:rPr>
          <w:rFonts w:ascii="Arial" w:hAnsi="Arial" w:cs="Arial"/>
          <w:sz w:val="24"/>
          <w:szCs w:val="24"/>
          <w:lang w:val="cy-GB"/>
        </w:rPr>
        <w:t xml:space="preserve">Fe wnes i hefyd ddefnydd o’r rhaglen cywiro iaith Cysill i wirio </w:t>
      </w:r>
      <w:proofErr w:type="spellStart"/>
      <w:r w:rsidRPr="005C7F1A">
        <w:rPr>
          <w:rFonts w:ascii="Arial" w:hAnsi="Arial" w:cs="Arial"/>
          <w:sz w:val="24"/>
          <w:szCs w:val="24"/>
          <w:lang w:val="cy-GB"/>
        </w:rPr>
        <w:t>darllenadwyedd</w:t>
      </w:r>
      <w:proofErr w:type="spellEnd"/>
      <w:r w:rsidRPr="005C7F1A">
        <w:rPr>
          <w:rFonts w:ascii="Arial" w:hAnsi="Arial" w:cs="Arial"/>
          <w:sz w:val="24"/>
          <w:szCs w:val="24"/>
          <w:lang w:val="cy-GB"/>
        </w:rPr>
        <w:t xml:space="preserve">, gramadeg a chystrawen fy nghyflwyniad ar </w:t>
      </w:r>
      <w:r w:rsidR="00B95A70">
        <w:rPr>
          <w:rFonts w:ascii="Arial" w:hAnsi="Arial" w:cs="Arial"/>
          <w:sz w:val="24"/>
          <w:szCs w:val="24"/>
          <w:lang w:val="cy-GB"/>
        </w:rPr>
        <w:t>23</w:t>
      </w:r>
      <w:r w:rsidRPr="005C7F1A">
        <w:rPr>
          <w:rFonts w:ascii="Arial" w:hAnsi="Arial" w:cs="Arial"/>
          <w:sz w:val="24"/>
          <w:szCs w:val="24"/>
          <w:lang w:val="cy-GB"/>
        </w:rPr>
        <w:t xml:space="preserve"> </w:t>
      </w:r>
      <w:r w:rsidR="00B95A70">
        <w:rPr>
          <w:rFonts w:ascii="Arial" w:hAnsi="Arial" w:cs="Arial"/>
          <w:sz w:val="24"/>
          <w:szCs w:val="24"/>
          <w:lang w:val="cy-GB"/>
        </w:rPr>
        <w:t>Ionawr</w:t>
      </w:r>
      <w:r w:rsidRPr="005C7F1A">
        <w:rPr>
          <w:rFonts w:ascii="Arial" w:hAnsi="Arial" w:cs="Arial"/>
          <w:sz w:val="24"/>
          <w:szCs w:val="24"/>
          <w:lang w:val="cy-GB"/>
        </w:rPr>
        <w:t xml:space="preserve"> 202</w:t>
      </w:r>
      <w:r w:rsidR="00B95A70">
        <w:rPr>
          <w:rFonts w:ascii="Arial" w:hAnsi="Arial" w:cs="Arial"/>
          <w:sz w:val="24"/>
          <w:szCs w:val="24"/>
          <w:lang w:val="cy-GB"/>
        </w:rPr>
        <w:t>6</w:t>
      </w:r>
      <w:r w:rsidRPr="005C7F1A">
        <w:rPr>
          <w:rFonts w:ascii="Arial" w:hAnsi="Arial" w:cs="Arial"/>
          <w:sz w:val="24"/>
          <w:szCs w:val="24"/>
          <w:lang w:val="cy-GB"/>
        </w:rPr>
        <w:t xml:space="preserve">. </w:t>
      </w:r>
    </w:p>
    <w:p w14:paraId="2488378E" w14:textId="77777777" w:rsidR="005C7F1A" w:rsidRPr="005C7F1A" w:rsidRDefault="005C7F1A" w:rsidP="005C7F1A">
      <w:pPr>
        <w:spacing w:line="360" w:lineRule="auto"/>
        <w:rPr>
          <w:rFonts w:ascii="Arial" w:hAnsi="Arial" w:cs="Arial"/>
          <w:sz w:val="24"/>
          <w:szCs w:val="24"/>
          <w:lang w:val="cy-GB"/>
        </w:rPr>
      </w:pPr>
    </w:p>
    <w:p w14:paraId="18C7F8B0" w14:textId="77777777" w:rsidR="005C7F1A" w:rsidRPr="005C7F1A" w:rsidRDefault="005C7F1A" w:rsidP="005C7F1A">
      <w:pPr>
        <w:spacing w:line="360" w:lineRule="auto"/>
        <w:rPr>
          <w:rFonts w:ascii="Arial" w:hAnsi="Arial" w:cs="Arial"/>
          <w:sz w:val="24"/>
          <w:szCs w:val="24"/>
          <w:lang w:val="cy-GB"/>
        </w:rPr>
      </w:pPr>
      <w:r w:rsidRPr="005C7F1A">
        <w:rPr>
          <w:rFonts w:ascii="Arial" w:hAnsi="Arial" w:cs="Arial"/>
          <w:sz w:val="24"/>
          <w:szCs w:val="24"/>
          <w:lang w:val="cy-GB"/>
        </w:rPr>
        <w:lastRenderedPageBreak/>
        <w:t>Rwy’n cadarnhau nad ydw i wedi cyflwyno unrhyw destun deallusrwydd artiffisial cynhyrchiol fel fy ngwaith fy hun.</w:t>
      </w:r>
    </w:p>
    <w:p w14:paraId="1483E9A1" w14:textId="6E298B2B" w:rsidR="005C7F1A" w:rsidRPr="00C2705B" w:rsidRDefault="005C7F1A" w:rsidP="005C7F1A">
      <w:pPr>
        <w:spacing w:line="360" w:lineRule="auto"/>
        <w:rPr>
          <w:rFonts w:ascii="Arial" w:hAnsi="Arial" w:cs="Arial"/>
          <w:sz w:val="24"/>
          <w:szCs w:val="24"/>
          <w:lang w:val="cy-GB"/>
        </w:rPr>
      </w:pPr>
      <w:r w:rsidRPr="005C7F1A">
        <w:rPr>
          <w:rFonts w:ascii="Arial" w:hAnsi="Arial" w:cs="Arial"/>
          <w:sz w:val="24"/>
          <w:szCs w:val="24"/>
          <w:lang w:val="cy-GB"/>
        </w:rPr>
        <w:t>Rwy’n cadarnhau bod gennyf gopïau o’m drafftiau, fy nodiadau, ac unrhyw adnoddau eraill y defnyddiais cyn ac ar ôl defnyddio offer deallusrwydd artiffisial y gellir gofyn i mi eu darparu fel tystiolaeth.</w:t>
      </w:r>
      <w:r w:rsidR="00A84AF0">
        <w:rPr>
          <w:rFonts w:ascii="Arial" w:hAnsi="Arial" w:cs="Arial"/>
          <w:sz w:val="24"/>
          <w:szCs w:val="24"/>
          <w:lang w:val="cy-GB"/>
        </w:rPr>
        <w:br/>
      </w:r>
      <w:r w:rsidR="00A84AF0">
        <w:rPr>
          <w:rFonts w:ascii="Arial" w:hAnsi="Arial" w:cs="Arial"/>
          <w:sz w:val="24"/>
          <w:szCs w:val="24"/>
          <w:lang w:val="cy-GB"/>
        </w:rPr>
        <w:br/>
      </w:r>
      <w:r w:rsidR="00A84AF0">
        <w:rPr>
          <w:rFonts w:ascii="Arial" w:hAnsi="Arial" w:cs="Arial"/>
          <w:sz w:val="24"/>
          <w:szCs w:val="24"/>
          <w:lang w:val="cy-GB"/>
        </w:rPr>
        <w:br/>
      </w:r>
      <w:r w:rsidR="00A84AF0">
        <w:rPr>
          <w:rFonts w:ascii="Arial" w:hAnsi="Arial" w:cs="Arial"/>
          <w:sz w:val="24"/>
          <w:szCs w:val="24"/>
          <w:lang w:val="cy-GB"/>
        </w:rPr>
        <w:br/>
      </w:r>
      <w:r w:rsidR="00A84AF0" w:rsidRPr="00A84AF0">
        <w:rPr>
          <w:rFonts w:ascii="Arial" w:hAnsi="Arial" w:cs="Arial"/>
          <w:b/>
          <w:bCs/>
          <w:sz w:val="24"/>
          <w:szCs w:val="24"/>
          <w:lang w:val="cy-GB"/>
        </w:rPr>
        <w:t>Traethawd.</w:t>
      </w:r>
    </w:p>
    <w:p w14:paraId="74A83ED7" w14:textId="51B493DC"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 xml:space="preserve">Mae’r </w:t>
      </w:r>
      <w:r w:rsidR="006B16F6" w:rsidRPr="00C2705B">
        <w:rPr>
          <w:rFonts w:ascii="Arial" w:hAnsi="Arial" w:cs="Arial"/>
          <w:sz w:val="24"/>
          <w:szCs w:val="24"/>
          <w:lang w:val="cy-GB"/>
        </w:rPr>
        <w:t>traethawd</w:t>
      </w:r>
      <w:r w:rsidRPr="00C2705B">
        <w:rPr>
          <w:rFonts w:ascii="Arial" w:hAnsi="Arial" w:cs="Arial"/>
          <w:sz w:val="24"/>
          <w:szCs w:val="24"/>
          <w:lang w:val="cy-GB"/>
        </w:rPr>
        <w:t xml:space="preserve"> hwn yn canolbwyntio ar archwilio a dadansoddi’n feirniadol ddatblygiad damcaniaethol ac ymarferol y maes polisi a chynllunio iaith. Nod y traethawd yw deall sut mae’r maes wedi datblygu, pa syniadau allweddol sy’n ei lywio, a sut mae’r cysyniadau hyn yn cael eu gweithredu mewn cyd-destunau go iawn.</w:t>
      </w:r>
      <w:r w:rsidR="00707036" w:rsidRPr="00C2705B">
        <w:rPr>
          <w:rFonts w:ascii="Arial" w:hAnsi="Arial" w:cs="Arial"/>
          <w:sz w:val="24"/>
          <w:szCs w:val="24"/>
          <w:lang w:val="cy-GB"/>
        </w:rPr>
        <w:t xml:space="preserve"> </w:t>
      </w:r>
      <w:r w:rsidRPr="00C2705B">
        <w:rPr>
          <w:rFonts w:ascii="Arial" w:hAnsi="Arial" w:cs="Arial"/>
          <w:sz w:val="24"/>
          <w:szCs w:val="24"/>
          <w:lang w:val="cy-GB"/>
        </w:rPr>
        <w:t xml:space="preserve">Mae cynllunio iaith yn faes cymhleth gan ei fod yn ymwneud â </w:t>
      </w:r>
      <w:r w:rsidR="0030178E" w:rsidRPr="00C2705B">
        <w:rPr>
          <w:rFonts w:ascii="Arial" w:hAnsi="Arial" w:cs="Arial"/>
          <w:sz w:val="24"/>
          <w:szCs w:val="24"/>
          <w:lang w:val="cy-GB"/>
        </w:rPr>
        <w:t>pholisïau</w:t>
      </w:r>
      <w:r w:rsidRPr="00C2705B">
        <w:rPr>
          <w:rFonts w:ascii="Arial" w:hAnsi="Arial" w:cs="Arial"/>
          <w:sz w:val="24"/>
          <w:szCs w:val="24"/>
          <w:lang w:val="cy-GB"/>
        </w:rPr>
        <w:t>, ideolegau, grym cymdeithasol, hunaniaeth, addysg, a demograffeg, ac yn gweithredu ar sawl lefel (macro, meso a micro). O ganlyniad, mae’n angenrheidiol defnyddio fframweithiau damcaniaethol amrywiol i ddeall sut mae ieithoedd lleiafrifol yn cael eu cynnal neu eu gwanhau, ond mae tensiynau amlwg rhwng beth mae llywodraethau’n bwriadu e</w:t>
      </w:r>
      <w:r w:rsidR="0094563B" w:rsidRPr="00C2705B">
        <w:rPr>
          <w:rFonts w:ascii="Arial" w:hAnsi="Arial" w:cs="Arial"/>
          <w:sz w:val="24"/>
          <w:szCs w:val="24"/>
          <w:lang w:val="cy-GB"/>
        </w:rPr>
        <w:t xml:space="preserve">i </w:t>
      </w:r>
      <w:r w:rsidRPr="00C2705B">
        <w:rPr>
          <w:rFonts w:ascii="Arial" w:hAnsi="Arial" w:cs="Arial"/>
          <w:sz w:val="24"/>
          <w:szCs w:val="24"/>
          <w:lang w:val="cy-GB"/>
        </w:rPr>
        <w:t>wneud, a beth sy’n digwydd mewn cymunedau o ddydd i ddydd.</w:t>
      </w:r>
      <w:r w:rsidR="00707036" w:rsidRPr="00C2705B">
        <w:rPr>
          <w:rFonts w:ascii="Arial" w:hAnsi="Arial" w:cs="Arial"/>
          <w:sz w:val="24"/>
          <w:szCs w:val="24"/>
          <w:lang w:val="cy-GB"/>
        </w:rPr>
        <w:br/>
      </w:r>
      <w:r w:rsidRPr="00C2705B">
        <w:rPr>
          <w:rFonts w:ascii="Arial" w:hAnsi="Arial" w:cs="Arial"/>
          <w:sz w:val="24"/>
          <w:szCs w:val="24"/>
          <w:lang w:val="cy-GB"/>
        </w:rPr>
        <w:t>Yn y traethawd hwn, byddaf yn canolbwyntio ar ddau faes craidd: trosglwyddo iaith, a hunaniaeth ieithyddol</w:t>
      </w:r>
      <w:r w:rsidR="00C700C3" w:rsidRPr="00C2705B">
        <w:rPr>
          <w:rFonts w:ascii="Arial" w:hAnsi="Arial" w:cs="Arial"/>
          <w:sz w:val="24"/>
          <w:szCs w:val="24"/>
          <w:lang w:val="cy-GB"/>
        </w:rPr>
        <w:t>. B</w:t>
      </w:r>
      <w:r w:rsidR="00DC74F9" w:rsidRPr="00C2705B">
        <w:rPr>
          <w:rFonts w:ascii="Arial" w:hAnsi="Arial" w:cs="Arial"/>
          <w:sz w:val="24"/>
          <w:szCs w:val="24"/>
          <w:lang w:val="cy-GB"/>
        </w:rPr>
        <w:t xml:space="preserve">eth sy’n </w:t>
      </w:r>
      <w:r w:rsidRPr="00C2705B">
        <w:rPr>
          <w:rFonts w:ascii="Arial" w:hAnsi="Arial" w:cs="Arial"/>
          <w:sz w:val="24"/>
          <w:szCs w:val="24"/>
          <w:lang w:val="cy-GB"/>
        </w:rPr>
        <w:t>dylanwadu ar agweddau</w:t>
      </w:r>
      <w:r w:rsidR="00DC74F9" w:rsidRPr="00C2705B">
        <w:rPr>
          <w:rFonts w:ascii="Arial" w:hAnsi="Arial" w:cs="Arial"/>
          <w:sz w:val="24"/>
          <w:szCs w:val="24"/>
          <w:lang w:val="cy-GB"/>
        </w:rPr>
        <w:t xml:space="preserve"> a </w:t>
      </w:r>
      <w:r w:rsidRPr="00C2705B">
        <w:rPr>
          <w:rFonts w:ascii="Arial" w:hAnsi="Arial" w:cs="Arial"/>
          <w:sz w:val="24"/>
          <w:szCs w:val="24"/>
          <w:lang w:val="cy-GB"/>
        </w:rPr>
        <w:t>defnydd cymunedol</w:t>
      </w:r>
      <w:r w:rsidR="00DC74F9" w:rsidRPr="00C2705B">
        <w:rPr>
          <w:rFonts w:ascii="Arial" w:hAnsi="Arial" w:cs="Arial"/>
          <w:sz w:val="24"/>
          <w:szCs w:val="24"/>
          <w:lang w:val="cy-GB"/>
        </w:rPr>
        <w:t xml:space="preserve"> o iaith</w:t>
      </w:r>
      <w:r w:rsidR="00C700C3" w:rsidRPr="00C2705B">
        <w:rPr>
          <w:rFonts w:ascii="Arial" w:hAnsi="Arial" w:cs="Arial"/>
          <w:sz w:val="24"/>
          <w:szCs w:val="24"/>
          <w:lang w:val="cy-GB"/>
        </w:rPr>
        <w:t>?</w:t>
      </w:r>
      <w:r w:rsidRPr="00C2705B">
        <w:rPr>
          <w:rFonts w:ascii="Arial" w:hAnsi="Arial" w:cs="Arial"/>
          <w:sz w:val="24"/>
          <w:szCs w:val="24"/>
          <w:lang w:val="cy-GB"/>
        </w:rPr>
        <w:t xml:space="preserve"> Mae’r ddau faes yn allweddol wrth ddeall sut mae ieithoedd lleiafrifol yn parhau neu’n gwanhau.</w:t>
      </w:r>
      <w:r w:rsidR="00707036" w:rsidRPr="00C2705B">
        <w:rPr>
          <w:rFonts w:ascii="Arial" w:hAnsi="Arial" w:cs="Arial"/>
          <w:sz w:val="24"/>
          <w:szCs w:val="24"/>
          <w:lang w:val="cy-GB"/>
        </w:rPr>
        <w:br/>
      </w:r>
      <w:r w:rsidR="00A01E01" w:rsidRPr="00C2705B">
        <w:rPr>
          <w:rFonts w:ascii="Arial" w:hAnsi="Arial" w:cs="Arial"/>
          <w:sz w:val="24"/>
          <w:szCs w:val="24"/>
          <w:lang w:val="cy-GB"/>
        </w:rPr>
        <w:t xml:space="preserve">Rwyf wedi dewis cymharu </w:t>
      </w:r>
      <w:r w:rsidRPr="00C2705B">
        <w:rPr>
          <w:rFonts w:ascii="Arial" w:hAnsi="Arial" w:cs="Arial"/>
          <w:sz w:val="24"/>
          <w:szCs w:val="24"/>
          <w:lang w:val="cy-GB"/>
        </w:rPr>
        <w:t>Cymru a Gwlad y Basg gan</w:t>
      </w:r>
      <w:r w:rsidR="00594CE6" w:rsidRPr="00C2705B">
        <w:rPr>
          <w:rFonts w:ascii="Arial" w:hAnsi="Arial" w:cs="Arial"/>
          <w:sz w:val="24"/>
          <w:szCs w:val="24"/>
          <w:lang w:val="cy-GB"/>
        </w:rPr>
        <w:t xml:space="preserve"> eu bod yn d</w:t>
      </w:r>
      <w:r w:rsidRPr="00C2705B">
        <w:rPr>
          <w:rFonts w:ascii="Arial" w:hAnsi="Arial" w:cs="Arial"/>
          <w:sz w:val="24"/>
          <w:szCs w:val="24"/>
          <w:lang w:val="cy-GB"/>
        </w:rPr>
        <w:t xml:space="preserve">dwy gymuned sydd </w:t>
      </w:r>
      <w:r w:rsidR="00377990" w:rsidRPr="00C2705B">
        <w:rPr>
          <w:rFonts w:ascii="Arial" w:hAnsi="Arial" w:cs="Arial"/>
          <w:sz w:val="24"/>
          <w:szCs w:val="24"/>
          <w:lang w:val="cy-GB"/>
        </w:rPr>
        <w:t>yn</w:t>
      </w:r>
      <w:r w:rsidR="00F86B07" w:rsidRPr="00C2705B">
        <w:rPr>
          <w:rFonts w:ascii="Arial" w:hAnsi="Arial" w:cs="Arial"/>
          <w:sz w:val="24"/>
          <w:szCs w:val="24"/>
          <w:lang w:val="cy-GB"/>
        </w:rPr>
        <w:t xml:space="preserve"> bwrpasol wrth</w:t>
      </w:r>
      <w:r w:rsidRPr="00C2705B">
        <w:rPr>
          <w:rFonts w:ascii="Arial" w:hAnsi="Arial" w:cs="Arial"/>
          <w:sz w:val="24"/>
          <w:szCs w:val="24"/>
          <w:lang w:val="cy-GB"/>
        </w:rPr>
        <w:t xml:space="preserve"> </w:t>
      </w:r>
      <w:r w:rsidR="00F86B07" w:rsidRPr="00C2705B">
        <w:rPr>
          <w:rFonts w:ascii="Arial" w:hAnsi="Arial" w:cs="Arial"/>
          <w:sz w:val="24"/>
          <w:szCs w:val="24"/>
          <w:lang w:val="cy-GB"/>
        </w:rPr>
        <w:t>d</w:t>
      </w:r>
      <w:r w:rsidRPr="00C2705B">
        <w:rPr>
          <w:rFonts w:ascii="Arial" w:hAnsi="Arial" w:cs="Arial"/>
          <w:sz w:val="24"/>
          <w:szCs w:val="24"/>
          <w:lang w:val="cy-GB"/>
        </w:rPr>
        <w:t>datblygu polisïau</w:t>
      </w:r>
      <w:r w:rsidR="00203A46" w:rsidRPr="00C2705B">
        <w:rPr>
          <w:rFonts w:ascii="Arial" w:hAnsi="Arial" w:cs="Arial"/>
          <w:sz w:val="24"/>
          <w:szCs w:val="24"/>
          <w:lang w:val="cy-GB"/>
        </w:rPr>
        <w:t xml:space="preserve"> a</w:t>
      </w:r>
      <w:r w:rsidR="000F2552" w:rsidRPr="00C2705B">
        <w:rPr>
          <w:rFonts w:ascii="Arial" w:hAnsi="Arial" w:cs="Arial"/>
          <w:sz w:val="24"/>
          <w:szCs w:val="24"/>
          <w:lang w:val="cy-GB"/>
        </w:rPr>
        <w:t xml:space="preserve"> gosod statws i’w ieithoedd</w:t>
      </w:r>
      <w:r w:rsidRPr="00C2705B">
        <w:rPr>
          <w:rFonts w:ascii="Arial" w:hAnsi="Arial" w:cs="Arial"/>
          <w:sz w:val="24"/>
          <w:szCs w:val="24"/>
          <w:lang w:val="cy-GB"/>
        </w:rPr>
        <w:t xml:space="preserve"> </w:t>
      </w:r>
      <w:r w:rsidR="00F86B07" w:rsidRPr="00C2705B">
        <w:rPr>
          <w:rFonts w:ascii="Arial" w:hAnsi="Arial" w:cs="Arial"/>
          <w:sz w:val="24"/>
          <w:szCs w:val="24"/>
          <w:lang w:val="cy-GB"/>
        </w:rPr>
        <w:t xml:space="preserve">er mwyn </w:t>
      </w:r>
      <w:r w:rsidR="00CB6DD7" w:rsidRPr="00C2705B">
        <w:rPr>
          <w:rFonts w:ascii="Arial" w:hAnsi="Arial" w:cs="Arial"/>
          <w:sz w:val="24"/>
          <w:szCs w:val="24"/>
          <w:lang w:val="cy-GB"/>
        </w:rPr>
        <w:t>c</w:t>
      </w:r>
      <w:r w:rsidRPr="00C2705B">
        <w:rPr>
          <w:rFonts w:ascii="Arial" w:hAnsi="Arial" w:cs="Arial"/>
          <w:sz w:val="24"/>
          <w:szCs w:val="24"/>
          <w:lang w:val="cy-GB"/>
        </w:rPr>
        <w:t>ryfhau e</w:t>
      </w:r>
      <w:r w:rsidR="00F86B07" w:rsidRPr="00C2705B">
        <w:rPr>
          <w:rFonts w:ascii="Arial" w:hAnsi="Arial" w:cs="Arial"/>
          <w:sz w:val="24"/>
          <w:szCs w:val="24"/>
          <w:lang w:val="cy-GB"/>
        </w:rPr>
        <w:t xml:space="preserve">u </w:t>
      </w:r>
      <w:r w:rsidR="0015134F" w:rsidRPr="00C2705B">
        <w:rPr>
          <w:rFonts w:ascii="Arial" w:hAnsi="Arial" w:cs="Arial"/>
          <w:sz w:val="24"/>
          <w:szCs w:val="24"/>
          <w:lang w:val="cy-GB"/>
        </w:rPr>
        <w:t>tynged</w:t>
      </w:r>
      <w:r w:rsidR="00CB6DD7" w:rsidRPr="00C2705B">
        <w:rPr>
          <w:rFonts w:ascii="Arial" w:hAnsi="Arial" w:cs="Arial"/>
          <w:sz w:val="24"/>
          <w:szCs w:val="24"/>
          <w:lang w:val="cy-GB"/>
        </w:rPr>
        <w:t>, o</w:t>
      </w:r>
      <w:r w:rsidRPr="00C2705B">
        <w:rPr>
          <w:rFonts w:ascii="Arial" w:hAnsi="Arial" w:cs="Arial"/>
          <w:sz w:val="24"/>
          <w:szCs w:val="24"/>
          <w:lang w:val="cy-GB"/>
        </w:rPr>
        <w:t>nd sydd â sefyllfa wleidyddol, statws cyfreithiol a realiti</w:t>
      </w:r>
      <w:r w:rsidR="0015134F" w:rsidRPr="00C2705B">
        <w:rPr>
          <w:rFonts w:ascii="Arial" w:hAnsi="Arial" w:cs="Arial"/>
          <w:sz w:val="24"/>
          <w:szCs w:val="24"/>
          <w:lang w:val="cy-GB"/>
        </w:rPr>
        <w:t>/</w:t>
      </w:r>
      <w:r w:rsidR="00741D35" w:rsidRPr="00C2705B">
        <w:rPr>
          <w:rFonts w:ascii="Arial" w:hAnsi="Arial" w:cs="Arial"/>
          <w:sz w:val="24"/>
          <w:szCs w:val="24"/>
          <w:lang w:val="cy-GB"/>
        </w:rPr>
        <w:t xml:space="preserve">barn </w:t>
      </w:r>
      <w:r w:rsidRPr="00C2705B">
        <w:rPr>
          <w:rFonts w:ascii="Arial" w:hAnsi="Arial" w:cs="Arial"/>
          <w:sz w:val="24"/>
          <w:szCs w:val="24"/>
          <w:lang w:val="cy-GB"/>
        </w:rPr>
        <w:t xml:space="preserve">cymdeithasol gwahanol. Mae hyn yn </w:t>
      </w:r>
      <w:r w:rsidR="00CF1D06" w:rsidRPr="00C2705B">
        <w:rPr>
          <w:rFonts w:ascii="Arial" w:hAnsi="Arial" w:cs="Arial"/>
          <w:sz w:val="24"/>
          <w:szCs w:val="24"/>
          <w:lang w:val="cy-GB"/>
        </w:rPr>
        <w:t xml:space="preserve">creu </w:t>
      </w:r>
      <w:r w:rsidRPr="00C2705B">
        <w:rPr>
          <w:rFonts w:ascii="Arial" w:hAnsi="Arial" w:cs="Arial"/>
          <w:sz w:val="24"/>
          <w:szCs w:val="24"/>
          <w:lang w:val="cy-GB"/>
        </w:rPr>
        <w:t>cyfle cyfoethog ar gyfer cymhar</w:t>
      </w:r>
      <w:r w:rsidR="00071817" w:rsidRPr="00C2705B">
        <w:rPr>
          <w:rFonts w:ascii="Arial" w:hAnsi="Arial" w:cs="Arial"/>
          <w:sz w:val="24"/>
          <w:szCs w:val="24"/>
          <w:lang w:val="cy-GB"/>
        </w:rPr>
        <w:t>u</w:t>
      </w:r>
      <w:r w:rsidR="00EB0501" w:rsidRPr="00C2705B">
        <w:rPr>
          <w:rFonts w:ascii="Arial" w:hAnsi="Arial" w:cs="Arial"/>
          <w:sz w:val="24"/>
          <w:szCs w:val="24"/>
          <w:lang w:val="cy-GB"/>
        </w:rPr>
        <w:t xml:space="preserve"> yn </w:t>
      </w:r>
      <w:r w:rsidRPr="00C2705B">
        <w:rPr>
          <w:rFonts w:ascii="Arial" w:hAnsi="Arial" w:cs="Arial"/>
          <w:sz w:val="24"/>
          <w:szCs w:val="24"/>
          <w:lang w:val="cy-GB"/>
        </w:rPr>
        <w:t xml:space="preserve">feirniadol </w:t>
      </w:r>
      <w:r w:rsidR="00EB0501" w:rsidRPr="00C2705B">
        <w:rPr>
          <w:rFonts w:ascii="Arial" w:hAnsi="Arial" w:cs="Arial"/>
          <w:sz w:val="24"/>
          <w:szCs w:val="24"/>
          <w:lang w:val="cy-GB"/>
        </w:rPr>
        <w:t>a’r y</w:t>
      </w:r>
      <w:r w:rsidRPr="00C2705B">
        <w:rPr>
          <w:rFonts w:ascii="Arial" w:hAnsi="Arial" w:cs="Arial"/>
          <w:sz w:val="24"/>
          <w:szCs w:val="24"/>
          <w:lang w:val="cy-GB"/>
        </w:rPr>
        <w:t xml:space="preserve"> berthynas rhwng polisi, hunaniaeth a throsglwyddo</w:t>
      </w:r>
      <w:r w:rsidR="00EB0501" w:rsidRPr="00C2705B">
        <w:rPr>
          <w:rFonts w:ascii="Arial" w:hAnsi="Arial" w:cs="Arial"/>
          <w:sz w:val="24"/>
          <w:szCs w:val="24"/>
          <w:lang w:val="cy-GB"/>
        </w:rPr>
        <w:t xml:space="preserve"> iaith</w:t>
      </w:r>
      <w:r w:rsidRPr="00C2705B">
        <w:rPr>
          <w:rFonts w:ascii="Arial" w:hAnsi="Arial" w:cs="Arial"/>
          <w:sz w:val="24"/>
          <w:szCs w:val="24"/>
          <w:lang w:val="cy-GB"/>
        </w:rPr>
        <w:t>.</w:t>
      </w:r>
      <w:r w:rsidR="00707036" w:rsidRPr="00C2705B">
        <w:rPr>
          <w:rFonts w:ascii="Arial" w:hAnsi="Arial" w:cs="Arial"/>
          <w:sz w:val="24"/>
          <w:szCs w:val="24"/>
          <w:lang w:val="cy-GB"/>
        </w:rPr>
        <w:br/>
      </w:r>
      <w:r w:rsidRPr="00C2705B">
        <w:rPr>
          <w:rFonts w:ascii="Arial" w:hAnsi="Arial" w:cs="Arial"/>
          <w:sz w:val="24"/>
          <w:szCs w:val="24"/>
          <w:lang w:val="cy-GB"/>
        </w:rPr>
        <w:t xml:space="preserve">Bydd y dadansoddiad yn seiliedig ar waith damcaniaethwyr allweddol </w:t>
      </w:r>
      <w:r w:rsidR="00741D35" w:rsidRPr="00C2705B">
        <w:rPr>
          <w:rFonts w:ascii="Arial" w:hAnsi="Arial" w:cs="Arial"/>
          <w:sz w:val="24"/>
          <w:szCs w:val="24"/>
          <w:lang w:val="cy-GB"/>
        </w:rPr>
        <w:t xml:space="preserve">megis </w:t>
      </w:r>
      <w:proofErr w:type="spellStart"/>
      <w:r w:rsidR="00741D35" w:rsidRPr="00C2705B">
        <w:rPr>
          <w:rFonts w:ascii="Arial" w:hAnsi="Arial" w:cs="Arial"/>
          <w:sz w:val="24"/>
          <w:szCs w:val="24"/>
          <w:lang w:val="cy-GB"/>
        </w:rPr>
        <w:lastRenderedPageBreak/>
        <w:t>Fishman</w:t>
      </w:r>
      <w:proofErr w:type="spellEnd"/>
      <w:r w:rsidR="00741D35" w:rsidRPr="00C2705B">
        <w:rPr>
          <w:rFonts w:ascii="Arial" w:hAnsi="Arial" w:cs="Arial"/>
          <w:sz w:val="24"/>
          <w:szCs w:val="24"/>
          <w:lang w:val="cy-GB"/>
        </w:rPr>
        <w:t xml:space="preserve">, </w:t>
      </w:r>
      <w:proofErr w:type="spellStart"/>
      <w:r w:rsidRPr="00C2705B">
        <w:rPr>
          <w:rFonts w:ascii="Arial" w:hAnsi="Arial" w:cs="Arial"/>
          <w:sz w:val="24"/>
          <w:szCs w:val="24"/>
          <w:lang w:val="cy-GB"/>
        </w:rPr>
        <w:t>Haugen</w:t>
      </w:r>
      <w:proofErr w:type="spellEnd"/>
      <w:r w:rsidR="00FB5CE5" w:rsidRPr="00C2705B">
        <w:rPr>
          <w:rFonts w:ascii="Arial" w:hAnsi="Arial" w:cs="Arial"/>
          <w:sz w:val="24"/>
          <w:szCs w:val="24"/>
          <w:lang w:val="cy-GB"/>
        </w:rPr>
        <w:t xml:space="preserve"> a </w:t>
      </w:r>
      <w:r w:rsidRPr="00C2705B">
        <w:rPr>
          <w:rFonts w:ascii="Arial" w:hAnsi="Arial" w:cs="Arial"/>
          <w:sz w:val="24"/>
          <w:szCs w:val="24"/>
          <w:lang w:val="cy-GB"/>
        </w:rPr>
        <w:t>Cooper</w:t>
      </w:r>
      <w:r w:rsidR="00FC105D" w:rsidRPr="00C2705B">
        <w:rPr>
          <w:rFonts w:ascii="Arial" w:hAnsi="Arial" w:cs="Arial"/>
          <w:sz w:val="24"/>
          <w:szCs w:val="24"/>
          <w:lang w:val="cy-GB"/>
        </w:rPr>
        <w:t xml:space="preserve"> ac yn </w:t>
      </w:r>
      <w:r w:rsidRPr="00C2705B">
        <w:rPr>
          <w:rFonts w:ascii="Arial" w:hAnsi="Arial" w:cs="Arial"/>
          <w:sz w:val="24"/>
          <w:szCs w:val="24"/>
          <w:lang w:val="cy-GB"/>
        </w:rPr>
        <w:t xml:space="preserve">fras, mi fydd y dadansoddiad yn dangos bod y ddwy gymuned wedi gwneud cynnydd sylweddol mewn addysg a chynllunio statws, ond bod tensiynau parhaol rhwng polisi ar lefel </w:t>
      </w:r>
      <w:r w:rsidR="00505A43" w:rsidRPr="00C2705B">
        <w:rPr>
          <w:rFonts w:ascii="Arial" w:hAnsi="Arial" w:cs="Arial"/>
          <w:sz w:val="24"/>
          <w:szCs w:val="24"/>
          <w:lang w:val="cy-GB"/>
        </w:rPr>
        <w:t>llywodraethol (</w:t>
      </w:r>
      <w:r w:rsidRPr="00C2705B">
        <w:rPr>
          <w:rFonts w:ascii="Arial" w:hAnsi="Arial" w:cs="Arial"/>
          <w:sz w:val="24"/>
          <w:szCs w:val="24"/>
          <w:lang w:val="cy-GB"/>
        </w:rPr>
        <w:t>macro</w:t>
      </w:r>
      <w:r w:rsidR="00505A43" w:rsidRPr="00C2705B">
        <w:rPr>
          <w:rFonts w:ascii="Arial" w:hAnsi="Arial" w:cs="Arial"/>
          <w:sz w:val="24"/>
          <w:szCs w:val="24"/>
          <w:lang w:val="cy-GB"/>
        </w:rPr>
        <w:t>)</w:t>
      </w:r>
      <w:r w:rsidRPr="00C2705B">
        <w:rPr>
          <w:rFonts w:ascii="Arial" w:hAnsi="Arial" w:cs="Arial"/>
          <w:sz w:val="24"/>
          <w:szCs w:val="24"/>
          <w:lang w:val="cy-GB"/>
        </w:rPr>
        <w:t xml:space="preserve"> a defnydd gwirioneddol ar lefel gymunedol (micro). Bydd y gymhariaeth yn tynnu sylw at y ffactorau sy’n helpu neu’n rhwystro trosglwyddo iaith a datblygiad hunaniaeth.</w:t>
      </w:r>
    </w:p>
    <w:p w14:paraId="7C56E28D" w14:textId="0D94B94E" w:rsidR="00B206E7" w:rsidRPr="00C2705B" w:rsidRDefault="009E0F42" w:rsidP="00C2705B">
      <w:pPr>
        <w:spacing w:line="360" w:lineRule="auto"/>
        <w:rPr>
          <w:rFonts w:ascii="Arial" w:hAnsi="Arial" w:cs="Arial"/>
          <w:sz w:val="24"/>
          <w:szCs w:val="24"/>
          <w:lang w:val="cy-GB"/>
        </w:rPr>
      </w:pPr>
      <w:r w:rsidRPr="00C2705B">
        <w:rPr>
          <w:rFonts w:ascii="Arial" w:hAnsi="Arial" w:cs="Arial"/>
          <w:i/>
          <w:iCs/>
          <w:sz w:val="24"/>
          <w:szCs w:val="24"/>
        </w:rPr>
        <w:t>The term language planning refers to the organized pursuit of solutions to language problems, typically at the national level</w:t>
      </w:r>
      <w:r w:rsidR="00293E61" w:rsidRPr="00C2705B">
        <w:rPr>
          <w:rFonts w:ascii="Arial" w:hAnsi="Arial" w:cs="Arial"/>
          <w:sz w:val="24"/>
          <w:szCs w:val="24"/>
        </w:rPr>
        <w:t xml:space="preserve">. </w:t>
      </w:r>
      <w:r w:rsidRPr="00C2705B">
        <w:rPr>
          <w:rFonts w:ascii="Arial" w:hAnsi="Arial" w:cs="Arial"/>
          <w:b/>
          <w:bCs/>
          <w:sz w:val="24"/>
          <w:szCs w:val="24"/>
        </w:rPr>
        <w:t>(Fishman 197</w:t>
      </w:r>
      <w:r w:rsidR="00EA138E" w:rsidRPr="00C2705B">
        <w:rPr>
          <w:rFonts w:ascii="Arial" w:hAnsi="Arial" w:cs="Arial"/>
          <w:b/>
          <w:bCs/>
          <w:sz w:val="24"/>
          <w:szCs w:val="24"/>
        </w:rPr>
        <w:t>3</w:t>
      </w:r>
      <w:r w:rsidR="00A31168" w:rsidRPr="00C2705B">
        <w:rPr>
          <w:rFonts w:ascii="Arial" w:hAnsi="Arial" w:cs="Arial"/>
          <w:b/>
          <w:bCs/>
          <w:sz w:val="24"/>
          <w:szCs w:val="24"/>
        </w:rPr>
        <w:t xml:space="preserve"> t</w:t>
      </w:r>
      <w:r w:rsidRPr="00C2705B">
        <w:rPr>
          <w:rFonts w:ascii="Arial" w:hAnsi="Arial" w:cs="Arial"/>
          <w:b/>
          <w:bCs/>
          <w:sz w:val="24"/>
          <w:szCs w:val="24"/>
        </w:rPr>
        <w:t xml:space="preserve">: </w:t>
      </w:r>
      <w:r w:rsidR="00EA138E" w:rsidRPr="00C2705B">
        <w:rPr>
          <w:rFonts w:ascii="Arial" w:hAnsi="Arial" w:cs="Arial"/>
          <w:b/>
          <w:bCs/>
          <w:sz w:val="24"/>
          <w:szCs w:val="24"/>
        </w:rPr>
        <w:t>24</w:t>
      </w:r>
      <w:r w:rsidRPr="00C2705B">
        <w:rPr>
          <w:rFonts w:ascii="Arial" w:hAnsi="Arial" w:cs="Arial"/>
          <w:b/>
          <w:bCs/>
          <w:sz w:val="24"/>
          <w:szCs w:val="24"/>
        </w:rPr>
        <w:t>).</w:t>
      </w:r>
      <w:r w:rsidRPr="00C2705B">
        <w:rPr>
          <w:rFonts w:ascii="Arial" w:hAnsi="Arial" w:cs="Arial"/>
          <w:b/>
          <w:bCs/>
          <w:sz w:val="24"/>
          <w:szCs w:val="24"/>
          <w:lang w:val="cy-GB"/>
        </w:rPr>
        <w:t xml:space="preserve"> </w:t>
      </w:r>
      <w:r w:rsidR="00A84AF0">
        <w:rPr>
          <w:rFonts w:ascii="Arial" w:hAnsi="Arial" w:cs="Arial"/>
          <w:b/>
          <w:bCs/>
          <w:sz w:val="24"/>
          <w:szCs w:val="24"/>
          <w:lang w:val="cy-GB"/>
        </w:rPr>
        <w:br/>
      </w:r>
      <w:r w:rsidRPr="00C2705B">
        <w:rPr>
          <w:rFonts w:ascii="Arial" w:hAnsi="Arial" w:cs="Arial"/>
          <w:sz w:val="24"/>
          <w:szCs w:val="24"/>
          <w:lang w:val="cy-GB"/>
        </w:rPr>
        <w:br/>
        <w:t>Felly y ‘broblem’ dwi’n</w:t>
      </w:r>
      <w:r w:rsidR="00A2417D" w:rsidRPr="00C2705B">
        <w:rPr>
          <w:rFonts w:ascii="Arial" w:hAnsi="Arial" w:cs="Arial"/>
          <w:sz w:val="24"/>
          <w:szCs w:val="24"/>
          <w:lang w:val="cy-GB"/>
        </w:rPr>
        <w:t xml:space="preserve"> ceisio</w:t>
      </w:r>
      <w:r w:rsidRPr="00C2705B">
        <w:rPr>
          <w:rFonts w:ascii="Arial" w:hAnsi="Arial" w:cs="Arial"/>
          <w:sz w:val="24"/>
          <w:szCs w:val="24"/>
          <w:lang w:val="cy-GB"/>
        </w:rPr>
        <w:t xml:space="preserve"> archwilio </w:t>
      </w:r>
      <w:r w:rsidR="00B72F66" w:rsidRPr="00C2705B">
        <w:rPr>
          <w:rFonts w:ascii="Arial" w:hAnsi="Arial" w:cs="Arial"/>
          <w:sz w:val="24"/>
          <w:szCs w:val="24"/>
          <w:lang w:val="cy-GB"/>
        </w:rPr>
        <w:t xml:space="preserve">ymhellach </w:t>
      </w:r>
      <w:r w:rsidR="00CC4356" w:rsidRPr="00C2705B">
        <w:rPr>
          <w:rFonts w:ascii="Arial" w:hAnsi="Arial" w:cs="Arial"/>
          <w:sz w:val="24"/>
          <w:szCs w:val="24"/>
          <w:lang w:val="cy-GB"/>
        </w:rPr>
        <w:t>yw</w:t>
      </w:r>
      <w:r w:rsidR="004E0365" w:rsidRPr="00C2705B">
        <w:rPr>
          <w:rFonts w:ascii="Arial" w:hAnsi="Arial" w:cs="Arial"/>
          <w:sz w:val="24"/>
          <w:szCs w:val="24"/>
          <w:lang w:val="cy-GB"/>
        </w:rPr>
        <w:t xml:space="preserve"> sut mae </w:t>
      </w:r>
      <w:r w:rsidR="001E3CF8" w:rsidRPr="00C2705B">
        <w:rPr>
          <w:rFonts w:ascii="Arial" w:hAnsi="Arial" w:cs="Arial"/>
          <w:sz w:val="24"/>
          <w:szCs w:val="24"/>
          <w:lang w:val="cy-GB"/>
        </w:rPr>
        <w:t>cau y bwlch rhwng y ‘macro</w:t>
      </w:r>
      <w:r w:rsidR="00823974" w:rsidRPr="00C2705B">
        <w:rPr>
          <w:rFonts w:ascii="Arial" w:hAnsi="Arial" w:cs="Arial"/>
          <w:sz w:val="24"/>
          <w:szCs w:val="24"/>
          <w:lang w:val="cy-GB"/>
        </w:rPr>
        <w:t>’</w:t>
      </w:r>
      <w:r w:rsidR="001E3CF8" w:rsidRPr="00C2705B">
        <w:rPr>
          <w:rFonts w:ascii="Arial" w:hAnsi="Arial" w:cs="Arial"/>
          <w:sz w:val="24"/>
          <w:szCs w:val="24"/>
          <w:lang w:val="cy-GB"/>
        </w:rPr>
        <w:t xml:space="preserve"> </w:t>
      </w:r>
      <w:r w:rsidR="00201AFD" w:rsidRPr="00C2705B">
        <w:rPr>
          <w:rFonts w:ascii="Arial" w:hAnsi="Arial" w:cs="Arial"/>
          <w:sz w:val="24"/>
          <w:szCs w:val="24"/>
          <w:lang w:val="cy-GB"/>
        </w:rPr>
        <w:t>(</w:t>
      </w:r>
      <w:r w:rsidR="00AD781A" w:rsidRPr="00C2705B">
        <w:rPr>
          <w:rFonts w:ascii="Arial" w:hAnsi="Arial" w:cs="Arial"/>
          <w:sz w:val="24"/>
          <w:szCs w:val="24"/>
          <w:lang w:val="cy-GB"/>
        </w:rPr>
        <w:t xml:space="preserve">Polisïau Caffael - </w:t>
      </w:r>
      <w:r w:rsidR="00201AFD" w:rsidRPr="00C2705B">
        <w:rPr>
          <w:rFonts w:ascii="Arial" w:hAnsi="Arial" w:cs="Arial"/>
          <w:sz w:val="24"/>
          <w:szCs w:val="24"/>
          <w:lang w:val="cy-GB"/>
        </w:rPr>
        <w:t>Trosglwyddo</w:t>
      </w:r>
      <w:r w:rsidR="00AD781A" w:rsidRPr="00C2705B">
        <w:rPr>
          <w:rFonts w:ascii="Arial" w:hAnsi="Arial" w:cs="Arial"/>
          <w:sz w:val="24"/>
          <w:szCs w:val="24"/>
          <w:lang w:val="cy-GB"/>
        </w:rPr>
        <w:t xml:space="preserve"> iaith</w:t>
      </w:r>
      <w:r w:rsidR="00201AFD" w:rsidRPr="00C2705B">
        <w:rPr>
          <w:rFonts w:ascii="Arial" w:hAnsi="Arial" w:cs="Arial"/>
          <w:sz w:val="24"/>
          <w:szCs w:val="24"/>
          <w:lang w:val="cy-GB"/>
        </w:rPr>
        <w:t xml:space="preserve">) </w:t>
      </w:r>
      <w:r w:rsidR="001E3CF8" w:rsidRPr="00C2705B">
        <w:rPr>
          <w:rFonts w:ascii="Arial" w:hAnsi="Arial" w:cs="Arial"/>
          <w:sz w:val="24"/>
          <w:szCs w:val="24"/>
          <w:lang w:val="cy-GB"/>
        </w:rPr>
        <w:t xml:space="preserve">a’r </w:t>
      </w:r>
      <w:r w:rsidR="00823974" w:rsidRPr="00C2705B">
        <w:rPr>
          <w:rFonts w:ascii="Arial" w:hAnsi="Arial" w:cs="Arial"/>
          <w:sz w:val="24"/>
          <w:szCs w:val="24"/>
          <w:lang w:val="cy-GB"/>
        </w:rPr>
        <w:t>‘</w:t>
      </w:r>
      <w:r w:rsidR="001E3CF8" w:rsidRPr="00C2705B">
        <w:rPr>
          <w:rFonts w:ascii="Arial" w:hAnsi="Arial" w:cs="Arial"/>
          <w:sz w:val="24"/>
          <w:szCs w:val="24"/>
          <w:lang w:val="cy-GB"/>
        </w:rPr>
        <w:t>micro’</w:t>
      </w:r>
      <w:r w:rsidR="00AD781A" w:rsidRPr="00C2705B">
        <w:rPr>
          <w:rFonts w:ascii="Arial" w:hAnsi="Arial" w:cs="Arial"/>
          <w:sz w:val="24"/>
          <w:szCs w:val="24"/>
          <w:lang w:val="cy-GB"/>
        </w:rPr>
        <w:t xml:space="preserve"> (</w:t>
      </w:r>
      <w:r w:rsidR="00171677" w:rsidRPr="00C2705B">
        <w:rPr>
          <w:rFonts w:ascii="Arial" w:hAnsi="Arial" w:cs="Arial"/>
          <w:sz w:val="24"/>
          <w:szCs w:val="24"/>
          <w:lang w:val="cy-GB"/>
        </w:rPr>
        <w:t>Hunaniaeth, defnydd iaith)</w:t>
      </w:r>
      <w:r w:rsidR="0013330A" w:rsidRPr="00C2705B">
        <w:rPr>
          <w:rFonts w:ascii="Arial" w:hAnsi="Arial" w:cs="Arial"/>
          <w:sz w:val="24"/>
          <w:szCs w:val="24"/>
          <w:lang w:val="cy-GB"/>
        </w:rPr>
        <w:t xml:space="preserve"> </w:t>
      </w:r>
      <w:r w:rsidR="00CB4D23" w:rsidRPr="00C2705B">
        <w:rPr>
          <w:rFonts w:ascii="Arial" w:hAnsi="Arial" w:cs="Arial"/>
          <w:sz w:val="24"/>
          <w:szCs w:val="24"/>
          <w:lang w:val="cy-GB"/>
        </w:rPr>
        <w:t xml:space="preserve">yn debyg i waith </w:t>
      </w:r>
      <w:r w:rsidR="001462C2" w:rsidRPr="00C2705B">
        <w:rPr>
          <w:rFonts w:ascii="Arial" w:hAnsi="Arial" w:cs="Arial"/>
          <w:sz w:val="24"/>
          <w:szCs w:val="24"/>
        </w:rPr>
        <w:t>Hodges a Prys</w:t>
      </w:r>
      <w:r w:rsidR="0096735F" w:rsidRPr="00C2705B">
        <w:rPr>
          <w:rFonts w:ascii="Arial" w:hAnsi="Arial" w:cs="Arial"/>
          <w:sz w:val="24"/>
          <w:szCs w:val="24"/>
        </w:rPr>
        <w:t xml:space="preserve"> </w:t>
      </w:r>
      <w:proofErr w:type="spellStart"/>
      <w:r w:rsidR="007B0036" w:rsidRPr="00C2705B">
        <w:rPr>
          <w:rFonts w:ascii="Arial" w:hAnsi="Arial" w:cs="Arial"/>
          <w:sz w:val="24"/>
          <w:szCs w:val="24"/>
        </w:rPr>
        <w:t>y</w:t>
      </w:r>
      <w:r w:rsidR="00014E25" w:rsidRPr="00C2705B">
        <w:rPr>
          <w:rFonts w:ascii="Arial" w:hAnsi="Arial" w:cs="Arial"/>
          <w:sz w:val="24"/>
          <w:szCs w:val="24"/>
        </w:rPr>
        <w:t>n</w:t>
      </w:r>
      <w:proofErr w:type="spellEnd"/>
      <w:r w:rsidR="007B0036" w:rsidRPr="00C2705B">
        <w:rPr>
          <w:rFonts w:ascii="Arial" w:hAnsi="Arial" w:cs="Arial"/>
          <w:sz w:val="24"/>
          <w:szCs w:val="24"/>
        </w:rPr>
        <w:t xml:space="preserve"> </w:t>
      </w:r>
      <w:proofErr w:type="spellStart"/>
      <w:r w:rsidR="007B0036" w:rsidRPr="00C2705B">
        <w:rPr>
          <w:rFonts w:ascii="Arial" w:hAnsi="Arial" w:cs="Arial"/>
          <w:sz w:val="24"/>
          <w:szCs w:val="24"/>
        </w:rPr>
        <w:t>eu</w:t>
      </w:r>
      <w:proofErr w:type="spellEnd"/>
      <w:r w:rsidR="007B0036" w:rsidRPr="00C2705B">
        <w:rPr>
          <w:rFonts w:ascii="Arial" w:hAnsi="Arial" w:cs="Arial"/>
          <w:sz w:val="24"/>
          <w:szCs w:val="24"/>
        </w:rPr>
        <w:t xml:space="preserve"> darn “</w:t>
      </w:r>
      <w:r w:rsidR="00163964" w:rsidRPr="00C2705B">
        <w:rPr>
          <w:rFonts w:ascii="Arial" w:hAnsi="Arial" w:cs="Arial"/>
          <w:sz w:val="24"/>
          <w:szCs w:val="24"/>
        </w:rPr>
        <w:t>The community as a language planning crossroads” (1991)</w:t>
      </w:r>
      <w:r w:rsidR="0009377A" w:rsidRPr="00C2705B">
        <w:rPr>
          <w:rFonts w:ascii="Arial" w:hAnsi="Arial" w:cs="Arial"/>
          <w:sz w:val="24"/>
          <w:szCs w:val="24"/>
        </w:rPr>
        <w:t>.</w:t>
      </w:r>
      <w:r w:rsidR="003826B6" w:rsidRPr="00C2705B">
        <w:rPr>
          <w:rFonts w:ascii="Arial" w:hAnsi="Arial" w:cs="Arial"/>
          <w:b/>
          <w:bCs/>
          <w:sz w:val="24"/>
          <w:szCs w:val="24"/>
          <w:lang w:val="cy-GB"/>
        </w:rPr>
        <w:br/>
      </w:r>
      <w:r w:rsidR="003826B6" w:rsidRPr="00C2705B">
        <w:rPr>
          <w:rFonts w:ascii="Arial" w:hAnsi="Arial" w:cs="Arial"/>
          <w:b/>
          <w:bCs/>
          <w:sz w:val="24"/>
          <w:szCs w:val="24"/>
          <w:lang w:val="cy-GB"/>
        </w:rPr>
        <w:br/>
      </w:r>
      <w:r w:rsidR="00042587" w:rsidRPr="00C2705B">
        <w:rPr>
          <w:rFonts w:ascii="Arial" w:hAnsi="Arial" w:cs="Arial"/>
          <w:sz w:val="24"/>
          <w:szCs w:val="24"/>
          <w:lang w:val="cy-GB"/>
        </w:rPr>
        <w:t xml:space="preserve">Mae’r maes polisi a chynllunio iaith yn faes eang </w:t>
      </w:r>
      <w:r w:rsidR="00EF4524" w:rsidRPr="00C2705B">
        <w:rPr>
          <w:rFonts w:ascii="Arial" w:hAnsi="Arial" w:cs="Arial"/>
          <w:sz w:val="24"/>
          <w:szCs w:val="24"/>
          <w:lang w:val="cy-GB"/>
        </w:rPr>
        <w:t>â</w:t>
      </w:r>
      <w:r w:rsidR="00042587" w:rsidRPr="00C2705B">
        <w:rPr>
          <w:rFonts w:ascii="Arial" w:hAnsi="Arial" w:cs="Arial"/>
          <w:sz w:val="24"/>
          <w:szCs w:val="24"/>
          <w:lang w:val="cy-GB"/>
        </w:rPr>
        <w:t xml:space="preserve"> sawl disgyblaeth sy’n </w:t>
      </w:r>
      <w:r w:rsidR="00C4058C" w:rsidRPr="00C2705B">
        <w:rPr>
          <w:rFonts w:ascii="Arial" w:hAnsi="Arial" w:cs="Arial"/>
          <w:sz w:val="24"/>
          <w:szCs w:val="24"/>
          <w:lang w:val="cy-GB"/>
        </w:rPr>
        <w:t xml:space="preserve">ceisio </w:t>
      </w:r>
      <w:r w:rsidR="00D945C0" w:rsidRPr="00C2705B">
        <w:rPr>
          <w:rFonts w:ascii="Arial" w:hAnsi="Arial" w:cs="Arial"/>
          <w:sz w:val="24"/>
          <w:szCs w:val="24"/>
          <w:lang w:val="cy-GB"/>
        </w:rPr>
        <w:t>dylanwadu ar</w:t>
      </w:r>
      <w:r w:rsidR="00042587" w:rsidRPr="00C2705B">
        <w:rPr>
          <w:rFonts w:ascii="Arial" w:hAnsi="Arial" w:cs="Arial"/>
          <w:sz w:val="24"/>
          <w:szCs w:val="24"/>
          <w:lang w:val="cy-GB"/>
        </w:rPr>
        <w:t xml:space="preserve"> sut mae ieithoedd yn cael eu rheoli, eu cynnal a’u datblygu mewn cymdeithas</w:t>
      </w:r>
      <w:r w:rsidR="00457597" w:rsidRPr="00C2705B">
        <w:rPr>
          <w:rFonts w:ascii="Arial" w:hAnsi="Arial" w:cs="Arial"/>
          <w:sz w:val="24"/>
          <w:szCs w:val="24"/>
          <w:lang w:val="cy-GB"/>
        </w:rPr>
        <w:t>.</w:t>
      </w:r>
      <w:r w:rsidR="00B206E7" w:rsidRPr="00C2705B">
        <w:rPr>
          <w:rFonts w:ascii="Arial" w:hAnsi="Arial" w:cs="Arial"/>
          <w:sz w:val="24"/>
          <w:szCs w:val="24"/>
          <w:lang w:val="cy-GB"/>
        </w:rPr>
        <w:t xml:space="preserve"> </w:t>
      </w:r>
      <w:r w:rsidR="00D945C0" w:rsidRPr="00C2705B">
        <w:rPr>
          <w:rFonts w:ascii="Arial" w:hAnsi="Arial" w:cs="Arial"/>
          <w:sz w:val="24"/>
          <w:szCs w:val="24"/>
          <w:lang w:val="cy-GB"/>
        </w:rPr>
        <w:t>Mae maes</w:t>
      </w:r>
      <w:r w:rsidR="00B206E7" w:rsidRPr="00C2705B">
        <w:rPr>
          <w:rFonts w:ascii="Arial" w:hAnsi="Arial" w:cs="Arial"/>
          <w:sz w:val="24"/>
          <w:szCs w:val="24"/>
          <w:lang w:val="cy-GB"/>
        </w:rPr>
        <w:t xml:space="preserve"> hefyd yn </w:t>
      </w:r>
      <w:r w:rsidR="00D945C0" w:rsidRPr="00C2705B">
        <w:rPr>
          <w:rFonts w:ascii="Arial" w:hAnsi="Arial" w:cs="Arial"/>
          <w:sz w:val="24"/>
          <w:szCs w:val="24"/>
          <w:lang w:val="cy-GB"/>
        </w:rPr>
        <w:t>un</w:t>
      </w:r>
      <w:r w:rsidR="00B206E7" w:rsidRPr="00C2705B">
        <w:rPr>
          <w:rFonts w:ascii="Arial" w:hAnsi="Arial" w:cs="Arial"/>
          <w:sz w:val="24"/>
          <w:szCs w:val="24"/>
          <w:lang w:val="cy-GB"/>
        </w:rPr>
        <w:t xml:space="preserve"> cymhleth gan ei fod yn gweithredu ar sawl lefel: y lefel macro (polisi’r wladwriaeth), lefel meso (sefydliadau fel ysgolion), </w:t>
      </w:r>
      <w:r w:rsidR="001B5CB9" w:rsidRPr="00C2705B">
        <w:rPr>
          <w:rFonts w:ascii="Arial" w:hAnsi="Arial" w:cs="Arial"/>
          <w:sz w:val="24"/>
          <w:szCs w:val="24"/>
          <w:lang w:val="cy-GB"/>
        </w:rPr>
        <w:t>â’r</w:t>
      </w:r>
      <w:r w:rsidR="00B206E7" w:rsidRPr="00C2705B">
        <w:rPr>
          <w:rFonts w:ascii="Arial" w:hAnsi="Arial" w:cs="Arial"/>
          <w:sz w:val="24"/>
          <w:szCs w:val="24"/>
          <w:lang w:val="cy-GB"/>
        </w:rPr>
        <w:t xml:space="preserve"> lefel micro (unigolion a chymunedau), fel y trafodir gan </w:t>
      </w:r>
      <w:proofErr w:type="spellStart"/>
      <w:r w:rsidR="00B206E7" w:rsidRPr="00C2705B">
        <w:rPr>
          <w:rFonts w:ascii="Arial" w:hAnsi="Arial" w:cs="Arial"/>
          <w:sz w:val="24"/>
          <w:szCs w:val="24"/>
          <w:lang w:val="cy-GB"/>
        </w:rPr>
        <w:t>Baldauf</w:t>
      </w:r>
      <w:proofErr w:type="spellEnd"/>
      <w:r w:rsidR="00B206E7" w:rsidRPr="00C2705B">
        <w:rPr>
          <w:rFonts w:ascii="Arial" w:hAnsi="Arial" w:cs="Arial"/>
          <w:sz w:val="24"/>
          <w:szCs w:val="24"/>
          <w:lang w:val="cy-GB"/>
        </w:rPr>
        <w:t xml:space="preserve">. </w:t>
      </w:r>
    </w:p>
    <w:p w14:paraId="2C3E240D" w14:textId="1D82E696" w:rsidR="00B206E7" w:rsidRPr="00C2705B" w:rsidRDefault="00B206E7" w:rsidP="00C2705B">
      <w:pPr>
        <w:spacing w:line="360" w:lineRule="auto"/>
        <w:rPr>
          <w:rFonts w:ascii="Arial" w:hAnsi="Arial" w:cs="Arial"/>
          <w:sz w:val="24"/>
          <w:szCs w:val="24"/>
          <w:lang w:val="cy-GB"/>
        </w:rPr>
      </w:pPr>
      <w:proofErr w:type="spellStart"/>
      <w:r w:rsidRPr="00C2705B">
        <w:rPr>
          <w:rFonts w:ascii="Arial" w:hAnsi="Arial" w:cs="Arial"/>
          <w:i/>
          <w:iCs/>
          <w:sz w:val="24"/>
          <w:szCs w:val="24"/>
          <w:lang w:val="cy-GB"/>
        </w:rPr>
        <w:t>Language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planning</w:t>
      </w:r>
      <w:proofErr w:type="spellEnd"/>
      <w:r w:rsidRPr="00C2705B">
        <w:rPr>
          <w:rFonts w:ascii="Arial" w:hAnsi="Arial" w:cs="Arial"/>
          <w:i/>
          <w:iCs/>
          <w:sz w:val="24"/>
          <w:szCs w:val="24"/>
          <w:lang w:val="cy-GB"/>
        </w:rPr>
        <w:t xml:space="preserve"> is </w:t>
      </w:r>
      <w:proofErr w:type="spellStart"/>
      <w:r w:rsidRPr="00C2705B">
        <w:rPr>
          <w:rFonts w:ascii="Arial" w:hAnsi="Arial" w:cs="Arial"/>
          <w:i/>
          <w:iCs/>
          <w:sz w:val="24"/>
          <w:szCs w:val="24"/>
          <w:lang w:val="cy-GB"/>
        </w:rPr>
        <w:t>normally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thought</w:t>
      </w:r>
      <w:proofErr w:type="spellEnd"/>
      <w:r w:rsidRPr="00C2705B">
        <w:rPr>
          <w:rFonts w:ascii="Arial" w:hAnsi="Arial" w:cs="Arial"/>
          <w:i/>
          <w:iCs/>
          <w:sz w:val="24"/>
          <w:szCs w:val="24"/>
          <w:lang w:val="cy-GB"/>
        </w:rPr>
        <w:t xml:space="preserve"> of </w:t>
      </w:r>
      <w:proofErr w:type="spellStart"/>
      <w:r w:rsidRPr="00C2705B">
        <w:rPr>
          <w:rFonts w:ascii="Arial" w:hAnsi="Arial" w:cs="Arial"/>
          <w:i/>
          <w:iCs/>
          <w:sz w:val="24"/>
          <w:szCs w:val="24"/>
          <w:lang w:val="cy-GB"/>
        </w:rPr>
        <w:t>in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terms</w:t>
      </w:r>
      <w:proofErr w:type="spellEnd"/>
      <w:r w:rsidRPr="00C2705B">
        <w:rPr>
          <w:rFonts w:ascii="Arial" w:hAnsi="Arial" w:cs="Arial"/>
          <w:i/>
          <w:iCs/>
          <w:sz w:val="24"/>
          <w:szCs w:val="24"/>
          <w:lang w:val="cy-GB"/>
        </w:rPr>
        <w:t xml:space="preserve"> of </w:t>
      </w:r>
      <w:proofErr w:type="spellStart"/>
      <w:r w:rsidRPr="00C2705B">
        <w:rPr>
          <w:rFonts w:ascii="Arial" w:hAnsi="Arial" w:cs="Arial"/>
          <w:i/>
          <w:iCs/>
          <w:sz w:val="24"/>
          <w:szCs w:val="24"/>
          <w:lang w:val="cy-GB"/>
        </w:rPr>
        <w:t>large-scale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usually</w:t>
      </w:r>
      <w:proofErr w:type="spellEnd"/>
      <w:r w:rsidRPr="00C2705B">
        <w:rPr>
          <w:rFonts w:ascii="Arial" w:hAnsi="Arial" w:cs="Arial"/>
          <w:i/>
          <w:iCs/>
          <w:sz w:val="24"/>
          <w:szCs w:val="24"/>
          <w:lang w:val="cy-GB"/>
        </w:rPr>
        <w:t xml:space="preserve"> National </w:t>
      </w:r>
      <w:proofErr w:type="spellStart"/>
      <w:r w:rsidRPr="00C2705B">
        <w:rPr>
          <w:rFonts w:ascii="Arial" w:hAnsi="Arial" w:cs="Arial"/>
          <w:i/>
          <w:iCs/>
          <w:sz w:val="24"/>
          <w:szCs w:val="24"/>
          <w:lang w:val="cy-GB"/>
        </w:rPr>
        <w:t>planning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often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undertaken</w:t>
      </w:r>
      <w:proofErr w:type="spellEnd"/>
      <w:r w:rsidRPr="00C2705B">
        <w:rPr>
          <w:rFonts w:ascii="Arial" w:hAnsi="Arial" w:cs="Arial"/>
          <w:i/>
          <w:iCs/>
          <w:sz w:val="24"/>
          <w:szCs w:val="24"/>
          <w:lang w:val="cy-GB"/>
        </w:rPr>
        <w:t xml:space="preserve"> by </w:t>
      </w:r>
      <w:proofErr w:type="spellStart"/>
      <w:r w:rsidRPr="00C2705B">
        <w:rPr>
          <w:rFonts w:ascii="Arial" w:hAnsi="Arial" w:cs="Arial"/>
          <w:i/>
          <w:iCs/>
          <w:sz w:val="24"/>
          <w:szCs w:val="24"/>
          <w:lang w:val="cy-GB"/>
        </w:rPr>
        <w:t>governments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meant</w:t>
      </w:r>
      <w:proofErr w:type="spellEnd"/>
      <w:r w:rsidRPr="00C2705B">
        <w:rPr>
          <w:rFonts w:ascii="Arial" w:hAnsi="Arial" w:cs="Arial"/>
          <w:i/>
          <w:iCs/>
          <w:sz w:val="24"/>
          <w:szCs w:val="24"/>
          <w:lang w:val="cy-GB"/>
        </w:rPr>
        <w:t xml:space="preserve"> to </w:t>
      </w:r>
      <w:proofErr w:type="spellStart"/>
      <w:r w:rsidRPr="00C2705B">
        <w:rPr>
          <w:rFonts w:ascii="Arial" w:hAnsi="Arial" w:cs="Arial"/>
          <w:i/>
          <w:iCs/>
          <w:sz w:val="24"/>
          <w:szCs w:val="24"/>
          <w:lang w:val="cy-GB"/>
        </w:rPr>
        <w:t>influence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if</w:t>
      </w:r>
      <w:proofErr w:type="spellEnd"/>
      <w:r w:rsidRPr="00C2705B">
        <w:rPr>
          <w:rFonts w:ascii="Arial" w:hAnsi="Arial" w:cs="Arial"/>
          <w:i/>
          <w:iCs/>
          <w:sz w:val="24"/>
          <w:szCs w:val="24"/>
          <w:lang w:val="cy-GB"/>
        </w:rPr>
        <w:t xml:space="preserve"> not </w:t>
      </w:r>
      <w:proofErr w:type="spellStart"/>
      <w:r w:rsidRPr="00C2705B">
        <w:rPr>
          <w:rFonts w:ascii="Arial" w:hAnsi="Arial" w:cs="Arial"/>
          <w:i/>
          <w:iCs/>
          <w:sz w:val="24"/>
          <w:szCs w:val="24"/>
          <w:lang w:val="cy-GB"/>
        </w:rPr>
        <w:t>change</w:t>
      </w:r>
      <w:proofErr w:type="spellEnd"/>
      <w:r w:rsidR="0071033B"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ways</w:t>
      </w:r>
      <w:proofErr w:type="spellEnd"/>
      <w:r w:rsidRPr="00C2705B">
        <w:rPr>
          <w:rFonts w:ascii="Arial" w:hAnsi="Arial" w:cs="Arial"/>
          <w:i/>
          <w:iCs/>
          <w:sz w:val="24"/>
          <w:szCs w:val="24"/>
          <w:lang w:val="cy-GB"/>
        </w:rPr>
        <w:t xml:space="preserve"> of </w:t>
      </w:r>
      <w:proofErr w:type="spellStart"/>
      <w:r w:rsidRPr="00C2705B">
        <w:rPr>
          <w:rFonts w:ascii="Arial" w:hAnsi="Arial" w:cs="Arial"/>
          <w:i/>
          <w:iCs/>
          <w:sz w:val="24"/>
          <w:szCs w:val="24"/>
          <w:lang w:val="cy-GB"/>
        </w:rPr>
        <w:t>speaking</w:t>
      </w:r>
      <w:proofErr w:type="spellEnd"/>
      <w:r w:rsidRPr="00C2705B">
        <w:rPr>
          <w:rFonts w:ascii="Arial" w:hAnsi="Arial" w:cs="Arial"/>
          <w:i/>
          <w:iCs/>
          <w:sz w:val="24"/>
          <w:szCs w:val="24"/>
          <w:lang w:val="cy-GB"/>
        </w:rPr>
        <w:t xml:space="preserve"> or </w:t>
      </w:r>
      <w:proofErr w:type="spellStart"/>
      <w:r w:rsidRPr="00C2705B">
        <w:rPr>
          <w:rFonts w:ascii="Arial" w:hAnsi="Arial" w:cs="Arial"/>
          <w:i/>
          <w:iCs/>
          <w:sz w:val="24"/>
          <w:szCs w:val="24"/>
          <w:lang w:val="cy-GB"/>
        </w:rPr>
        <w:t>literacy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practices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within</w:t>
      </w:r>
      <w:proofErr w:type="spellEnd"/>
      <w:r w:rsidRPr="00C2705B">
        <w:rPr>
          <w:rFonts w:ascii="Arial" w:hAnsi="Arial" w:cs="Arial"/>
          <w:i/>
          <w:iCs/>
          <w:sz w:val="24"/>
          <w:szCs w:val="24"/>
          <w:lang w:val="cy-GB"/>
        </w:rPr>
        <w:t xml:space="preserve"> a </w:t>
      </w:r>
      <w:proofErr w:type="spellStart"/>
      <w:r w:rsidRPr="00C2705B">
        <w:rPr>
          <w:rFonts w:ascii="Arial" w:hAnsi="Arial" w:cs="Arial"/>
          <w:i/>
          <w:iCs/>
          <w:sz w:val="24"/>
          <w:szCs w:val="24"/>
          <w:lang w:val="cy-GB"/>
        </w:rPr>
        <w:t>society</w:t>
      </w:r>
      <w:proofErr w:type="spellEnd"/>
      <w:r w:rsidRPr="00C2705B">
        <w:rPr>
          <w:rFonts w:ascii="Arial" w:hAnsi="Arial" w:cs="Arial"/>
          <w:i/>
          <w:iCs/>
          <w:sz w:val="24"/>
          <w:szCs w:val="24"/>
          <w:lang w:val="cy-GB"/>
        </w:rPr>
        <w:t xml:space="preserve">. It </w:t>
      </w:r>
      <w:proofErr w:type="spellStart"/>
      <w:r w:rsidRPr="00C2705B">
        <w:rPr>
          <w:rFonts w:ascii="Arial" w:hAnsi="Arial" w:cs="Arial"/>
          <w:i/>
          <w:iCs/>
          <w:sz w:val="24"/>
          <w:szCs w:val="24"/>
          <w:lang w:val="cy-GB"/>
        </w:rPr>
        <w:t>normally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encompasses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four</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aspects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status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planning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about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society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corpus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planning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about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language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language-in-education</w:t>
      </w:r>
      <w:proofErr w:type="spellEnd"/>
      <w:r w:rsidRPr="00C2705B">
        <w:rPr>
          <w:rFonts w:ascii="Arial" w:hAnsi="Arial" w:cs="Arial"/>
          <w:i/>
          <w:iCs/>
          <w:sz w:val="24"/>
          <w:szCs w:val="24"/>
          <w:lang w:val="cy-GB"/>
        </w:rPr>
        <w:t xml:space="preserve"> (or </w:t>
      </w:r>
      <w:proofErr w:type="spellStart"/>
      <w:r w:rsidRPr="00C2705B">
        <w:rPr>
          <w:rFonts w:ascii="Arial" w:hAnsi="Arial" w:cs="Arial"/>
          <w:i/>
          <w:iCs/>
          <w:sz w:val="24"/>
          <w:szCs w:val="24"/>
          <w:lang w:val="cy-GB"/>
        </w:rPr>
        <w:t>acquisition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planning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about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learning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(most </w:t>
      </w:r>
      <w:proofErr w:type="spellStart"/>
      <w:r w:rsidRPr="00C2705B">
        <w:rPr>
          <w:rFonts w:ascii="Arial" w:hAnsi="Arial" w:cs="Arial"/>
          <w:i/>
          <w:iCs/>
          <w:sz w:val="24"/>
          <w:szCs w:val="24"/>
          <w:lang w:val="cy-GB"/>
        </w:rPr>
        <w:t>recently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prestige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planning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about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image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When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thinking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about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these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aspects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both</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policy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i.e.form</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planning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i.e.function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components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need</w:t>
      </w:r>
      <w:proofErr w:type="spellEnd"/>
      <w:r w:rsidRPr="00C2705B">
        <w:rPr>
          <w:rFonts w:ascii="Arial" w:hAnsi="Arial" w:cs="Arial"/>
          <w:i/>
          <w:iCs/>
          <w:sz w:val="24"/>
          <w:szCs w:val="24"/>
          <w:lang w:val="cy-GB"/>
        </w:rPr>
        <w:t xml:space="preserve"> to be </w:t>
      </w:r>
      <w:proofErr w:type="spellStart"/>
      <w:r w:rsidRPr="00C2705B">
        <w:rPr>
          <w:rFonts w:ascii="Arial" w:hAnsi="Arial" w:cs="Arial"/>
          <w:i/>
          <w:iCs/>
          <w:sz w:val="24"/>
          <w:szCs w:val="24"/>
          <w:lang w:val="cy-GB"/>
        </w:rPr>
        <w:t>considered</w:t>
      </w:r>
      <w:proofErr w:type="spellEnd"/>
      <w:r w:rsidRPr="00C2705B">
        <w:rPr>
          <w:rFonts w:ascii="Arial" w:hAnsi="Arial" w:cs="Arial"/>
          <w:i/>
          <w:iCs/>
          <w:sz w:val="24"/>
          <w:szCs w:val="24"/>
          <w:lang w:val="cy-GB"/>
        </w:rPr>
        <w:t xml:space="preserve"> as well as </w:t>
      </w:r>
      <w:proofErr w:type="spellStart"/>
      <w:r w:rsidRPr="00C2705B">
        <w:rPr>
          <w:rFonts w:ascii="Arial" w:hAnsi="Arial" w:cs="Arial"/>
          <w:i/>
          <w:iCs/>
          <w:sz w:val="24"/>
          <w:szCs w:val="24"/>
          <w:lang w:val="cy-GB"/>
        </w:rPr>
        <w:t>whether</w:t>
      </w:r>
      <w:proofErr w:type="spellEnd"/>
      <w:r w:rsidR="007C3976"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such</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policy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planning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will</w:t>
      </w:r>
      <w:proofErr w:type="spellEnd"/>
      <w:r w:rsidRPr="00C2705B">
        <w:rPr>
          <w:rFonts w:ascii="Arial" w:hAnsi="Arial" w:cs="Arial"/>
          <w:i/>
          <w:iCs/>
          <w:sz w:val="24"/>
          <w:szCs w:val="24"/>
          <w:lang w:val="cy-GB"/>
        </w:rPr>
        <w:t xml:space="preserve"> be </w:t>
      </w:r>
      <w:proofErr w:type="spellStart"/>
      <w:r w:rsidRPr="00C2705B">
        <w:rPr>
          <w:rFonts w:ascii="Arial" w:hAnsi="Arial" w:cs="Arial"/>
          <w:i/>
          <w:iCs/>
          <w:sz w:val="24"/>
          <w:szCs w:val="24"/>
          <w:lang w:val="cy-GB"/>
        </w:rPr>
        <w:t>overt</w:t>
      </w:r>
      <w:proofErr w:type="spellEnd"/>
      <w:r w:rsidRPr="00C2705B">
        <w:rPr>
          <w:rFonts w:ascii="Arial" w:hAnsi="Arial" w:cs="Arial"/>
          <w:i/>
          <w:iCs/>
          <w:sz w:val="24"/>
          <w:szCs w:val="24"/>
          <w:lang w:val="cy-GB"/>
        </w:rPr>
        <w:t xml:space="preserve"> or </w:t>
      </w:r>
      <w:proofErr w:type="spellStart"/>
      <w:r w:rsidRPr="00C2705B">
        <w:rPr>
          <w:rFonts w:ascii="Arial" w:hAnsi="Arial" w:cs="Arial"/>
          <w:i/>
          <w:iCs/>
          <w:sz w:val="24"/>
          <w:szCs w:val="24"/>
          <w:lang w:val="cy-GB"/>
        </w:rPr>
        <w:t>covert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terms</w:t>
      </w:r>
      <w:proofErr w:type="spellEnd"/>
      <w:r w:rsidRPr="00C2705B">
        <w:rPr>
          <w:rFonts w:ascii="Arial" w:hAnsi="Arial" w:cs="Arial"/>
          <w:i/>
          <w:iCs/>
          <w:sz w:val="24"/>
          <w:szCs w:val="24"/>
          <w:lang w:val="cy-GB"/>
        </w:rPr>
        <w:t xml:space="preserve"> of the </w:t>
      </w:r>
      <w:proofErr w:type="spellStart"/>
      <w:r w:rsidRPr="00C2705B">
        <w:rPr>
          <w:rFonts w:ascii="Arial" w:hAnsi="Arial" w:cs="Arial"/>
          <w:i/>
          <w:iCs/>
          <w:sz w:val="24"/>
          <w:szCs w:val="24"/>
          <w:lang w:val="cy-GB"/>
        </w:rPr>
        <w:t>way</w:t>
      </w:r>
      <w:proofErr w:type="spellEnd"/>
      <w:r w:rsidRPr="00C2705B">
        <w:rPr>
          <w:rFonts w:ascii="Arial" w:hAnsi="Arial" w:cs="Arial"/>
          <w:i/>
          <w:iCs/>
          <w:sz w:val="24"/>
          <w:szCs w:val="24"/>
          <w:lang w:val="cy-GB"/>
        </w:rPr>
        <w:t xml:space="preserve"> it is </w:t>
      </w:r>
      <w:proofErr w:type="spellStart"/>
      <w:r w:rsidRPr="00C2705B">
        <w:rPr>
          <w:rFonts w:ascii="Arial" w:hAnsi="Arial" w:cs="Arial"/>
          <w:i/>
          <w:iCs/>
          <w:sz w:val="24"/>
          <w:szCs w:val="24"/>
          <w:lang w:val="cy-GB"/>
        </w:rPr>
        <w:t>put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into</w:t>
      </w:r>
      <w:proofErr w:type="spellEnd"/>
      <w:r w:rsidRPr="00C2705B">
        <w:rPr>
          <w:rFonts w:ascii="Arial" w:hAnsi="Arial" w:cs="Arial"/>
          <w:i/>
          <w:iCs/>
          <w:sz w:val="24"/>
          <w:szCs w:val="24"/>
          <w:lang w:val="cy-GB"/>
        </w:rPr>
        <w:t xml:space="preserve"> action. </w:t>
      </w:r>
      <w:proofErr w:type="spellStart"/>
      <w:r w:rsidRPr="00C2705B">
        <w:rPr>
          <w:rFonts w:ascii="Arial" w:hAnsi="Arial" w:cs="Arial"/>
          <w:i/>
          <w:iCs/>
          <w:sz w:val="24"/>
          <w:szCs w:val="24"/>
          <w:lang w:val="cy-GB"/>
        </w:rPr>
        <w:t>Language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policy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planning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on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this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scale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has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dominated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current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work</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in</w:t>
      </w:r>
      <w:proofErr w:type="spellEnd"/>
      <w:r w:rsidRPr="00C2705B">
        <w:rPr>
          <w:rFonts w:ascii="Arial" w:hAnsi="Arial" w:cs="Arial"/>
          <w:i/>
          <w:iCs/>
          <w:sz w:val="24"/>
          <w:szCs w:val="24"/>
          <w:lang w:val="cy-GB"/>
        </w:rPr>
        <w:t xml:space="preserve"> the </w:t>
      </w:r>
      <w:proofErr w:type="spellStart"/>
      <w:r w:rsidRPr="00C2705B">
        <w:rPr>
          <w:rFonts w:ascii="Arial" w:hAnsi="Arial" w:cs="Arial"/>
          <w:i/>
          <w:iCs/>
          <w:sz w:val="24"/>
          <w:szCs w:val="24"/>
          <w:lang w:val="cy-GB"/>
        </w:rPr>
        <w:t>field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However</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over</w:t>
      </w:r>
      <w:proofErr w:type="spellEnd"/>
      <w:r w:rsidRPr="00C2705B">
        <w:rPr>
          <w:rFonts w:ascii="Arial" w:hAnsi="Arial" w:cs="Arial"/>
          <w:i/>
          <w:iCs/>
          <w:sz w:val="24"/>
          <w:szCs w:val="24"/>
          <w:lang w:val="cy-GB"/>
        </w:rPr>
        <w:t xml:space="preserve"> the past </w:t>
      </w:r>
      <w:proofErr w:type="spellStart"/>
      <w:r w:rsidRPr="00C2705B">
        <w:rPr>
          <w:rFonts w:ascii="Arial" w:hAnsi="Arial" w:cs="Arial"/>
          <w:i/>
          <w:iCs/>
          <w:sz w:val="24"/>
          <w:szCs w:val="24"/>
          <w:lang w:val="cy-GB"/>
        </w:rPr>
        <w:t>decade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language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planning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has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taken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on</w:t>
      </w:r>
      <w:proofErr w:type="spellEnd"/>
      <w:r w:rsidRPr="00C2705B">
        <w:rPr>
          <w:rFonts w:ascii="Arial" w:hAnsi="Arial" w:cs="Arial"/>
          <w:i/>
          <w:iCs/>
          <w:sz w:val="24"/>
          <w:szCs w:val="24"/>
          <w:lang w:val="cy-GB"/>
        </w:rPr>
        <w:t xml:space="preserve"> a more </w:t>
      </w:r>
      <w:proofErr w:type="spellStart"/>
      <w:r w:rsidRPr="00C2705B">
        <w:rPr>
          <w:rFonts w:ascii="Arial" w:hAnsi="Arial" w:cs="Arial"/>
          <w:i/>
          <w:iCs/>
          <w:sz w:val="24"/>
          <w:szCs w:val="24"/>
          <w:lang w:val="cy-GB"/>
        </w:rPr>
        <w:t>critical</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edge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lastRenderedPageBreak/>
        <w:t>its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ecological</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context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has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been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given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greater</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emphasis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leading</w:t>
      </w:r>
      <w:proofErr w:type="spellEnd"/>
      <w:r w:rsidRPr="00C2705B">
        <w:rPr>
          <w:rFonts w:ascii="Arial" w:hAnsi="Arial" w:cs="Arial"/>
          <w:i/>
          <w:iCs/>
          <w:sz w:val="24"/>
          <w:szCs w:val="24"/>
          <w:lang w:val="cy-GB"/>
        </w:rPr>
        <w:t xml:space="preserve"> to </w:t>
      </w:r>
      <w:proofErr w:type="spellStart"/>
      <w:r w:rsidRPr="00C2705B">
        <w:rPr>
          <w:rFonts w:ascii="Arial" w:hAnsi="Arial" w:cs="Arial"/>
          <w:i/>
          <w:iCs/>
          <w:sz w:val="24"/>
          <w:szCs w:val="24"/>
          <w:lang w:val="cy-GB"/>
        </w:rPr>
        <w:t>an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increasing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acceptance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that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language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planning</w:t>
      </w:r>
      <w:proofErr w:type="spellEnd"/>
      <w:r w:rsidRPr="00C2705B">
        <w:rPr>
          <w:rFonts w:ascii="Arial" w:hAnsi="Arial" w:cs="Arial"/>
          <w:i/>
          <w:iCs/>
          <w:sz w:val="24"/>
          <w:szCs w:val="24"/>
          <w:lang w:val="cy-GB"/>
        </w:rPr>
        <w:t xml:space="preserve"> can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does) </w:t>
      </w:r>
      <w:proofErr w:type="spellStart"/>
      <w:r w:rsidRPr="00C2705B">
        <w:rPr>
          <w:rFonts w:ascii="Arial" w:hAnsi="Arial" w:cs="Arial"/>
          <w:i/>
          <w:iCs/>
          <w:sz w:val="24"/>
          <w:szCs w:val="24"/>
          <w:lang w:val="cy-GB"/>
        </w:rPr>
        <w:t>occur</w:t>
      </w:r>
      <w:proofErr w:type="spellEnd"/>
      <w:r w:rsidRPr="00C2705B">
        <w:rPr>
          <w:rFonts w:ascii="Arial" w:hAnsi="Arial" w:cs="Arial"/>
          <w:i/>
          <w:iCs/>
          <w:sz w:val="24"/>
          <w:szCs w:val="24"/>
          <w:lang w:val="cy-GB"/>
        </w:rPr>
        <w:t xml:space="preserve"> at </w:t>
      </w:r>
      <w:proofErr w:type="spellStart"/>
      <w:r w:rsidRPr="00C2705B">
        <w:rPr>
          <w:rFonts w:ascii="Arial" w:hAnsi="Arial" w:cs="Arial"/>
          <w:i/>
          <w:iCs/>
          <w:sz w:val="24"/>
          <w:szCs w:val="24"/>
          <w:lang w:val="cy-GB"/>
        </w:rPr>
        <w:t>different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levels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i.e</w:t>
      </w:r>
      <w:proofErr w:type="spellEnd"/>
      <w:r w:rsidRPr="00C2705B">
        <w:rPr>
          <w:rFonts w:ascii="Arial" w:hAnsi="Arial" w:cs="Arial"/>
          <w:i/>
          <w:iCs/>
          <w:sz w:val="24"/>
          <w:szCs w:val="24"/>
          <w:lang w:val="cy-GB"/>
        </w:rPr>
        <w:t xml:space="preserve">. the macro, meso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micro. </w:t>
      </w:r>
      <w:proofErr w:type="spellStart"/>
      <w:r w:rsidRPr="00C2705B">
        <w:rPr>
          <w:rFonts w:ascii="Arial" w:hAnsi="Arial" w:cs="Arial"/>
          <w:i/>
          <w:iCs/>
          <w:sz w:val="24"/>
          <w:szCs w:val="24"/>
          <w:lang w:val="cy-GB"/>
        </w:rPr>
        <w:t>This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shift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focus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has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also</w:t>
      </w:r>
      <w:proofErr w:type="spellEnd"/>
      <w:r w:rsidRPr="00C2705B">
        <w:rPr>
          <w:rFonts w:ascii="Arial" w:hAnsi="Arial" w:cs="Arial"/>
          <w:i/>
          <w:iCs/>
          <w:sz w:val="24"/>
          <w:szCs w:val="24"/>
          <w:lang w:val="cy-GB"/>
        </w:rPr>
        <w:t xml:space="preserve"> led to a </w:t>
      </w:r>
      <w:proofErr w:type="spellStart"/>
      <w:r w:rsidRPr="00C2705B">
        <w:rPr>
          <w:rFonts w:ascii="Arial" w:hAnsi="Arial" w:cs="Arial"/>
          <w:i/>
          <w:iCs/>
          <w:sz w:val="24"/>
          <w:szCs w:val="24"/>
          <w:lang w:val="cy-GB"/>
        </w:rPr>
        <w:t>rethinking</w:t>
      </w:r>
      <w:proofErr w:type="spellEnd"/>
      <w:r w:rsidRPr="00C2705B">
        <w:rPr>
          <w:rFonts w:ascii="Arial" w:hAnsi="Arial" w:cs="Arial"/>
          <w:i/>
          <w:iCs/>
          <w:sz w:val="24"/>
          <w:szCs w:val="24"/>
          <w:lang w:val="cy-GB"/>
        </w:rPr>
        <w:t xml:space="preserve"> of </w:t>
      </w:r>
      <w:proofErr w:type="spellStart"/>
      <w:r w:rsidRPr="00C2705B">
        <w:rPr>
          <w:rFonts w:ascii="Arial" w:hAnsi="Arial" w:cs="Arial"/>
          <w:i/>
          <w:iCs/>
          <w:sz w:val="24"/>
          <w:szCs w:val="24"/>
          <w:lang w:val="cy-GB"/>
        </w:rPr>
        <w:t>agency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who</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has</w:t>
      </w:r>
      <w:proofErr w:type="spellEnd"/>
      <w:r w:rsidRPr="00C2705B">
        <w:rPr>
          <w:rFonts w:ascii="Arial" w:hAnsi="Arial" w:cs="Arial"/>
          <w:i/>
          <w:iCs/>
          <w:sz w:val="24"/>
          <w:szCs w:val="24"/>
          <w:lang w:val="cy-GB"/>
        </w:rPr>
        <w:t xml:space="preserve"> the </w:t>
      </w:r>
      <w:proofErr w:type="spellStart"/>
      <w:r w:rsidRPr="00C2705B">
        <w:rPr>
          <w:rFonts w:ascii="Arial" w:hAnsi="Arial" w:cs="Arial"/>
          <w:i/>
          <w:iCs/>
          <w:sz w:val="24"/>
          <w:szCs w:val="24"/>
          <w:lang w:val="cy-GB"/>
        </w:rPr>
        <w:t>power</w:t>
      </w:r>
      <w:proofErr w:type="spellEnd"/>
      <w:r w:rsidRPr="00C2705B">
        <w:rPr>
          <w:rFonts w:ascii="Arial" w:hAnsi="Arial" w:cs="Arial"/>
          <w:i/>
          <w:iCs/>
          <w:sz w:val="24"/>
          <w:szCs w:val="24"/>
          <w:lang w:val="cy-GB"/>
        </w:rPr>
        <w:t xml:space="preserve"> to </w:t>
      </w:r>
      <w:proofErr w:type="spellStart"/>
      <w:r w:rsidRPr="00C2705B">
        <w:rPr>
          <w:rFonts w:ascii="Arial" w:hAnsi="Arial" w:cs="Arial"/>
          <w:i/>
          <w:iCs/>
          <w:sz w:val="24"/>
          <w:szCs w:val="24"/>
          <w:lang w:val="cy-GB"/>
        </w:rPr>
        <w:t>influence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change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these</w:t>
      </w:r>
      <w:proofErr w:type="spellEnd"/>
      <w:r w:rsidRPr="00C2705B">
        <w:rPr>
          <w:rFonts w:ascii="Arial" w:hAnsi="Arial" w:cs="Arial"/>
          <w:i/>
          <w:iCs/>
          <w:sz w:val="24"/>
          <w:szCs w:val="24"/>
          <w:lang w:val="cy-GB"/>
        </w:rPr>
        <w:t xml:space="preserve"> micro </w:t>
      </w:r>
      <w:proofErr w:type="spellStart"/>
      <w:r w:rsidRPr="00C2705B">
        <w:rPr>
          <w:rFonts w:ascii="Arial" w:hAnsi="Arial" w:cs="Arial"/>
          <w:i/>
          <w:iCs/>
          <w:sz w:val="24"/>
          <w:szCs w:val="24"/>
          <w:lang w:val="cy-GB"/>
        </w:rPr>
        <w:t>language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policy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planning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situations</w:t>
      </w:r>
      <w:proofErr w:type="spellEnd"/>
      <w:r w:rsidRPr="00C2705B">
        <w:rPr>
          <w:rFonts w:ascii="Arial" w:hAnsi="Arial" w:cs="Arial"/>
          <w:sz w:val="24"/>
          <w:szCs w:val="24"/>
          <w:lang w:val="cy-GB"/>
        </w:rPr>
        <w:t xml:space="preserve"> </w:t>
      </w:r>
      <w:r w:rsidRPr="00C2705B">
        <w:rPr>
          <w:rFonts w:ascii="Arial" w:hAnsi="Arial" w:cs="Arial"/>
          <w:b/>
          <w:bCs/>
          <w:sz w:val="24"/>
          <w:szCs w:val="24"/>
          <w:lang w:val="cy-GB"/>
        </w:rPr>
        <w:t>(</w:t>
      </w:r>
      <w:proofErr w:type="spellStart"/>
      <w:r w:rsidRPr="00C2705B">
        <w:rPr>
          <w:rFonts w:ascii="Arial" w:hAnsi="Arial" w:cs="Arial"/>
          <w:b/>
          <w:bCs/>
          <w:sz w:val="24"/>
          <w:szCs w:val="24"/>
          <w:lang w:val="cy-GB"/>
        </w:rPr>
        <w:t>Baldauf</w:t>
      </w:r>
      <w:proofErr w:type="spellEnd"/>
      <w:r w:rsidRPr="00C2705B">
        <w:rPr>
          <w:rFonts w:ascii="Arial" w:hAnsi="Arial" w:cs="Arial"/>
          <w:b/>
          <w:bCs/>
          <w:sz w:val="24"/>
          <w:szCs w:val="24"/>
          <w:lang w:val="cy-GB"/>
        </w:rPr>
        <w:t>, 2006, t. 147).</w:t>
      </w:r>
    </w:p>
    <w:p w14:paraId="16FE4488" w14:textId="3FE250EC" w:rsidR="00773492" w:rsidRPr="00C2705B" w:rsidRDefault="0097059C" w:rsidP="00C2705B">
      <w:pPr>
        <w:spacing w:line="360" w:lineRule="auto"/>
        <w:rPr>
          <w:rFonts w:ascii="Arial" w:hAnsi="Arial" w:cs="Arial"/>
          <w:sz w:val="24"/>
          <w:szCs w:val="24"/>
          <w:lang w:val="cy-GB"/>
        </w:rPr>
      </w:pPr>
      <w:r w:rsidRPr="00C2705B">
        <w:rPr>
          <w:rFonts w:ascii="Arial" w:hAnsi="Arial" w:cs="Arial"/>
          <w:sz w:val="24"/>
          <w:szCs w:val="24"/>
          <w:lang w:val="cy-GB"/>
        </w:rPr>
        <w:t xml:space="preserve">Y mae hefyd yn </w:t>
      </w:r>
      <w:r w:rsidR="00AB65E4" w:rsidRPr="00C2705B">
        <w:rPr>
          <w:rFonts w:ascii="Arial" w:hAnsi="Arial" w:cs="Arial"/>
          <w:sz w:val="24"/>
          <w:szCs w:val="24"/>
          <w:lang w:val="cy-GB"/>
        </w:rPr>
        <w:t>sôn</w:t>
      </w:r>
      <w:r w:rsidR="00603565" w:rsidRPr="00C2705B">
        <w:rPr>
          <w:rFonts w:ascii="Arial" w:hAnsi="Arial" w:cs="Arial"/>
          <w:sz w:val="24"/>
          <w:szCs w:val="24"/>
          <w:lang w:val="cy-GB"/>
        </w:rPr>
        <w:t xml:space="preserve"> yma am </w:t>
      </w:r>
      <w:r w:rsidR="00A84C4F" w:rsidRPr="00C2705B">
        <w:rPr>
          <w:rFonts w:ascii="Arial" w:hAnsi="Arial" w:cs="Arial"/>
          <w:sz w:val="24"/>
          <w:szCs w:val="24"/>
          <w:lang w:val="cy-GB"/>
        </w:rPr>
        <w:t xml:space="preserve">y </w:t>
      </w:r>
      <w:r w:rsidR="00B206E7" w:rsidRPr="00C2705B">
        <w:rPr>
          <w:rFonts w:ascii="Arial" w:hAnsi="Arial" w:cs="Arial"/>
          <w:sz w:val="24"/>
          <w:szCs w:val="24"/>
          <w:lang w:val="cy-GB"/>
        </w:rPr>
        <w:t>cyd-destun ecolegol</w:t>
      </w:r>
      <w:r w:rsidR="00A84C4F" w:rsidRPr="00C2705B">
        <w:rPr>
          <w:rFonts w:ascii="Arial" w:hAnsi="Arial" w:cs="Arial"/>
          <w:sz w:val="24"/>
          <w:szCs w:val="24"/>
          <w:lang w:val="cy-GB"/>
        </w:rPr>
        <w:t xml:space="preserve"> sydd yn gallu dylanwadu </w:t>
      </w:r>
      <w:r w:rsidR="00C20447" w:rsidRPr="00C2705B">
        <w:rPr>
          <w:rFonts w:ascii="Arial" w:hAnsi="Arial" w:cs="Arial"/>
          <w:sz w:val="24"/>
          <w:szCs w:val="24"/>
          <w:lang w:val="cy-GB"/>
        </w:rPr>
        <w:t xml:space="preserve">a chael effaith ar </w:t>
      </w:r>
      <w:r w:rsidR="00B97749" w:rsidRPr="00C2705B">
        <w:rPr>
          <w:rFonts w:ascii="Arial" w:hAnsi="Arial" w:cs="Arial"/>
          <w:sz w:val="24"/>
          <w:szCs w:val="24"/>
          <w:lang w:val="cy-GB"/>
        </w:rPr>
        <w:t>bolisïau o fewn y maes.</w:t>
      </w:r>
      <w:r w:rsidR="00B81AC0" w:rsidRPr="00C2705B">
        <w:rPr>
          <w:rFonts w:ascii="Arial" w:hAnsi="Arial" w:cs="Arial"/>
          <w:sz w:val="24"/>
          <w:szCs w:val="24"/>
          <w:lang w:val="cy-GB"/>
        </w:rPr>
        <w:t xml:space="preserve"> Mae rhain yn </w:t>
      </w:r>
      <w:r w:rsidR="00B206E7" w:rsidRPr="00C2705B">
        <w:rPr>
          <w:rFonts w:ascii="Arial" w:hAnsi="Arial" w:cs="Arial"/>
          <w:sz w:val="24"/>
          <w:szCs w:val="24"/>
          <w:lang w:val="cy-GB"/>
        </w:rPr>
        <w:t>cynnwys grym, ideoleg a hunaniaeth; felly mae unrhyw bolisi neu ymyrraeth yn rhyngweithio â’r ffactorau hyn.</w:t>
      </w:r>
      <w:r w:rsidR="007B4E23" w:rsidRPr="00C2705B">
        <w:rPr>
          <w:rFonts w:ascii="Arial" w:hAnsi="Arial" w:cs="Arial"/>
          <w:sz w:val="24"/>
          <w:szCs w:val="24"/>
          <w:lang w:val="cy-GB"/>
        </w:rPr>
        <w:t xml:space="preserve"> </w:t>
      </w:r>
      <w:r w:rsidR="007B4E23" w:rsidRPr="00C2705B">
        <w:rPr>
          <w:rFonts w:ascii="Arial" w:hAnsi="Arial" w:cs="Arial"/>
          <w:sz w:val="24"/>
          <w:szCs w:val="24"/>
          <w:lang w:val="cy-GB"/>
        </w:rPr>
        <w:br/>
      </w:r>
      <w:r w:rsidR="00810AD6" w:rsidRPr="00C2705B">
        <w:rPr>
          <w:rFonts w:ascii="Arial" w:hAnsi="Arial" w:cs="Arial"/>
          <w:sz w:val="24"/>
          <w:szCs w:val="24"/>
          <w:lang w:val="cy-GB"/>
        </w:rPr>
        <w:t>Mae</w:t>
      </w:r>
      <w:r w:rsidR="00042587" w:rsidRPr="00C2705B">
        <w:rPr>
          <w:rFonts w:ascii="Arial" w:hAnsi="Arial" w:cs="Arial"/>
          <w:sz w:val="24"/>
          <w:szCs w:val="24"/>
          <w:lang w:val="cy-GB"/>
        </w:rPr>
        <w:t xml:space="preserve"> Cooper </w:t>
      </w:r>
      <w:r w:rsidR="00E21972" w:rsidRPr="00C2705B">
        <w:rPr>
          <w:rFonts w:ascii="Arial" w:hAnsi="Arial" w:cs="Arial"/>
          <w:sz w:val="24"/>
          <w:szCs w:val="24"/>
          <w:lang w:val="cy-GB"/>
        </w:rPr>
        <w:t xml:space="preserve">yn trafod hyn </w:t>
      </w:r>
      <w:r w:rsidR="00E65A08" w:rsidRPr="00C2705B">
        <w:rPr>
          <w:rFonts w:ascii="Arial" w:hAnsi="Arial" w:cs="Arial"/>
          <w:sz w:val="24"/>
          <w:szCs w:val="24"/>
          <w:lang w:val="cy-GB"/>
        </w:rPr>
        <w:t xml:space="preserve">yn ei lyfr </w:t>
      </w:r>
      <w:r w:rsidR="00A562B9" w:rsidRPr="00C2705B">
        <w:rPr>
          <w:rFonts w:ascii="Arial" w:hAnsi="Arial" w:cs="Arial"/>
          <w:sz w:val="24"/>
          <w:szCs w:val="24"/>
          <w:lang w:val="cy-GB"/>
        </w:rPr>
        <w:t>“</w:t>
      </w:r>
      <w:proofErr w:type="spellStart"/>
      <w:r w:rsidR="00E65A08" w:rsidRPr="00C2705B">
        <w:rPr>
          <w:rFonts w:ascii="Arial" w:hAnsi="Arial" w:cs="Arial"/>
          <w:i/>
          <w:iCs/>
          <w:sz w:val="24"/>
          <w:szCs w:val="24"/>
          <w:lang w:val="cy-GB"/>
        </w:rPr>
        <w:t>Language</w:t>
      </w:r>
      <w:proofErr w:type="spellEnd"/>
      <w:r w:rsidR="00E65A08" w:rsidRPr="00C2705B">
        <w:rPr>
          <w:rFonts w:ascii="Arial" w:hAnsi="Arial" w:cs="Arial"/>
          <w:i/>
          <w:iCs/>
          <w:sz w:val="24"/>
          <w:szCs w:val="24"/>
          <w:lang w:val="cy-GB"/>
        </w:rPr>
        <w:t xml:space="preserve"> </w:t>
      </w:r>
      <w:proofErr w:type="spellStart"/>
      <w:r w:rsidR="00E65A08" w:rsidRPr="00C2705B">
        <w:rPr>
          <w:rFonts w:ascii="Arial" w:hAnsi="Arial" w:cs="Arial"/>
          <w:i/>
          <w:iCs/>
          <w:sz w:val="24"/>
          <w:szCs w:val="24"/>
          <w:lang w:val="cy-GB"/>
        </w:rPr>
        <w:t>planning</w:t>
      </w:r>
      <w:proofErr w:type="spellEnd"/>
      <w:r w:rsidR="00E65A08" w:rsidRPr="00C2705B">
        <w:rPr>
          <w:rFonts w:ascii="Arial" w:hAnsi="Arial" w:cs="Arial"/>
          <w:i/>
          <w:iCs/>
          <w:sz w:val="24"/>
          <w:szCs w:val="24"/>
          <w:lang w:val="cy-GB"/>
        </w:rPr>
        <w:t xml:space="preserve"> </w:t>
      </w:r>
      <w:proofErr w:type="spellStart"/>
      <w:r w:rsidR="00E65A08" w:rsidRPr="00C2705B">
        <w:rPr>
          <w:rFonts w:ascii="Arial" w:hAnsi="Arial" w:cs="Arial"/>
          <w:i/>
          <w:iCs/>
          <w:sz w:val="24"/>
          <w:szCs w:val="24"/>
          <w:lang w:val="cy-GB"/>
        </w:rPr>
        <w:t>and</w:t>
      </w:r>
      <w:proofErr w:type="spellEnd"/>
      <w:r w:rsidR="00E65A08" w:rsidRPr="00C2705B">
        <w:rPr>
          <w:rFonts w:ascii="Arial" w:hAnsi="Arial" w:cs="Arial"/>
          <w:i/>
          <w:iCs/>
          <w:sz w:val="24"/>
          <w:szCs w:val="24"/>
          <w:lang w:val="cy-GB"/>
        </w:rPr>
        <w:t xml:space="preserve"> </w:t>
      </w:r>
      <w:proofErr w:type="spellStart"/>
      <w:r w:rsidR="00E65A08" w:rsidRPr="00C2705B">
        <w:rPr>
          <w:rFonts w:ascii="Arial" w:hAnsi="Arial" w:cs="Arial"/>
          <w:i/>
          <w:iCs/>
          <w:sz w:val="24"/>
          <w:szCs w:val="24"/>
          <w:lang w:val="cy-GB"/>
        </w:rPr>
        <w:t>social</w:t>
      </w:r>
      <w:proofErr w:type="spellEnd"/>
      <w:r w:rsidR="00E65A08" w:rsidRPr="00C2705B">
        <w:rPr>
          <w:rFonts w:ascii="Arial" w:hAnsi="Arial" w:cs="Arial"/>
          <w:i/>
          <w:iCs/>
          <w:sz w:val="24"/>
          <w:szCs w:val="24"/>
          <w:lang w:val="cy-GB"/>
        </w:rPr>
        <w:t xml:space="preserve"> </w:t>
      </w:r>
      <w:proofErr w:type="spellStart"/>
      <w:r w:rsidR="00E65A08" w:rsidRPr="00C2705B">
        <w:rPr>
          <w:rFonts w:ascii="Arial" w:hAnsi="Arial" w:cs="Arial"/>
          <w:i/>
          <w:iCs/>
          <w:sz w:val="24"/>
          <w:szCs w:val="24"/>
          <w:lang w:val="cy-GB"/>
        </w:rPr>
        <w:t>change</w:t>
      </w:r>
      <w:proofErr w:type="spellEnd"/>
      <w:r w:rsidR="00A562B9" w:rsidRPr="00C2705B">
        <w:rPr>
          <w:rFonts w:ascii="Arial" w:hAnsi="Arial" w:cs="Arial"/>
          <w:i/>
          <w:iCs/>
          <w:sz w:val="24"/>
          <w:szCs w:val="24"/>
          <w:lang w:val="cy-GB"/>
        </w:rPr>
        <w:t>”</w:t>
      </w:r>
      <w:r w:rsidR="00E21972" w:rsidRPr="00C2705B">
        <w:rPr>
          <w:rFonts w:ascii="Arial" w:hAnsi="Arial" w:cs="Arial"/>
          <w:i/>
          <w:iCs/>
          <w:sz w:val="24"/>
          <w:szCs w:val="24"/>
          <w:lang w:val="cy-GB"/>
        </w:rPr>
        <w:t xml:space="preserve"> </w:t>
      </w:r>
      <w:r w:rsidR="00E21972" w:rsidRPr="00C2705B">
        <w:rPr>
          <w:rFonts w:ascii="Arial" w:hAnsi="Arial" w:cs="Arial"/>
          <w:sz w:val="24"/>
          <w:szCs w:val="24"/>
          <w:lang w:val="cy-GB"/>
        </w:rPr>
        <w:t>hefyd</w:t>
      </w:r>
      <w:r w:rsidR="007B4E23" w:rsidRPr="00C2705B">
        <w:rPr>
          <w:rFonts w:ascii="Arial" w:hAnsi="Arial" w:cs="Arial"/>
          <w:sz w:val="24"/>
          <w:szCs w:val="24"/>
          <w:lang w:val="cy-GB"/>
        </w:rPr>
        <w:t xml:space="preserve"> gan</w:t>
      </w:r>
      <w:r w:rsidR="00042587" w:rsidRPr="00C2705B">
        <w:rPr>
          <w:rFonts w:ascii="Arial" w:hAnsi="Arial" w:cs="Arial"/>
          <w:sz w:val="24"/>
          <w:szCs w:val="24"/>
          <w:lang w:val="cy-GB"/>
        </w:rPr>
        <w:t xml:space="preserve"> ddadlau mai proses o ddylanwadu ar ymddygiad ieithyddol yw cynllunio iaith</w:t>
      </w:r>
      <w:r w:rsidR="005F6EBC" w:rsidRPr="00C2705B">
        <w:rPr>
          <w:rFonts w:ascii="Arial" w:hAnsi="Arial" w:cs="Arial"/>
          <w:sz w:val="24"/>
          <w:szCs w:val="24"/>
          <w:lang w:val="cy-GB"/>
        </w:rPr>
        <w:t>.</w:t>
      </w:r>
    </w:p>
    <w:p w14:paraId="56AA28FD" w14:textId="1C4BFF3E" w:rsidR="00E77BC4" w:rsidRPr="00C2705B" w:rsidRDefault="007469F5" w:rsidP="00C2705B">
      <w:pPr>
        <w:spacing w:line="360" w:lineRule="auto"/>
        <w:rPr>
          <w:rFonts w:ascii="Arial" w:hAnsi="Arial" w:cs="Arial"/>
          <w:b/>
          <w:bCs/>
          <w:sz w:val="24"/>
          <w:szCs w:val="24"/>
          <w:lang w:val="cy-GB"/>
        </w:rPr>
      </w:pPr>
      <w:r w:rsidRPr="00C2705B">
        <w:rPr>
          <w:rFonts w:ascii="Arial" w:hAnsi="Arial" w:cs="Arial"/>
          <w:i/>
          <w:iCs/>
          <w:sz w:val="24"/>
          <w:szCs w:val="24"/>
        </w:rPr>
        <w:t>I agree with Karam (1974: 108) that "regardless of the type of language planning, in nearly all cases the language problem to be solved is not a problem in isolation within the region or nation but is directly associated with the political, economic, scientific, social, cultural, and/or religious situation." But I would go further and</w:t>
      </w:r>
      <w:r w:rsidR="00350AA2" w:rsidRPr="00C2705B">
        <w:rPr>
          <w:rFonts w:ascii="Arial" w:hAnsi="Arial" w:cs="Arial"/>
          <w:i/>
          <w:iCs/>
          <w:sz w:val="24"/>
          <w:szCs w:val="24"/>
        </w:rPr>
        <w:t xml:space="preserve"> </w:t>
      </w:r>
      <w:r w:rsidRPr="00C2705B">
        <w:rPr>
          <w:rFonts w:ascii="Arial" w:hAnsi="Arial" w:cs="Arial"/>
          <w:i/>
          <w:iCs/>
          <w:sz w:val="24"/>
          <w:szCs w:val="24"/>
        </w:rPr>
        <w:t xml:space="preserve">assert that the latter considerations - political, economic, scientific, etc. - serve as the primary motivation for language planning. </w:t>
      </w:r>
      <w:proofErr w:type="gramStart"/>
      <w:r w:rsidRPr="00C2705B">
        <w:rPr>
          <w:rFonts w:ascii="Arial" w:hAnsi="Arial" w:cs="Arial"/>
          <w:i/>
          <w:iCs/>
          <w:sz w:val="24"/>
          <w:szCs w:val="24"/>
        </w:rPr>
        <w:t>Thus</w:t>
      </w:r>
      <w:proofErr w:type="gramEnd"/>
      <w:r w:rsidRPr="00C2705B">
        <w:rPr>
          <w:rFonts w:ascii="Arial" w:hAnsi="Arial" w:cs="Arial"/>
          <w:i/>
          <w:iCs/>
          <w:sz w:val="24"/>
          <w:szCs w:val="24"/>
        </w:rPr>
        <w:t xml:space="preserve"> those definitions which are framed in terms of the solution of language or communication problems obscure a fundamental point about language planning, namely that it is typically, perhaps always, directed ultimately towards nonlinguistic ends. Definitions of language planning as the solution of language problems are not wrong, but they are misleading. They deflect attention from the underlying motivation for language planning. Inasmuch as language planning is directed ultimately toward the attainment of nonlinguistic ends, it is preferable, in my opinion, to define language planning not as efforts to solv</w:t>
      </w:r>
      <w:r w:rsidR="00350AA2" w:rsidRPr="00C2705B">
        <w:rPr>
          <w:rFonts w:ascii="Arial" w:hAnsi="Arial" w:cs="Arial"/>
          <w:i/>
          <w:iCs/>
          <w:sz w:val="24"/>
          <w:szCs w:val="24"/>
        </w:rPr>
        <w:t>e language problems but rather as efforts to influence language behavior.</w:t>
      </w:r>
      <w:r w:rsidRPr="00C2705B">
        <w:rPr>
          <w:rFonts w:ascii="Arial" w:hAnsi="Arial" w:cs="Arial"/>
          <w:b/>
          <w:bCs/>
          <w:i/>
          <w:iCs/>
          <w:sz w:val="24"/>
          <w:szCs w:val="24"/>
          <w:lang w:val="cy-GB"/>
        </w:rPr>
        <w:t xml:space="preserve"> </w:t>
      </w:r>
      <w:r w:rsidR="00042587" w:rsidRPr="00C2705B">
        <w:rPr>
          <w:rFonts w:ascii="Arial" w:hAnsi="Arial" w:cs="Arial"/>
          <w:b/>
          <w:bCs/>
          <w:sz w:val="24"/>
          <w:szCs w:val="24"/>
          <w:lang w:val="cy-GB"/>
        </w:rPr>
        <w:t>(Cooper, 1989, t. 35).</w:t>
      </w:r>
    </w:p>
    <w:p w14:paraId="19955FA8" w14:textId="26B065A0" w:rsidR="00DA088F"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 xml:space="preserve">O fewn y drafodaeth eang hon, </w:t>
      </w:r>
      <w:r w:rsidR="00CB6477" w:rsidRPr="00C2705B">
        <w:rPr>
          <w:rFonts w:ascii="Arial" w:hAnsi="Arial" w:cs="Arial"/>
          <w:sz w:val="24"/>
          <w:szCs w:val="24"/>
          <w:lang w:val="cy-GB"/>
        </w:rPr>
        <w:t>rwyf</w:t>
      </w:r>
      <w:r w:rsidRPr="00C2705B">
        <w:rPr>
          <w:rFonts w:ascii="Arial" w:hAnsi="Arial" w:cs="Arial"/>
          <w:sz w:val="24"/>
          <w:szCs w:val="24"/>
          <w:lang w:val="cy-GB"/>
        </w:rPr>
        <w:t xml:space="preserve"> yn canolbwyntio ar ddau faes craidd: trosglwyddo iaith a hunaniaeth ieithyddol. </w:t>
      </w:r>
      <w:r w:rsidR="00193284" w:rsidRPr="00C2705B">
        <w:rPr>
          <w:rFonts w:ascii="Arial" w:hAnsi="Arial" w:cs="Arial"/>
          <w:sz w:val="24"/>
          <w:szCs w:val="24"/>
          <w:lang w:val="cy-GB"/>
        </w:rPr>
        <w:br/>
      </w:r>
      <w:r w:rsidRPr="00C2705B">
        <w:rPr>
          <w:rFonts w:ascii="Arial" w:hAnsi="Arial" w:cs="Arial"/>
          <w:sz w:val="24"/>
          <w:szCs w:val="24"/>
          <w:lang w:val="cy-GB"/>
        </w:rPr>
        <w:lastRenderedPageBreak/>
        <w:t xml:space="preserve">Mae trosglwyddo iaith, fel y disgrifiwyd gan </w:t>
      </w:r>
      <w:proofErr w:type="spellStart"/>
      <w:r w:rsidRPr="00C2705B">
        <w:rPr>
          <w:rFonts w:ascii="Arial" w:hAnsi="Arial" w:cs="Arial"/>
          <w:sz w:val="24"/>
          <w:szCs w:val="24"/>
          <w:lang w:val="cy-GB"/>
        </w:rPr>
        <w:t>Fishman</w:t>
      </w:r>
      <w:proofErr w:type="spellEnd"/>
      <w:r w:rsidRPr="00C2705B">
        <w:rPr>
          <w:rFonts w:ascii="Arial" w:hAnsi="Arial" w:cs="Arial"/>
          <w:sz w:val="24"/>
          <w:szCs w:val="24"/>
          <w:lang w:val="cy-GB"/>
        </w:rPr>
        <w:t>, yn allweddol ar gyfer cynnal iaith a dyfodol siaradwyr</w:t>
      </w:r>
      <w:r w:rsidR="00DA088F" w:rsidRPr="00C2705B">
        <w:rPr>
          <w:rFonts w:ascii="Arial" w:hAnsi="Arial" w:cs="Arial"/>
          <w:sz w:val="24"/>
          <w:szCs w:val="24"/>
          <w:lang w:val="cy-GB"/>
        </w:rPr>
        <w:t xml:space="preserve"> a’u cymunedau.</w:t>
      </w:r>
    </w:p>
    <w:p w14:paraId="456D13A7" w14:textId="11FBFE5E" w:rsidR="0074514D" w:rsidRPr="00C2705B" w:rsidRDefault="00DE2C48" w:rsidP="00C2705B">
      <w:pPr>
        <w:spacing w:line="360" w:lineRule="auto"/>
        <w:rPr>
          <w:rFonts w:ascii="Arial" w:hAnsi="Arial" w:cs="Arial"/>
          <w:sz w:val="24"/>
          <w:szCs w:val="24"/>
          <w:lang w:val="cy-GB"/>
        </w:rPr>
      </w:pPr>
      <w:proofErr w:type="spellStart"/>
      <w:r w:rsidRPr="00C2705B">
        <w:rPr>
          <w:rFonts w:ascii="Arial" w:hAnsi="Arial" w:cs="Arial"/>
          <w:i/>
          <w:iCs/>
          <w:sz w:val="24"/>
          <w:szCs w:val="24"/>
          <w:lang w:val="cy-GB"/>
        </w:rPr>
        <w:t>Ultimately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nothing</w:t>
      </w:r>
      <w:proofErr w:type="spellEnd"/>
      <w:r w:rsidRPr="00C2705B">
        <w:rPr>
          <w:rFonts w:ascii="Arial" w:hAnsi="Arial" w:cs="Arial"/>
          <w:i/>
          <w:iCs/>
          <w:sz w:val="24"/>
          <w:szCs w:val="24"/>
          <w:lang w:val="cy-GB"/>
        </w:rPr>
        <w:t xml:space="preserve"> is as </w:t>
      </w:r>
      <w:proofErr w:type="spellStart"/>
      <w:r w:rsidRPr="00C2705B">
        <w:rPr>
          <w:rFonts w:ascii="Arial" w:hAnsi="Arial" w:cs="Arial"/>
          <w:i/>
          <w:iCs/>
          <w:sz w:val="24"/>
          <w:szCs w:val="24"/>
          <w:lang w:val="cy-GB"/>
        </w:rPr>
        <w:t>crucial</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for</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basic</w:t>
      </w:r>
      <w:proofErr w:type="spellEnd"/>
      <w:r w:rsidRPr="00C2705B">
        <w:rPr>
          <w:rFonts w:ascii="Arial" w:hAnsi="Arial" w:cs="Arial"/>
          <w:i/>
          <w:iCs/>
          <w:sz w:val="24"/>
          <w:szCs w:val="24"/>
          <w:lang w:val="cy-GB"/>
        </w:rPr>
        <w:t xml:space="preserve"> RLS </w:t>
      </w:r>
      <w:proofErr w:type="spellStart"/>
      <w:r w:rsidRPr="00C2705B">
        <w:rPr>
          <w:rFonts w:ascii="Arial" w:hAnsi="Arial" w:cs="Arial"/>
          <w:i/>
          <w:iCs/>
          <w:sz w:val="24"/>
          <w:szCs w:val="24"/>
          <w:lang w:val="cy-GB"/>
        </w:rPr>
        <w:t>success</w:t>
      </w:r>
      <w:proofErr w:type="spellEnd"/>
      <w:r w:rsidRPr="00C2705B">
        <w:rPr>
          <w:rFonts w:ascii="Arial" w:hAnsi="Arial" w:cs="Arial"/>
          <w:i/>
          <w:iCs/>
          <w:sz w:val="24"/>
          <w:szCs w:val="24"/>
          <w:lang w:val="cy-GB"/>
        </w:rPr>
        <w:t xml:space="preserve"> as </w:t>
      </w:r>
      <w:proofErr w:type="spellStart"/>
      <w:r w:rsidRPr="00C2705B">
        <w:rPr>
          <w:rFonts w:ascii="Arial" w:hAnsi="Arial" w:cs="Arial"/>
          <w:i/>
          <w:iCs/>
          <w:sz w:val="24"/>
          <w:szCs w:val="24"/>
          <w:lang w:val="cy-GB"/>
        </w:rPr>
        <w:t>intergenerational</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mother-tongue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transmission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Gemeinschaft</w:t>
      </w:r>
      <w:proofErr w:type="spellEnd"/>
      <w:r w:rsidRPr="00C2705B">
        <w:rPr>
          <w:rFonts w:ascii="Arial" w:hAnsi="Arial" w:cs="Arial"/>
          <w:i/>
          <w:iCs/>
          <w:sz w:val="24"/>
          <w:szCs w:val="24"/>
          <w:lang w:val="cy-GB"/>
        </w:rPr>
        <w:t xml:space="preserve"> (the </w:t>
      </w:r>
      <w:proofErr w:type="spellStart"/>
      <w:r w:rsidRPr="00C2705B">
        <w:rPr>
          <w:rFonts w:ascii="Arial" w:hAnsi="Arial" w:cs="Arial"/>
          <w:i/>
          <w:iCs/>
          <w:sz w:val="24"/>
          <w:szCs w:val="24"/>
          <w:lang w:val="cy-GB"/>
        </w:rPr>
        <w:t>intimate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community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whose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members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are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related</w:t>
      </w:r>
      <w:proofErr w:type="spellEnd"/>
      <w:r w:rsidRPr="00C2705B">
        <w:rPr>
          <w:rFonts w:ascii="Arial" w:hAnsi="Arial" w:cs="Arial"/>
          <w:i/>
          <w:iCs/>
          <w:sz w:val="24"/>
          <w:szCs w:val="24"/>
          <w:lang w:val="cy-GB"/>
        </w:rPr>
        <w:t xml:space="preserve"> to </w:t>
      </w:r>
      <w:proofErr w:type="spellStart"/>
      <w:r w:rsidRPr="00C2705B">
        <w:rPr>
          <w:rFonts w:ascii="Arial" w:hAnsi="Arial" w:cs="Arial"/>
          <w:i/>
          <w:iCs/>
          <w:sz w:val="24"/>
          <w:szCs w:val="24"/>
          <w:lang w:val="cy-GB"/>
        </w:rPr>
        <w:t>one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another</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via</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bonds</w:t>
      </w:r>
      <w:proofErr w:type="spellEnd"/>
      <w:r w:rsidRPr="00C2705B">
        <w:rPr>
          <w:rFonts w:ascii="Arial" w:hAnsi="Arial" w:cs="Arial"/>
          <w:i/>
          <w:iCs/>
          <w:sz w:val="24"/>
          <w:szCs w:val="24"/>
          <w:lang w:val="cy-GB"/>
        </w:rPr>
        <w:t xml:space="preserve"> of </w:t>
      </w:r>
      <w:proofErr w:type="spellStart"/>
      <w:r w:rsidRPr="00C2705B">
        <w:rPr>
          <w:rFonts w:ascii="Arial" w:hAnsi="Arial" w:cs="Arial"/>
          <w:i/>
          <w:iCs/>
          <w:sz w:val="24"/>
          <w:szCs w:val="24"/>
          <w:lang w:val="cy-GB"/>
        </w:rPr>
        <w:t>kinship</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affection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communality</w:t>
      </w:r>
      <w:proofErr w:type="spellEnd"/>
      <w:r w:rsidRPr="00C2705B">
        <w:rPr>
          <w:rFonts w:ascii="Arial" w:hAnsi="Arial" w:cs="Arial"/>
          <w:i/>
          <w:iCs/>
          <w:sz w:val="24"/>
          <w:szCs w:val="24"/>
          <w:lang w:val="cy-GB"/>
        </w:rPr>
        <w:t xml:space="preserve"> of </w:t>
      </w:r>
      <w:proofErr w:type="spellStart"/>
      <w:r w:rsidRPr="00C2705B">
        <w:rPr>
          <w:rFonts w:ascii="Arial" w:hAnsi="Arial" w:cs="Arial"/>
          <w:i/>
          <w:iCs/>
          <w:sz w:val="24"/>
          <w:szCs w:val="24"/>
          <w:lang w:val="cy-GB"/>
        </w:rPr>
        <w:t>interest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purpose</w:t>
      </w:r>
      <w:proofErr w:type="spellEnd"/>
      <w:r w:rsidRPr="00C2705B">
        <w:rPr>
          <w:rFonts w:ascii="Arial" w:hAnsi="Arial" w:cs="Arial"/>
          <w:i/>
          <w:iCs/>
          <w:sz w:val="24"/>
          <w:szCs w:val="24"/>
          <w:lang w:val="cy-GB"/>
        </w:rPr>
        <w:t xml:space="preserve">) is the real </w:t>
      </w:r>
      <w:proofErr w:type="spellStart"/>
      <w:r w:rsidRPr="00C2705B">
        <w:rPr>
          <w:rFonts w:ascii="Arial" w:hAnsi="Arial" w:cs="Arial"/>
          <w:i/>
          <w:iCs/>
          <w:sz w:val="24"/>
          <w:szCs w:val="24"/>
          <w:lang w:val="cy-GB"/>
        </w:rPr>
        <w:t>secret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weapon</w:t>
      </w:r>
      <w:proofErr w:type="spellEnd"/>
      <w:r w:rsidRPr="00C2705B">
        <w:rPr>
          <w:rFonts w:ascii="Arial" w:hAnsi="Arial" w:cs="Arial"/>
          <w:i/>
          <w:iCs/>
          <w:sz w:val="24"/>
          <w:szCs w:val="24"/>
          <w:lang w:val="cy-GB"/>
        </w:rPr>
        <w:t xml:space="preserve"> of RLS</w:t>
      </w:r>
      <w:r w:rsidR="00DA088F" w:rsidRPr="00C2705B">
        <w:rPr>
          <w:rFonts w:ascii="Arial" w:hAnsi="Arial" w:cs="Arial"/>
          <w:sz w:val="24"/>
          <w:szCs w:val="24"/>
          <w:lang w:val="cy-GB"/>
        </w:rPr>
        <w:t xml:space="preserve"> </w:t>
      </w:r>
      <w:r w:rsidR="00302842" w:rsidRPr="00C2705B">
        <w:rPr>
          <w:rFonts w:ascii="Arial" w:hAnsi="Arial" w:cs="Arial"/>
          <w:b/>
          <w:bCs/>
          <w:sz w:val="24"/>
          <w:szCs w:val="24"/>
          <w:lang w:val="cy-GB"/>
        </w:rPr>
        <w:t>(</w:t>
      </w:r>
      <w:proofErr w:type="spellStart"/>
      <w:r w:rsidR="00302842" w:rsidRPr="00C2705B">
        <w:rPr>
          <w:rFonts w:ascii="Arial" w:hAnsi="Arial" w:cs="Arial"/>
          <w:b/>
          <w:bCs/>
          <w:sz w:val="24"/>
          <w:szCs w:val="24"/>
          <w:lang w:val="cy-GB"/>
        </w:rPr>
        <w:t>Fishman</w:t>
      </w:r>
      <w:proofErr w:type="spellEnd"/>
      <w:r w:rsidR="00302842" w:rsidRPr="00C2705B">
        <w:rPr>
          <w:rFonts w:ascii="Arial" w:hAnsi="Arial" w:cs="Arial"/>
          <w:b/>
          <w:bCs/>
          <w:sz w:val="24"/>
          <w:szCs w:val="24"/>
          <w:lang w:val="cy-GB"/>
        </w:rPr>
        <w:t>, 2001</w:t>
      </w:r>
      <w:r w:rsidR="00F9135A" w:rsidRPr="00C2705B">
        <w:rPr>
          <w:rFonts w:ascii="Arial" w:hAnsi="Arial" w:cs="Arial"/>
          <w:b/>
          <w:bCs/>
          <w:sz w:val="24"/>
          <w:szCs w:val="24"/>
          <w:lang w:val="cy-GB"/>
        </w:rPr>
        <w:t xml:space="preserve"> t. 458-459</w:t>
      </w:r>
      <w:r w:rsidR="00302842" w:rsidRPr="00C2705B">
        <w:rPr>
          <w:rFonts w:ascii="Arial" w:hAnsi="Arial" w:cs="Arial"/>
          <w:b/>
          <w:bCs/>
          <w:sz w:val="24"/>
          <w:szCs w:val="24"/>
          <w:lang w:val="cy-GB"/>
        </w:rPr>
        <w:t>)</w:t>
      </w:r>
      <w:r w:rsidR="00F9135A" w:rsidRPr="00C2705B">
        <w:rPr>
          <w:rFonts w:ascii="Arial" w:hAnsi="Arial" w:cs="Arial"/>
          <w:b/>
          <w:bCs/>
          <w:sz w:val="24"/>
          <w:szCs w:val="24"/>
          <w:lang w:val="cy-GB"/>
        </w:rPr>
        <w:t>.</w:t>
      </w:r>
      <w:r w:rsidR="0074514D" w:rsidRPr="00C2705B">
        <w:rPr>
          <w:rFonts w:ascii="Arial" w:hAnsi="Arial" w:cs="Arial"/>
          <w:b/>
          <w:bCs/>
          <w:sz w:val="24"/>
          <w:szCs w:val="24"/>
          <w:lang w:val="cy-GB"/>
        </w:rPr>
        <w:br/>
      </w:r>
      <w:r w:rsidR="0074514D" w:rsidRPr="00C2705B">
        <w:rPr>
          <w:rFonts w:ascii="Arial" w:hAnsi="Arial" w:cs="Arial"/>
          <w:b/>
          <w:bCs/>
          <w:sz w:val="24"/>
          <w:szCs w:val="24"/>
          <w:lang w:val="cy-GB"/>
        </w:rPr>
        <w:br/>
      </w:r>
      <w:r w:rsidR="0074514D" w:rsidRPr="00C2705B">
        <w:rPr>
          <w:rFonts w:ascii="Arial" w:hAnsi="Arial" w:cs="Arial"/>
          <w:sz w:val="24"/>
          <w:szCs w:val="24"/>
          <w:lang w:val="cy-GB"/>
        </w:rPr>
        <w:t>Mae hunaniaeth ieithyddol, ar y llaw arall, yn dylanwadu’n gryf ar ymlyniad ac agweddau</w:t>
      </w:r>
      <w:r w:rsidR="002F7F5B" w:rsidRPr="00C2705B">
        <w:rPr>
          <w:rFonts w:ascii="Arial" w:hAnsi="Arial" w:cs="Arial"/>
          <w:sz w:val="24"/>
          <w:szCs w:val="24"/>
          <w:lang w:val="cy-GB"/>
        </w:rPr>
        <w:t xml:space="preserve"> pobl</w:t>
      </w:r>
      <w:r w:rsidR="0074514D" w:rsidRPr="00C2705B">
        <w:rPr>
          <w:rFonts w:ascii="Arial" w:hAnsi="Arial" w:cs="Arial"/>
          <w:sz w:val="24"/>
          <w:szCs w:val="24"/>
          <w:lang w:val="cy-GB"/>
        </w:rPr>
        <w:t xml:space="preserve"> tuag at yr iaith, yn ogystal â’</w:t>
      </w:r>
      <w:r w:rsidR="002F7F5B" w:rsidRPr="00C2705B">
        <w:rPr>
          <w:rFonts w:ascii="Arial" w:hAnsi="Arial" w:cs="Arial"/>
          <w:sz w:val="24"/>
          <w:szCs w:val="24"/>
          <w:lang w:val="cy-GB"/>
        </w:rPr>
        <w:t>u</w:t>
      </w:r>
      <w:r w:rsidR="0074514D" w:rsidRPr="00C2705B">
        <w:rPr>
          <w:rFonts w:ascii="Arial" w:hAnsi="Arial" w:cs="Arial"/>
          <w:sz w:val="24"/>
          <w:szCs w:val="24"/>
          <w:lang w:val="cy-GB"/>
        </w:rPr>
        <w:t xml:space="preserve"> parodrwydd i’w </w:t>
      </w:r>
      <w:r w:rsidR="002F7F5B" w:rsidRPr="00C2705B">
        <w:rPr>
          <w:rFonts w:ascii="Arial" w:hAnsi="Arial" w:cs="Arial"/>
          <w:sz w:val="24"/>
          <w:szCs w:val="24"/>
          <w:lang w:val="cy-GB"/>
        </w:rPr>
        <w:t>d</w:t>
      </w:r>
      <w:r w:rsidR="0074514D" w:rsidRPr="00C2705B">
        <w:rPr>
          <w:rFonts w:ascii="Arial" w:hAnsi="Arial" w:cs="Arial"/>
          <w:sz w:val="24"/>
          <w:szCs w:val="24"/>
          <w:lang w:val="cy-GB"/>
        </w:rPr>
        <w:t>defnyddio o ddydd i ddydd.</w:t>
      </w:r>
    </w:p>
    <w:p w14:paraId="24C1963C" w14:textId="340F46EB" w:rsidR="00773492" w:rsidRPr="00C2705B" w:rsidRDefault="00622EC7" w:rsidP="00C2705B">
      <w:pPr>
        <w:spacing w:line="360" w:lineRule="auto"/>
        <w:rPr>
          <w:rFonts w:ascii="Arial" w:hAnsi="Arial" w:cs="Arial"/>
          <w:sz w:val="24"/>
          <w:szCs w:val="24"/>
          <w:lang w:val="cy-GB"/>
        </w:rPr>
      </w:pPr>
      <w:r w:rsidRPr="00C2705B">
        <w:rPr>
          <w:rFonts w:ascii="Arial" w:hAnsi="Arial" w:cs="Arial"/>
          <w:i/>
          <w:iCs/>
          <w:sz w:val="24"/>
          <w:szCs w:val="24"/>
          <w:lang w:val="en-GB"/>
        </w:rPr>
        <w:t xml:space="preserve">While </w:t>
      </w:r>
      <w:proofErr w:type="gramStart"/>
      <w:r w:rsidRPr="00C2705B">
        <w:rPr>
          <w:rFonts w:ascii="Arial" w:hAnsi="Arial" w:cs="Arial"/>
          <w:i/>
          <w:iCs/>
          <w:sz w:val="24"/>
          <w:szCs w:val="24"/>
          <w:lang w:val="en-GB"/>
        </w:rPr>
        <w:t>top down</w:t>
      </w:r>
      <w:proofErr w:type="gramEnd"/>
      <w:r w:rsidRPr="00C2705B">
        <w:rPr>
          <w:rFonts w:ascii="Arial" w:hAnsi="Arial" w:cs="Arial"/>
          <w:i/>
          <w:iCs/>
          <w:sz w:val="24"/>
          <w:szCs w:val="24"/>
          <w:lang w:val="en-GB"/>
        </w:rPr>
        <w:t xml:space="preserve"> macro level language planning is seen as the traditional domain of language planning, an understanding of micro level linguistic interaction is key in understanding how language is </w:t>
      </w:r>
      <w:proofErr w:type="gramStart"/>
      <w:r w:rsidRPr="00C2705B">
        <w:rPr>
          <w:rFonts w:ascii="Arial" w:hAnsi="Arial" w:cs="Arial"/>
          <w:i/>
          <w:iCs/>
          <w:sz w:val="24"/>
          <w:szCs w:val="24"/>
          <w:lang w:val="en-GB"/>
        </w:rPr>
        <w:t>actually used</w:t>
      </w:r>
      <w:proofErr w:type="gramEnd"/>
      <w:r w:rsidRPr="00C2705B">
        <w:rPr>
          <w:rFonts w:ascii="Arial" w:hAnsi="Arial" w:cs="Arial"/>
          <w:i/>
          <w:iCs/>
          <w:sz w:val="24"/>
          <w:szCs w:val="24"/>
          <w:lang w:val="en-GB"/>
        </w:rPr>
        <w:t xml:space="preserve"> by actors within their communities</w:t>
      </w:r>
      <w:r w:rsidR="00AF21C8" w:rsidRPr="00C2705B">
        <w:rPr>
          <w:rFonts w:ascii="Arial" w:hAnsi="Arial" w:cs="Arial"/>
          <w:sz w:val="24"/>
          <w:szCs w:val="24"/>
          <w:lang w:val="en-GB"/>
        </w:rPr>
        <w:t>.</w:t>
      </w:r>
      <w:r w:rsidR="00760BEA" w:rsidRPr="00C2705B">
        <w:rPr>
          <w:rFonts w:ascii="Arial" w:hAnsi="Arial" w:cs="Arial"/>
          <w:b/>
          <w:bCs/>
          <w:sz w:val="24"/>
          <w:szCs w:val="24"/>
        </w:rPr>
        <w:t xml:space="preserve"> (Hodges a Prys</w:t>
      </w:r>
      <w:r w:rsidR="00DA21CD" w:rsidRPr="00C2705B">
        <w:rPr>
          <w:rFonts w:ascii="Arial" w:hAnsi="Arial" w:cs="Arial"/>
          <w:b/>
          <w:bCs/>
          <w:sz w:val="24"/>
          <w:szCs w:val="24"/>
        </w:rPr>
        <w:t xml:space="preserve"> </w:t>
      </w:r>
      <w:r w:rsidR="00760BEA" w:rsidRPr="00C2705B">
        <w:rPr>
          <w:rFonts w:ascii="Arial" w:hAnsi="Arial" w:cs="Arial"/>
          <w:b/>
          <w:bCs/>
          <w:sz w:val="24"/>
          <w:szCs w:val="24"/>
        </w:rPr>
        <w:t>2019,</w:t>
      </w:r>
      <w:r w:rsidR="001B100C" w:rsidRPr="00C2705B">
        <w:rPr>
          <w:rFonts w:ascii="Arial" w:hAnsi="Arial" w:cs="Arial"/>
          <w:b/>
          <w:bCs/>
          <w:sz w:val="24"/>
          <w:szCs w:val="24"/>
        </w:rPr>
        <w:t xml:space="preserve"> 2</w:t>
      </w:r>
      <w:r w:rsidR="00E657CE" w:rsidRPr="00C2705B">
        <w:rPr>
          <w:rFonts w:ascii="Arial" w:hAnsi="Arial" w:cs="Arial"/>
          <w:b/>
          <w:bCs/>
          <w:sz w:val="24"/>
          <w:szCs w:val="24"/>
        </w:rPr>
        <w:t>10</w:t>
      </w:r>
      <w:r w:rsidR="00E42E13" w:rsidRPr="00C2705B">
        <w:rPr>
          <w:rFonts w:ascii="Arial" w:hAnsi="Arial" w:cs="Arial"/>
          <w:b/>
          <w:bCs/>
          <w:sz w:val="24"/>
          <w:szCs w:val="24"/>
        </w:rPr>
        <w:t>)</w:t>
      </w:r>
    </w:p>
    <w:p w14:paraId="2F3521C9" w14:textId="10E1BE87" w:rsidR="008D2C41" w:rsidRPr="00C2705B" w:rsidRDefault="005C55AF" w:rsidP="00C2705B">
      <w:pPr>
        <w:spacing w:line="360" w:lineRule="auto"/>
        <w:rPr>
          <w:rFonts w:ascii="Arial" w:hAnsi="Arial" w:cs="Arial"/>
          <w:sz w:val="24"/>
          <w:szCs w:val="24"/>
          <w:lang w:val="cy-GB"/>
        </w:rPr>
      </w:pPr>
      <w:r w:rsidRPr="00C2705B">
        <w:rPr>
          <w:rFonts w:ascii="Arial" w:hAnsi="Arial" w:cs="Arial"/>
          <w:sz w:val="24"/>
          <w:szCs w:val="24"/>
          <w:lang w:val="cy-GB"/>
        </w:rPr>
        <w:t>Mae hyn yn dangos y cymhlethdod sy</w:t>
      </w:r>
      <w:r w:rsidR="007050A4" w:rsidRPr="00C2705B">
        <w:rPr>
          <w:rFonts w:ascii="Arial" w:hAnsi="Arial" w:cs="Arial"/>
          <w:sz w:val="24"/>
          <w:szCs w:val="24"/>
          <w:lang w:val="cy-GB"/>
        </w:rPr>
        <w:t>’</w:t>
      </w:r>
      <w:r w:rsidR="001D2723" w:rsidRPr="00C2705B">
        <w:rPr>
          <w:rFonts w:ascii="Arial" w:hAnsi="Arial" w:cs="Arial"/>
          <w:sz w:val="24"/>
          <w:szCs w:val="24"/>
          <w:lang w:val="cy-GB"/>
        </w:rPr>
        <w:t xml:space="preserve">n bodoli </w:t>
      </w:r>
      <w:r w:rsidR="00047004" w:rsidRPr="00C2705B">
        <w:rPr>
          <w:rFonts w:ascii="Arial" w:hAnsi="Arial" w:cs="Arial"/>
          <w:sz w:val="24"/>
          <w:szCs w:val="24"/>
          <w:lang w:val="cy-GB"/>
        </w:rPr>
        <w:t xml:space="preserve">wrth </w:t>
      </w:r>
      <w:r w:rsidR="001D2723" w:rsidRPr="00C2705B">
        <w:rPr>
          <w:rFonts w:ascii="Arial" w:hAnsi="Arial" w:cs="Arial"/>
          <w:sz w:val="24"/>
          <w:szCs w:val="24"/>
          <w:lang w:val="cy-GB"/>
        </w:rPr>
        <w:t xml:space="preserve">geisio darganfod datrysiad i’r </w:t>
      </w:r>
      <w:r w:rsidR="00047004" w:rsidRPr="00C2705B">
        <w:rPr>
          <w:rFonts w:ascii="Arial" w:hAnsi="Arial" w:cs="Arial"/>
          <w:sz w:val="24"/>
          <w:szCs w:val="24"/>
          <w:lang w:val="cy-GB"/>
        </w:rPr>
        <w:t xml:space="preserve">‘broblem’ </w:t>
      </w:r>
      <w:r w:rsidR="007F0C36" w:rsidRPr="00C2705B">
        <w:rPr>
          <w:rFonts w:ascii="Arial" w:hAnsi="Arial" w:cs="Arial"/>
          <w:sz w:val="24"/>
          <w:szCs w:val="24"/>
          <w:lang w:val="cy-GB"/>
        </w:rPr>
        <w:t>o sut i</w:t>
      </w:r>
      <w:r w:rsidR="00631145" w:rsidRPr="00C2705B">
        <w:rPr>
          <w:rFonts w:ascii="Arial" w:hAnsi="Arial" w:cs="Arial"/>
          <w:sz w:val="24"/>
          <w:szCs w:val="24"/>
          <w:lang w:val="cy-GB"/>
        </w:rPr>
        <w:t xml:space="preserve"> ddylanwadu ar bobl i ddefnyddio iaith.</w:t>
      </w:r>
      <w:r w:rsidR="007D46E4" w:rsidRPr="00C2705B">
        <w:rPr>
          <w:rFonts w:ascii="Arial" w:hAnsi="Arial" w:cs="Arial"/>
          <w:sz w:val="24"/>
          <w:szCs w:val="24"/>
          <w:lang w:val="cy-GB"/>
        </w:rPr>
        <w:t xml:space="preserve"> </w:t>
      </w:r>
      <w:r w:rsidR="00A964D2" w:rsidRPr="00C2705B">
        <w:rPr>
          <w:rFonts w:ascii="Arial" w:hAnsi="Arial" w:cs="Arial"/>
          <w:sz w:val="24"/>
          <w:szCs w:val="24"/>
          <w:lang w:val="cy-GB"/>
        </w:rPr>
        <w:t xml:space="preserve">Er mwyn </w:t>
      </w:r>
      <w:r w:rsidR="00D93678" w:rsidRPr="00C2705B">
        <w:rPr>
          <w:rFonts w:ascii="Arial" w:hAnsi="Arial" w:cs="Arial"/>
          <w:sz w:val="24"/>
          <w:szCs w:val="24"/>
          <w:lang w:val="cy-GB"/>
        </w:rPr>
        <w:t xml:space="preserve">trio </w:t>
      </w:r>
      <w:r w:rsidR="00A964D2" w:rsidRPr="00C2705B">
        <w:rPr>
          <w:rFonts w:ascii="Arial" w:hAnsi="Arial" w:cs="Arial"/>
          <w:sz w:val="24"/>
          <w:szCs w:val="24"/>
          <w:lang w:val="cy-GB"/>
        </w:rPr>
        <w:t>deall</w:t>
      </w:r>
      <w:r w:rsidR="00EB1E96" w:rsidRPr="00C2705B">
        <w:rPr>
          <w:rFonts w:ascii="Arial" w:hAnsi="Arial" w:cs="Arial"/>
          <w:sz w:val="24"/>
          <w:szCs w:val="24"/>
          <w:lang w:val="cy-GB"/>
        </w:rPr>
        <w:t xml:space="preserve"> </w:t>
      </w:r>
      <w:r w:rsidR="00D93678" w:rsidRPr="00C2705B">
        <w:rPr>
          <w:rFonts w:ascii="Arial" w:hAnsi="Arial" w:cs="Arial"/>
          <w:sz w:val="24"/>
          <w:szCs w:val="24"/>
          <w:lang w:val="cy-GB"/>
        </w:rPr>
        <w:t xml:space="preserve">ac ateb y </w:t>
      </w:r>
      <w:r w:rsidR="006A705D" w:rsidRPr="00C2705B">
        <w:rPr>
          <w:rFonts w:ascii="Arial" w:hAnsi="Arial" w:cs="Arial"/>
          <w:sz w:val="24"/>
          <w:szCs w:val="24"/>
          <w:lang w:val="cy-GB"/>
        </w:rPr>
        <w:t>broblem</w:t>
      </w:r>
      <w:r w:rsidR="00EB1E96" w:rsidRPr="00C2705B">
        <w:rPr>
          <w:rFonts w:ascii="Arial" w:hAnsi="Arial" w:cs="Arial"/>
          <w:sz w:val="24"/>
          <w:szCs w:val="24"/>
          <w:lang w:val="cy-GB"/>
        </w:rPr>
        <w:t xml:space="preserve">, mae angen i ni edrych </w:t>
      </w:r>
      <w:r w:rsidR="0058493F" w:rsidRPr="00C2705B">
        <w:rPr>
          <w:rFonts w:ascii="Arial" w:hAnsi="Arial" w:cs="Arial"/>
          <w:sz w:val="24"/>
          <w:szCs w:val="24"/>
          <w:lang w:val="cy-GB"/>
        </w:rPr>
        <w:t xml:space="preserve">yn feirniadol </w:t>
      </w:r>
      <w:r w:rsidR="00EB1E96" w:rsidRPr="00C2705B">
        <w:rPr>
          <w:rFonts w:ascii="Arial" w:hAnsi="Arial" w:cs="Arial"/>
          <w:sz w:val="24"/>
          <w:szCs w:val="24"/>
          <w:lang w:val="cy-GB"/>
        </w:rPr>
        <w:t xml:space="preserve">ar </w:t>
      </w:r>
      <w:r w:rsidR="00D93678" w:rsidRPr="00C2705B">
        <w:rPr>
          <w:rFonts w:ascii="Arial" w:hAnsi="Arial" w:cs="Arial"/>
          <w:sz w:val="24"/>
          <w:szCs w:val="24"/>
          <w:lang w:val="cy-GB"/>
        </w:rPr>
        <w:t xml:space="preserve">esiamplau </w:t>
      </w:r>
      <w:r w:rsidR="00F225EB" w:rsidRPr="00C2705B">
        <w:rPr>
          <w:rFonts w:ascii="Arial" w:hAnsi="Arial" w:cs="Arial"/>
          <w:sz w:val="24"/>
          <w:szCs w:val="24"/>
          <w:lang w:val="cy-GB"/>
        </w:rPr>
        <w:t xml:space="preserve">o wledydd sydd yn ceisio </w:t>
      </w:r>
      <w:r w:rsidR="00B60BEB" w:rsidRPr="00C2705B">
        <w:rPr>
          <w:rFonts w:ascii="Arial" w:hAnsi="Arial" w:cs="Arial"/>
          <w:sz w:val="24"/>
          <w:szCs w:val="24"/>
          <w:lang w:val="cy-GB"/>
        </w:rPr>
        <w:t xml:space="preserve">cynyddu nifer </w:t>
      </w:r>
      <w:r w:rsidR="001D7F11" w:rsidRPr="00C2705B">
        <w:rPr>
          <w:rFonts w:ascii="Arial" w:hAnsi="Arial" w:cs="Arial"/>
          <w:sz w:val="24"/>
          <w:szCs w:val="24"/>
          <w:lang w:val="cy-GB"/>
        </w:rPr>
        <w:t>y siaradwyr o iaith leiafrifol</w:t>
      </w:r>
      <w:r w:rsidR="006118A1" w:rsidRPr="00C2705B">
        <w:rPr>
          <w:rFonts w:ascii="Arial" w:hAnsi="Arial" w:cs="Arial"/>
          <w:sz w:val="24"/>
          <w:szCs w:val="24"/>
          <w:lang w:val="cy-GB"/>
        </w:rPr>
        <w:t xml:space="preserve"> </w:t>
      </w:r>
      <w:r w:rsidR="00B60BEB" w:rsidRPr="00C2705B">
        <w:rPr>
          <w:rFonts w:ascii="Arial" w:hAnsi="Arial" w:cs="Arial"/>
          <w:sz w:val="24"/>
          <w:szCs w:val="24"/>
          <w:lang w:val="cy-GB"/>
        </w:rPr>
        <w:t>a defnydd</w:t>
      </w:r>
      <w:r w:rsidR="006118A1" w:rsidRPr="00C2705B">
        <w:rPr>
          <w:rFonts w:ascii="Arial" w:hAnsi="Arial" w:cs="Arial"/>
          <w:sz w:val="24"/>
          <w:szCs w:val="24"/>
          <w:lang w:val="cy-GB"/>
        </w:rPr>
        <w:t xml:space="preserve"> y siaradwyr hynny o’r iaith</w:t>
      </w:r>
      <w:r w:rsidR="00F225EB" w:rsidRPr="00C2705B">
        <w:rPr>
          <w:rFonts w:ascii="Arial" w:hAnsi="Arial" w:cs="Arial"/>
          <w:sz w:val="24"/>
          <w:szCs w:val="24"/>
          <w:lang w:val="cy-GB"/>
        </w:rPr>
        <w:t xml:space="preserve"> </w:t>
      </w:r>
      <w:r w:rsidR="00A56665" w:rsidRPr="00C2705B">
        <w:rPr>
          <w:rFonts w:ascii="Arial" w:hAnsi="Arial" w:cs="Arial"/>
          <w:sz w:val="24"/>
          <w:szCs w:val="24"/>
          <w:lang w:val="cy-GB"/>
        </w:rPr>
        <w:t xml:space="preserve">drwy </w:t>
      </w:r>
      <w:r w:rsidR="0019523A" w:rsidRPr="00C2705B">
        <w:rPr>
          <w:rFonts w:ascii="Arial" w:hAnsi="Arial" w:cs="Arial"/>
          <w:sz w:val="24"/>
          <w:szCs w:val="24"/>
          <w:lang w:val="cy-GB"/>
        </w:rPr>
        <w:t xml:space="preserve">ddefnyddio </w:t>
      </w:r>
      <w:r w:rsidR="00337970" w:rsidRPr="00C2705B">
        <w:rPr>
          <w:rFonts w:ascii="Arial" w:hAnsi="Arial" w:cs="Arial"/>
          <w:sz w:val="24"/>
          <w:szCs w:val="24"/>
          <w:lang w:val="cy-GB"/>
        </w:rPr>
        <w:t xml:space="preserve">y </w:t>
      </w:r>
      <w:proofErr w:type="spellStart"/>
      <w:r w:rsidR="00337970" w:rsidRPr="00C2705B">
        <w:rPr>
          <w:rFonts w:ascii="Arial" w:hAnsi="Arial" w:cs="Arial"/>
          <w:sz w:val="24"/>
          <w:szCs w:val="24"/>
          <w:lang w:val="cy-GB"/>
        </w:rPr>
        <w:t>teipolegau</w:t>
      </w:r>
      <w:proofErr w:type="spellEnd"/>
      <w:r w:rsidR="00337970" w:rsidRPr="00C2705B">
        <w:rPr>
          <w:rFonts w:ascii="Arial" w:hAnsi="Arial" w:cs="Arial"/>
          <w:sz w:val="24"/>
          <w:szCs w:val="24"/>
          <w:lang w:val="cy-GB"/>
        </w:rPr>
        <w:t xml:space="preserve"> </w:t>
      </w:r>
      <w:r w:rsidR="004B76A6" w:rsidRPr="00C2705B">
        <w:rPr>
          <w:rFonts w:ascii="Arial" w:hAnsi="Arial" w:cs="Arial"/>
          <w:sz w:val="24"/>
          <w:szCs w:val="24"/>
          <w:lang w:val="cy-GB"/>
        </w:rPr>
        <w:t>cynllunio</w:t>
      </w:r>
      <w:r w:rsidR="002245FF" w:rsidRPr="00C2705B">
        <w:rPr>
          <w:rFonts w:ascii="Arial" w:hAnsi="Arial" w:cs="Arial"/>
          <w:sz w:val="24"/>
          <w:szCs w:val="24"/>
          <w:lang w:val="cy-GB"/>
        </w:rPr>
        <w:t xml:space="preserve"> gwahanol</w:t>
      </w:r>
      <w:r w:rsidR="00337970" w:rsidRPr="00C2705B">
        <w:rPr>
          <w:rFonts w:ascii="Arial" w:hAnsi="Arial" w:cs="Arial"/>
          <w:sz w:val="24"/>
          <w:szCs w:val="24"/>
          <w:lang w:val="cy-GB"/>
        </w:rPr>
        <w:t xml:space="preserve"> s</w:t>
      </w:r>
      <w:r w:rsidR="006118A1" w:rsidRPr="00C2705B">
        <w:rPr>
          <w:rFonts w:ascii="Arial" w:hAnsi="Arial" w:cs="Arial"/>
          <w:sz w:val="24"/>
          <w:szCs w:val="24"/>
          <w:lang w:val="cy-GB"/>
        </w:rPr>
        <w:t>ef Cynllunio Statws, Corpws, Caffael a Bri</w:t>
      </w:r>
      <w:r w:rsidR="000E5144" w:rsidRPr="00C2705B">
        <w:rPr>
          <w:rFonts w:ascii="Arial" w:hAnsi="Arial" w:cs="Arial"/>
          <w:sz w:val="24"/>
          <w:szCs w:val="24"/>
          <w:lang w:val="cy-GB"/>
        </w:rPr>
        <w:t>.</w:t>
      </w:r>
    </w:p>
    <w:p w14:paraId="2A59E0D8" w14:textId="65002925" w:rsidR="00773492" w:rsidRPr="00C2705B" w:rsidRDefault="000E5144" w:rsidP="00C2705B">
      <w:pPr>
        <w:spacing w:line="360" w:lineRule="auto"/>
        <w:rPr>
          <w:rFonts w:ascii="Arial" w:hAnsi="Arial" w:cs="Arial"/>
          <w:sz w:val="24"/>
          <w:szCs w:val="24"/>
          <w:lang w:val="cy-GB"/>
        </w:rPr>
      </w:pPr>
      <w:r w:rsidRPr="00C2705B">
        <w:rPr>
          <w:rFonts w:ascii="Arial" w:hAnsi="Arial" w:cs="Arial"/>
          <w:sz w:val="24"/>
          <w:szCs w:val="24"/>
          <w:lang w:val="cy-GB"/>
        </w:rPr>
        <w:t>R</w:t>
      </w:r>
      <w:r w:rsidR="00A35399" w:rsidRPr="00C2705B">
        <w:rPr>
          <w:rFonts w:ascii="Arial" w:hAnsi="Arial" w:cs="Arial"/>
          <w:sz w:val="24"/>
          <w:szCs w:val="24"/>
          <w:lang w:val="cy-GB"/>
        </w:rPr>
        <w:t xml:space="preserve">wyf wedi dewis cymharu’r sefyllfa yma yng Nghymru gyda Gwlad y Basg. </w:t>
      </w:r>
      <w:r w:rsidR="00042587" w:rsidRPr="00C2705B">
        <w:rPr>
          <w:rFonts w:ascii="Arial" w:hAnsi="Arial" w:cs="Arial"/>
          <w:sz w:val="24"/>
          <w:szCs w:val="24"/>
          <w:lang w:val="cy-GB"/>
        </w:rPr>
        <w:t>Mae</w:t>
      </w:r>
      <w:r w:rsidR="00D74875" w:rsidRPr="00C2705B">
        <w:rPr>
          <w:rFonts w:ascii="Arial" w:hAnsi="Arial" w:cs="Arial"/>
          <w:sz w:val="24"/>
          <w:szCs w:val="24"/>
          <w:lang w:val="cy-GB"/>
        </w:rPr>
        <w:t>’r gweledydd hyn</w:t>
      </w:r>
      <w:r w:rsidR="00042587" w:rsidRPr="00C2705B">
        <w:rPr>
          <w:rFonts w:ascii="Arial" w:hAnsi="Arial" w:cs="Arial"/>
          <w:sz w:val="24"/>
          <w:szCs w:val="24"/>
          <w:lang w:val="cy-GB"/>
        </w:rPr>
        <w:t xml:space="preserve"> yn gymunedau lleiafrifol ond gwydn o ran iaith, </w:t>
      </w:r>
      <w:r w:rsidR="0005318E" w:rsidRPr="00C2705B">
        <w:rPr>
          <w:rFonts w:ascii="Arial" w:hAnsi="Arial" w:cs="Arial"/>
          <w:sz w:val="24"/>
          <w:szCs w:val="24"/>
          <w:lang w:val="cy-GB"/>
        </w:rPr>
        <w:t>gyda</w:t>
      </w:r>
      <w:r w:rsidR="00042587" w:rsidRPr="00C2705B">
        <w:rPr>
          <w:rFonts w:ascii="Arial" w:hAnsi="Arial" w:cs="Arial"/>
          <w:sz w:val="24"/>
          <w:szCs w:val="24"/>
          <w:lang w:val="cy-GB"/>
        </w:rPr>
        <w:t xml:space="preserve"> enghreifftiau cryf o gynnal ac adfywio iaith. Mae’r ddwy gymuned yn rhannu nodweddion cyffredin, megis pwyslais ar addysg fel prif fecanwaith trosglwyddo iaith, ond maent yn wahanol iawn o ran strwythur gwleidyddol, statws cyfreithiol a chyd-destun cymdeithasol.</w:t>
      </w:r>
      <w:r w:rsidR="005059F3" w:rsidRPr="00C2705B">
        <w:rPr>
          <w:rFonts w:ascii="Arial" w:hAnsi="Arial" w:cs="Arial"/>
          <w:sz w:val="24"/>
          <w:szCs w:val="24"/>
          <w:lang w:val="cy-GB"/>
        </w:rPr>
        <w:br/>
      </w:r>
      <w:r w:rsidR="00042587" w:rsidRPr="00C2705B">
        <w:rPr>
          <w:rFonts w:ascii="Arial" w:hAnsi="Arial" w:cs="Arial"/>
          <w:sz w:val="24"/>
          <w:szCs w:val="24"/>
          <w:lang w:val="cy-GB"/>
        </w:rPr>
        <w:t xml:space="preserve">Yma yng Nghymru, </w:t>
      </w:r>
      <w:r w:rsidR="00AD6711" w:rsidRPr="00C2705B">
        <w:rPr>
          <w:rFonts w:ascii="Arial" w:hAnsi="Arial" w:cs="Arial"/>
          <w:sz w:val="24"/>
          <w:szCs w:val="24"/>
          <w:lang w:val="cy-GB"/>
        </w:rPr>
        <w:t xml:space="preserve">nid oedd gan y Gymraeg unrhyw statws </w:t>
      </w:r>
      <w:r w:rsidR="00042587" w:rsidRPr="00C2705B">
        <w:rPr>
          <w:rFonts w:ascii="Arial" w:hAnsi="Arial" w:cs="Arial"/>
          <w:sz w:val="24"/>
          <w:szCs w:val="24"/>
          <w:lang w:val="cy-GB"/>
        </w:rPr>
        <w:t>yn dilyn Deddfau Uno Harri VIII yn 1536</w:t>
      </w:r>
      <w:r w:rsidR="00041C9A" w:rsidRPr="00C2705B">
        <w:rPr>
          <w:rFonts w:ascii="Arial" w:hAnsi="Arial" w:cs="Arial"/>
          <w:sz w:val="24"/>
          <w:szCs w:val="24"/>
          <w:lang w:val="cy-GB"/>
        </w:rPr>
        <w:t xml:space="preserve"> ond</w:t>
      </w:r>
      <w:r w:rsidR="00042587" w:rsidRPr="00C2705B">
        <w:rPr>
          <w:rFonts w:ascii="Arial" w:hAnsi="Arial" w:cs="Arial"/>
          <w:sz w:val="24"/>
          <w:szCs w:val="24"/>
          <w:lang w:val="cy-GB"/>
        </w:rPr>
        <w:t xml:space="preserve"> rhywsut, fe oroesodd yr iaith </w:t>
      </w:r>
      <w:r w:rsidR="007E5318" w:rsidRPr="00C2705B">
        <w:rPr>
          <w:rFonts w:ascii="Arial" w:hAnsi="Arial" w:cs="Arial"/>
          <w:sz w:val="24"/>
          <w:szCs w:val="24"/>
          <w:lang w:val="cy-GB"/>
        </w:rPr>
        <w:t xml:space="preserve">ac yn dilyn twf mewn </w:t>
      </w:r>
      <w:r w:rsidR="001A7513" w:rsidRPr="00C2705B">
        <w:rPr>
          <w:rFonts w:ascii="Arial" w:hAnsi="Arial" w:cs="Arial"/>
          <w:sz w:val="24"/>
          <w:szCs w:val="24"/>
          <w:lang w:val="cy-GB"/>
        </w:rPr>
        <w:lastRenderedPageBreak/>
        <w:t xml:space="preserve">hyder cenedlaetholgar, </w:t>
      </w:r>
      <w:r w:rsidR="007E5318" w:rsidRPr="00C2705B">
        <w:rPr>
          <w:rFonts w:ascii="Arial" w:hAnsi="Arial" w:cs="Arial"/>
          <w:sz w:val="24"/>
          <w:szCs w:val="24"/>
          <w:lang w:val="cy-GB"/>
        </w:rPr>
        <w:t>protestiadau ac ymgyrchoedd i geisio adfywio’r iaith ac adennill statws swyddogol</w:t>
      </w:r>
      <w:r w:rsidR="004C0E1A" w:rsidRPr="00C2705B">
        <w:rPr>
          <w:rFonts w:ascii="Arial" w:hAnsi="Arial" w:cs="Arial"/>
          <w:sz w:val="24"/>
          <w:szCs w:val="24"/>
          <w:lang w:val="cy-GB"/>
        </w:rPr>
        <w:t xml:space="preserve"> ar ddiwedd yr 1950au</w:t>
      </w:r>
      <w:r w:rsidR="007E5318" w:rsidRPr="00C2705B">
        <w:rPr>
          <w:rFonts w:ascii="Arial" w:hAnsi="Arial" w:cs="Arial"/>
          <w:sz w:val="24"/>
          <w:szCs w:val="24"/>
          <w:lang w:val="cy-GB"/>
        </w:rPr>
        <w:t xml:space="preserve"> </w:t>
      </w:r>
      <w:r w:rsidR="00FD3E0F" w:rsidRPr="00C2705B">
        <w:rPr>
          <w:rFonts w:ascii="Arial" w:hAnsi="Arial" w:cs="Arial"/>
          <w:sz w:val="24"/>
          <w:szCs w:val="24"/>
          <w:lang w:val="cy-GB"/>
        </w:rPr>
        <w:t>fe g</w:t>
      </w:r>
      <w:r w:rsidR="00042587" w:rsidRPr="00C2705B">
        <w:rPr>
          <w:rFonts w:ascii="Arial" w:hAnsi="Arial" w:cs="Arial"/>
          <w:sz w:val="24"/>
          <w:szCs w:val="24"/>
          <w:lang w:val="cy-GB"/>
        </w:rPr>
        <w:t xml:space="preserve">yflwynwyd Deddf yr Iaith Gymraeg 1967, a argymhellodd ddilysrwydd cyfartal i’r Gymraeg mewn llysoedd barn, yng Nghymru. </w:t>
      </w:r>
      <w:r w:rsidR="00FD3E0F" w:rsidRPr="00C2705B">
        <w:rPr>
          <w:rFonts w:ascii="Arial" w:hAnsi="Arial" w:cs="Arial"/>
          <w:sz w:val="24"/>
          <w:szCs w:val="24"/>
          <w:lang w:val="cy-GB"/>
        </w:rPr>
        <w:br/>
      </w:r>
      <w:r w:rsidR="00042587" w:rsidRPr="00C2705B">
        <w:rPr>
          <w:rFonts w:ascii="Arial" w:hAnsi="Arial" w:cs="Arial"/>
          <w:sz w:val="24"/>
          <w:szCs w:val="24"/>
          <w:lang w:val="cy-GB"/>
        </w:rPr>
        <w:t>Mae damcaniaethau a chysyniadau’r maes cynllunio iaith wedi chwarae rôl hanfodol yn natblygiad yr iaith dros yr hanner canrif wedyn gan weld:</w:t>
      </w:r>
      <w:r w:rsidR="00172898" w:rsidRPr="00C2705B">
        <w:rPr>
          <w:rFonts w:ascii="Arial" w:hAnsi="Arial" w:cs="Arial"/>
          <w:sz w:val="24"/>
          <w:szCs w:val="24"/>
          <w:lang w:val="cy-GB"/>
        </w:rPr>
        <w:br/>
      </w:r>
      <w:r w:rsidR="00042587" w:rsidRPr="00C2705B">
        <w:rPr>
          <w:rFonts w:ascii="Arial" w:hAnsi="Arial" w:cs="Arial"/>
          <w:sz w:val="24"/>
          <w:szCs w:val="24"/>
          <w:lang w:val="cy-GB"/>
        </w:rPr>
        <w:t>Sefydliad Bwrdd yr Iaith Gymraeg,</w:t>
      </w:r>
      <w:r w:rsidR="00172898" w:rsidRPr="00C2705B">
        <w:rPr>
          <w:rFonts w:ascii="Arial" w:hAnsi="Arial" w:cs="Arial"/>
          <w:sz w:val="24"/>
          <w:szCs w:val="24"/>
          <w:lang w:val="cy-GB"/>
        </w:rPr>
        <w:t xml:space="preserve"> </w:t>
      </w:r>
      <w:r w:rsidR="00042587" w:rsidRPr="00C2705B">
        <w:rPr>
          <w:rFonts w:ascii="Arial" w:hAnsi="Arial" w:cs="Arial"/>
          <w:sz w:val="24"/>
          <w:szCs w:val="24"/>
          <w:lang w:val="cy-GB"/>
        </w:rPr>
        <w:t>Deddf Iaith newydd yn 1993,</w:t>
      </w:r>
      <w:r w:rsidR="00172898" w:rsidRPr="00C2705B">
        <w:rPr>
          <w:rFonts w:ascii="Arial" w:hAnsi="Arial" w:cs="Arial"/>
          <w:sz w:val="24"/>
          <w:szCs w:val="24"/>
          <w:lang w:val="cy-GB"/>
        </w:rPr>
        <w:t xml:space="preserve"> </w:t>
      </w:r>
      <w:r w:rsidR="00042587" w:rsidRPr="00C2705B">
        <w:rPr>
          <w:rFonts w:ascii="Arial" w:hAnsi="Arial" w:cs="Arial"/>
          <w:sz w:val="24"/>
          <w:szCs w:val="24"/>
          <w:lang w:val="cy-GB"/>
        </w:rPr>
        <w:t>Sefydlu Cynulliad Cymru yn 1999 i ddatganoli ychydig a bwerau o Lywodraeth Prydain yn San Steffan,</w:t>
      </w:r>
      <w:r w:rsidR="00172898" w:rsidRPr="00C2705B">
        <w:rPr>
          <w:rFonts w:ascii="Arial" w:hAnsi="Arial" w:cs="Arial"/>
          <w:sz w:val="24"/>
          <w:szCs w:val="24"/>
          <w:lang w:val="cy-GB"/>
        </w:rPr>
        <w:t xml:space="preserve"> </w:t>
      </w:r>
      <w:r w:rsidR="00042587" w:rsidRPr="00C2705B">
        <w:rPr>
          <w:rFonts w:ascii="Arial" w:hAnsi="Arial" w:cs="Arial"/>
          <w:sz w:val="24"/>
          <w:szCs w:val="24"/>
          <w:lang w:val="cy-GB"/>
        </w:rPr>
        <w:t>Cyflwyno ‘Iaith Pawb, Cynllun Gweithredu Cenedlaethol ar gyfer Cymru Ddwyieithog’ yn 2003 (Llywodraeth Cymru, 2012)</w:t>
      </w:r>
      <w:r w:rsidR="004C569B" w:rsidRPr="00C2705B">
        <w:rPr>
          <w:rFonts w:ascii="Arial" w:hAnsi="Arial" w:cs="Arial"/>
          <w:sz w:val="24"/>
          <w:szCs w:val="24"/>
          <w:lang w:val="cy-GB"/>
        </w:rPr>
        <w:t xml:space="preserve"> </w:t>
      </w:r>
      <w:r w:rsidR="00042587" w:rsidRPr="00C2705B">
        <w:rPr>
          <w:rFonts w:ascii="Arial" w:hAnsi="Arial" w:cs="Arial"/>
          <w:sz w:val="24"/>
          <w:szCs w:val="24"/>
          <w:lang w:val="cy-GB"/>
        </w:rPr>
        <w:t xml:space="preserve">ac yna yn 2009 fe gafodd y llywodraeth yng Nghymru y pŵer i ffurfio deddfau. </w:t>
      </w:r>
      <w:r w:rsidR="004C569B" w:rsidRPr="00C2705B">
        <w:rPr>
          <w:rFonts w:ascii="Arial" w:hAnsi="Arial" w:cs="Arial"/>
          <w:sz w:val="24"/>
          <w:szCs w:val="24"/>
          <w:lang w:val="cy-GB"/>
        </w:rPr>
        <w:br/>
      </w:r>
      <w:r w:rsidR="00D06B0D" w:rsidRPr="00C2705B">
        <w:rPr>
          <w:rFonts w:ascii="Arial" w:hAnsi="Arial" w:cs="Arial"/>
          <w:sz w:val="24"/>
          <w:szCs w:val="24"/>
          <w:lang w:val="cy-GB"/>
        </w:rPr>
        <w:t>Felly y</w:t>
      </w:r>
      <w:r w:rsidR="00042587" w:rsidRPr="00C2705B">
        <w:rPr>
          <w:rFonts w:ascii="Arial" w:hAnsi="Arial" w:cs="Arial"/>
          <w:sz w:val="24"/>
          <w:szCs w:val="24"/>
          <w:lang w:val="cy-GB"/>
        </w:rPr>
        <w:t>n 2010 fe gyhoeddwyd Mesur ar yr iaith Gymraeg ac ym mis Chwefror 2011 fe ddaeth y mesur yn gyfraith gan roi statws swyddogol i’r Gymraeg a galluogi i’r llywodraeth osod safonau iaith ar gyrff cyhoeddus.</w:t>
      </w:r>
      <w:r w:rsidR="009E39F7" w:rsidRPr="00C2705B">
        <w:rPr>
          <w:rFonts w:ascii="Arial" w:hAnsi="Arial" w:cs="Arial"/>
          <w:sz w:val="24"/>
          <w:szCs w:val="24"/>
          <w:lang w:val="cy-GB"/>
        </w:rPr>
        <w:br/>
      </w:r>
      <w:r w:rsidR="001E0B3E" w:rsidRPr="00C2705B">
        <w:rPr>
          <w:rFonts w:ascii="Arial" w:hAnsi="Arial" w:cs="Arial"/>
          <w:i/>
          <w:iCs/>
          <w:sz w:val="24"/>
          <w:szCs w:val="24"/>
          <w:lang w:val="cy-GB"/>
        </w:rPr>
        <w:br/>
      </w:r>
      <w:r w:rsidR="009E39F7" w:rsidRPr="00C2705B">
        <w:rPr>
          <w:rFonts w:ascii="Arial" w:hAnsi="Arial" w:cs="Arial"/>
          <w:i/>
          <w:iCs/>
          <w:sz w:val="24"/>
          <w:szCs w:val="24"/>
          <w:lang w:val="cy-GB"/>
        </w:rPr>
        <w:t xml:space="preserve">Mesur gan Gynulliad Cenedlaethol Cymru i wneud darpariaeth </w:t>
      </w:r>
      <w:r w:rsidR="001E0B3E" w:rsidRPr="00C2705B">
        <w:rPr>
          <w:rFonts w:ascii="Arial" w:hAnsi="Arial" w:cs="Arial"/>
          <w:i/>
          <w:iCs/>
          <w:sz w:val="24"/>
          <w:szCs w:val="24"/>
          <w:lang w:val="cy-GB"/>
        </w:rPr>
        <w:t>ynglŷn</w:t>
      </w:r>
      <w:r w:rsidR="009E39F7" w:rsidRPr="00C2705B">
        <w:rPr>
          <w:rFonts w:ascii="Arial" w:hAnsi="Arial" w:cs="Arial"/>
          <w:i/>
          <w:iCs/>
          <w:sz w:val="24"/>
          <w:szCs w:val="24"/>
          <w:lang w:val="cy-GB"/>
        </w:rPr>
        <w:t xml:space="preserve"> â statws swyddogol y Gymraeg yng Nghymru; i ddarparu ar gyfer Cyngor Partneriaeth y Gymraeg; i sefydlu Swydd Comisiynydd y Gymraeg; i ddarparu ar gyfer Panel Cynghori Comisiynydd y Gymraeg; i wneud darpariaeth </w:t>
      </w:r>
      <w:r w:rsidR="001E0B3E" w:rsidRPr="00C2705B">
        <w:rPr>
          <w:rFonts w:ascii="Arial" w:hAnsi="Arial" w:cs="Arial"/>
          <w:i/>
          <w:iCs/>
          <w:sz w:val="24"/>
          <w:szCs w:val="24"/>
          <w:lang w:val="cy-GB"/>
        </w:rPr>
        <w:t>ynglŷn</w:t>
      </w:r>
      <w:r w:rsidR="009E39F7" w:rsidRPr="00C2705B">
        <w:rPr>
          <w:rFonts w:ascii="Arial" w:hAnsi="Arial" w:cs="Arial"/>
          <w:i/>
          <w:iCs/>
          <w:sz w:val="24"/>
          <w:szCs w:val="24"/>
          <w:lang w:val="cy-GB"/>
        </w:rPr>
        <w:t xml:space="preserve"> â hybu a hwyluso defnyddio'r Gymraeg ac </w:t>
      </w:r>
      <w:r w:rsidR="001E0B3E" w:rsidRPr="00C2705B">
        <w:rPr>
          <w:rFonts w:ascii="Arial" w:hAnsi="Arial" w:cs="Arial"/>
          <w:i/>
          <w:iCs/>
          <w:sz w:val="24"/>
          <w:szCs w:val="24"/>
          <w:lang w:val="cy-GB"/>
        </w:rPr>
        <w:t>ynglŷn</w:t>
      </w:r>
      <w:r w:rsidR="009E39F7" w:rsidRPr="00C2705B">
        <w:rPr>
          <w:rFonts w:ascii="Arial" w:hAnsi="Arial" w:cs="Arial"/>
          <w:i/>
          <w:iCs/>
          <w:sz w:val="24"/>
          <w:szCs w:val="24"/>
          <w:lang w:val="cy-GB"/>
        </w:rPr>
        <w:t xml:space="preserve"> â pheidio â thrin y Gymraeg yn llai ffafriol na'r Saesneg; i wneud darpariaeth </w:t>
      </w:r>
      <w:r w:rsidR="001E0B3E" w:rsidRPr="00C2705B">
        <w:rPr>
          <w:rFonts w:ascii="Arial" w:hAnsi="Arial" w:cs="Arial"/>
          <w:i/>
          <w:iCs/>
          <w:sz w:val="24"/>
          <w:szCs w:val="24"/>
          <w:lang w:val="cy-GB"/>
        </w:rPr>
        <w:t>ynglŷn</w:t>
      </w:r>
      <w:r w:rsidR="009E39F7" w:rsidRPr="00C2705B">
        <w:rPr>
          <w:rFonts w:ascii="Arial" w:hAnsi="Arial" w:cs="Arial"/>
          <w:i/>
          <w:iCs/>
          <w:sz w:val="24"/>
          <w:szCs w:val="24"/>
          <w:lang w:val="cy-GB"/>
        </w:rPr>
        <w:t xml:space="preserve"> â safonau'n ymwneud â'r Gymraeg (gan gynnwys dyletswyddau i gydymffurfio â'r safonau hynny, a hawliau sy'n deillio o allu gorfodi'r dyletswyddau hynny); i wneud darpariaeth </w:t>
      </w:r>
      <w:r w:rsidR="001E0B3E" w:rsidRPr="00C2705B">
        <w:rPr>
          <w:rFonts w:ascii="Arial" w:hAnsi="Arial" w:cs="Arial"/>
          <w:i/>
          <w:iCs/>
          <w:sz w:val="24"/>
          <w:szCs w:val="24"/>
          <w:lang w:val="cy-GB"/>
        </w:rPr>
        <w:t>ynglŷn</w:t>
      </w:r>
      <w:r w:rsidR="009E39F7" w:rsidRPr="00C2705B">
        <w:rPr>
          <w:rFonts w:ascii="Arial" w:hAnsi="Arial" w:cs="Arial"/>
          <w:i/>
          <w:iCs/>
          <w:sz w:val="24"/>
          <w:szCs w:val="24"/>
          <w:lang w:val="cy-GB"/>
        </w:rPr>
        <w:t xml:space="preserve"> ag ymchwilio i ymyrraeth â'r rhyddid i ddefnyddio'r Gymraeg; i sefydlu Tribiwnlys y Gymraeg; i ddiddymu Bwrdd yr Iaith Gymraeg a chynlluniau iaith Gymraeg; ac at ddibenion cysylltiedig.</w:t>
      </w:r>
      <w:r w:rsidR="00F30DB9" w:rsidRPr="00C2705B">
        <w:rPr>
          <w:rFonts w:ascii="Arial" w:hAnsi="Arial" w:cs="Arial"/>
          <w:i/>
          <w:iCs/>
          <w:sz w:val="24"/>
          <w:szCs w:val="24"/>
          <w:lang w:val="cy-GB"/>
        </w:rPr>
        <w:br/>
      </w:r>
      <w:r w:rsidR="00DC3AD5" w:rsidRPr="00C2705B">
        <w:rPr>
          <w:rFonts w:ascii="Arial" w:hAnsi="Arial" w:cs="Arial"/>
          <w:b/>
          <w:bCs/>
          <w:i/>
          <w:iCs/>
          <w:sz w:val="24"/>
          <w:szCs w:val="24"/>
          <w:lang w:val="cy-GB"/>
        </w:rPr>
        <w:t>(Mesur y Gymraeg (Cymru) 2011)</w:t>
      </w:r>
      <w:r w:rsidR="00396251" w:rsidRPr="00C2705B">
        <w:rPr>
          <w:rFonts w:ascii="Arial" w:hAnsi="Arial" w:cs="Arial"/>
          <w:b/>
          <w:bCs/>
          <w:sz w:val="24"/>
          <w:szCs w:val="24"/>
        </w:rPr>
        <w:t>,</w:t>
      </w:r>
      <w:r w:rsidR="00396251" w:rsidRPr="00C2705B">
        <w:rPr>
          <w:rFonts w:ascii="Arial" w:hAnsi="Arial" w:cs="Arial"/>
          <w:sz w:val="24"/>
          <w:szCs w:val="24"/>
        </w:rPr>
        <w:t xml:space="preserve"> </w:t>
      </w:r>
    </w:p>
    <w:p w14:paraId="5E3E39B0" w14:textId="5AE2E43A" w:rsidR="00B068ED" w:rsidRPr="00C2705B" w:rsidRDefault="00146D39" w:rsidP="00C2705B">
      <w:pPr>
        <w:spacing w:line="360" w:lineRule="auto"/>
        <w:rPr>
          <w:rFonts w:ascii="Arial" w:hAnsi="Arial" w:cs="Arial"/>
          <w:i/>
          <w:iCs/>
          <w:sz w:val="24"/>
          <w:szCs w:val="24"/>
          <w:lang w:val="cy-GB"/>
        </w:rPr>
      </w:pPr>
      <w:r w:rsidRPr="00C2705B">
        <w:rPr>
          <w:rFonts w:ascii="Arial" w:hAnsi="Arial" w:cs="Arial"/>
          <w:sz w:val="24"/>
          <w:szCs w:val="24"/>
          <w:lang w:val="cy-GB"/>
        </w:rPr>
        <w:t>Yn 201</w:t>
      </w:r>
      <w:r w:rsidR="00B976A3" w:rsidRPr="00C2705B">
        <w:rPr>
          <w:rFonts w:ascii="Arial" w:hAnsi="Arial" w:cs="Arial"/>
          <w:sz w:val="24"/>
          <w:szCs w:val="24"/>
          <w:lang w:val="cy-GB"/>
        </w:rPr>
        <w:t>7</w:t>
      </w:r>
      <w:r w:rsidRPr="00C2705B">
        <w:rPr>
          <w:rFonts w:ascii="Arial" w:hAnsi="Arial" w:cs="Arial"/>
          <w:sz w:val="24"/>
          <w:szCs w:val="24"/>
          <w:lang w:val="cy-GB"/>
        </w:rPr>
        <w:t xml:space="preserve"> fe gyhoeddwyd </w:t>
      </w:r>
      <w:r w:rsidR="00E702FB" w:rsidRPr="00C2705B">
        <w:rPr>
          <w:rFonts w:ascii="Arial" w:hAnsi="Arial" w:cs="Arial"/>
          <w:sz w:val="24"/>
          <w:szCs w:val="24"/>
          <w:lang w:val="cy-GB"/>
        </w:rPr>
        <w:t xml:space="preserve">Llywodraeth Cymru </w:t>
      </w:r>
      <w:r w:rsidR="005D394A" w:rsidRPr="00C2705B">
        <w:rPr>
          <w:rFonts w:ascii="Arial" w:hAnsi="Arial" w:cs="Arial"/>
          <w:sz w:val="24"/>
          <w:szCs w:val="24"/>
          <w:lang w:val="cy-GB"/>
        </w:rPr>
        <w:t xml:space="preserve">y </w:t>
      </w:r>
      <w:r w:rsidR="00914DB8" w:rsidRPr="00C2705B">
        <w:rPr>
          <w:rFonts w:ascii="Arial" w:hAnsi="Arial" w:cs="Arial"/>
          <w:sz w:val="24"/>
          <w:szCs w:val="24"/>
          <w:lang w:val="cy-GB"/>
        </w:rPr>
        <w:t xml:space="preserve">strategaeth </w:t>
      </w:r>
      <w:r w:rsidR="00914DB8" w:rsidRPr="00C2705B">
        <w:rPr>
          <w:rFonts w:ascii="Arial" w:hAnsi="Arial" w:cs="Arial"/>
          <w:i/>
          <w:iCs/>
          <w:sz w:val="24"/>
          <w:szCs w:val="24"/>
          <w:lang w:val="cy-GB"/>
        </w:rPr>
        <w:t>Cymraeg 2050</w:t>
      </w:r>
      <w:r w:rsidR="005D394A" w:rsidRPr="00C2705B">
        <w:rPr>
          <w:rFonts w:ascii="Arial" w:hAnsi="Arial" w:cs="Arial"/>
          <w:i/>
          <w:iCs/>
          <w:sz w:val="24"/>
          <w:szCs w:val="24"/>
          <w:lang w:val="cy-GB"/>
        </w:rPr>
        <w:t>:</w:t>
      </w:r>
      <w:r w:rsidR="00914DB8" w:rsidRPr="00C2705B">
        <w:rPr>
          <w:rFonts w:ascii="Arial" w:hAnsi="Arial" w:cs="Arial"/>
          <w:i/>
          <w:iCs/>
          <w:sz w:val="24"/>
          <w:szCs w:val="24"/>
          <w:lang w:val="cy-GB"/>
        </w:rPr>
        <w:t xml:space="preserve"> Miliwn o siaradwyr</w:t>
      </w:r>
      <w:r w:rsidR="00E702FB" w:rsidRPr="00C2705B">
        <w:rPr>
          <w:rFonts w:ascii="Arial" w:hAnsi="Arial" w:cs="Arial"/>
          <w:i/>
          <w:iCs/>
          <w:sz w:val="24"/>
          <w:szCs w:val="24"/>
          <w:lang w:val="cy-GB"/>
        </w:rPr>
        <w:t xml:space="preserve">. </w:t>
      </w:r>
      <w:r w:rsidR="00E702FB" w:rsidRPr="00C2705B">
        <w:rPr>
          <w:rFonts w:ascii="Arial" w:hAnsi="Arial" w:cs="Arial"/>
          <w:sz w:val="24"/>
          <w:szCs w:val="24"/>
          <w:lang w:val="cy-GB"/>
        </w:rPr>
        <w:t xml:space="preserve">Strategaeth </w:t>
      </w:r>
      <w:r w:rsidR="002F684C" w:rsidRPr="00C2705B">
        <w:rPr>
          <w:rFonts w:ascii="Arial" w:hAnsi="Arial" w:cs="Arial"/>
          <w:sz w:val="24"/>
          <w:szCs w:val="24"/>
          <w:lang w:val="cy-GB"/>
        </w:rPr>
        <w:t>uchelgeisiol</w:t>
      </w:r>
      <w:r w:rsidR="00E702FB" w:rsidRPr="00C2705B">
        <w:rPr>
          <w:rFonts w:ascii="Arial" w:hAnsi="Arial" w:cs="Arial"/>
          <w:sz w:val="24"/>
          <w:szCs w:val="24"/>
          <w:lang w:val="cy-GB"/>
        </w:rPr>
        <w:t xml:space="preserve"> o </w:t>
      </w:r>
      <w:r w:rsidR="007A48E7" w:rsidRPr="00C2705B">
        <w:rPr>
          <w:rFonts w:ascii="Arial" w:hAnsi="Arial" w:cs="Arial"/>
          <w:sz w:val="24"/>
          <w:szCs w:val="24"/>
          <w:lang w:val="cy-GB"/>
        </w:rPr>
        <w:t xml:space="preserve">gyrraedd miliwn o siaradwyr </w:t>
      </w:r>
      <w:r w:rsidR="008E2140" w:rsidRPr="00C2705B">
        <w:rPr>
          <w:rFonts w:ascii="Arial" w:hAnsi="Arial" w:cs="Arial"/>
          <w:sz w:val="24"/>
          <w:szCs w:val="24"/>
          <w:lang w:val="cy-GB"/>
        </w:rPr>
        <w:t>erbyn y flwyddyn 2050</w:t>
      </w:r>
      <w:r w:rsidR="00637627" w:rsidRPr="00C2705B">
        <w:rPr>
          <w:rFonts w:ascii="Arial" w:hAnsi="Arial" w:cs="Arial"/>
          <w:sz w:val="24"/>
          <w:szCs w:val="24"/>
          <w:lang w:val="cy-GB"/>
        </w:rPr>
        <w:t xml:space="preserve"> gan </w:t>
      </w:r>
      <w:r w:rsidR="002E557E" w:rsidRPr="00C2705B">
        <w:rPr>
          <w:rFonts w:ascii="Arial" w:hAnsi="Arial" w:cs="Arial"/>
          <w:sz w:val="24"/>
          <w:szCs w:val="24"/>
          <w:lang w:val="cy-GB"/>
        </w:rPr>
        <w:t>nodi</w:t>
      </w:r>
      <w:r w:rsidR="00637627" w:rsidRPr="00C2705B">
        <w:rPr>
          <w:rFonts w:ascii="Arial" w:hAnsi="Arial" w:cs="Arial"/>
          <w:sz w:val="24"/>
          <w:szCs w:val="24"/>
          <w:lang w:val="cy-GB"/>
        </w:rPr>
        <w:t xml:space="preserve"> </w:t>
      </w:r>
      <w:r w:rsidR="002E557E" w:rsidRPr="00C2705B">
        <w:rPr>
          <w:rFonts w:ascii="Arial" w:hAnsi="Arial" w:cs="Arial"/>
          <w:sz w:val="24"/>
          <w:szCs w:val="24"/>
          <w:lang w:val="cy-GB"/>
        </w:rPr>
        <w:t>tair thema i’r cynllun sef,</w:t>
      </w:r>
      <w:r w:rsidR="003A20BA" w:rsidRPr="00C2705B">
        <w:rPr>
          <w:rFonts w:ascii="Arial" w:hAnsi="Arial" w:cs="Arial"/>
          <w:sz w:val="24"/>
          <w:szCs w:val="24"/>
          <w:lang w:val="cy-GB"/>
        </w:rPr>
        <w:t xml:space="preserve"> </w:t>
      </w:r>
      <w:r w:rsidR="00326242" w:rsidRPr="00C2705B">
        <w:rPr>
          <w:rFonts w:ascii="Arial" w:hAnsi="Arial" w:cs="Arial"/>
          <w:sz w:val="24"/>
          <w:szCs w:val="24"/>
          <w:lang w:val="cy-GB"/>
        </w:rPr>
        <w:t>c</w:t>
      </w:r>
      <w:r w:rsidR="003A20BA" w:rsidRPr="00C2705B">
        <w:rPr>
          <w:rFonts w:ascii="Arial" w:hAnsi="Arial" w:cs="Arial"/>
          <w:sz w:val="24"/>
          <w:szCs w:val="24"/>
          <w:lang w:val="cy-GB"/>
        </w:rPr>
        <w:t>ynyddu nifer y siaradwyr Cymraeg</w:t>
      </w:r>
      <w:r w:rsidR="00326242" w:rsidRPr="00C2705B">
        <w:rPr>
          <w:rFonts w:ascii="Arial" w:hAnsi="Arial" w:cs="Arial"/>
          <w:sz w:val="24"/>
          <w:szCs w:val="24"/>
          <w:lang w:val="cy-GB"/>
        </w:rPr>
        <w:t>, c</w:t>
      </w:r>
      <w:r w:rsidR="003A20BA" w:rsidRPr="00C2705B">
        <w:rPr>
          <w:rFonts w:ascii="Arial" w:hAnsi="Arial" w:cs="Arial"/>
          <w:sz w:val="24"/>
          <w:szCs w:val="24"/>
          <w:lang w:val="cy-GB"/>
        </w:rPr>
        <w:t xml:space="preserve">ynyddu’r defnydd o’r Gymraeg </w:t>
      </w:r>
      <w:r w:rsidR="00326242" w:rsidRPr="00C2705B">
        <w:rPr>
          <w:rFonts w:ascii="Arial" w:hAnsi="Arial" w:cs="Arial"/>
          <w:sz w:val="24"/>
          <w:szCs w:val="24"/>
          <w:lang w:val="cy-GB"/>
        </w:rPr>
        <w:t>a ch</w:t>
      </w:r>
      <w:r w:rsidR="003A20BA" w:rsidRPr="00C2705B">
        <w:rPr>
          <w:rFonts w:ascii="Arial" w:hAnsi="Arial" w:cs="Arial"/>
          <w:sz w:val="24"/>
          <w:szCs w:val="24"/>
          <w:lang w:val="cy-GB"/>
        </w:rPr>
        <w:t xml:space="preserve">reu amodau ffafriol – seilwaith a </w:t>
      </w:r>
      <w:r w:rsidR="003A20BA" w:rsidRPr="00C2705B">
        <w:rPr>
          <w:rFonts w:ascii="Arial" w:hAnsi="Arial" w:cs="Arial"/>
          <w:sz w:val="24"/>
          <w:szCs w:val="24"/>
          <w:lang w:val="cy-GB"/>
        </w:rPr>
        <w:lastRenderedPageBreak/>
        <w:t>chyd-destun</w:t>
      </w:r>
      <w:r w:rsidR="00326242" w:rsidRPr="00C2705B">
        <w:rPr>
          <w:rFonts w:ascii="Arial" w:hAnsi="Arial" w:cs="Arial"/>
          <w:sz w:val="24"/>
          <w:szCs w:val="24"/>
          <w:lang w:val="cy-GB"/>
        </w:rPr>
        <w:t>.</w:t>
      </w:r>
      <w:r w:rsidR="00CF603E" w:rsidRPr="00C2705B">
        <w:rPr>
          <w:rFonts w:ascii="Arial" w:hAnsi="Arial" w:cs="Arial"/>
          <w:sz w:val="24"/>
          <w:szCs w:val="24"/>
          <w:lang w:val="cy-GB"/>
        </w:rPr>
        <w:t xml:space="preserve"> </w:t>
      </w:r>
      <w:r w:rsidR="00CF603E" w:rsidRPr="00C2705B">
        <w:rPr>
          <w:rFonts w:ascii="Arial" w:hAnsi="Arial" w:cs="Arial"/>
          <w:sz w:val="24"/>
          <w:szCs w:val="24"/>
          <w:lang w:val="cy-GB"/>
        </w:rPr>
        <w:br/>
        <w:t xml:space="preserve">Mae’r strategaeth yma yn </w:t>
      </w:r>
      <w:r w:rsidR="005213F0" w:rsidRPr="00C2705B">
        <w:rPr>
          <w:rFonts w:ascii="Arial" w:hAnsi="Arial" w:cs="Arial"/>
          <w:sz w:val="24"/>
          <w:szCs w:val="24"/>
          <w:lang w:val="cy-GB"/>
        </w:rPr>
        <w:t xml:space="preserve">cyfuno </w:t>
      </w:r>
      <w:r w:rsidR="0031671B" w:rsidRPr="00C2705B">
        <w:rPr>
          <w:rFonts w:ascii="Arial" w:hAnsi="Arial" w:cs="Arial"/>
          <w:sz w:val="24"/>
          <w:szCs w:val="24"/>
          <w:lang w:val="cy-GB"/>
        </w:rPr>
        <w:t>enghreifftiau</w:t>
      </w:r>
      <w:r w:rsidR="00CF603E" w:rsidRPr="00C2705B">
        <w:rPr>
          <w:rFonts w:ascii="Arial" w:hAnsi="Arial" w:cs="Arial"/>
          <w:sz w:val="24"/>
          <w:szCs w:val="24"/>
          <w:lang w:val="cy-GB"/>
        </w:rPr>
        <w:t xml:space="preserve"> o gynllunio</w:t>
      </w:r>
      <w:r w:rsidR="00A20A7A" w:rsidRPr="00C2705B">
        <w:rPr>
          <w:rFonts w:ascii="Arial" w:hAnsi="Arial" w:cs="Arial"/>
          <w:sz w:val="24"/>
          <w:szCs w:val="24"/>
          <w:lang w:val="cy-GB"/>
        </w:rPr>
        <w:t xml:space="preserve"> statws, caffael a bri.</w:t>
      </w:r>
      <w:r w:rsidR="00097809" w:rsidRPr="00C2705B">
        <w:rPr>
          <w:rFonts w:ascii="Arial" w:hAnsi="Arial" w:cs="Arial"/>
          <w:sz w:val="24"/>
          <w:szCs w:val="24"/>
          <w:lang w:val="cy-GB"/>
        </w:rPr>
        <w:t xml:space="preserve"> Penderfyniad pwrpasol </w:t>
      </w:r>
      <w:r w:rsidR="00554E78" w:rsidRPr="00C2705B">
        <w:rPr>
          <w:rFonts w:ascii="Arial" w:hAnsi="Arial" w:cs="Arial"/>
          <w:sz w:val="24"/>
          <w:szCs w:val="24"/>
          <w:lang w:val="cy-GB"/>
        </w:rPr>
        <w:t>i</w:t>
      </w:r>
      <w:r w:rsidR="00097809" w:rsidRPr="00C2705B">
        <w:rPr>
          <w:rFonts w:ascii="Arial" w:hAnsi="Arial" w:cs="Arial"/>
          <w:sz w:val="24"/>
          <w:szCs w:val="24"/>
          <w:lang w:val="cy-GB"/>
        </w:rPr>
        <w:t xml:space="preserve"> </w:t>
      </w:r>
      <w:r w:rsidR="000C3C2C" w:rsidRPr="00C2705B">
        <w:rPr>
          <w:rFonts w:ascii="Arial" w:hAnsi="Arial" w:cs="Arial"/>
          <w:sz w:val="24"/>
          <w:szCs w:val="24"/>
          <w:lang w:val="cy-GB"/>
        </w:rPr>
        <w:t>d</w:t>
      </w:r>
      <w:r w:rsidR="00097809" w:rsidRPr="00C2705B">
        <w:rPr>
          <w:rFonts w:ascii="Arial" w:hAnsi="Arial" w:cs="Arial"/>
          <w:sz w:val="24"/>
          <w:szCs w:val="24"/>
          <w:lang w:val="cy-GB"/>
        </w:rPr>
        <w:t xml:space="preserve">rio </w:t>
      </w:r>
      <w:r w:rsidR="009015B1" w:rsidRPr="00C2705B">
        <w:rPr>
          <w:rFonts w:ascii="Arial" w:hAnsi="Arial" w:cs="Arial"/>
          <w:sz w:val="24"/>
          <w:szCs w:val="24"/>
          <w:lang w:val="cy-GB"/>
        </w:rPr>
        <w:t>codi proffil</w:t>
      </w:r>
      <w:r w:rsidR="006277DE" w:rsidRPr="00C2705B">
        <w:rPr>
          <w:rFonts w:ascii="Arial" w:hAnsi="Arial" w:cs="Arial"/>
          <w:sz w:val="24"/>
          <w:szCs w:val="24"/>
          <w:lang w:val="cy-GB"/>
        </w:rPr>
        <w:t xml:space="preserve">, rhoi hyder i bobl </w:t>
      </w:r>
      <w:r w:rsidR="009015B1" w:rsidRPr="00C2705B">
        <w:rPr>
          <w:rFonts w:ascii="Arial" w:hAnsi="Arial" w:cs="Arial"/>
          <w:sz w:val="24"/>
          <w:szCs w:val="24"/>
          <w:lang w:val="cy-GB"/>
        </w:rPr>
        <w:t xml:space="preserve">a </w:t>
      </w:r>
      <w:r w:rsidR="004F141A" w:rsidRPr="00C2705B">
        <w:rPr>
          <w:rFonts w:ascii="Arial" w:hAnsi="Arial" w:cs="Arial"/>
          <w:sz w:val="24"/>
          <w:szCs w:val="24"/>
          <w:lang w:val="cy-GB"/>
        </w:rPr>
        <w:t xml:space="preserve">newid agweddau </w:t>
      </w:r>
      <w:r w:rsidR="006277DE" w:rsidRPr="00C2705B">
        <w:rPr>
          <w:rFonts w:ascii="Arial" w:hAnsi="Arial" w:cs="Arial"/>
          <w:sz w:val="24"/>
          <w:szCs w:val="24"/>
          <w:lang w:val="cy-GB"/>
        </w:rPr>
        <w:t xml:space="preserve">negyddol </w:t>
      </w:r>
      <w:r w:rsidR="00946CB0" w:rsidRPr="00C2705B">
        <w:rPr>
          <w:rFonts w:ascii="Arial" w:hAnsi="Arial" w:cs="Arial"/>
          <w:sz w:val="24"/>
          <w:szCs w:val="24"/>
          <w:lang w:val="cy-GB"/>
        </w:rPr>
        <w:t>pobl am y</w:t>
      </w:r>
      <w:r w:rsidR="00C8505F" w:rsidRPr="00C2705B">
        <w:rPr>
          <w:rFonts w:ascii="Arial" w:hAnsi="Arial" w:cs="Arial"/>
          <w:sz w:val="24"/>
          <w:szCs w:val="24"/>
          <w:lang w:val="cy-GB"/>
        </w:rPr>
        <w:t xml:space="preserve"> Gymraeg</w:t>
      </w:r>
      <w:r w:rsidR="00946CB0" w:rsidRPr="00C2705B">
        <w:rPr>
          <w:rFonts w:ascii="Arial" w:hAnsi="Arial" w:cs="Arial"/>
          <w:sz w:val="24"/>
          <w:szCs w:val="24"/>
          <w:lang w:val="cy-GB"/>
        </w:rPr>
        <w:t xml:space="preserve"> </w:t>
      </w:r>
      <w:r w:rsidR="00C8505F" w:rsidRPr="00C2705B">
        <w:rPr>
          <w:rFonts w:ascii="Arial" w:hAnsi="Arial" w:cs="Arial"/>
          <w:sz w:val="24"/>
          <w:szCs w:val="24"/>
          <w:lang w:val="cy-GB"/>
        </w:rPr>
        <w:t xml:space="preserve">er </w:t>
      </w:r>
      <w:r w:rsidR="00946CB0" w:rsidRPr="00C2705B">
        <w:rPr>
          <w:rFonts w:ascii="Arial" w:hAnsi="Arial" w:cs="Arial"/>
          <w:sz w:val="24"/>
          <w:szCs w:val="24"/>
          <w:lang w:val="cy-GB"/>
        </w:rPr>
        <w:t>gwell</w:t>
      </w:r>
      <w:r w:rsidR="00C8505F" w:rsidRPr="00C2705B">
        <w:rPr>
          <w:rFonts w:ascii="Arial" w:hAnsi="Arial" w:cs="Arial"/>
          <w:sz w:val="24"/>
          <w:szCs w:val="24"/>
          <w:lang w:val="cy-GB"/>
        </w:rPr>
        <w:t xml:space="preserve"> fel esbonia</w:t>
      </w:r>
      <w:r w:rsidR="008E5CC2" w:rsidRPr="00C2705B">
        <w:rPr>
          <w:rFonts w:ascii="Arial" w:hAnsi="Arial" w:cs="Arial"/>
          <w:sz w:val="24"/>
          <w:szCs w:val="24"/>
          <w:lang w:val="cy-GB"/>
        </w:rPr>
        <w:t xml:space="preserve"> Elin</w:t>
      </w:r>
      <w:r w:rsidR="00FD1BE4">
        <w:rPr>
          <w:rFonts w:ascii="Arial" w:hAnsi="Arial" w:cs="Arial"/>
          <w:sz w:val="24"/>
          <w:szCs w:val="24"/>
          <w:lang w:val="cy-GB"/>
        </w:rPr>
        <w:t xml:space="preserve"> Haf Gruffydd Jones</w:t>
      </w:r>
      <w:r w:rsidR="008E5CC2" w:rsidRPr="00C2705B">
        <w:rPr>
          <w:rFonts w:ascii="Arial" w:hAnsi="Arial" w:cs="Arial"/>
          <w:sz w:val="24"/>
          <w:szCs w:val="24"/>
          <w:lang w:val="cy-GB"/>
        </w:rPr>
        <w:t xml:space="preserve"> yma,</w:t>
      </w:r>
      <w:r w:rsidR="00B068ED" w:rsidRPr="00C2705B">
        <w:rPr>
          <w:rFonts w:ascii="Arial" w:hAnsi="Arial" w:cs="Arial"/>
          <w:sz w:val="24"/>
          <w:szCs w:val="24"/>
          <w:lang w:val="cy-GB"/>
        </w:rPr>
        <w:br/>
      </w:r>
      <w:r w:rsidR="00FD1BE4">
        <w:rPr>
          <w:rFonts w:ascii="Arial" w:hAnsi="Arial" w:cs="Arial"/>
          <w:i/>
          <w:iCs/>
          <w:sz w:val="24"/>
          <w:szCs w:val="24"/>
          <w:lang w:val="cy-GB"/>
        </w:rPr>
        <w:br/>
      </w:r>
      <w:r w:rsidR="00B068ED" w:rsidRPr="00C2705B">
        <w:rPr>
          <w:rFonts w:ascii="Arial" w:hAnsi="Arial" w:cs="Arial"/>
          <w:i/>
          <w:iCs/>
          <w:sz w:val="24"/>
          <w:szCs w:val="24"/>
          <w:lang w:val="cy-GB"/>
        </w:rPr>
        <w:t xml:space="preserve">Nid cynnal yr hanner miliwn neu’r 20% oedd yr uchelgais briodol i iaith fel y Gymraeg chwaith. Nid dyna oedd wedi bod yn digwydd yn y gwledydd hynny ers y 1980au a’u naratif a’u polisïau blaengar. Roedd rhaid i ninnau hefyd droi ein naratif ‘achub’ yr iaith yn naratif twf ac ymestyn. Dyna fyddai’r cam synhwyrol nesaf i adeiladu ar yr hyn yr oedd y Gymdeithas eisoes yn ei ddadlau – fod y Gymraeg yn perthyn i bawb. Roedd ‘Miliwn o Siaradwyr’ yn symboleiddio hyn: yn darged uchelgeisiol, credadwy, cofiadwy, mesuradwy allai gydio yn nychymyg y genedl, i greu’r newid ar y raddfa yr oedd ei angen </w:t>
      </w:r>
      <w:r w:rsidR="003779D9" w:rsidRPr="00C2705B">
        <w:rPr>
          <w:rFonts w:ascii="Arial" w:hAnsi="Arial" w:cs="Arial"/>
          <w:i/>
          <w:iCs/>
          <w:sz w:val="24"/>
          <w:szCs w:val="24"/>
          <w:lang w:val="cy-GB"/>
        </w:rPr>
        <w:t>Brwydr ryngwladol yw brwydr yr iaith</w:t>
      </w:r>
      <w:r w:rsidR="003779D9" w:rsidRPr="00FD1BE4">
        <w:rPr>
          <w:rFonts w:ascii="Arial" w:hAnsi="Arial" w:cs="Arial"/>
          <w:b/>
          <w:bCs/>
          <w:i/>
          <w:iCs/>
          <w:sz w:val="24"/>
          <w:szCs w:val="24"/>
          <w:lang w:val="cy-GB"/>
        </w:rPr>
        <w:t xml:space="preserve"> </w:t>
      </w:r>
      <w:r w:rsidR="00ED0E2E" w:rsidRPr="00FD1BE4">
        <w:rPr>
          <w:rFonts w:ascii="Arial" w:hAnsi="Arial" w:cs="Arial"/>
          <w:b/>
          <w:bCs/>
          <w:i/>
          <w:iCs/>
          <w:sz w:val="24"/>
          <w:szCs w:val="24"/>
          <w:lang w:val="cy-GB"/>
        </w:rPr>
        <w:t>(</w:t>
      </w:r>
      <w:r w:rsidR="003779D9" w:rsidRPr="00FD1BE4">
        <w:rPr>
          <w:rFonts w:ascii="Arial" w:hAnsi="Arial" w:cs="Arial"/>
          <w:b/>
          <w:bCs/>
          <w:i/>
          <w:iCs/>
          <w:sz w:val="24"/>
          <w:szCs w:val="24"/>
          <w:lang w:val="cy-GB"/>
        </w:rPr>
        <w:t>J</w:t>
      </w:r>
      <w:r w:rsidR="00043D51" w:rsidRPr="00FD1BE4">
        <w:rPr>
          <w:rFonts w:ascii="Arial" w:hAnsi="Arial" w:cs="Arial"/>
          <w:b/>
          <w:bCs/>
          <w:i/>
          <w:iCs/>
          <w:sz w:val="24"/>
          <w:szCs w:val="24"/>
          <w:lang w:val="cy-GB"/>
        </w:rPr>
        <w:t>ones</w:t>
      </w:r>
      <w:r w:rsidR="00ED0E2E" w:rsidRPr="00FD1BE4">
        <w:rPr>
          <w:rFonts w:ascii="Arial" w:hAnsi="Arial" w:cs="Arial"/>
          <w:b/>
          <w:bCs/>
          <w:i/>
          <w:iCs/>
          <w:sz w:val="24"/>
          <w:szCs w:val="24"/>
          <w:lang w:val="cy-GB"/>
        </w:rPr>
        <w:t>,</w:t>
      </w:r>
      <w:r w:rsidR="007C5236" w:rsidRPr="00FD1BE4">
        <w:rPr>
          <w:rFonts w:ascii="Arial" w:hAnsi="Arial" w:cs="Arial"/>
          <w:b/>
          <w:bCs/>
          <w:i/>
          <w:iCs/>
          <w:sz w:val="24"/>
          <w:szCs w:val="24"/>
          <w:lang w:val="cy-GB"/>
        </w:rPr>
        <w:t xml:space="preserve"> 2022 t.</w:t>
      </w:r>
      <w:r w:rsidR="00583581" w:rsidRPr="00FD1BE4">
        <w:rPr>
          <w:rFonts w:ascii="Arial" w:hAnsi="Arial" w:cs="Arial"/>
          <w:b/>
          <w:bCs/>
          <w:i/>
          <w:iCs/>
          <w:sz w:val="24"/>
          <w:szCs w:val="24"/>
          <w:lang w:val="cy-GB"/>
        </w:rPr>
        <w:t>102)</w:t>
      </w:r>
    </w:p>
    <w:p w14:paraId="50DE4E55" w14:textId="5F33A588" w:rsidR="00C15698"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 xml:space="preserve">Yn wahanol i Gymru, mae Gwlad y Basg yn cynnwys tri thiriogaeth wahanol gyda statws ieithyddol </w:t>
      </w:r>
      <w:r w:rsidR="00C15698" w:rsidRPr="00C2705B">
        <w:rPr>
          <w:rFonts w:ascii="Arial" w:hAnsi="Arial" w:cs="Arial"/>
          <w:sz w:val="24"/>
          <w:szCs w:val="24"/>
          <w:lang w:val="cy-GB"/>
        </w:rPr>
        <w:t>gwahanol ym mhob un</w:t>
      </w:r>
      <w:r w:rsidRPr="00C2705B">
        <w:rPr>
          <w:rFonts w:ascii="Arial" w:hAnsi="Arial" w:cs="Arial"/>
          <w:sz w:val="24"/>
          <w:szCs w:val="24"/>
          <w:lang w:val="cy-GB"/>
        </w:rPr>
        <w:t>:</w:t>
      </w:r>
      <w:r w:rsidR="00CB7282" w:rsidRPr="00C2705B">
        <w:rPr>
          <w:rFonts w:ascii="Arial" w:hAnsi="Arial" w:cs="Arial"/>
          <w:sz w:val="24"/>
          <w:szCs w:val="24"/>
          <w:lang w:val="cy-GB"/>
        </w:rPr>
        <w:t xml:space="preserve"> </w:t>
      </w:r>
    </w:p>
    <w:p w14:paraId="1C6B24C1" w14:textId="556DBA2F" w:rsidR="001D3C32" w:rsidRPr="00C2705B" w:rsidRDefault="001D3C32" w:rsidP="00C2705B">
      <w:pPr>
        <w:spacing w:line="360" w:lineRule="auto"/>
        <w:rPr>
          <w:rFonts w:ascii="Arial" w:hAnsi="Arial" w:cs="Arial"/>
          <w:sz w:val="24"/>
          <w:szCs w:val="24"/>
          <w:lang w:val="cy-GB"/>
        </w:rPr>
      </w:pPr>
      <w:r w:rsidRPr="00C2705B">
        <w:rPr>
          <w:rFonts w:ascii="Arial" w:hAnsi="Arial" w:cs="Arial"/>
          <w:i/>
          <w:iCs/>
          <w:sz w:val="24"/>
          <w:szCs w:val="24"/>
          <w:lang w:val="cy-GB"/>
        </w:rPr>
        <w:t xml:space="preserve">It </w:t>
      </w:r>
      <w:proofErr w:type="spellStart"/>
      <w:r w:rsidRPr="00C2705B">
        <w:rPr>
          <w:rFonts w:ascii="Arial" w:hAnsi="Arial" w:cs="Arial"/>
          <w:i/>
          <w:iCs/>
          <w:sz w:val="24"/>
          <w:szCs w:val="24"/>
          <w:lang w:val="cy-GB"/>
        </w:rPr>
        <w:t>may</w:t>
      </w:r>
      <w:proofErr w:type="spellEnd"/>
      <w:r w:rsidRPr="00C2705B">
        <w:rPr>
          <w:rFonts w:ascii="Arial" w:hAnsi="Arial" w:cs="Arial"/>
          <w:i/>
          <w:iCs/>
          <w:sz w:val="24"/>
          <w:szCs w:val="24"/>
          <w:lang w:val="cy-GB"/>
        </w:rPr>
        <w:t xml:space="preserve"> be </w:t>
      </w:r>
      <w:proofErr w:type="spellStart"/>
      <w:r w:rsidRPr="00C2705B">
        <w:rPr>
          <w:rFonts w:ascii="Arial" w:hAnsi="Arial" w:cs="Arial"/>
          <w:i/>
          <w:iCs/>
          <w:sz w:val="24"/>
          <w:szCs w:val="24"/>
          <w:lang w:val="cy-GB"/>
        </w:rPr>
        <w:t>useful</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here</w:t>
      </w:r>
      <w:proofErr w:type="spellEnd"/>
      <w:r w:rsidRPr="00C2705B">
        <w:rPr>
          <w:rFonts w:ascii="Arial" w:hAnsi="Arial" w:cs="Arial"/>
          <w:i/>
          <w:iCs/>
          <w:sz w:val="24"/>
          <w:szCs w:val="24"/>
          <w:lang w:val="cy-GB"/>
        </w:rPr>
        <w:t xml:space="preserve"> to </w:t>
      </w:r>
      <w:proofErr w:type="spellStart"/>
      <w:r w:rsidRPr="00C2705B">
        <w:rPr>
          <w:rFonts w:ascii="Arial" w:hAnsi="Arial" w:cs="Arial"/>
          <w:i/>
          <w:iCs/>
          <w:sz w:val="24"/>
          <w:szCs w:val="24"/>
          <w:lang w:val="cy-GB"/>
        </w:rPr>
        <w:t>remind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readers</w:t>
      </w:r>
      <w:proofErr w:type="spellEnd"/>
      <w:r w:rsidRPr="00C2705B">
        <w:rPr>
          <w:rFonts w:ascii="Arial" w:hAnsi="Arial" w:cs="Arial"/>
          <w:i/>
          <w:iCs/>
          <w:sz w:val="24"/>
          <w:szCs w:val="24"/>
          <w:lang w:val="cy-GB"/>
        </w:rPr>
        <w:t xml:space="preserve"> of the </w:t>
      </w:r>
      <w:proofErr w:type="spellStart"/>
      <w:r w:rsidRPr="00C2705B">
        <w:rPr>
          <w:rFonts w:ascii="Arial" w:hAnsi="Arial" w:cs="Arial"/>
          <w:i/>
          <w:iCs/>
          <w:sz w:val="24"/>
          <w:szCs w:val="24"/>
          <w:lang w:val="cy-GB"/>
        </w:rPr>
        <w:t>Basque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Country’s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political</w:t>
      </w:r>
      <w:proofErr w:type="spellEnd"/>
      <w:r w:rsidRPr="00C2705B">
        <w:rPr>
          <w:rFonts w:ascii="Arial" w:hAnsi="Arial" w:cs="Arial"/>
          <w:i/>
          <w:iCs/>
          <w:sz w:val="24"/>
          <w:szCs w:val="24"/>
          <w:lang w:val="cy-GB"/>
        </w:rPr>
        <w:br/>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territorial</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differences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being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divided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between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Spain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France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Spain</w:t>
      </w:r>
      <w:proofErr w:type="spellEnd"/>
      <w:r w:rsidRPr="00C2705B">
        <w:rPr>
          <w:rFonts w:ascii="Arial" w:hAnsi="Arial" w:cs="Arial"/>
          <w:i/>
          <w:iCs/>
          <w:sz w:val="24"/>
          <w:szCs w:val="24"/>
          <w:lang w:val="cy-GB"/>
        </w:rPr>
        <w:t xml:space="preserve"> the </w:t>
      </w:r>
      <w:proofErr w:type="spellStart"/>
      <w:r w:rsidRPr="00C2705B">
        <w:rPr>
          <w:rFonts w:ascii="Arial" w:hAnsi="Arial" w:cs="Arial"/>
          <w:i/>
          <w:iCs/>
          <w:sz w:val="24"/>
          <w:szCs w:val="24"/>
          <w:lang w:val="cy-GB"/>
        </w:rPr>
        <w:t>southern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Basque</w:t>
      </w:r>
      <w:proofErr w:type="spellEnd"/>
      <w:r w:rsidRPr="00C2705B">
        <w:rPr>
          <w:rFonts w:ascii="Arial" w:hAnsi="Arial" w:cs="Arial"/>
          <w:i/>
          <w:iCs/>
          <w:sz w:val="24"/>
          <w:szCs w:val="24"/>
          <w:lang w:val="cy-GB"/>
        </w:rPr>
        <w:t xml:space="preserve"> Country is </w:t>
      </w:r>
      <w:proofErr w:type="spellStart"/>
      <w:r w:rsidRPr="00C2705B">
        <w:rPr>
          <w:rFonts w:ascii="Arial" w:hAnsi="Arial" w:cs="Arial"/>
          <w:i/>
          <w:iCs/>
          <w:sz w:val="24"/>
          <w:szCs w:val="24"/>
          <w:lang w:val="cy-GB"/>
        </w:rPr>
        <w:t>further</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broken</w:t>
      </w:r>
      <w:proofErr w:type="spellEnd"/>
      <w:r w:rsidRPr="00C2705B">
        <w:rPr>
          <w:rFonts w:ascii="Arial" w:hAnsi="Arial" w:cs="Arial"/>
          <w:i/>
          <w:iCs/>
          <w:sz w:val="24"/>
          <w:szCs w:val="24"/>
          <w:lang w:val="cy-GB"/>
        </w:rPr>
        <w:t xml:space="preserve"> down </w:t>
      </w:r>
      <w:proofErr w:type="spellStart"/>
      <w:r w:rsidRPr="00C2705B">
        <w:rPr>
          <w:rFonts w:ascii="Arial" w:hAnsi="Arial" w:cs="Arial"/>
          <w:i/>
          <w:iCs/>
          <w:sz w:val="24"/>
          <w:szCs w:val="24"/>
          <w:lang w:val="cy-GB"/>
        </w:rPr>
        <w:t>into</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two</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Autonomous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Communities</w:t>
      </w:r>
      <w:proofErr w:type="spellEnd"/>
      <w:r w:rsidRPr="00C2705B">
        <w:rPr>
          <w:rFonts w:ascii="Arial" w:hAnsi="Arial" w:cs="Arial"/>
          <w:i/>
          <w:iCs/>
          <w:sz w:val="24"/>
          <w:szCs w:val="24"/>
          <w:lang w:val="cy-GB"/>
        </w:rPr>
        <w:t xml:space="preserve">: the BAC </w:t>
      </w:r>
      <w:proofErr w:type="spellStart"/>
      <w:r w:rsidRPr="00C2705B">
        <w:rPr>
          <w:rFonts w:ascii="Arial" w:hAnsi="Arial" w:cs="Arial"/>
          <w:i/>
          <w:iCs/>
          <w:sz w:val="24"/>
          <w:szCs w:val="24"/>
          <w:lang w:val="cy-GB"/>
        </w:rPr>
        <w:t>comprises</w:t>
      </w:r>
      <w:proofErr w:type="spellEnd"/>
      <w:r w:rsidRPr="00C2705B">
        <w:rPr>
          <w:rFonts w:ascii="Arial" w:hAnsi="Arial" w:cs="Arial"/>
          <w:i/>
          <w:iCs/>
          <w:sz w:val="24"/>
          <w:szCs w:val="24"/>
          <w:lang w:val="cy-GB"/>
        </w:rPr>
        <w:t xml:space="preserve"> the </w:t>
      </w:r>
      <w:proofErr w:type="spellStart"/>
      <w:r w:rsidRPr="00C2705B">
        <w:rPr>
          <w:rFonts w:ascii="Arial" w:hAnsi="Arial" w:cs="Arial"/>
          <w:i/>
          <w:iCs/>
          <w:sz w:val="24"/>
          <w:szCs w:val="24"/>
          <w:lang w:val="cy-GB"/>
        </w:rPr>
        <w:t>territories</w:t>
      </w:r>
      <w:proofErr w:type="spellEnd"/>
      <w:r w:rsidRPr="00C2705B">
        <w:rPr>
          <w:rFonts w:ascii="Arial" w:hAnsi="Arial" w:cs="Arial"/>
          <w:i/>
          <w:iCs/>
          <w:sz w:val="24"/>
          <w:szCs w:val="24"/>
          <w:lang w:val="cy-GB"/>
        </w:rPr>
        <w:t xml:space="preserve"> of </w:t>
      </w:r>
      <w:proofErr w:type="spellStart"/>
      <w:r w:rsidRPr="00C2705B">
        <w:rPr>
          <w:rFonts w:ascii="Arial" w:hAnsi="Arial" w:cs="Arial"/>
          <w:i/>
          <w:iCs/>
          <w:sz w:val="24"/>
          <w:szCs w:val="24"/>
          <w:lang w:val="cy-GB"/>
        </w:rPr>
        <w:t>Araba</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Bizkaia</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Gipuzkoa</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the NAC, the </w:t>
      </w:r>
      <w:proofErr w:type="spellStart"/>
      <w:r w:rsidRPr="00C2705B">
        <w:rPr>
          <w:rFonts w:ascii="Arial" w:hAnsi="Arial" w:cs="Arial"/>
          <w:i/>
          <w:iCs/>
          <w:sz w:val="24"/>
          <w:szCs w:val="24"/>
          <w:lang w:val="cy-GB"/>
        </w:rPr>
        <w:t>territory</w:t>
      </w:r>
      <w:proofErr w:type="spellEnd"/>
      <w:r w:rsidRPr="00C2705B">
        <w:rPr>
          <w:rFonts w:ascii="Arial" w:hAnsi="Arial" w:cs="Arial"/>
          <w:i/>
          <w:iCs/>
          <w:sz w:val="24"/>
          <w:szCs w:val="24"/>
          <w:lang w:val="cy-GB"/>
        </w:rPr>
        <w:t xml:space="preserve"> of </w:t>
      </w:r>
      <w:proofErr w:type="spellStart"/>
      <w:r w:rsidRPr="00C2705B">
        <w:rPr>
          <w:rFonts w:ascii="Arial" w:hAnsi="Arial" w:cs="Arial"/>
          <w:i/>
          <w:iCs/>
          <w:sz w:val="24"/>
          <w:szCs w:val="24"/>
          <w:lang w:val="cy-GB"/>
        </w:rPr>
        <w:t>Nafarroa</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Navarre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Each</w:t>
      </w:r>
      <w:proofErr w:type="spellEnd"/>
      <w:r w:rsidRPr="00C2705B">
        <w:rPr>
          <w:rFonts w:ascii="Arial" w:hAnsi="Arial" w:cs="Arial"/>
          <w:i/>
          <w:iCs/>
          <w:sz w:val="24"/>
          <w:szCs w:val="24"/>
          <w:lang w:val="cy-GB"/>
        </w:rPr>
        <w:t xml:space="preserve"> of </w:t>
      </w:r>
      <w:proofErr w:type="spellStart"/>
      <w:r w:rsidRPr="00C2705B">
        <w:rPr>
          <w:rFonts w:ascii="Arial" w:hAnsi="Arial" w:cs="Arial"/>
          <w:i/>
          <w:iCs/>
          <w:sz w:val="24"/>
          <w:szCs w:val="24"/>
          <w:lang w:val="cy-GB"/>
        </w:rPr>
        <w:t>these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political</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divisions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has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its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own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government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parliament</w:t>
      </w:r>
      <w:proofErr w:type="spellEnd"/>
      <w:r w:rsidRPr="00C2705B">
        <w:rPr>
          <w:rFonts w:ascii="Arial" w:hAnsi="Arial" w:cs="Arial"/>
          <w:i/>
          <w:iCs/>
          <w:sz w:val="24"/>
          <w:szCs w:val="24"/>
          <w:lang w:val="cy-GB"/>
        </w:rPr>
        <w:t xml:space="preserve"> (as of 1979 </w:t>
      </w:r>
      <w:proofErr w:type="spellStart"/>
      <w:r w:rsidRPr="00C2705B">
        <w:rPr>
          <w:rFonts w:ascii="Arial" w:hAnsi="Arial" w:cs="Arial"/>
          <w:i/>
          <w:iCs/>
          <w:sz w:val="24"/>
          <w:szCs w:val="24"/>
          <w:lang w:val="cy-GB"/>
        </w:rPr>
        <w:t>in</w:t>
      </w:r>
      <w:proofErr w:type="spellEnd"/>
      <w:r w:rsidRPr="00C2705B">
        <w:rPr>
          <w:rFonts w:ascii="Arial" w:hAnsi="Arial" w:cs="Arial"/>
          <w:i/>
          <w:iCs/>
          <w:sz w:val="24"/>
          <w:szCs w:val="24"/>
          <w:lang w:val="cy-GB"/>
        </w:rPr>
        <w:t xml:space="preserve"> the BAC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1980 </w:t>
      </w:r>
      <w:proofErr w:type="spellStart"/>
      <w:r w:rsidRPr="00C2705B">
        <w:rPr>
          <w:rFonts w:ascii="Arial" w:hAnsi="Arial" w:cs="Arial"/>
          <w:i/>
          <w:iCs/>
          <w:sz w:val="24"/>
          <w:szCs w:val="24"/>
          <w:lang w:val="cy-GB"/>
        </w:rPr>
        <w:t>in</w:t>
      </w:r>
      <w:proofErr w:type="spellEnd"/>
      <w:r w:rsidRPr="00C2705B">
        <w:rPr>
          <w:rFonts w:ascii="Arial" w:hAnsi="Arial" w:cs="Arial"/>
          <w:i/>
          <w:iCs/>
          <w:sz w:val="24"/>
          <w:szCs w:val="24"/>
          <w:lang w:val="cy-GB"/>
        </w:rPr>
        <w:t xml:space="preserve"> the NAC)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therefore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each</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applies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its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own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linguistic</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policies</w:t>
      </w:r>
      <w:proofErr w:type="spellEnd"/>
      <w:r w:rsidRPr="00C2705B">
        <w:rPr>
          <w:rFonts w:ascii="Arial" w:hAnsi="Arial" w:cs="Arial"/>
          <w:i/>
          <w:iCs/>
          <w:sz w:val="24"/>
          <w:szCs w:val="24"/>
          <w:lang w:val="cy-GB"/>
        </w:rPr>
        <w:t xml:space="preserve">. The </w:t>
      </w:r>
      <w:proofErr w:type="spellStart"/>
      <w:r w:rsidRPr="00C2705B">
        <w:rPr>
          <w:rFonts w:ascii="Arial" w:hAnsi="Arial" w:cs="Arial"/>
          <w:i/>
          <w:iCs/>
          <w:sz w:val="24"/>
          <w:szCs w:val="24"/>
          <w:lang w:val="cy-GB"/>
        </w:rPr>
        <w:t>French</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northern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Basque</w:t>
      </w:r>
      <w:proofErr w:type="spellEnd"/>
      <w:r w:rsidRPr="00C2705B">
        <w:rPr>
          <w:rFonts w:ascii="Arial" w:hAnsi="Arial" w:cs="Arial"/>
          <w:i/>
          <w:iCs/>
          <w:sz w:val="24"/>
          <w:szCs w:val="24"/>
          <w:lang w:val="cy-GB"/>
        </w:rPr>
        <w:t xml:space="preserve"> Country, or </w:t>
      </w:r>
      <w:proofErr w:type="spellStart"/>
      <w:r w:rsidRPr="00C2705B">
        <w:rPr>
          <w:rFonts w:ascii="Arial" w:hAnsi="Arial" w:cs="Arial"/>
          <w:i/>
          <w:iCs/>
          <w:sz w:val="24"/>
          <w:szCs w:val="24"/>
          <w:lang w:val="cy-GB"/>
        </w:rPr>
        <w:t>Iparralde</w:t>
      </w:r>
      <w:proofErr w:type="spellEnd"/>
      <w:r w:rsidRPr="00C2705B">
        <w:rPr>
          <w:rFonts w:ascii="Arial" w:hAnsi="Arial" w:cs="Arial"/>
          <w:i/>
          <w:iCs/>
          <w:sz w:val="24"/>
          <w:szCs w:val="24"/>
          <w:lang w:val="cy-GB"/>
        </w:rPr>
        <w:t xml:space="preserve">, is </w:t>
      </w:r>
      <w:proofErr w:type="spellStart"/>
      <w:r w:rsidRPr="00C2705B">
        <w:rPr>
          <w:rFonts w:ascii="Arial" w:hAnsi="Arial" w:cs="Arial"/>
          <w:i/>
          <w:iCs/>
          <w:sz w:val="24"/>
          <w:szCs w:val="24"/>
          <w:lang w:val="cy-GB"/>
        </w:rPr>
        <w:t>made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up</w:t>
      </w:r>
      <w:proofErr w:type="spellEnd"/>
      <w:r w:rsidRPr="00C2705B">
        <w:rPr>
          <w:rFonts w:ascii="Arial" w:hAnsi="Arial" w:cs="Arial"/>
          <w:i/>
          <w:iCs/>
          <w:sz w:val="24"/>
          <w:szCs w:val="24"/>
          <w:lang w:val="cy-GB"/>
        </w:rPr>
        <w:t xml:space="preserve"> of the </w:t>
      </w:r>
      <w:proofErr w:type="spellStart"/>
      <w:r w:rsidRPr="00C2705B">
        <w:rPr>
          <w:rFonts w:ascii="Arial" w:hAnsi="Arial" w:cs="Arial"/>
          <w:i/>
          <w:iCs/>
          <w:sz w:val="24"/>
          <w:szCs w:val="24"/>
          <w:lang w:val="cy-GB"/>
        </w:rPr>
        <w:t>Basque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territories</w:t>
      </w:r>
      <w:proofErr w:type="spellEnd"/>
      <w:r w:rsidRPr="00C2705B">
        <w:rPr>
          <w:rFonts w:ascii="Arial" w:hAnsi="Arial" w:cs="Arial"/>
          <w:i/>
          <w:iCs/>
          <w:sz w:val="24"/>
          <w:szCs w:val="24"/>
          <w:lang w:val="cy-GB"/>
        </w:rPr>
        <w:t xml:space="preserve"> of </w:t>
      </w:r>
      <w:proofErr w:type="spellStart"/>
      <w:r w:rsidRPr="00C2705B">
        <w:rPr>
          <w:rFonts w:ascii="Arial" w:hAnsi="Arial" w:cs="Arial"/>
          <w:i/>
          <w:iCs/>
          <w:sz w:val="24"/>
          <w:szCs w:val="24"/>
          <w:lang w:val="cy-GB"/>
        </w:rPr>
        <w:t>Benafarroa</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Lapurdi</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Zuberoa</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where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they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are</w:t>
      </w:r>
      <w:proofErr w:type="spellEnd"/>
      <w:r w:rsidRPr="00C2705B">
        <w:rPr>
          <w:rFonts w:ascii="Arial" w:hAnsi="Arial" w:cs="Arial"/>
          <w:i/>
          <w:iCs/>
          <w:sz w:val="24"/>
          <w:szCs w:val="24"/>
          <w:lang w:val="cy-GB"/>
        </w:rPr>
        <w:t xml:space="preserve"> not </w:t>
      </w:r>
      <w:proofErr w:type="spellStart"/>
      <w:r w:rsidRPr="00C2705B">
        <w:rPr>
          <w:rFonts w:ascii="Arial" w:hAnsi="Arial" w:cs="Arial"/>
          <w:i/>
          <w:iCs/>
          <w:sz w:val="24"/>
          <w:szCs w:val="24"/>
          <w:lang w:val="cy-GB"/>
        </w:rPr>
        <w:t>recognised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officially</w:t>
      </w:r>
      <w:proofErr w:type="spellEnd"/>
      <w:r w:rsidRPr="00C2705B">
        <w:rPr>
          <w:rFonts w:ascii="Arial" w:hAnsi="Arial" w:cs="Arial"/>
          <w:i/>
          <w:iCs/>
          <w:sz w:val="24"/>
          <w:szCs w:val="24"/>
          <w:lang w:val="cy-GB"/>
        </w:rPr>
        <w:t xml:space="preserve"> as a </w:t>
      </w:r>
      <w:proofErr w:type="spellStart"/>
      <w:r w:rsidRPr="00C2705B">
        <w:rPr>
          <w:rFonts w:ascii="Arial" w:hAnsi="Arial" w:cs="Arial"/>
          <w:i/>
          <w:iCs/>
          <w:sz w:val="24"/>
          <w:szCs w:val="24"/>
          <w:lang w:val="cy-GB"/>
        </w:rPr>
        <w:t>group</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nor</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are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they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kind</w:t>
      </w:r>
      <w:proofErr w:type="spellEnd"/>
      <w:r w:rsidRPr="00C2705B">
        <w:rPr>
          <w:rFonts w:ascii="Arial" w:hAnsi="Arial" w:cs="Arial"/>
          <w:i/>
          <w:iCs/>
          <w:sz w:val="24"/>
          <w:szCs w:val="24"/>
          <w:lang w:val="cy-GB"/>
        </w:rPr>
        <w:t xml:space="preserve"> of </w:t>
      </w:r>
      <w:proofErr w:type="spellStart"/>
      <w:r w:rsidRPr="00C2705B">
        <w:rPr>
          <w:rFonts w:ascii="Arial" w:hAnsi="Arial" w:cs="Arial"/>
          <w:i/>
          <w:iCs/>
          <w:sz w:val="24"/>
          <w:szCs w:val="24"/>
          <w:lang w:val="cy-GB"/>
        </w:rPr>
        <w:t>political</w:t>
      </w:r>
      <w:proofErr w:type="spellEnd"/>
      <w:r w:rsidRPr="00C2705B">
        <w:rPr>
          <w:rFonts w:ascii="Arial" w:hAnsi="Arial" w:cs="Arial"/>
          <w:i/>
          <w:iCs/>
          <w:sz w:val="24"/>
          <w:szCs w:val="24"/>
          <w:lang w:val="cy-GB"/>
        </w:rPr>
        <w:t>–</w:t>
      </w:r>
      <w:proofErr w:type="spellStart"/>
      <w:r w:rsidRPr="00C2705B">
        <w:rPr>
          <w:rFonts w:ascii="Arial" w:hAnsi="Arial" w:cs="Arial"/>
          <w:i/>
          <w:iCs/>
          <w:sz w:val="24"/>
          <w:szCs w:val="24"/>
          <w:lang w:val="cy-GB"/>
        </w:rPr>
        <w:t>administrative</w:t>
      </w:r>
      <w:proofErr w:type="spellEnd"/>
      <w:r w:rsidRPr="00C2705B">
        <w:rPr>
          <w:rFonts w:ascii="Arial" w:hAnsi="Arial" w:cs="Arial"/>
          <w:i/>
          <w:iCs/>
          <w:sz w:val="24"/>
          <w:szCs w:val="24"/>
          <w:lang w:val="cy-GB"/>
        </w:rPr>
        <w:t xml:space="preserve"> unit </w:t>
      </w:r>
      <w:proofErr w:type="spellStart"/>
      <w:r w:rsidRPr="00C2705B">
        <w:rPr>
          <w:rFonts w:ascii="Arial" w:hAnsi="Arial" w:cs="Arial"/>
          <w:i/>
          <w:iCs/>
          <w:sz w:val="24"/>
          <w:szCs w:val="24"/>
          <w:lang w:val="cy-GB"/>
        </w:rPr>
        <w:t>within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France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therefore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cannot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apply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linguistic</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policies</w:t>
      </w:r>
      <w:proofErr w:type="spellEnd"/>
      <w:r w:rsidRPr="00C2705B">
        <w:rPr>
          <w:rFonts w:ascii="Arial" w:hAnsi="Arial" w:cs="Arial"/>
          <w:i/>
          <w:iCs/>
          <w:sz w:val="24"/>
          <w:szCs w:val="24"/>
          <w:lang w:val="cy-GB"/>
        </w:rPr>
        <w:t xml:space="preserve"> of </w:t>
      </w:r>
      <w:proofErr w:type="spellStart"/>
      <w:r w:rsidRPr="00C2705B">
        <w:rPr>
          <w:rFonts w:ascii="Arial" w:hAnsi="Arial" w:cs="Arial"/>
          <w:i/>
          <w:iCs/>
          <w:sz w:val="24"/>
          <w:szCs w:val="24"/>
          <w:lang w:val="cy-GB"/>
        </w:rPr>
        <w:t>their</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own</w:t>
      </w:r>
      <w:proofErr w:type="spellEnd"/>
      <w:r w:rsidRPr="00C2705B">
        <w:rPr>
          <w:rFonts w:ascii="Arial" w:hAnsi="Arial" w:cs="Arial"/>
          <w:i/>
          <w:iCs/>
          <w:sz w:val="24"/>
          <w:szCs w:val="24"/>
          <w:lang w:val="cy-GB"/>
        </w:rPr>
        <w:t>.</w:t>
      </w:r>
      <w:r w:rsidRPr="00C2705B">
        <w:rPr>
          <w:rFonts w:ascii="Arial" w:hAnsi="Arial" w:cs="Arial"/>
          <w:sz w:val="24"/>
          <w:szCs w:val="24"/>
          <w:lang w:val="cy-GB"/>
        </w:rPr>
        <w:t xml:space="preserve"> </w:t>
      </w:r>
      <w:r w:rsidRPr="00C2705B">
        <w:rPr>
          <w:rFonts w:ascii="Arial" w:hAnsi="Arial" w:cs="Arial"/>
          <w:b/>
          <w:bCs/>
          <w:sz w:val="24"/>
          <w:szCs w:val="24"/>
          <w:lang w:val="cy-GB"/>
        </w:rPr>
        <w:t>(</w:t>
      </w:r>
      <w:proofErr w:type="spellStart"/>
      <w:r w:rsidRPr="00C2705B">
        <w:rPr>
          <w:rFonts w:ascii="Arial" w:hAnsi="Arial" w:cs="Arial"/>
          <w:b/>
          <w:bCs/>
          <w:sz w:val="24"/>
          <w:szCs w:val="24"/>
          <w:lang w:val="cy-GB"/>
        </w:rPr>
        <w:t>Azurmendi</w:t>
      </w:r>
      <w:proofErr w:type="spellEnd"/>
      <w:r w:rsidRPr="00C2705B">
        <w:rPr>
          <w:rFonts w:ascii="Arial" w:hAnsi="Arial" w:cs="Arial"/>
          <w:b/>
          <w:bCs/>
          <w:sz w:val="24"/>
          <w:szCs w:val="24"/>
          <w:lang w:val="cy-GB"/>
        </w:rPr>
        <w:t xml:space="preserve">, </w:t>
      </w:r>
      <w:proofErr w:type="spellStart"/>
      <w:r w:rsidRPr="00C2705B">
        <w:rPr>
          <w:rFonts w:ascii="Arial" w:hAnsi="Arial" w:cs="Arial"/>
          <w:b/>
          <w:bCs/>
          <w:sz w:val="24"/>
          <w:szCs w:val="24"/>
          <w:lang w:val="cy-GB"/>
        </w:rPr>
        <w:t>Bachoc</w:t>
      </w:r>
      <w:proofErr w:type="spellEnd"/>
      <w:r w:rsidRPr="00C2705B">
        <w:rPr>
          <w:rFonts w:ascii="Arial" w:hAnsi="Arial" w:cs="Arial"/>
          <w:b/>
          <w:bCs/>
          <w:sz w:val="24"/>
          <w:szCs w:val="24"/>
          <w:lang w:val="cy-GB"/>
        </w:rPr>
        <w:t xml:space="preserve"> a </w:t>
      </w:r>
      <w:proofErr w:type="spellStart"/>
      <w:r w:rsidRPr="00C2705B">
        <w:rPr>
          <w:rFonts w:ascii="Arial" w:hAnsi="Arial" w:cs="Arial"/>
          <w:b/>
          <w:bCs/>
          <w:sz w:val="24"/>
          <w:szCs w:val="24"/>
          <w:lang w:val="cy-GB"/>
        </w:rPr>
        <w:t>Zabaleta</w:t>
      </w:r>
      <w:proofErr w:type="spellEnd"/>
      <w:r w:rsidRPr="00C2705B">
        <w:rPr>
          <w:rFonts w:ascii="Arial" w:hAnsi="Arial" w:cs="Arial"/>
          <w:b/>
          <w:bCs/>
          <w:sz w:val="24"/>
          <w:szCs w:val="24"/>
          <w:lang w:val="cy-GB"/>
        </w:rPr>
        <w:t xml:space="preserve"> 2001 t.235 )</w:t>
      </w:r>
    </w:p>
    <w:p w14:paraId="47C4FB16" w14:textId="7459A422" w:rsidR="00773492" w:rsidRPr="00C2705B" w:rsidRDefault="00BB2908" w:rsidP="00C2705B">
      <w:pPr>
        <w:spacing w:line="360" w:lineRule="auto"/>
        <w:rPr>
          <w:rFonts w:ascii="Arial" w:hAnsi="Arial" w:cs="Arial"/>
          <w:sz w:val="24"/>
          <w:szCs w:val="24"/>
          <w:lang w:val="cy-GB"/>
        </w:rPr>
      </w:pPr>
      <w:r w:rsidRPr="00C2705B">
        <w:rPr>
          <w:rFonts w:ascii="Arial" w:hAnsi="Arial" w:cs="Arial"/>
          <w:sz w:val="24"/>
          <w:szCs w:val="24"/>
          <w:lang w:val="cy-GB"/>
        </w:rPr>
        <w:t xml:space="preserve">Mae datblygiad </w:t>
      </w:r>
      <w:r w:rsidR="009B24B5" w:rsidRPr="00C2705B">
        <w:rPr>
          <w:rFonts w:ascii="Arial" w:hAnsi="Arial" w:cs="Arial"/>
          <w:sz w:val="24"/>
          <w:szCs w:val="24"/>
          <w:lang w:val="cy-GB"/>
        </w:rPr>
        <w:t xml:space="preserve">yr iaith </w:t>
      </w:r>
      <w:r w:rsidR="00120898" w:rsidRPr="00C2705B">
        <w:rPr>
          <w:rFonts w:ascii="Arial" w:hAnsi="Arial" w:cs="Arial"/>
          <w:sz w:val="24"/>
          <w:szCs w:val="24"/>
          <w:lang w:val="cy-GB"/>
        </w:rPr>
        <w:t xml:space="preserve">yno </w:t>
      </w:r>
      <w:r w:rsidR="009B24B5" w:rsidRPr="00C2705B">
        <w:rPr>
          <w:rFonts w:ascii="Arial" w:hAnsi="Arial" w:cs="Arial"/>
          <w:sz w:val="24"/>
          <w:szCs w:val="24"/>
          <w:lang w:val="cy-GB"/>
        </w:rPr>
        <w:t xml:space="preserve">wedi bod yn </w:t>
      </w:r>
      <w:r w:rsidR="00120898" w:rsidRPr="00C2705B">
        <w:rPr>
          <w:rFonts w:ascii="Arial" w:hAnsi="Arial" w:cs="Arial"/>
          <w:sz w:val="24"/>
          <w:szCs w:val="24"/>
          <w:lang w:val="cy-GB"/>
        </w:rPr>
        <w:t>rhyfeddol gan f</w:t>
      </w:r>
      <w:r w:rsidR="006C5A0A" w:rsidRPr="00C2705B">
        <w:rPr>
          <w:rFonts w:ascii="Arial" w:hAnsi="Arial" w:cs="Arial"/>
          <w:sz w:val="24"/>
          <w:szCs w:val="24"/>
          <w:lang w:val="cy-GB"/>
        </w:rPr>
        <w:t>eddwl f</w:t>
      </w:r>
      <w:r w:rsidR="00120898" w:rsidRPr="00C2705B">
        <w:rPr>
          <w:rFonts w:ascii="Arial" w:hAnsi="Arial" w:cs="Arial"/>
          <w:sz w:val="24"/>
          <w:szCs w:val="24"/>
          <w:lang w:val="cy-GB"/>
        </w:rPr>
        <w:t xml:space="preserve">od </w:t>
      </w:r>
      <w:r w:rsidR="00042587" w:rsidRPr="00C2705B">
        <w:rPr>
          <w:rFonts w:ascii="Arial" w:hAnsi="Arial" w:cs="Arial"/>
          <w:sz w:val="24"/>
          <w:szCs w:val="24"/>
          <w:lang w:val="cy-GB"/>
        </w:rPr>
        <w:t xml:space="preserve">yr iaith </w:t>
      </w:r>
      <w:r w:rsidR="00120898" w:rsidRPr="00C2705B">
        <w:rPr>
          <w:rFonts w:ascii="Arial" w:hAnsi="Arial" w:cs="Arial"/>
          <w:sz w:val="24"/>
          <w:szCs w:val="24"/>
          <w:lang w:val="cy-GB"/>
        </w:rPr>
        <w:t xml:space="preserve">wedi cael </w:t>
      </w:r>
      <w:r w:rsidR="00042587" w:rsidRPr="00C2705B">
        <w:rPr>
          <w:rFonts w:ascii="Arial" w:hAnsi="Arial" w:cs="Arial"/>
          <w:sz w:val="24"/>
          <w:szCs w:val="24"/>
          <w:lang w:val="cy-GB"/>
        </w:rPr>
        <w:t xml:space="preserve">ei wahardd yn ystod </w:t>
      </w:r>
      <w:proofErr w:type="spellStart"/>
      <w:r w:rsidR="00042587" w:rsidRPr="00C2705B">
        <w:rPr>
          <w:rFonts w:ascii="Arial" w:hAnsi="Arial" w:cs="Arial"/>
          <w:sz w:val="24"/>
          <w:szCs w:val="24"/>
          <w:lang w:val="cy-GB"/>
        </w:rPr>
        <w:t>unbenaeth</w:t>
      </w:r>
      <w:proofErr w:type="spellEnd"/>
      <w:r w:rsidR="00042587" w:rsidRPr="00C2705B">
        <w:rPr>
          <w:rFonts w:ascii="Arial" w:hAnsi="Arial" w:cs="Arial"/>
          <w:sz w:val="24"/>
          <w:szCs w:val="24"/>
          <w:lang w:val="cy-GB"/>
        </w:rPr>
        <w:t xml:space="preserve"> Francisco </w:t>
      </w:r>
      <w:proofErr w:type="spellStart"/>
      <w:r w:rsidR="00042587" w:rsidRPr="00C2705B">
        <w:rPr>
          <w:rFonts w:ascii="Arial" w:hAnsi="Arial" w:cs="Arial"/>
          <w:sz w:val="24"/>
          <w:szCs w:val="24"/>
          <w:lang w:val="cy-GB"/>
        </w:rPr>
        <w:t>Franco</w:t>
      </w:r>
      <w:proofErr w:type="spellEnd"/>
      <w:r w:rsidR="00042587" w:rsidRPr="00C2705B">
        <w:rPr>
          <w:rFonts w:ascii="Arial" w:hAnsi="Arial" w:cs="Arial"/>
          <w:sz w:val="24"/>
          <w:szCs w:val="24"/>
          <w:lang w:val="cy-GB"/>
        </w:rPr>
        <w:t xml:space="preserve"> rhwng 1939-1975.</w:t>
      </w:r>
    </w:p>
    <w:p w14:paraId="6AE1640A" w14:textId="2EC257C2" w:rsidR="00773492" w:rsidRPr="00C2705B" w:rsidRDefault="00042587" w:rsidP="00C2705B">
      <w:pPr>
        <w:spacing w:line="360" w:lineRule="auto"/>
        <w:rPr>
          <w:rFonts w:ascii="Arial" w:hAnsi="Arial" w:cs="Arial"/>
          <w:sz w:val="24"/>
          <w:szCs w:val="24"/>
          <w:lang w:val="cy-GB"/>
        </w:rPr>
      </w:pPr>
      <w:proofErr w:type="spellStart"/>
      <w:r w:rsidRPr="00C2705B">
        <w:rPr>
          <w:rFonts w:ascii="Arial" w:hAnsi="Arial" w:cs="Arial"/>
          <w:i/>
          <w:iCs/>
          <w:sz w:val="24"/>
          <w:szCs w:val="24"/>
          <w:lang w:val="cy-GB"/>
        </w:rPr>
        <w:lastRenderedPageBreak/>
        <w:t>During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Franco’s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dictatorship</w:t>
      </w:r>
      <w:proofErr w:type="spellEnd"/>
      <w:r w:rsidRPr="00C2705B">
        <w:rPr>
          <w:rFonts w:ascii="Arial" w:hAnsi="Arial" w:cs="Arial"/>
          <w:i/>
          <w:iCs/>
          <w:sz w:val="24"/>
          <w:szCs w:val="24"/>
          <w:lang w:val="cy-GB"/>
        </w:rPr>
        <w:t xml:space="preserve"> (1939-1975), the </w:t>
      </w:r>
      <w:proofErr w:type="spellStart"/>
      <w:r w:rsidRPr="00C2705B">
        <w:rPr>
          <w:rFonts w:ascii="Arial" w:hAnsi="Arial" w:cs="Arial"/>
          <w:i/>
          <w:iCs/>
          <w:sz w:val="24"/>
          <w:szCs w:val="24"/>
          <w:lang w:val="cy-GB"/>
        </w:rPr>
        <w:t>prevalent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ideology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behind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language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policy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in</w:t>
      </w:r>
      <w:proofErr w:type="spellEnd"/>
      <w:r w:rsidRPr="00C2705B">
        <w:rPr>
          <w:rFonts w:ascii="Arial" w:hAnsi="Arial" w:cs="Arial"/>
          <w:i/>
          <w:iCs/>
          <w:sz w:val="24"/>
          <w:szCs w:val="24"/>
          <w:lang w:val="cy-GB"/>
        </w:rPr>
        <w:t xml:space="preserve"> the </w:t>
      </w:r>
      <w:proofErr w:type="spellStart"/>
      <w:r w:rsidRPr="00C2705B">
        <w:rPr>
          <w:rFonts w:ascii="Arial" w:hAnsi="Arial" w:cs="Arial"/>
          <w:i/>
          <w:iCs/>
          <w:sz w:val="24"/>
          <w:szCs w:val="24"/>
          <w:lang w:val="cy-GB"/>
        </w:rPr>
        <w:t>Basque</w:t>
      </w:r>
      <w:proofErr w:type="spellEnd"/>
      <w:r w:rsidRPr="00C2705B">
        <w:rPr>
          <w:rFonts w:ascii="Arial" w:hAnsi="Arial" w:cs="Arial"/>
          <w:i/>
          <w:iCs/>
          <w:sz w:val="24"/>
          <w:szCs w:val="24"/>
          <w:lang w:val="cy-GB"/>
        </w:rPr>
        <w:t xml:space="preserve"> Country was </w:t>
      </w:r>
      <w:proofErr w:type="spellStart"/>
      <w:r w:rsidRPr="00C2705B">
        <w:rPr>
          <w:rFonts w:ascii="Arial" w:hAnsi="Arial" w:cs="Arial"/>
          <w:i/>
          <w:iCs/>
          <w:sz w:val="24"/>
          <w:szCs w:val="24"/>
          <w:lang w:val="cy-GB"/>
        </w:rPr>
        <w:t>linguistic</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assimilation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Cobarrubias</w:t>
      </w:r>
      <w:proofErr w:type="spellEnd"/>
      <w:r w:rsidRPr="00C2705B">
        <w:rPr>
          <w:rFonts w:ascii="Arial" w:hAnsi="Arial" w:cs="Arial"/>
          <w:i/>
          <w:iCs/>
          <w:sz w:val="24"/>
          <w:szCs w:val="24"/>
          <w:lang w:val="cy-GB"/>
        </w:rPr>
        <w:t xml:space="preserve">, 1983). </w:t>
      </w:r>
      <w:proofErr w:type="spellStart"/>
      <w:r w:rsidRPr="00C2705B">
        <w:rPr>
          <w:rFonts w:ascii="Arial" w:hAnsi="Arial" w:cs="Arial"/>
          <w:i/>
          <w:iCs/>
          <w:sz w:val="24"/>
          <w:szCs w:val="24"/>
          <w:lang w:val="cy-GB"/>
        </w:rPr>
        <w:t>Franco’s</w:t>
      </w:r>
      <w:proofErr w:type="spellEnd"/>
      <w:r w:rsidRPr="00C2705B">
        <w:rPr>
          <w:rFonts w:ascii="Arial" w:hAnsi="Arial" w:cs="Arial"/>
          <w:i/>
          <w:iCs/>
          <w:sz w:val="24"/>
          <w:szCs w:val="24"/>
          <w:lang w:val="cy-GB"/>
        </w:rPr>
        <w:t xml:space="preserve"> far-</w:t>
      </w:r>
      <w:proofErr w:type="spellStart"/>
      <w:r w:rsidRPr="00C2705B">
        <w:rPr>
          <w:rFonts w:ascii="Arial" w:hAnsi="Arial" w:cs="Arial"/>
          <w:i/>
          <w:iCs/>
          <w:sz w:val="24"/>
          <w:szCs w:val="24"/>
          <w:lang w:val="cy-GB"/>
        </w:rPr>
        <w:t>right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regime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enforced</w:t>
      </w:r>
      <w:proofErr w:type="spellEnd"/>
      <w:r w:rsidRPr="00C2705B">
        <w:rPr>
          <w:rFonts w:ascii="Arial" w:hAnsi="Arial" w:cs="Arial"/>
          <w:i/>
          <w:iCs/>
          <w:sz w:val="24"/>
          <w:szCs w:val="24"/>
          <w:lang w:val="cy-GB"/>
        </w:rPr>
        <w:t xml:space="preserve"> the </w:t>
      </w:r>
      <w:proofErr w:type="spellStart"/>
      <w:r w:rsidRPr="00C2705B">
        <w:rPr>
          <w:rFonts w:ascii="Arial" w:hAnsi="Arial" w:cs="Arial"/>
          <w:i/>
          <w:iCs/>
          <w:sz w:val="24"/>
          <w:szCs w:val="24"/>
          <w:lang w:val="cy-GB"/>
        </w:rPr>
        <w:t>use</w:t>
      </w:r>
      <w:proofErr w:type="spellEnd"/>
      <w:r w:rsidRPr="00C2705B">
        <w:rPr>
          <w:rFonts w:ascii="Arial" w:hAnsi="Arial" w:cs="Arial"/>
          <w:i/>
          <w:iCs/>
          <w:sz w:val="24"/>
          <w:szCs w:val="24"/>
          <w:lang w:val="cy-GB"/>
        </w:rPr>
        <w:t xml:space="preserve"> of </w:t>
      </w:r>
      <w:proofErr w:type="spellStart"/>
      <w:r w:rsidRPr="00C2705B">
        <w:rPr>
          <w:rFonts w:ascii="Arial" w:hAnsi="Arial" w:cs="Arial"/>
          <w:i/>
          <w:iCs/>
          <w:sz w:val="24"/>
          <w:szCs w:val="24"/>
          <w:lang w:val="cy-GB"/>
        </w:rPr>
        <w:t>Spanish</w:t>
      </w:r>
      <w:proofErr w:type="spellEnd"/>
      <w:r w:rsidRPr="00C2705B">
        <w:rPr>
          <w:rFonts w:ascii="Arial" w:hAnsi="Arial" w:cs="Arial"/>
          <w:i/>
          <w:iCs/>
          <w:sz w:val="24"/>
          <w:szCs w:val="24"/>
          <w:lang w:val="cy-GB"/>
        </w:rPr>
        <w:t xml:space="preserve">, the </w:t>
      </w:r>
      <w:proofErr w:type="spellStart"/>
      <w:r w:rsidRPr="00C2705B">
        <w:rPr>
          <w:rFonts w:ascii="Arial" w:hAnsi="Arial" w:cs="Arial"/>
          <w:i/>
          <w:iCs/>
          <w:sz w:val="24"/>
          <w:szCs w:val="24"/>
          <w:lang w:val="cy-GB"/>
        </w:rPr>
        <w:t>dominant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language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in</w:t>
      </w:r>
      <w:proofErr w:type="spellEnd"/>
      <w:r w:rsidRPr="00C2705B">
        <w:rPr>
          <w:rFonts w:ascii="Arial" w:hAnsi="Arial" w:cs="Arial"/>
          <w:i/>
          <w:iCs/>
          <w:sz w:val="24"/>
          <w:szCs w:val="24"/>
          <w:lang w:val="cy-GB"/>
        </w:rPr>
        <w:t xml:space="preserve"> all </w:t>
      </w:r>
      <w:proofErr w:type="spellStart"/>
      <w:r w:rsidRPr="00C2705B">
        <w:rPr>
          <w:rFonts w:ascii="Arial" w:hAnsi="Arial" w:cs="Arial"/>
          <w:i/>
          <w:iCs/>
          <w:sz w:val="24"/>
          <w:szCs w:val="24"/>
          <w:lang w:val="cy-GB"/>
        </w:rPr>
        <w:t>spheres</w:t>
      </w:r>
      <w:proofErr w:type="spellEnd"/>
      <w:r w:rsidRPr="00C2705B">
        <w:rPr>
          <w:rFonts w:ascii="Arial" w:hAnsi="Arial" w:cs="Arial"/>
          <w:i/>
          <w:iCs/>
          <w:sz w:val="24"/>
          <w:szCs w:val="24"/>
          <w:lang w:val="cy-GB"/>
        </w:rPr>
        <w:t xml:space="preserve"> of </w:t>
      </w:r>
      <w:proofErr w:type="spellStart"/>
      <w:r w:rsidRPr="00C2705B">
        <w:rPr>
          <w:rFonts w:ascii="Arial" w:hAnsi="Arial" w:cs="Arial"/>
          <w:i/>
          <w:iCs/>
          <w:sz w:val="24"/>
          <w:szCs w:val="24"/>
          <w:lang w:val="cy-GB"/>
        </w:rPr>
        <w:t>public</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life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denying</w:t>
      </w:r>
      <w:proofErr w:type="spellEnd"/>
      <w:r w:rsidRPr="00C2705B">
        <w:rPr>
          <w:rFonts w:ascii="Arial" w:hAnsi="Arial" w:cs="Arial"/>
          <w:i/>
          <w:iCs/>
          <w:sz w:val="24"/>
          <w:szCs w:val="24"/>
          <w:lang w:val="cy-GB"/>
        </w:rPr>
        <w:t xml:space="preserve"> the </w:t>
      </w:r>
      <w:proofErr w:type="spellStart"/>
      <w:r w:rsidRPr="00C2705B">
        <w:rPr>
          <w:rFonts w:ascii="Arial" w:hAnsi="Arial" w:cs="Arial"/>
          <w:i/>
          <w:iCs/>
          <w:sz w:val="24"/>
          <w:szCs w:val="24"/>
          <w:lang w:val="cy-GB"/>
        </w:rPr>
        <w:t>Basque-speaking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minority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equal</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linguistic</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rights</w:t>
      </w:r>
      <w:proofErr w:type="spellEnd"/>
      <w:r w:rsidR="00934EEB" w:rsidRPr="00C2705B">
        <w:rPr>
          <w:rFonts w:ascii="Arial" w:hAnsi="Arial" w:cs="Arial"/>
          <w:sz w:val="24"/>
          <w:szCs w:val="24"/>
          <w:lang w:val="cy-GB"/>
        </w:rPr>
        <w:t xml:space="preserve"> (</w:t>
      </w:r>
      <w:proofErr w:type="spellStart"/>
      <w:r w:rsidR="00934EEB" w:rsidRPr="00C2705B">
        <w:rPr>
          <w:rFonts w:ascii="Arial" w:hAnsi="Arial" w:cs="Arial"/>
          <w:b/>
          <w:bCs/>
          <w:sz w:val="24"/>
          <w:szCs w:val="24"/>
          <w:lang w:val="cy-GB"/>
        </w:rPr>
        <w:t>Agustín</w:t>
      </w:r>
      <w:proofErr w:type="spellEnd"/>
      <w:r w:rsidR="00934EEB" w:rsidRPr="00C2705B">
        <w:rPr>
          <w:rFonts w:ascii="Arial" w:hAnsi="Arial" w:cs="Arial"/>
          <w:b/>
          <w:bCs/>
          <w:sz w:val="24"/>
          <w:szCs w:val="24"/>
          <w:lang w:val="cy-GB"/>
        </w:rPr>
        <w:t xml:space="preserve"> </w:t>
      </w:r>
      <w:proofErr w:type="spellStart"/>
      <w:r w:rsidR="00934EEB" w:rsidRPr="00C2705B">
        <w:rPr>
          <w:rFonts w:ascii="Arial" w:hAnsi="Arial" w:cs="Arial"/>
          <w:b/>
          <w:bCs/>
          <w:sz w:val="24"/>
          <w:szCs w:val="24"/>
          <w:lang w:val="cy-GB"/>
        </w:rPr>
        <w:t>Lana</w:t>
      </w:r>
      <w:proofErr w:type="spellEnd"/>
      <w:r w:rsidR="00934EEB" w:rsidRPr="00C2705B">
        <w:rPr>
          <w:rFonts w:ascii="Arial" w:hAnsi="Arial" w:cs="Arial"/>
          <w:b/>
          <w:bCs/>
          <w:sz w:val="24"/>
          <w:szCs w:val="24"/>
          <w:lang w:val="cy-GB"/>
        </w:rPr>
        <w:t>, 2021</w:t>
      </w:r>
      <w:r w:rsidR="00531774" w:rsidRPr="00C2705B">
        <w:rPr>
          <w:rFonts w:ascii="Arial" w:hAnsi="Arial" w:cs="Arial"/>
          <w:b/>
          <w:bCs/>
          <w:sz w:val="24"/>
          <w:szCs w:val="24"/>
          <w:lang w:val="cy-GB"/>
        </w:rPr>
        <w:t xml:space="preserve"> t.1</w:t>
      </w:r>
      <w:r w:rsidR="00934EEB" w:rsidRPr="00C2705B">
        <w:rPr>
          <w:rFonts w:ascii="Arial" w:hAnsi="Arial" w:cs="Arial"/>
          <w:b/>
          <w:bCs/>
          <w:sz w:val="24"/>
          <w:szCs w:val="24"/>
          <w:lang w:val="cy-GB"/>
        </w:rPr>
        <w:t>)</w:t>
      </w:r>
      <w:r w:rsidR="00184509" w:rsidRPr="00C2705B">
        <w:rPr>
          <w:rFonts w:ascii="Arial" w:hAnsi="Arial" w:cs="Arial"/>
          <w:b/>
          <w:bCs/>
          <w:sz w:val="24"/>
          <w:szCs w:val="24"/>
          <w:lang w:val="cy-GB"/>
        </w:rPr>
        <w:t>.</w:t>
      </w:r>
    </w:p>
    <w:p w14:paraId="7BEFC4CA" w14:textId="77777777"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 xml:space="preserve">Yn dilyn marwolaeth </w:t>
      </w:r>
      <w:proofErr w:type="spellStart"/>
      <w:r w:rsidRPr="00C2705B">
        <w:rPr>
          <w:rFonts w:ascii="Arial" w:hAnsi="Arial" w:cs="Arial"/>
          <w:sz w:val="24"/>
          <w:szCs w:val="24"/>
          <w:lang w:val="cy-GB"/>
        </w:rPr>
        <w:t>Franco</w:t>
      </w:r>
      <w:proofErr w:type="spellEnd"/>
      <w:r w:rsidRPr="00C2705B">
        <w:rPr>
          <w:rFonts w:ascii="Arial" w:hAnsi="Arial" w:cs="Arial"/>
          <w:sz w:val="24"/>
          <w:szCs w:val="24"/>
          <w:lang w:val="cy-GB"/>
        </w:rPr>
        <w:t xml:space="preserve"> ac wrth greu cyfansoddiad newydd i Sbaen, crëwyd y system gymhleth yma, sy’n cael effaith sylweddol ar addysg, hawliau iaith, ac argaeledd gwasanaethau cyhoeddus.</w:t>
      </w:r>
    </w:p>
    <w:p w14:paraId="4B94B4CE" w14:textId="5A8D6057" w:rsidR="007A6F3F"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Yn</w:t>
      </w:r>
      <w:r w:rsidR="00F71841" w:rsidRPr="00C2705B">
        <w:rPr>
          <w:rFonts w:ascii="Arial" w:hAnsi="Arial" w:cs="Arial"/>
          <w:sz w:val="24"/>
          <w:szCs w:val="24"/>
          <w:lang w:val="cy-GB"/>
        </w:rPr>
        <w:t xml:space="preserve"> </w:t>
      </w:r>
      <w:r w:rsidRPr="00C2705B">
        <w:rPr>
          <w:rFonts w:ascii="Arial" w:hAnsi="Arial" w:cs="Arial"/>
          <w:sz w:val="24"/>
          <w:szCs w:val="24"/>
          <w:lang w:val="cy-GB"/>
        </w:rPr>
        <w:t xml:space="preserve">astudiaeth </w:t>
      </w:r>
      <w:proofErr w:type="spellStart"/>
      <w:r w:rsidR="00925B51" w:rsidRPr="00C2705B">
        <w:rPr>
          <w:rFonts w:ascii="Arial" w:hAnsi="Arial" w:cs="Arial"/>
          <w:sz w:val="24"/>
          <w:szCs w:val="24"/>
          <w:lang w:val="cy-GB"/>
        </w:rPr>
        <w:t>Agustín</w:t>
      </w:r>
      <w:proofErr w:type="spellEnd"/>
      <w:r w:rsidR="00925B51" w:rsidRPr="00C2705B">
        <w:rPr>
          <w:rFonts w:ascii="Arial" w:hAnsi="Arial" w:cs="Arial"/>
          <w:sz w:val="24"/>
          <w:szCs w:val="24"/>
          <w:lang w:val="cy-GB"/>
        </w:rPr>
        <w:t xml:space="preserve"> </w:t>
      </w:r>
      <w:proofErr w:type="spellStart"/>
      <w:r w:rsidR="00925B51" w:rsidRPr="00C2705B">
        <w:rPr>
          <w:rFonts w:ascii="Arial" w:hAnsi="Arial" w:cs="Arial"/>
          <w:sz w:val="24"/>
          <w:szCs w:val="24"/>
          <w:lang w:val="cy-GB"/>
        </w:rPr>
        <w:t>Lana</w:t>
      </w:r>
      <w:proofErr w:type="spellEnd"/>
      <w:r w:rsidRPr="00C2705B">
        <w:rPr>
          <w:rFonts w:ascii="Arial" w:hAnsi="Arial" w:cs="Arial"/>
          <w:sz w:val="24"/>
          <w:szCs w:val="24"/>
          <w:lang w:val="cy-GB"/>
        </w:rPr>
        <w:t xml:space="preserve"> mae</w:t>
      </w:r>
      <w:r w:rsidR="00DB2949" w:rsidRPr="00C2705B">
        <w:rPr>
          <w:rFonts w:ascii="Arial" w:hAnsi="Arial" w:cs="Arial"/>
          <w:sz w:val="24"/>
          <w:szCs w:val="24"/>
          <w:lang w:val="cy-GB"/>
        </w:rPr>
        <w:t>’n dangos bod</w:t>
      </w:r>
      <w:r w:rsidRPr="00C2705B">
        <w:rPr>
          <w:rFonts w:ascii="Arial" w:hAnsi="Arial" w:cs="Arial"/>
          <w:sz w:val="24"/>
          <w:szCs w:val="24"/>
          <w:lang w:val="cy-GB"/>
        </w:rPr>
        <w:t xml:space="preserve"> tua 25% o boblogaeth y BAC yn siarad Basgeg fel mamiaith, ond dim ond 9% yn </w:t>
      </w:r>
      <w:proofErr w:type="spellStart"/>
      <w:r w:rsidRPr="00C2705B">
        <w:rPr>
          <w:rFonts w:ascii="Arial" w:hAnsi="Arial" w:cs="Arial"/>
          <w:sz w:val="24"/>
          <w:szCs w:val="24"/>
          <w:lang w:val="cy-GB"/>
        </w:rPr>
        <w:t>Navarra</w:t>
      </w:r>
      <w:proofErr w:type="spellEnd"/>
      <w:r w:rsidRPr="00C2705B">
        <w:rPr>
          <w:rFonts w:ascii="Arial" w:hAnsi="Arial" w:cs="Arial"/>
          <w:sz w:val="24"/>
          <w:szCs w:val="24"/>
          <w:lang w:val="cy-GB"/>
        </w:rPr>
        <w:t xml:space="preserve">. Mae’r gwahaniaeth hwn yn adlewyrchu degawdau o bolisïau gwahanol: cenedlaetholdeb Basgeg cryf a buddsoddiad trwm gan y BAC ar un llaw, a model mwy cymhleth, rhanbarthol a gwleidyddol amwys yn </w:t>
      </w:r>
      <w:proofErr w:type="spellStart"/>
      <w:r w:rsidRPr="00C2705B">
        <w:rPr>
          <w:rFonts w:ascii="Arial" w:hAnsi="Arial" w:cs="Arial"/>
          <w:sz w:val="24"/>
          <w:szCs w:val="24"/>
          <w:lang w:val="cy-GB"/>
        </w:rPr>
        <w:t>Navarra</w:t>
      </w:r>
      <w:proofErr w:type="spellEnd"/>
      <w:r w:rsidRPr="00C2705B">
        <w:rPr>
          <w:rFonts w:ascii="Arial" w:hAnsi="Arial" w:cs="Arial"/>
          <w:sz w:val="24"/>
          <w:szCs w:val="24"/>
          <w:lang w:val="cy-GB"/>
        </w:rPr>
        <w:t xml:space="preserve"> ar y llaw arall.</w:t>
      </w:r>
      <w:r w:rsidR="00061DE7" w:rsidRPr="00C2705B">
        <w:rPr>
          <w:rFonts w:ascii="Arial" w:hAnsi="Arial" w:cs="Arial"/>
          <w:sz w:val="24"/>
          <w:szCs w:val="24"/>
          <w:lang w:val="cy-GB"/>
        </w:rPr>
        <w:br/>
      </w:r>
      <w:r w:rsidR="00061DE7" w:rsidRPr="00C2705B">
        <w:rPr>
          <w:rFonts w:ascii="Arial" w:hAnsi="Arial" w:cs="Arial"/>
          <w:sz w:val="24"/>
          <w:szCs w:val="24"/>
          <w:lang w:val="cy-GB"/>
        </w:rPr>
        <w:br/>
      </w:r>
      <w:r w:rsidRPr="00C2705B">
        <w:rPr>
          <w:rFonts w:ascii="Arial" w:hAnsi="Arial" w:cs="Arial"/>
          <w:sz w:val="24"/>
          <w:szCs w:val="24"/>
          <w:lang w:val="cy-GB"/>
        </w:rPr>
        <w:t xml:space="preserve">Mae polisïau cyhoeddus wedi bod yn ganolog i ymdrechion Cymru a Gwlad y Basg i gynnal ac adfywio eu hieithoedd lleiafrifol. Fodd bynnag, er bod y ddwy gymuned yn rhannu’r nod o gryfhau </w:t>
      </w:r>
      <w:r w:rsidR="00A65DA9" w:rsidRPr="00C2705B">
        <w:rPr>
          <w:rFonts w:ascii="Arial" w:hAnsi="Arial" w:cs="Arial"/>
          <w:sz w:val="24"/>
          <w:szCs w:val="24"/>
          <w:lang w:val="cy-GB"/>
        </w:rPr>
        <w:t>caffael</w:t>
      </w:r>
      <w:r w:rsidRPr="00C2705B">
        <w:rPr>
          <w:rFonts w:ascii="Arial" w:hAnsi="Arial" w:cs="Arial"/>
          <w:sz w:val="24"/>
          <w:szCs w:val="24"/>
          <w:lang w:val="cy-GB"/>
        </w:rPr>
        <w:t xml:space="preserve"> iaith a chynyddu defnydd cymdeithasol, maent wedi mabwysiadu modelau polisi gwahanol iawn, wedi’u siapio gan wahaniaethau gwleidyddol, cyfreithiol a chymdeithasol.</w:t>
      </w:r>
      <w:r w:rsidR="00917CCA" w:rsidRPr="00C2705B">
        <w:rPr>
          <w:rFonts w:ascii="Arial" w:hAnsi="Arial" w:cs="Arial"/>
          <w:sz w:val="24"/>
          <w:szCs w:val="24"/>
          <w:lang w:val="cy-GB"/>
        </w:rPr>
        <w:br/>
      </w:r>
      <w:r w:rsidRPr="00C2705B">
        <w:rPr>
          <w:rFonts w:ascii="Arial" w:hAnsi="Arial" w:cs="Arial"/>
          <w:sz w:val="24"/>
          <w:szCs w:val="24"/>
          <w:lang w:val="cy-GB"/>
        </w:rPr>
        <w:t>Mae’r adran hon yn archwilio polisïau cyhoeddus craidd y ddwy gymuned, gan ganolbwyntio ar statws cyfreithiol, caffael drwy addysg, a hyrwyddo defnydd cymdeithasol, er mwyn deall sut mae’r polisïau hyn yn ceisio dylanwadu ar ymddygiad ieithyddol.</w:t>
      </w:r>
      <w:r w:rsidR="00F1103E" w:rsidRPr="00C2705B">
        <w:rPr>
          <w:rFonts w:ascii="Arial" w:hAnsi="Arial" w:cs="Arial"/>
          <w:sz w:val="24"/>
          <w:szCs w:val="24"/>
          <w:lang w:val="cy-GB"/>
        </w:rPr>
        <w:br/>
      </w:r>
      <w:r w:rsidR="00F1103E" w:rsidRPr="00C2705B">
        <w:rPr>
          <w:rFonts w:ascii="Arial" w:hAnsi="Arial" w:cs="Arial"/>
          <w:sz w:val="24"/>
          <w:szCs w:val="24"/>
          <w:lang w:val="cy-GB"/>
        </w:rPr>
        <w:br/>
      </w:r>
      <w:r w:rsidRPr="00C2705B">
        <w:rPr>
          <w:rFonts w:ascii="Arial" w:hAnsi="Arial" w:cs="Arial"/>
          <w:sz w:val="24"/>
          <w:szCs w:val="24"/>
          <w:lang w:val="cy-GB"/>
        </w:rPr>
        <w:t>Yn Nghymru, cafodd y Gymraeg statws swyddogol drwy Fesur y Gymraeg (Cymru) 2011</w:t>
      </w:r>
      <w:r w:rsidR="0083513F" w:rsidRPr="00C2705B">
        <w:rPr>
          <w:rFonts w:ascii="Arial" w:hAnsi="Arial" w:cs="Arial"/>
          <w:sz w:val="24"/>
          <w:szCs w:val="24"/>
          <w:lang w:val="cy-GB"/>
        </w:rPr>
        <w:t>.</w:t>
      </w:r>
      <w:r w:rsidRPr="00C2705B">
        <w:rPr>
          <w:rFonts w:ascii="Arial" w:hAnsi="Arial" w:cs="Arial"/>
          <w:sz w:val="24"/>
          <w:szCs w:val="24"/>
          <w:lang w:val="cy-GB"/>
        </w:rPr>
        <w:t xml:space="preserve"> Mae’r fframwaith hwn wedi arwain at gynnydd sylweddol </w:t>
      </w:r>
      <w:r w:rsidR="00C95CB5" w:rsidRPr="00C2705B">
        <w:rPr>
          <w:rFonts w:ascii="Arial" w:hAnsi="Arial" w:cs="Arial"/>
          <w:sz w:val="24"/>
          <w:szCs w:val="24"/>
          <w:lang w:val="cy-GB"/>
        </w:rPr>
        <w:t>yng</w:t>
      </w:r>
      <w:r w:rsidRPr="00C2705B">
        <w:rPr>
          <w:rFonts w:ascii="Arial" w:hAnsi="Arial" w:cs="Arial"/>
          <w:sz w:val="24"/>
          <w:szCs w:val="24"/>
          <w:lang w:val="cy-GB"/>
        </w:rPr>
        <w:t xml:space="preserve"> </w:t>
      </w:r>
      <w:r w:rsidR="00C95CB5" w:rsidRPr="00C2705B">
        <w:rPr>
          <w:rFonts w:ascii="Arial" w:hAnsi="Arial" w:cs="Arial"/>
          <w:sz w:val="24"/>
          <w:szCs w:val="24"/>
          <w:lang w:val="cy-GB"/>
        </w:rPr>
        <w:t>n</w:t>
      </w:r>
      <w:r w:rsidRPr="00C2705B">
        <w:rPr>
          <w:rFonts w:ascii="Arial" w:hAnsi="Arial" w:cs="Arial"/>
          <w:sz w:val="24"/>
          <w:szCs w:val="24"/>
          <w:lang w:val="cy-GB"/>
        </w:rPr>
        <w:t xml:space="preserve">gwelededd y Gymraeg yn </w:t>
      </w:r>
      <w:r w:rsidR="00C95CB5" w:rsidRPr="00C2705B">
        <w:rPr>
          <w:rFonts w:ascii="Arial" w:hAnsi="Arial" w:cs="Arial"/>
          <w:sz w:val="24"/>
          <w:szCs w:val="24"/>
          <w:lang w:val="cy-GB"/>
        </w:rPr>
        <w:t>enwedig yn y</w:t>
      </w:r>
      <w:r w:rsidRPr="00C2705B">
        <w:rPr>
          <w:rFonts w:ascii="Arial" w:hAnsi="Arial" w:cs="Arial"/>
          <w:sz w:val="24"/>
          <w:szCs w:val="24"/>
          <w:lang w:val="cy-GB"/>
        </w:rPr>
        <w:t xml:space="preserve"> sector cyhoeddus, gan sicrhau </w:t>
      </w:r>
      <w:r w:rsidR="00A14DD4" w:rsidRPr="00C2705B">
        <w:rPr>
          <w:rFonts w:ascii="Arial" w:hAnsi="Arial" w:cs="Arial"/>
          <w:sz w:val="24"/>
          <w:szCs w:val="24"/>
          <w:lang w:val="cy-GB"/>
        </w:rPr>
        <w:t xml:space="preserve">bod gan y </w:t>
      </w:r>
      <w:r w:rsidRPr="00C2705B">
        <w:rPr>
          <w:rFonts w:ascii="Arial" w:hAnsi="Arial" w:cs="Arial"/>
          <w:sz w:val="24"/>
          <w:szCs w:val="24"/>
          <w:lang w:val="cy-GB"/>
        </w:rPr>
        <w:t xml:space="preserve">Gymraeg </w:t>
      </w:r>
      <w:r w:rsidR="006378DD" w:rsidRPr="00C2705B">
        <w:rPr>
          <w:rFonts w:ascii="Arial" w:hAnsi="Arial" w:cs="Arial"/>
          <w:sz w:val="24"/>
          <w:szCs w:val="24"/>
          <w:lang w:val="cy-GB"/>
        </w:rPr>
        <w:t xml:space="preserve">statws </w:t>
      </w:r>
      <w:r w:rsidRPr="00C2705B">
        <w:rPr>
          <w:rFonts w:ascii="Arial" w:hAnsi="Arial" w:cs="Arial"/>
          <w:sz w:val="24"/>
          <w:szCs w:val="24"/>
          <w:lang w:val="cy-GB"/>
        </w:rPr>
        <w:t>gyfreithiol gyfartal</w:t>
      </w:r>
      <w:r w:rsidR="00325374" w:rsidRPr="00C2705B">
        <w:rPr>
          <w:rFonts w:ascii="Arial" w:hAnsi="Arial" w:cs="Arial"/>
          <w:sz w:val="24"/>
          <w:szCs w:val="24"/>
          <w:lang w:val="cy-GB"/>
        </w:rPr>
        <w:t xml:space="preserve"> yng Nghymru</w:t>
      </w:r>
      <w:r w:rsidRPr="00C2705B">
        <w:rPr>
          <w:rFonts w:ascii="Arial" w:hAnsi="Arial" w:cs="Arial"/>
          <w:sz w:val="24"/>
          <w:szCs w:val="24"/>
          <w:lang w:val="cy-GB"/>
        </w:rPr>
        <w:t xml:space="preserve">. </w:t>
      </w:r>
      <w:r w:rsidR="005F5F6A" w:rsidRPr="00C2705B">
        <w:rPr>
          <w:rFonts w:ascii="Arial" w:hAnsi="Arial" w:cs="Arial"/>
          <w:sz w:val="24"/>
          <w:szCs w:val="24"/>
          <w:lang w:val="cy-GB"/>
        </w:rPr>
        <w:br/>
      </w:r>
    </w:p>
    <w:p w14:paraId="63389C3A" w14:textId="7CB5D8CC" w:rsidR="00773492" w:rsidRPr="00C2705B" w:rsidRDefault="00763E4C" w:rsidP="00C2705B">
      <w:pPr>
        <w:spacing w:line="360" w:lineRule="auto"/>
        <w:rPr>
          <w:rFonts w:ascii="Arial" w:hAnsi="Arial" w:cs="Arial"/>
          <w:sz w:val="24"/>
          <w:szCs w:val="24"/>
          <w:lang w:val="cy-GB"/>
        </w:rPr>
      </w:pPr>
      <w:proofErr w:type="spellStart"/>
      <w:r w:rsidRPr="00C2705B">
        <w:rPr>
          <w:rFonts w:ascii="Arial" w:hAnsi="Arial" w:cs="Arial"/>
          <w:i/>
          <w:iCs/>
          <w:sz w:val="24"/>
          <w:szCs w:val="24"/>
          <w:lang w:val="cy-GB"/>
        </w:rPr>
        <w:lastRenderedPageBreak/>
        <w:t>Kloss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viewed</w:t>
      </w:r>
      <w:proofErr w:type="spellEnd"/>
      <w:r w:rsidR="005F5F6A" w:rsidRPr="00C2705B">
        <w:rPr>
          <w:rFonts w:ascii="Arial" w:hAnsi="Arial" w:cs="Arial"/>
          <w:i/>
          <w:iCs/>
          <w:sz w:val="24"/>
          <w:szCs w:val="24"/>
          <w:lang w:val="cy-GB"/>
        </w:rPr>
        <w:t xml:space="preserve"> </w:t>
      </w:r>
      <w:r w:rsidRPr="00C2705B">
        <w:rPr>
          <w:rFonts w:ascii="Arial" w:hAnsi="Arial" w:cs="Arial"/>
          <w:i/>
          <w:iCs/>
          <w:sz w:val="24"/>
          <w:szCs w:val="24"/>
          <w:lang w:val="cy-GB"/>
        </w:rPr>
        <w:t xml:space="preserve">the </w:t>
      </w:r>
      <w:proofErr w:type="spellStart"/>
      <w:r w:rsidRPr="00C2705B">
        <w:rPr>
          <w:rFonts w:ascii="Arial" w:hAnsi="Arial" w:cs="Arial"/>
          <w:i/>
          <w:iCs/>
          <w:sz w:val="24"/>
          <w:szCs w:val="24"/>
          <w:lang w:val="cy-GB"/>
        </w:rPr>
        <w:t>object</w:t>
      </w:r>
      <w:proofErr w:type="spellEnd"/>
      <w:r w:rsidRPr="00C2705B">
        <w:rPr>
          <w:rFonts w:ascii="Arial" w:hAnsi="Arial" w:cs="Arial"/>
          <w:i/>
          <w:iCs/>
          <w:sz w:val="24"/>
          <w:szCs w:val="24"/>
          <w:lang w:val="cy-GB"/>
        </w:rPr>
        <w:t xml:space="preserve"> of </w:t>
      </w:r>
      <w:proofErr w:type="spellStart"/>
      <w:r w:rsidRPr="00C2705B">
        <w:rPr>
          <w:rFonts w:ascii="Arial" w:hAnsi="Arial" w:cs="Arial"/>
          <w:i/>
          <w:iCs/>
          <w:sz w:val="24"/>
          <w:szCs w:val="24"/>
          <w:lang w:val="cy-GB"/>
        </w:rPr>
        <w:t>status</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planning</w:t>
      </w:r>
      <w:proofErr w:type="spellEnd"/>
      <w:r w:rsidRPr="00C2705B">
        <w:rPr>
          <w:rFonts w:ascii="Arial" w:hAnsi="Arial" w:cs="Arial"/>
          <w:i/>
          <w:iCs/>
          <w:sz w:val="24"/>
          <w:szCs w:val="24"/>
          <w:lang w:val="cy-GB"/>
        </w:rPr>
        <w:t xml:space="preserve"> to be </w:t>
      </w:r>
      <w:proofErr w:type="spellStart"/>
      <w:r w:rsidRPr="00C2705B">
        <w:rPr>
          <w:rFonts w:ascii="Arial" w:hAnsi="Arial" w:cs="Arial"/>
          <w:i/>
          <w:iCs/>
          <w:sz w:val="24"/>
          <w:szCs w:val="24"/>
          <w:lang w:val="cy-GB"/>
        </w:rPr>
        <w:t>recognition</w:t>
      </w:r>
      <w:proofErr w:type="spellEnd"/>
      <w:r w:rsidRPr="00C2705B">
        <w:rPr>
          <w:rFonts w:ascii="Arial" w:hAnsi="Arial" w:cs="Arial"/>
          <w:i/>
          <w:iCs/>
          <w:sz w:val="24"/>
          <w:szCs w:val="24"/>
          <w:lang w:val="cy-GB"/>
        </w:rPr>
        <w:t xml:space="preserve"> by a </w:t>
      </w:r>
      <w:proofErr w:type="spellStart"/>
      <w:r w:rsidRPr="00C2705B">
        <w:rPr>
          <w:rFonts w:ascii="Arial" w:hAnsi="Arial" w:cs="Arial"/>
          <w:i/>
          <w:iCs/>
          <w:sz w:val="24"/>
          <w:szCs w:val="24"/>
          <w:lang w:val="cy-GB"/>
        </w:rPr>
        <w:t>national</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government</w:t>
      </w:r>
      <w:proofErr w:type="spellEnd"/>
      <w:r w:rsidR="005F5F6A" w:rsidRPr="00C2705B">
        <w:rPr>
          <w:rFonts w:ascii="Arial" w:hAnsi="Arial" w:cs="Arial"/>
          <w:i/>
          <w:iCs/>
          <w:sz w:val="24"/>
          <w:szCs w:val="24"/>
          <w:lang w:val="cy-GB"/>
        </w:rPr>
        <w:t xml:space="preserve"> </w:t>
      </w:r>
      <w:r w:rsidRPr="00C2705B">
        <w:rPr>
          <w:rFonts w:ascii="Arial" w:hAnsi="Arial" w:cs="Arial"/>
          <w:i/>
          <w:iCs/>
          <w:sz w:val="24"/>
          <w:szCs w:val="24"/>
          <w:lang w:val="cy-GB"/>
        </w:rPr>
        <w:t xml:space="preserve">of the </w:t>
      </w:r>
      <w:proofErr w:type="spellStart"/>
      <w:r w:rsidRPr="00C2705B">
        <w:rPr>
          <w:rFonts w:ascii="Arial" w:hAnsi="Arial" w:cs="Arial"/>
          <w:i/>
          <w:iCs/>
          <w:sz w:val="24"/>
          <w:szCs w:val="24"/>
          <w:lang w:val="cy-GB"/>
        </w:rPr>
        <w:t>importance</w:t>
      </w:r>
      <w:proofErr w:type="spellEnd"/>
      <w:r w:rsidRPr="00C2705B">
        <w:rPr>
          <w:rFonts w:ascii="Arial" w:hAnsi="Arial" w:cs="Arial"/>
          <w:i/>
          <w:iCs/>
          <w:sz w:val="24"/>
          <w:szCs w:val="24"/>
          <w:lang w:val="cy-GB"/>
        </w:rPr>
        <w:t xml:space="preserve"> or </w:t>
      </w:r>
      <w:proofErr w:type="spellStart"/>
      <w:r w:rsidRPr="00C2705B">
        <w:rPr>
          <w:rFonts w:ascii="Arial" w:hAnsi="Arial" w:cs="Arial"/>
          <w:i/>
          <w:iCs/>
          <w:sz w:val="24"/>
          <w:szCs w:val="24"/>
          <w:lang w:val="cy-GB"/>
        </w:rPr>
        <w:t>position</w:t>
      </w:r>
      <w:proofErr w:type="spellEnd"/>
      <w:r w:rsidRPr="00C2705B">
        <w:rPr>
          <w:rFonts w:ascii="Arial" w:hAnsi="Arial" w:cs="Arial"/>
          <w:i/>
          <w:iCs/>
          <w:sz w:val="24"/>
          <w:szCs w:val="24"/>
          <w:lang w:val="cy-GB"/>
        </w:rPr>
        <w:t xml:space="preserve"> of </w:t>
      </w:r>
      <w:proofErr w:type="spellStart"/>
      <w:r w:rsidRPr="00C2705B">
        <w:rPr>
          <w:rFonts w:ascii="Arial" w:hAnsi="Arial" w:cs="Arial"/>
          <w:i/>
          <w:iCs/>
          <w:sz w:val="24"/>
          <w:szCs w:val="24"/>
          <w:lang w:val="cy-GB"/>
        </w:rPr>
        <w:t>one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language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in</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relation</w:t>
      </w:r>
      <w:proofErr w:type="spellEnd"/>
      <w:r w:rsidRPr="00C2705B">
        <w:rPr>
          <w:rFonts w:ascii="Arial" w:hAnsi="Arial" w:cs="Arial"/>
          <w:i/>
          <w:iCs/>
          <w:sz w:val="24"/>
          <w:szCs w:val="24"/>
          <w:lang w:val="cy-GB"/>
        </w:rPr>
        <w:t xml:space="preserve"> to </w:t>
      </w:r>
      <w:proofErr w:type="spellStart"/>
      <w:r w:rsidRPr="00C2705B">
        <w:rPr>
          <w:rFonts w:ascii="Arial" w:hAnsi="Arial" w:cs="Arial"/>
          <w:i/>
          <w:iCs/>
          <w:sz w:val="24"/>
          <w:szCs w:val="24"/>
          <w:lang w:val="cy-GB"/>
        </w:rPr>
        <w:t>others</w:t>
      </w:r>
      <w:proofErr w:type="spellEnd"/>
      <w:r w:rsidR="005F5F6A" w:rsidRPr="00C2705B">
        <w:rPr>
          <w:rFonts w:ascii="Arial" w:hAnsi="Arial" w:cs="Arial"/>
          <w:i/>
          <w:iCs/>
          <w:sz w:val="24"/>
          <w:szCs w:val="24"/>
          <w:lang w:val="cy-GB"/>
        </w:rPr>
        <w:t>.</w:t>
      </w:r>
      <w:r w:rsidR="008F0AAD" w:rsidRPr="00C2705B">
        <w:rPr>
          <w:rFonts w:ascii="Arial" w:hAnsi="Arial" w:cs="Arial"/>
          <w:sz w:val="24"/>
          <w:szCs w:val="24"/>
          <w:lang w:val="cy-GB"/>
        </w:rPr>
        <w:t xml:space="preserve"> </w:t>
      </w:r>
      <w:r w:rsidR="00EF617C" w:rsidRPr="00C2705B">
        <w:rPr>
          <w:rFonts w:ascii="Arial" w:hAnsi="Arial" w:cs="Arial"/>
          <w:sz w:val="24"/>
          <w:szCs w:val="24"/>
          <w:lang w:val="cy-GB"/>
        </w:rPr>
        <w:br/>
      </w:r>
      <w:r w:rsidR="00EF617C" w:rsidRPr="00C2705B">
        <w:rPr>
          <w:rFonts w:ascii="Arial" w:hAnsi="Arial" w:cs="Arial"/>
          <w:i/>
          <w:iCs/>
          <w:sz w:val="24"/>
          <w:szCs w:val="24"/>
        </w:rPr>
        <w:t>However, the term has since been extended to refer to the allocation of languages or language varieties to given functions, e.g. medium of instruction, official language, vehicle of mass communication. Gorman (1973: 73) defines language allocation as "authoritative decisions to maintain, extend, or restrict the range of uses (functional range) of a language in particular settings</w:t>
      </w:r>
      <w:r w:rsidR="00EF617C" w:rsidRPr="00C2705B">
        <w:rPr>
          <w:rFonts w:ascii="Arial" w:hAnsi="Arial" w:cs="Arial"/>
          <w:b/>
          <w:bCs/>
          <w:sz w:val="24"/>
          <w:szCs w:val="24"/>
          <w:lang w:val="cy-GB"/>
        </w:rPr>
        <w:t xml:space="preserve"> </w:t>
      </w:r>
      <w:r w:rsidR="008F0AAD" w:rsidRPr="00C2705B">
        <w:rPr>
          <w:rFonts w:ascii="Arial" w:hAnsi="Arial" w:cs="Arial"/>
          <w:b/>
          <w:bCs/>
          <w:sz w:val="24"/>
          <w:szCs w:val="24"/>
          <w:lang w:val="cy-GB"/>
        </w:rPr>
        <w:t>(Cooper 1989 t. 32)</w:t>
      </w:r>
    </w:p>
    <w:p w14:paraId="0DCE48F8" w14:textId="46FB35A5"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 xml:space="preserve">Yn wahanol, mae Gwlad y Basg yn gweithredu o dan drefniant llawer mwy cymhleth. Yn y BAC, mae’r </w:t>
      </w:r>
      <w:proofErr w:type="spellStart"/>
      <w:r w:rsidR="0092147C" w:rsidRPr="00C2705B">
        <w:rPr>
          <w:rFonts w:ascii="Arial" w:hAnsi="Arial" w:cs="Arial"/>
          <w:sz w:val="24"/>
          <w:szCs w:val="24"/>
          <w:lang w:val="cy-GB"/>
        </w:rPr>
        <w:t>F</w:t>
      </w:r>
      <w:r w:rsidRPr="00C2705B">
        <w:rPr>
          <w:rFonts w:ascii="Arial" w:hAnsi="Arial" w:cs="Arial"/>
          <w:sz w:val="24"/>
          <w:szCs w:val="24"/>
          <w:lang w:val="cy-GB"/>
        </w:rPr>
        <w:t>asgeg</w:t>
      </w:r>
      <w:proofErr w:type="spellEnd"/>
      <w:r w:rsidRPr="00C2705B">
        <w:rPr>
          <w:rFonts w:ascii="Arial" w:hAnsi="Arial" w:cs="Arial"/>
          <w:sz w:val="24"/>
          <w:szCs w:val="24"/>
          <w:lang w:val="cy-GB"/>
        </w:rPr>
        <w:t xml:space="preserve"> a’r Sbaeneg yn ieithoedd cyd-swyddogol ers diwedd oes </w:t>
      </w:r>
      <w:proofErr w:type="spellStart"/>
      <w:r w:rsidRPr="00C2705B">
        <w:rPr>
          <w:rFonts w:ascii="Arial" w:hAnsi="Arial" w:cs="Arial"/>
          <w:sz w:val="24"/>
          <w:szCs w:val="24"/>
          <w:lang w:val="cy-GB"/>
        </w:rPr>
        <w:t>Franco</w:t>
      </w:r>
      <w:proofErr w:type="spellEnd"/>
      <w:r w:rsidRPr="00C2705B">
        <w:rPr>
          <w:rFonts w:ascii="Arial" w:hAnsi="Arial" w:cs="Arial"/>
          <w:sz w:val="24"/>
          <w:szCs w:val="24"/>
          <w:lang w:val="cy-GB"/>
        </w:rPr>
        <w:t xml:space="preserve">, </w:t>
      </w:r>
      <w:r w:rsidR="004C62A6" w:rsidRPr="00C2705B">
        <w:rPr>
          <w:rFonts w:ascii="Arial" w:hAnsi="Arial" w:cs="Arial"/>
          <w:sz w:val="24"/>
          <w:szCs w:val="24"/>
          <w:lang w:val="cy-GB"/>
        </w:rPr>
        <w:t>a</w:t>
      </w:r>
      <w:r w:rsidR="00E64E37" w:rsidRPr="00C2705B">
        <w:rPr>
          <w:rFonts w:ascii="Arial" w:hAnsi="Arial" w:cs="Arial"/>
          <w:sz w:val="24"/>
          <w:szCs w:val="24"/>
          <w:lang w:val="cy-GB"/>
        </w:rPr>
        <w:t>c</w:t>
      </w:r>
      <w:r w:rsidR="004C62A6" w:rsidRPr="00C2705B">
        <w:rPr>
          <w:rFonts w:ascii="Arial" w:hAnsi="Arial" w:cs="Arial"/>
          <w:sz w:val="24"/>
          <w:szCs w:val="24"/>
          <w:lang w:val="cy-GB"/>
        </w:rPr>
        <w:t xml:space="preserve"> felly mae </w:t>
      </w:r>
      <w:r w:rsidR="00E64E37" w:rsidRPr="00C2705B">
        <w:rPr>
          <w:rFonts w:ascii="Arial" w:hAnsi="Arial" w:cs="Arial"/>
          <w:sz w:val="24"/>
          <w:szCs w:val="24"/>
          <w:lang w:val="cy-GB"/>
        </w:rPr>
        <w:t>cysylltiad cryf rhwng yr iaith a hunaniaeth</w:t>
      </w:r>
      <w:r w:rsidR="00F2743D" w:rsidRPr="00C2705B">
        <w:rPr>
          <w:rFonts w:ascii="Arial" w:hAnsi="Arial" w:cs="Arial"/>
          <w:sz w:val="24"/>
          <w:szCs w:val="24"/>
          <w:lang w:val="cy-GB"/>
        </w:rPr>
        <w:t xml:space="preserve"> </w:t>
      </w:r>
      <w:proofErr w:type="spellStart"/>
      <w:r w:rsidR="00F2743D" w:rsidRPr="00C2705B">
        <w:rPr>
          <w:rFonts w:ascii="Arial" w:hAnsi="Arial" w:cs="Arial"/>
          <w:sz w:val="24"/>
          <w:szCs w:val="24"/>
          <w:lang w:val="cy-GB"/>
        </w:rPr>
        <w:t>Fasgeg</w:t>
      </w:r>
      <w:proofErr w:type="spellEnd"/>
      <w:r w:rsidRPr="00C2705B">
        <w:rPr>
          <w:rFonts w:ascii="Arial" w:hAnsi="Arial" w:cs="Arial"/>
          <w:sz w:val="24"/>
          <w:szCs w:val="24"/>
          <w:lang w:val="cy-GB"/>
        </w:rPr>
        <w:t xml:space="preserve">. </w:t>
      </w:r>
      <w:r w:rsidR="009E7AF7" w:rsidRPr="00C2705B">
        <w:rPr>
          <w:rFonts w:ascii="Arial" w:hAnsi="Arial" w:cs="Arial"/>
          <w:sz w:val="24"/>
          <w:szCs w:val="24"/>
          <w:lang w:val="cy-GB"/>
        </w:rPr>
        <w:t>Y</w:t>
      </w:r>
      <w:r w:rsidRPr="00C2705B">
        <w:rPr>
          <w:rFonts w:ascii="Arial" w:hAnsi="Arial" w:cs="Arial"/>
          <w:sz w:val="24"/>
          <w:szCs w:val="24"/>
          <w:lang w:val="cy-GB"/>
        </w:rPr>
        <w:t xml:space="preserve">n </w:t>
      </w:r>
      <w:proofErr w:type="spellStart"/>
      <w:r w:rsidRPr="00C2705B">
        <w:rPr>
          <w:rFonts w:ascii="Arial" w:hAnsi="Arial" w:cs="Arial"/>
          <w:sz w:val="24"/>
          <w:szCs w:val="24"/>
          <w:lang w:val="cy-GB"/>
        </w:rPr>
        <w:t>Navarra</w:t>
      </w:r>
      <w:proofErr w:type="spellEnd"/>
      <w:r w:rsidRPr="00C2705B">
        <w:rPr>
          <w:rFonts w:ascii="Arial" w:hAnsi="Arial" w:cs="Arial"/>
          <w:sz w:val="24"/>
          <w:szCs w:val="24"/>
          <w:lang w:val="cy-GB"/>
        </w:rPr>
        <w:t xml:space="preserve">, mae statws y </w:t>
      </w:r>
      <w:proofErr w:type="spellStart"/>
      <w:r w:rsidR="0092147C" w:rsidRPr="00C2705B">
        <w:rPr>
          <w:rFonts w:ascii="Arial" w:hAnsi="Arial" w:cs="Arial"/>
          <w:sz w:val="24"/>
          <w:szCs w:val="24"/>
          <w:lang w:val="cy-GB"/>
        </w:rPr>
        <w:t>F</w:t>
      </w:r>
      <w:r w:rsidRPr="00C2705B">
        <w:rPr>
          <w:rFonts w:ascii="Arial" w:hAnsi="Arial" w:cs="Arial"/>
          <w:sz w:val="24"/>
          <w:szCs w:val="24"/>
          <w:lang w:val="cy-GB"/>
        </w:rPr>
        <w:t>asgeg</w:t>
      </w:r>
      <w:proofErr w:type="spellEnd"/>
      <w:r w:rsidRPr="00C2705B">
        <w:rPr>
          <w:rFonts w:ascii="Arial" w:hAnsi="Arial" w:cs="Arial"/>
          <w:sz w:val="24"/>
          <w:szCs w:val="24"/>
          <w:lang w:val="cy-GB"/>
        </w:rPr>
        <w:t xml:space="preserve"> wedi’i gyfyngu’n ddaearyddol drwy system parthau ieithyddol, tra nad oes gan y </w:t>
      </w:r>
      <w:proofErr w:type="spellStart"/>
      <w:r w:rsidR="006B33CC" w:rsidRPr="00C2705B">
        <w:rPr>
          <w:rFonts w:ascii="Arial" w:hAnsi="Arial" w:cs="Arial"/>
          <w:sz w:val="24"/>
          <w:szCs w:val="24"/>
          <w:lang w:val="cy-GB"/>
        </w:rPr>
        <w:t>f</w:t>
      </w:r>
      <w:r w:rsidRPr="00C2705B">
        <w:rPr>
          <w:rFonts w:ascii="Arial" w:hAnsi="Arial" w:cs="Arial"/>
          <w:sz w:val="24"/>
          <w:szCs w:val="24"/>
          <w:lang w:val="cy-GB"/>
        </w:rPr>
        <w:t>asgeg</w:t>
      </w:r>
      <w:proofErr w:type="spellEnd"/>
      <w:r w:rsidRPr="00C2705B">
        <w:rPr>
          <w:rFonts w:ascii="Arial" w:hAnsi="Arial" w:cs="Arial"/>
          <w:sz w:val="24"/>
          <w:szCs w:val="24"/>
          <w:lang w:val="cy-GB"/>
        </w:rPr>
        <w:t xml:space="preserve"> unrhyw statws swyddogol o gwbl yn </w:t>
      </w:r>
      <w:proofErr w:type="spellStart"/>
      <w:r w:rsidRPr="00C2705B">
        <w:rPr>
          <w:rFonts w:ascii="Arial" w:hAnsi="Arial" w:cs="Arial"/>
          <w:sz w:val="24"/>
          <w:szCs w:val="24"/>
          <w:lang w:val="cy-GB"/>
        </w:rPr>
        <w:t>Iparralde</w:t>
      </w:r>
      <w:proofErr w:type="spellEnd"/>
      <w:r w:rsidRPr="00C2705B">
        <w:rPr>
          <w:rFonts w:ascii="Arial" w:hAnsi="Arial" w:cs="Arial"/>
          <w:sz w:val="24"/>
          <w:szCs w:val="24"/>
          <w:lang w:val="cy-GB"/>
        </w:rPr>
        <w:t xml:space="preserve"> (Ffrainc). Mae’r fframwaith anwastad hwn yn golygu bod hawliau ieithyddol yn amrywio rhwng ardaloedd, gan effeithio’n uniongyrchol ar fynediad at addysg, gwasanaethau cyhoeddus a chyfleoedd gwaith.</w:t>
      </w:r>
    </w:p>
    <w:p w14:paraId="40685E77" w14:textId="0191D669"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 xml:space="preserve">O safbwynt beirniadol, er bod Cymru’n enghraifft o bolisi statws cynhwysfawr ac unffurf, mae’r data diweddar yn awgrymu nad yw statws swyddogol ar ei ben ei hun yn ddigon i sicrhau defnydd cymdeithasol helaeth. Yn y Basg, mae’r gwahaniaeth rhwng y BAC a </w:t>
      </w:r>
      <w:proofErr w:type="spellStart"/>
      <w:r w:rsidRPr="00C2705B">
        <w:rPr>
          <w:rFonts w:ascii="Arial" w:hAnsi="Arial" w:cs="Arial"/>
          <w:sz w:val="24"/>
          <w:szCs w:val="24"/>
          <w:lang w:val="cy-GB"/>
        </w:rPr>
        <w:t>Navarra</w:t>
      </w:r>
      <w:proofErr w:type="spellEnd"/>
      <w:r w:rsidRPr="00C2705B">
        <w:rPr>
          <w:rFonts w:ascii="Arial" w:hAnsi="Arial" w:cs="Arial"/>
          <w:sz w:val="24"/>
          <w:szCs w:val="24"/>
          <w:lang w:val="cy-GB"/>
        </w:rPr>
        <w:t xml:space="preserve"> yn dangos yn glir sut y gall statws cyfreithiol anghyson greu amodau gwahanol iawn ar gyfer trosglwyddo a defnydd ieithyddol.</w:t>
      </w:r>
    </w:p>
    <w:p w14:paraId="7EFCD704" w14:textId="77777777"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Yn y ddwy gymuned, mae addysg yn ganolog i bolisi caffael ac yn cael ei hystyried yn brif fecanwaith trosglwyddo iaith. Yn Nghymru, mae ehangu addysg cyfrwng Cymraeg yn un o brif amcanion strategaeth Cymraeg 2050 (Llywodraeth Cymru, 2017), gyda’r nod o gynyddu nifer y siaradwyr drwy’r system ysgolion. Mae data trosglwyddo’r Gymraeg yn dangos bod addysg yn arbennig o bwysig mewn cartrefi lle nad yw’r Gymraeg yn cael ei throsglwyddo’n naturiol.</w:t>
      </w:r>
    </w:p>
    <w:p w14:paraId="2C9A32F5" w14:textId="5F6712A2" w:rsidR="004A09FF" w:rsidRPr="004A09FF" w:rsidRDefault="00042587" w:rsidP="004A09FF">
      <w:pPr>
        <w:spacing w:line="360" w:lineRule="auto"/>
        <w:rPr>
          <w:rFonts w:ascii="Arial" w:hAnsi="Arial" w:cs="Arial"/>
          <w:sz w:val="24"/>
          <w:szCs w:val="24"/>
          <w:lang w:val="cy-GB"/>
        </w:rPr>
      </w:pPr>
      <w:r w:rsidRPr="00C2705B">
        <w:rPr>
          <w:rFonts w:ascii="Arial" w:hAnsi="Arial" w:cs="Arial"/>
          <w:sz w:val="24"/>
          <w:szCs w:val="24"/>
          <w:lang w:val="cy-GB"/>
        </w:rPr>
        <w:lastRenderedPageBreak/>
        <w:t>Yn y Basg, mae’r system addysgol A/B/D/</w:t>
      </w:r>
      <w:r w:rsidR="005039D5" w:rsidRPr="00C2705B">
        <w:rPr>
          <w:rFonts w:ascii="Arial" w:hAnsi="Arial" w:cs="Arial"/>
          <w:sz w:val="24"/>
          <w:szCs w:val="24"/>
          <w:lang w:val="cy-GB"/>
        </w:rPr>
        <w:t>X</w:t>
      </w:r>
      <w:r w:rsidRPr="00C2705B">
        <w:rPr>
          <w:rFonts w:ascii="Arial" w:hAnsi="Arial" w:cs="Arial"/>
          <w:sz w:val="24"/>
          <w:szCs w:val="24"/>
          <w:lang w:val="cy-GB"/>
        </w:rPr>
        <w:t xml:space="preserve"> wedi bod yn ganolog i bolisi caffael. Yn arbennig, mae’r twf parhaus mewn ysgolion Model D (trochi llawn yn y Basgeg) yn y BAC yn cael ei ystyried yn un o lwyddiannau mwyaf polisïau iaith y rhanbarth. Fodd bynnag, mae darlun gwahanol yn ymddangos yn </w:t>
      </w:r>
      <w:proofErr w:type="spellStart"/>
      <w:r w:rsidRPr="00C2705B">
        <w:rPr>
          <w:rFonts w:ascii="Arial" w:hAnsi="Arial" w:cs="Arial"/>
          <w:sz w:val="24"/>
          <w:szCs w:val="24"/>
          <w:lang w:val="cy-GB"/>
        </w:rPr>
        <w:t>Navarra</w:t>
      </w:r>
      <w:proofErr w:type="spellEnd"/>
      <w:r w:rsidRPr="00C2705B">
        <w:rPr>
          <w:rFonts w:ascii="Arial" w:hAnsi="Arial" w:cs="Arial"/>
          <w:sz w:val="24"/>
          <w:szCs w:val="24"/>
          <w:lang w:val="cy-GB"/>
        </w:rPr>
        <w:t xml:space="preserve">, lle mae Model </w:t>
      </w:r>
      <w:r w:rsidR="00992A29" w:rsidRPr="00C2705B">
        <w:rPr>
          <w:rFonts w:ascii="Arial" w:hAnsi="Arial" w:cs="Arial"/>
          <w:sz w:val="24"/>
          <w:szCs w:val="24"/>
          <w:lang w:val="cy-GB"/>
        </w:rPr>
        <w:t>X</w:t>
      </w:r>
      <w:r w:rsidRPr="00C2705B">
        <w:rPr>
          <w:rFonts w:ascii="Arial" w:hAnsi="Arial" w:cs="Arial"/>
          <w:sz w:val="24"/>
          <w:szCs w:val="24"/>
          <w:lang w:val="cy-GB"/>
        </w:rPr>
        <w:t xml:space="preserve"> (cyfrwng Sbaeneg) yn parhau</w:t>
      </w:r>
      <w:r w:rsidR="00992A29" w:rsidRPr="00C2705B">
        <w:rPr>
          <w:rFonts w:ascii="Arial" w:hAnsi="Arial" w:cs="Arial"/>
          <w:sz w:val="24"/>
          <w:szCs w:val="24"/>
          <w:lang w:val="cy-GB"/>
        </w:rPr>
        <w:t xml:space="preserve"> i </w:t>
      </w:r>
      <w:r w:rsidRPr="00C2705B">
        <w:rPr>
          <w:rFonts w:ascii="Arial" w:hAnsi="Arial" w:cs="Arial"/>
          <w:sz w:val="24"/>
          <w:szCs w:val="24"/>
          <w:lang w:val="cy-GB"/>
        </w:rPr>
        <w:t>ddominyddu, gan gyfyngu ar effaith polisïau caffael yn y</w:t>
      </w:r>
      <w:r w:rsidR="00A41713" w:rsidRPr="00C2705B">
        <w:rPr>
          <w:rFonts w:ascii="Arial" w:hAnsi="Arial" w:cs="Arial"/>
          <w:sz w:val="24"/>
          <w:szCs w:val="24"/>
          <w:lang w:val="cy-GB"/>
        </w:rPr>
        <w:t>r</w:t>
      </w:r>
      <w:r w:rsidRPr="00C2705B">
        <w:rPr>
          <w:rFonts w:ascii="Arial" w:hAnsi="Arial" w:cs="Arial"/>
          <w:sz w:val="24"/>
          <w:szCs w:val="24"/>
          <w:lang w:val="cy-GB"/>
        </w:rPr>
        <w:t xml:space="preserve"> </w:t>
      </w:r>
      <w:r w:rsidR="00A41713" w:rsidRPr="00C2705B">
        <w:rPr>
          <w:rFonts w:ascii="Arial" w:hAnsi="Arial" w:cs="Arial"/>
          <w:sz w:val="24"/>
          <w:szCs w:val="24"/>
          <w:lang w:val="cy-GB"/>
        </w:rPr>
        <w:t>hir d</w:t>
      </w:r>
      <w:r w:rsidRPr="00C2705B">
        <w:rPr>
          <w:rFonts w:ascii="Arial" w:hAnsi="Arial" w:cs="Arial"/>
          <w:sz w:val="24"/>
          <w:szCs w:val="24"/>
          <w:lang w:val="cy-GB"/>
        </w:rPr>
        <w:t>ymor.</w:t>
      </w:r>
    </w:p>
    <w:p w14:paraId="069E4E28" w14:textId="13F73E4B" w:rsidR="008C3A8F" w:rsidRDefault="004A09FF" w:rsidP="008C3A8F">
      <w:pPr>
        <w:spacing w:line="360" w:lineRule="auto"/>
        <w:rPr>
          <w:rFonts w:ascii="Arial" w:hAnsi="Arial" w:cs="Arial"/>
          <w:i/>
          <w:iCs/>
          <w:sz w:val="24"/>
          <w:szCs w:val="24"/>
          <w:lang w:val="cy-GB"/>
        </w:rPr>
      </w:pPr>
      <w:proofErr w:type="spellStart"/>
      <w:r w:rsidRPr="0066058F">
        <w:rPr>
          <w:rFonts w:ascii="Arial" w:hAnsi="Arial" w:cs="Arial"/>
          <w:i/>
          <w:iCs/>
          <w:sz w:val="24"/>
          <w:szCs w:val="24"/>
          <w:lang w:val="cy-GB"/>
        </w:rPr>
        <w:t>In</w:t>
      </w:r>
      <w:proofErr w:type="spellEnd"/>
      <w:r w:rsidRPr="0066058F">
        <w:rPr>
          <w:rFonts w:ascii="Arial" w:hAnsi="Arial" w:cs="Arial"/>
          <w:i/>
          <w:iCs/>
          <w:sz w:val="24"/>
          <w:szCs w:val="24"/>
          <w:lang w:val="cy-GB"/>
        </w:rPr>
        <w:t xml:space="preserve"> the BAC, the </w:t>
      </w:r>
      <w:proofErr w:type="spellStart"/>
      <w:r w:rsidRPr="0066058F">
        <w:rPr>
          <w:rFonts w:ascii="Arial" w:hAnsi="Arial" w:cs="Arial"/>
          <w:i/>
          <w:iCs/>
          <w:sz w:val="24"/>
          <w:szCs w:val="24"/>
          <w:lang w:val="cy-GB"/>
        </w:rPr>
        <w:t>Decree</w:t>
      </w:r>
      <w:proofErr w:type="spellEnd"/>
      <w:r w:rsidRPr="0066058F">
        <w:rPr>
          <w:rFonts w:ascii="Arial" w:hAnsi="Arial" w:cs="Arial"/>
          <w:i/>
          <w:iCs/>
          <w:sz w:val="24"/>
          <w:szCs w:val="24"/>
          <w:lang w:val="cy-GB"/>
        </w:rPr>
        <w:t xml:space="preserve"> of </w:t>
      </w:r>
      <w:proofErr w:type="spellStart"/>
      <w:r w:rsidRPr="0066058F">
        <w:rPr>
          <w:rFonts w:ascii="Arial" w:hAnsi="Arial" w:cs="Arial"/>
          <w:i/>
          <w:iCs/>
          <w:sz w:val="24"/>
          <w:szCs w:val="24"/>
          <w:lang w:val="cy-GB"/>
        </w:rPr>
        <w:t>Bilingualism</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published</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in</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July</w:t>
      </w:r>
      <w:proofErr w:type="spellEnd"/>
      <w:r w:rsidRPr="0066058F">
        <w:rPr>
          <w:rFonts w:ascii="Arial" w:hAnsi="Arial" w:cs="Arial"/>
          <w:i/>
          <w:iCs/>
          <w:sz w:val="24"/>
          <w:szCs w:val="24"/>
          <w:lang w:val="cy-GB"/>
        </w:rPr>
        <w:t xml:space="preserve"> 1983 </w:t>
      </w:r>
      <w:proofErr w:type="spellStart"/>
      <w:r w:rsidRPr="0066058F">
        <w:rPr>
          <w:rFonts w:ascii="Arial" w:hAnsi="Arial" w:cs="Arial"/>
          <w:i/>
          <w:iCs/>
          <w:sz w:val="24"/>
          <w:szCs w:val="24"/>
          <w:lang w:val="cy-GB"/>
        </w:rPr>
        <w:t>defined</w:t>
      </w:r>
      <w:proofErr w:type="spellEnd"/>
      <w:r w:rsidRPr="0066058F">
        <w:rPr>
          <w:rFonts w:ascii="Arial" w:hAnsi="Arial" w:cs="Arial"/>
          <w:i/>
          <w:iCs/>
          <w:sz w:val="24"/>
          <w:szCs w:val="24"/>
          <w:lang w:val="cy-GB"/>
        </w:rPr>
        <w:t xml:space="preserve"> </w:t>
      </w:r>
      <w:r w:rsidRPr="0066058F">
        <w:rPr>
          <w:rFonts w:ascii="Arial" w:hAnsi="Arial" w:cs="Arial"/>
          <w:i/>
          <w:iCs/>
          <w:sz w:val="24"/>
          <w:szCs w:val="24"/>
          <w:lang w:val="cy-GB"/>
        </w:rPr>
        <w:t xml:space="preserve">the </w:t>
      </w:r>
      <w:proofErr w:type="spellStart"/>
      <w:r w:rsidRPr="0066058F">
        <w:rPr>
          <w:rFonts w:ascii="Arial" w:hAnsi="Arial" w:cs="Arial"/>
          <w:i/>
          <w:iCs/>
          <w:sz w:val="24"/>
          <w:szCs w:val="24"/>
          <w:lang w:val="cy-GB"/>
        </w:rPr>
        <w:t>bilingual</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teaching</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models</w:t>
      </w:r>
      <w:proofErr w:type="spellEnd"/>
      <w:r w:rsidRPr="0066058F">
        <w:rPr>
          <w:rFonts w:ascii="Arial" w:hAnsi="Arial" w:cs="Arial"/>
          <w:i/>
          <w:iCs/>
          <w:sz w:val="24"/>
          <w:szCs w:val="24"/>
          <w:lang w:val="cy-GB"/>
        </w:rPr>
        <w:t xml:space="preserve"> to be </w:t>
      </w:r>
      <w:proofErr w:type="spellStart"/>
      <w:r w:rsidRPr="0066058F">
        <w:rPr>
          <w:rFonts w:ascii="Arial" w:hAnsi="Arial" w:cs="Arial"/>
          <w:i/>
          <w:iCs/>
          <w:sz w:val="24"/>
          <w:szCs w:val="24"/>
          <w:lang w:val="cy-GB"/>
        </w:rPr>
        <w:t>used</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in</w:t>
      </w:r>
      <w:proofErr w:type="spellEnd"/>
      <w:r w:rsidRPr="0066058F">
        <w:rPr>
          <w:rFonts w:ascii="Arial" w:hAnsi="Arial" w:cs="Arial"/>
          <w:i/>
          <w:iCs/>
          <w:sz w:val="24"/>
          <w:szCs w:val="24"/>
          <w:lang w:val="cy-GB"/>
        </w:rPr>
        <w:t xml:space="preserve"> the </w:t>
      </w:r>
      <w:proofErr w:type="spellStart"/>
      <w:r w:rsidRPr="0066058F">
        <w:rPr>
          <w:rFonts w:ascii="Arial" w:hAnsi="Arial" w:cs="Arial"/>
          <w:i/>
          <w:iCs/>
          <w:sz w:val="24"/>
          <w:szCs w:val="24"/>
          <w:lang w:val="cy-GB"/>
        </w:rPr>
        <w:t>future</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Three</w:t>
      </w:r>
      <w:proofErr w:type="spellEnd"/>
      <w:r w:rsidRPr="0066058F">
        <w:rPr>
          <w:rFonts w:ascii="Arial" w:hAnsi="Arial" w:cs="Arial"/>
          <w:i/>
          <w:iCs/>
          <w:sz w:val="24"/>
          <w:szCs w:val="24"/>
          <w:lang w:val="cy-GB"/>
        </w:rPr>
        <w:t xml:space="preserve"> main </w:t>
      </w:r>
      <w:proofErr w:type="spellStart"/>
      <w:r w:rsidRPr="0066058F">
        <w:rPr>
          <w:rFonts w:ascii="Arial" w:hAnsi="Arial" w:cs="Arial"/>
          <w:i/>
          <w:iCs/>
          <w:sz w:val="24"/>
          <w:szCs w:val="24"/>
          <w:lang w:val="cy-GB"/>
        </w:rPr>
        <w:t>models</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were</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established</w:t>
      </w:r>
      <w:proofErr w:type="spellEnd"/>
      <w:r w:rsidRPr="0066058F">
        <w:rPr>
          <w:rFonts w:ascii="Arial" w:hAnsi="Arial" w:cs="Arial"/>
          <w:i/>
          <w:iCs/>
          <w:sz w:val="24"/>
          <w:szCs w:val="24"/>
          <w:lang w:val="cy-GB"/>
        </w:rPr>
        <w:t xml:space="preserve"> (the </w:t>
      </w:r>
      <w:proofErr w:type="spellStart"/>
      <w:r w:rsidRPr="0066058F">
        <w:rPr>
          <w:rFonts w:ascii="Arial" w:hAnsi="Arial" w:cs="Arial"/>
          <w:i/>
          <w:iCs/>
          <w:sz w:val="24"/>
          <w:szCs w:val="24"/>
          <w:lang w:val="cy-GB"/>
        </w:rPr>
        <w:t>fourth</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one</w:t>
      </w:r>
      <w:proofErr w:type="spellEnd"/>
      <w:r w:rsidRPr="0066058F">
        <w:rPr>
          <w:rFonts w:ascii="Arial" w:hAnsi="Arial" w:cs="Arial"/>
          <w:i/>
          <w:iCs/>
          <w:sz w:val="24"/>
          <w:szCs w:val="24"/>
          <w:lang w:val="cy-GB"/>
        </w:rPr>
        <w:t xml:space="preserve">, the </w:t>
      </w:r>
      <w:proofErr w:type="spellStart"/>
      <w:r w:rsidRPr="0066058F">
        <w:rPr>
          <w:rFonts w:ascii="Arial" w:hAnsi="Arial" w:cs="Arial"/>
          <w:i/>
          <w:iCs/>
          <w:sz w:val="24"/>
          <w:szCs w:val="24"/>
          <w:lang w:val="cy-GB"/>
        </w:rPr>
        <w:t>Spanish-only</w:t>
      </w:r>
      <w:proofErr w:type="spellEnd"/>
      <w:r w:rsidRPr="0066058F">
        <w:rPr>
          <w:rFonts w:ascii="Arial" w:hAnsi="Arial" w:cs="Arial"/>
          <w:i/>
          <w:iCs/>
          <w:sz w:val="24"/>
          <w:szCs w:val="24"/>
          <w:lang w:val="cy-GB"/>
        </w:rPr>
        <w:t xml:space="preserve"> model, </w:t>
      </w:r>
      <w:proofErr w:type="spellStart"/>
      <w:r w:rsidRPr="0066058F">
        <w:rPr>
          <w:rFonts w:ascii="Arial" w:hAnsi="Arial" w:cs="Arial"/>
          <w:i/>
          <w:iCs/>
          <w:sz w:val="24"/>
          <w:szCs w:val="24"/>
          <w:lang w:val="cy-GB"/>
        </w:rPr>
        <w:t>called</w:t>
      </w:r>
      <w:proofErr w:type="spellEnd"/>
      <w:r w:rsidRPr="0066058F">
        <w:rPr>
          <w:rFonts w:ascii="Arial" w:hAnsi="Arial" w:cs="Arial"/>
          <w:i/>
          <w:iCs/>
          <w:sz w:val="24"/>
          <w:szCs w:val="24"/>
          <w:lang w:val="cy-GB"/>
        </w:rPr>
        <w:t xml:space="preserve"> X, </w:t>
      </w:r>
      <w:proofErr w:type="spellStart"/>
      <w:r w:rsidRPr="0066058F">
        <w:rPr>
          <w:rFonts w:ascii="Arial" w:hAnsi="Arial" w:cs="Arial"/>
          <w:i/>
          <w:iCs/>
          <w:sz w:val="24"/>
          <w:szCs w:val="24"/>
          <w:lang w:val="cy-GB"/>
        </w:rPr>
        <w:t>takes</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less</w:t>
      </w:r>
      <w:proofErr w:type="spellEnd"/>
      <w:r w:rsidRPr="0066058F">
        <w:rPr>
          <w:rFonts w:ascii="Arial" w:hAnsi="Arial" w:cs="Arial"/>
          <w:i/>
          <w:iCs/>
          <w:sz w:val="24"/>
          <w:szCs w:val="24"/>
          <w:lang w:val="cy-GB"/>
        </w:rPr>
        <w:t xml:space="preserve"> </w:t>
      </w:r>
      <w:r w:rsidRPr="0066058F">
        <w:rPr>
          <w:rFonts w:ascii="Arial" w:hAnsi="Arial" w:cs="Arial"/>
          <w:i/>
          <w:iCs/>
          <w:sz w:val="24"/>
          <w:szCs w:val="24"/>
          <w:lang w:val="cy-GB"/>
        </w:rPr>
        <w:t xml:space="preserve">than 1 per </w:t>
      </w:r>
      <w:proofErr w:type="spellStart"/>
      <w:r w:rsidRPr="0066058F">
        <w:rPr>
          <w:rFonts w:ascii="Arial" w:hAnsi="Arial" w:cs="Arial"/>
          <w:i/>
          <w:iCs/>
          <w:sz w:val="24"/>
          <w:szCs w:val="24"/>
          <w:lang w:val="cy-GB"/>
        </w:rPr>
        <w:t>cent</w:t>
      </w:r>
      <w:proofErr w:type="spellEnd"/>
      <w:r w:rsidRPr="0066058F">
        <w:rPr>
          <w:rFonts w:ascii="Arial" w:hAnsi="Arial" w:cs="Arial"/>
          <w:i/>
          <w:iCs/>
          <w:sz w:val="24"/>
          <w:szCs w:val="24"/>
          <w:lang w:val="cy-GB"/>
        </w:rPr>
        <w:t xml:space="preserve"> of the </w:t>
      </w:r>
      <w:proofErr w:type="spellStart"/>
      <w:r w:rsidRPr="0066058F">
        <w:rPr>
          <w:rFonts w:ascii="Arial" w:hAnsi="Arial" w:cs="Arial"/>
          <w:i/>
          <w:iCs/>
          <w:sz w:val="24"/>
          <w:szCs w:val="24"/>
          <w:lang w:val="cy-GB"/>
        </w:rPr>
        <w:t>pre-university</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students</w:t>
      </w:r>
      <w:proofErr w:type="spellEnd"/>
      <w:r w:rsidRPr="0066058F">
        <w:rPr>
          <w:rFonts w:ascii="Arial" w:hAnsi="Arial" w:cs="Arial"/>
          <w:i/>
          <w:iCs/>
          <w:sz w:val="24"/>
          <w:szCs w:val="24"/>
          <w:lang w:val="cy-GB"/>
        </w:rPr>
        <w:t>) (</w:t>
      </w:r>
      <w:proofErr w:type="spellStart"/>
      <w:r w:rsidRPr="0066058F">
        <w:rPr>
          <w:rFonts w:ascii="Arial" w:hAnsi="Arial" w:cs="Arial"/>
          <w:i/>
          <w:iCs/>
          <w:sz w:val="24"/>
          <w:szCs w:val="24"/>
          <w:lang w:val="cy-GB"/>
        </w:rPr>
        <w:t>Etxeberria</w:t>
      </w:r>
      <w:proofErr w:type="spellEnd"/>
      <w:r w:rsidRPr="0066058F">
        <w:rPr>
          <w:rFonts w:ascii="Arial" w:hAnsi="Arial" w:cs="Arial"/>
          <w:i/>
          <w:iCs/>
          <w:sz w:val="24"/>
          <w:szCs w:val="24"/>
          <w:lang w:val="cy-GB"/>
        </w:rPr>
        <w:t>, 1999):</w:t>
      </w:r>
      <w:r w:rsidR="00D44BCD">
        <w:rPr>
          <w:rFonts w:ascii="Arial" w:hAnsi="Arial" w:cs="Arial"/>
          <w:i/>
          <w:iCs/>
          <w:sz w:val="24"/>
          <w:szCs w:val="24"/>
          <w:lang w:val="cy-GB"/>
        </w:rPr>
        <w:br/>
      </w:r>
      <w:r w:rsidRPr="0066058F">
        <w:rPr>
          <w:rFonts w:ascii="Arial" w:hAnsi="Arial" w:cs="Arial"/>
          <w:i/>
          <w:iCs/>
          <w:sz w:val="24"/>
          <w:szCs w:val="24"/>
          <w:lang w:val="cy-GB"/>
        </w:rPr>
        <w:t xml:space="preserve">– Model A:Almost all </w:t>
      </w:r>
      <w:proofErr w:type="spellStart"/>
      <w:r w:rsidRPr="0066058F">
        <w:rPr>
          <w:rFonts w:ascii="Arial" w:hAnsi="Arial" w:cs="Arial"/>
          <w:i/>
          <w:iCs/>
          <w:sz w:val="24"/>
          <w:szCs w:val="24"/>
          <w:lang w:val="cy-GB"/>
        </w:rPr>
        <w:t>teaching</w:t>
      </w:r>
      <w:proofErr w:type="spellEnd"/>
      <w:r w:rsidRPr="0066058F">
        <w:rPr>
          <w:rFonts w:ascii="Arial" w:hAnsi="Arial" w:cs="Arial"/>
          <w:i/>
          <w:iCs/>
          <w:sz w:val="24"/>
          <w:szCs w:val="24"/>
          <w:lang w:val="cy-GB"/>
        </w:rPr>
        <w:t xml:space="preserve"> is </w:t>
      </w:r>
      <w:proofErr w:type="spellStart"/>
      <w:r w:rsidRPr="0066058F">
        <w:rPr>
          <w:rFonts w:ascii="Arial" w:hAnsi="Arial" w:cs="Arial"/>
          <w:i/>
          <w:iCs/>
          <w:sz w:val="24"/>
          <w:szCs w:val="24"/>
          <w:lang w:val="cy-GB"/>
        </w:rPr>
        <w:t>completed</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in</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Spanish</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Basque</w:t>
      </w:r>
      <w:proofErr w:type="spellEnd"/>
      <w:r w:rsidRPr="0066058F">
        <w:rPr>
          <w:rFonts w:ascii="Arial" w:hAnsi="Arial" w:cs="Arial"/>
          <w:i/>
          <w:iCs/>
          <w:sz w:val="24"/>
          <w:szCs w:val="24"/>
          <w:lang w:val="cy-GB"/>
        </w:rPr>
        <w:t xml:space="preserve"> is </w:t>
      </w:r>
      <w:proofErr w:type="spellStart"/>
      <w:r w:rsidRPr="0066058F">
        <w:rPr>
          <w:rFonts w:ascii="Arial" w:hAnsi="Arial" w:cs="Arial"/>
          <w:i/>
          <w:iCs/>
          <w:sz w:val="24"/>
          <w:szCs w:val="24"/>
          <w:lang w:val="cy-GB"/>
        </w:rPr>
        <w:t>taught</w:t>
      </w:r>
      <w:proofErr w:type="spellEnd"/>
      <w:r w:rsidRPr="0066058F">
        <w:rPr>
          <w:rFonts w:ascii="Arial" w:hAnsi="Arial" w:cs="Arial"/>
          <w:i/>
          <w:iCs/>
          <w:sz w:val="24"/>
          <w:szCs w:val="24"/>
          <w:lang w:val="cy-GB"/>
        </w:rPr>
        <w:t xml:space="preserve"> as</w:t>
      </w:r>
      <w:r w:rsidR="00D44BCD">
        <w:rPr>
          <w:rFonts w:ascii="Arial" w:hAnsi="Arial" w:cs="Arial"/>
          <w:i/>
          <w:iCs/>
          <w:sz w:val="24"/>
          <w:szCs w:val="24"/>
          <w:lang w:val="cy-GB"/>
        </w:rPr>
        <w:t xml:space="preserve"> </w:t>
      </w:r>
      <w:r w:rsidRPr="0066058F">
        <w:rPr>
          <w:rFonts w:ascii="Arial" w:hAnsi="Arial" w:cs="Arial"/>
          <w:i/>
          <w:iCs/>
          <w:sz w:val="24"/>
          <w:szCs w:val="24"/>
          <w:lang w:val="cy-GB"/>
        </w:rPr>
        <w:t xml:space="preserve">a </w:t>
      </w:r>
      <w:proofErr w:type="spellStart"/>
      <w:r w:rsidRPr="0066058F">
        <w:rPr>
          <w:rFonts w:ascii="Arial" w:hAnsi="Arial" w:cs="Arial"/>
          <w:i/>
          <w:iCs/>
          <w:sz w:val="24"/>
          <w:szCs w:val="24"/>
          <w:lang w:val="cy-GB"/>
        </w:rPr>
        <w:t>subject</w:t>
      </w:r>
      <w:proofErr w:type="spellEnd"/>
      <w:r w:rsidRPr="0066058F">
        <w:rPr>
          <w:rFonts w:ascii="Arial" w:hAnsi="Arial" w:cs="Arial"/>
          <w:i/>
          <w:iCs/>
          <w:sz w:val="24"/>
          <w:szCs w:val="24"/>
          <w:lang w:val="cy-GB"/>
        </w:rPr>
        <w:t>.</w:t>
      </w:r>
      <w:r w:rsidR="00D44BCD">
        <w:rPr>
          <w:rFonts w:ascii="Arial" w:hAnsi="Arial" w:cs="Arial"/>
          <w:i/>
          <w:iCs/>
          <w:sz w:val="24"/>
          <w:szCs w:val="24"/>
          <w:lang w:val="cy-GB"/>
        </w:rPr>
        <w:br/>
      </w:r>
      <w:r w:rsidRPr="0066058F">
        <w:rPr>
          <w:rFonts w:ascii="Arial" w:hAnsi="Arial" w:cs="Arial"/>
          <w:i/>
          <w:iCs/>
          <w:sz w:val="24"/>
          <w:szCs w:val="24"/>
          <w:lang w:val="cy-GB"/>
        </w:rPr>
        <w:t xml:space="preserve">– Model B:Teaching is </w:t>
      </w:r>
      <w:proofErr w:type="spellStart"/>
      <w:r w:rsidRPr="0066058F">
        <w:rPr>
          <w:rFonts w:ascii="Arial" w:hAnsi="Arial" w:cs="Arial"/>
          <w:i/>
          <w:iCs/>
          <w:sz w:val="24"/>
          <w:szCs w:val="24"/>
          <w:lang w:val="cy-GB"/>
        </w:rPr>
        <w:t>completed</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half</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in</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Spanish</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and</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half</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in</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Basque</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Both</w:t>
      </w:r>
      <w:proofErr w:type="spellEnd"/>
      <w:r w:rsidR="00D44BCD">
        <w:rPr>
          <w:rFonts w:ascii="Arial" w:hAnsi="Arial" w:cs="Arial"/>
          <w:i/>
          <w:iCs/>
          <w:sz w:val="24"/>
          <w:szCs w:val="24"/>
          <w:lang w:val="cy-GB"/>
        </w:rPr>
        <w:t xml:space="preserve"> </w:t>
      </w:r>
      <w:proofErr w:type="spellStart"/>
      <w:r w:rsidRPr="0066058F">
        <w:rPr>
          <w:rFonts w:ascii="Arial" w:hAnsi="Arial" w:cs="Arial"/>
          <w:i/>
          <w:iCs/>
          <w:sz w:val="24"/>
          <w:szCs w:val="24"/>
          <w:lang w:val="cy-GB"/>
        </w:rPr>
        <w:t>languages</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are</w:t>
      </w:r>
      <w:proofErr w:type="spellEnd"/>
      <w:r w:rsidRPr="0066058F">
        <w:rPr>
          <w:rFonts w:ascii="Arial" w:hAnsi="Arial" w:cs="Arial"/>
          <w:i/>
          <w:iCs/>
          <w:sz w:val="24"/>
          <w:szCs w:val="24"/>
          <w:lang w:val="cy-GB"/>
        </w:rPr>
        <w:t xml:space="preserve"> thus </w:t>
      </w:r>
      <w:proofErr w:type="spellStart"/>
      <w:r w:rsidRPr="0066058F">
        <w:rPr>
          <w:rFonts w:ascii="Arial" w:hAnsi="Arial" w:cs="Arial"/>
          <w:i/>
          <w:iCs/>
          <w:sz w:val="24"/>
          <w:szCs w:val="24"/>
          <w:lang w:val="cy-GB"/>
        </w:rPr>
        <w:t>medium</w:t>
      </w:r>
      <w:proofErr w:type="spellEnd"/>
      <w:r w:rsidRPr="0066058F">
        <w:rPr>
          <w:rFonts w:ascii="Arial" w:hAnsi="Arial" w:cs="Arial"/>
          <w:i/>
          <w:iCs/>
          <w:sz w:val="24"/>
          <w:szCs w:val="24"/>
          <w:lang w:val="cy-GB"/>
        </w:rPr>
        <w:t xml:space="preserve"> as well as </w:t>
      </w:r>
      <w:proofErr w:type="spellStart"/>
      <w:r w:rsidRPr="0066058F">
        <w:rPr>
          <w:rFonts w:ascii="Arial" w:hAnsi="Arial" w:cs="Arial"/>
          <w:i/>
          <w:iCs/>
          <w:sz w:val="24"/>
          <w:szCs w:val="24"/>
          <w:lang w:val="cy-GB"/>
        </w:rPr>
        <w:t>subject</w:t>
      </w:r>
      <w:proofErr w:type="spellEnd"/>
      <w:r w:rsidRPr="0066058F">
        <w:rPr>
          <w:rFonts w:ascii="Arial" w:hAnsi="Arial" w:cs="Arial"/>
          <w:i/>
          <w:iCs/>
          <w:sz w:val="24"/>
          <w:szCs w:val="24"/>
          <w:lang w:val="cy-GB"/>
        </w:rPr>
        <w:t>.</w:t>
      </w:r>
      <w:r w:rsidR="00D44BCD">
        <w:rPr>
          <w:rFonts w:ascii="Arial" w:hAnsi="Arial" w:cs="Arial"/>
          <w:i/>
          <w:iCs/>
          <w:sz w:val="24"/>
          <w:szCs w:val="24"/>
          <w:lang w:val="cy-GB"/>
        </w:rPr>
        <w:br/>
      </w:r>
      <w:r w:rsidRPr="0066058F">
        <w:rPr>
          <w:rFonts w:ascii="Arial" w:hAnsi="Arial" w:cs="Arial"/>
          <w:i/>
          <w:iCs/>
          <w:sz w:val="24"/>
          <w:szCs w:val="24"/>
          <w:lang w:val="cy-GB"/>
        </w:rPr>
        <w:t xml:space="preserve">– Model D:Almost all </w:t>
      </w:r>
      <w:proofErr w:type="spellStart"/>
      <w:r w:rsidRPr="0066058F">
        <w:rPr>
          <w:rFonts w:ascii="Arial" w:hAnsi="Arial" w:cs="Arial"/>
          <w:i/>
          <w:iCs/>
          <w:sz w:val="24"/>
          <w:szCs w:val="24"/>
          <w:lang w:val="cy-GB"/>
        </w:rPr>
        <w:t>teaching</w:t>
      </w:r>
      <w:proofErr w:type="spellEnd"/>
      <w:r w:rsidRPr="0066058F">
        <w:rPr>
          <w:rFonts w:ascii="Arial" w:hAnsi="Arial" w:cs="Arial"/>
          <w:i/>
          <w:iCs/>
          <w:sz w:val="24"/>
          <w:szCs w:val="24"/>
          <w:lang w:val="cy-GB"/>
        </w:rPr>
        <w:t xml:space="preserve"> is </w:t>
      </w:r>
      <w:proofErr w:type="spellStart"/>
      <w:r w:rsidRPr="0066058F">
        <w:rPr>
          <w:rFonts w:ascii="Arial" w:hAnsi="Arial" w:cs="Arial"/>
          <w:i/>
          <w:iCs/>
          <w:sz w:val="24"/>
          <w:szCs w:val="24"/>
          <w:lang w:val="cy-GB"/>
        </w:rPr>
        <w:t>in</w:t>
      </w:r>
      <w:proofErr w:type="spellEnd"/>
      <w:r w:rsidRPr="0066058F">
        <w:rPr>
          <w:rFonts w:ascii="Arial" w:hAnsi="Arial" w:cs="Arial"/>
          <w:i/>
          <w:iCs/>
          <w:sz w:val="24"/>
          <w:szCs w:val="24"/>
          <w:lang w:val="cy-GB"/>
        </w:rPr>
        <w:t xml:space="preserve"> </w:t>
      </w:r>
      <w:proofErr w:type="spellStart"/>
      <w:r w:rsidRPr="0066058F">
        <w:rPr>
          <w:rFonts w:ascii="Arial" w:hAnsi="Arial" w:cs="Arial"/>
          <w:i/>
          <w:iCs/>
          <w:sz w:val="24"/>
          <w:szCs w:val="24"/>
          <w:lang w:val="cy-GB"/>
        </w:rPr>
        <w:t>Basque</w:t>
      </w:r>
      <w:proofErr w:type="spellEnd"/>
      <w:r w:rsidR="00DE217A">
        <w:rPr>
          <w:rFonts w:ascii="Arial" w:hAnsi="Arial" w:cs="Arial"/>
          <w:i/>
          <w:iCs/>
          <w:sz w:val="24"/>
          <w:szCs w:val="24"/>
          <w:lang w:val="cy-GB"/>
        </w:rPr>
        <w:br/>
      </w:r>
      <w:r w:rsidR="0021137E" w:rsidRPr="00707303">
        <w:rPr>
          <w:rFonts w:ascii="Arial" w:hAnsi="Arial" w:cs="Arial"/>
          <w:b/>
          <w:bCs/>
          <w:sz w:val="24"/>
          <w:szCs w:val="24"/>
          <w:lang w:val="cy-GB"/>
        </w:rPr>
        <w:t>(</w:t>
      </w:r>
      <w:proofErr w:type="spellStart"/>
      <w:r w:rsidR="0021137E" w:rsidRPr="00707303">
        <w:rPr>
          <w:rFonts w:ascii="Arial" w:hAnsi="Arial" w:cs="Arial"/>
          <w:b/>
          <w:bCs/>
          <w:sz w:val="24"/>
          <w:szCs w:val="24"/>
          <w:lang w:val="cy-GB"/>
        </w:rPr>
        <w:t>Aiestaran</w:t>
      </w:r>
      <w:proofErr w:type="spellEnd"/>
      <w:r w:rsidR="00707303" w:rsidRPr="00707303">
        <w:rPr>
          <w:rFonts w:ascii="Arial" w:hAnsi="Arial" w:cs="Arial"/>
          <w:b/>
          <w:bCs/>
          <w:sz w:val="24"/>
          <w:szCs w:val="24"/>
          <w:lang w:val="cy-GB"/>
        </w:rPr>
        <w:t xml:space="preserve"> a</w:t>
      </w:r>
      <w:r w:rsidR="0021137E" w:rsidRPr="00707303">
        <w:rPr>
          <w:rFonts w:ascii="Arial" w:hAnsi="Arial" w:cs="Arial"/>
          <w:b/>
          <w:bCs/>
          <w:sz w:val="24"/>
          <w:szCs w:val="24"/>
          <w:lang w:val="cy-GB"/>
        </w:rPr>
        <w:t xml:space="preserve"> Baker</w:t>
      </w:r>
      <w:r w:rsidR="00707303" w:rsidRPr="00707303">
        <w:rPr>
          <w:rFonts w:ascii="Arial" w:hAnsi="Arial" w:cs="Arial"/>
          <w:b/>
          <w:bCs/>
          <w:sz w:val="24"/>
          <w:szCs w:val="24"/>
          <w:lang w:val="cy-GB"/>
        </w:rPr>
        <w:t>.</w:t>
      </w:r>
      <w:r w:rsidR="0021137E" w:rsidRPr="00707303">
        <w:rPr>
          <w:rFonts w:ascii="Arial" w:hAnsi="Arial" w:cs="Arial"/>
          <w:b/>
          <w:bCs/>
          <w:sz w:val="24"/>
          <w:szCs w:val="24"/>
          <w:lang w:val="cy-GB"/>
        </w:rPr>
        <w:t xml:space="preserve"> 2004</w:t>
      </w:r>
      <w:r w:rsidR="00707303" w:rsidRPr="00707303">
        <w:rPr>
          <w:rFonts w:ascii="Arial" w:hAnsi="Arial" w:cs="Arial"/>
          <w:b/>
          <w:bCs/>
          <w:sz w:val="24"/>
          <w:szCs w:val="24"/>
          <w:lang w:val="cy-GB"/>
        </w:rPr>
        <w:t>. t.10</w:t>
      </w:r>
      <w:r w:rsidR="0021137E" w:rsidRPr="00707303">
        <w:rPr>
          <w:rFonts w:ascii="Arial" w:hAnsi="Arial" w:cs="Arial"/>
          <w:b/>
          <w:bCs/>
          <w:sz w:val="24"/>
          <w:szCs w:val="24"/>
          <w:lang w:val="cy-GB"/>
        </w:rPr>
        <w:t>).</w:t>
      </w:r>
    </w:p>
    <w:p w14:paraId="23299A3A" w14:textId="3A37B818" w:rsidR="00773492" w:rsidRPr="00C2705B" w:rsidRDefault="00042587" w:rsidP="008C3A8F">
      <w:pPr>
        <w:spacing w:line="360" w:lineRule="auto"/>
        <w:rPr>
          <w:rFonts w:ascii="Arial" w:hAnsi="Arial" w:cs="Arial"/>
          <w:sz w:val="24"/>
          <w:szCs w:val="24"/>
          <w:lang w:val="cy-GB"/>
        </w:rPr>
      </w:pPr>
      <w:r w:rsidRPr="00C2705B">
        <w:rPr>
          <w:rFonts w:ascii="Arial" w:hAnsi="Arial" w:cs="Arial"/>
          <w:sz w:val="24"/>
          <w:szCs w:val="24"/>
          <w:lang w:val="cy-GB"/>
        </w:rPr>
        <w:t xml:space="preserve">Mae hyn yn amlygu un o’r tensiynau craidd a nodwyd gan </w:t>
      </w:r>
      <w:proofErr w:type="spellStart"/>
      <w:r w:rsidRPr="00C2705B">
        <w:rPr>
          <w:rFonts w:ascii="Arial" w:hAnsi="Arial" w:cs="Arial"/>
          <w:sz w:val="24"/>
          <w:szCs w:val="24"/>
          <w:lang w:val="cy-GB"/>
        </w:rPr>
        <w:t>Fishman</w:t>
      </w:r>
      <w:proofErr w:type="spellEnd"/>
      <w:r w:rsidRPr="00C2705B">
        <w:rPr>
          <w:rFonts w:ascii="Arial" w:hAnsi="Arial" w:cs="Arial"/>
          <w:sz w:val="24"/>
          <w:szCs w:val="24"/>
          <w:lang w:val="cy-GB"/>
        </w:rPr>
        <w:t xml:space="preserve"> yn ei fframwaith GIDS: er bod addysg yn gallu creu siaradwyr newydd, nid yw’n gwarantu trosglwyddo parhaus na defnydd cymdeithasol y tu hwnt i’r ysgol. Yn wir, mae astudiaethau diweddar o gyd-destun y Basg yn dangos bod cynnydd mewn cymhwysedd ieithyddol yn aml yn llawer cyflymach na chynnydd mewn defnydd bob dydd, gan godi cwestiynau ynghylch effaith tymor hir polisi caffael sy’n dibynnu bron yn llwyr ar addysg ffurfiol.</w:t>
      </w:r>
    </w:p>
    <w:p w14:paraId="58853A3C" w14:textId="3C43730D"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 xml:space="preserve">Y tu hwnt i statws a chaffael, mae polisïau </w:t>
      </w:r>
      <w:r w:rsidR="004C5EB3" w:rsidRPr="00C2705B">
        <w:rPr>
          <w:rFonts w:ascii="Arial" w:hAnsi="Arial" w:cs="Arial"/>
          <w:sz w:val="24"/>
          <w:szCs w:val="24"/>
          <w:lang w:val="cy-GB"/>
        </w:rPr>
        <w:t xml:space="preserve">bri </w:t>
      </w:r>
      <w:r w:rsidRPr="00C2705B">
        <w:rPr>
          <w:rFonts w:ascii="Arial" w:hAnsi="Arial" w:cs="Arial"/>
          <w:sz w:val="24"/>
          <w:szCs w:val="24"/>
          <w:lang w:val="cy-GB"/>
        </w:rPr>
        <w:t xml:space="preserve">sydd yn ceisio dylanwadu ar ddefnydd cymdeithasol yn hanfodol i gynnal iaith. </w:t>
      </w:r>
      <w:r w:rsidR="004C5EB3" w:rsidRPr="00C2705B">
        <w:rPr>
          <w:rFonts w:ascii="Arial" w:hAnsi="Arial" w:cs="Arial"/>
          <w:sz w:val="24"/>
          <w:szCs w:val="24"/>
          <w:lang w:val="cy-GB"/>
        </w:rPr>
        <w:t>M</w:t>
      </w:r>
      <w:r w:rsidRPr="00C2705B">
        <w:rPr>
          <w:rFonts w:ascii="Arial" w:hAnsi="Arial" w:cs="Arial"/>
          <w:sz w:val="24"/>
          <w:szCs w:val="24"/>
          <w:lang w:val="cy-GB"/>
        </w:rPr>
        <w:t>ae strategaethau megis</w:t>
      </w:r>
      <w:r w:rsidR="00A42DD5" w:rsidRPr="00C2705B">
        <w:rPr>
          <w:rFonts w:ascii="Arial" w:hAnsi="Arial" w:cs="Arial"/>
          <w:sz w:val="24"/>
          <w:szCs w:val="24"/>
          <w:lang w:val="cy-GB"/>
        </w:rPr>
        <w:t xml:space="preserve"> y</w:t>
      </w:r>
      <w:r w:rsidRPr="00C2705B">
        <w:rPr>
          <w:rFonts w:ascii="Arial" w:hAnsi="Arial" w:cs="Arial"/>
          <w:sz w:val="24"/>
          <w:szCs w:val="24"/>
          <w:lang w:val="cy-GB"/>
        </w:rPr>
        <w:t xml:space="preserve"> “Cynnig Cymraeg”</w:t>
      </w:r>
      <w:r w:rsidR="00A42DD5" w:rsidRPr="00C2705B">
        <w:rPr>
          <w:rFonts w:ascii="Arial" w:hAnsi="Arial" w:cs="Arial"/>
          <w:sz w:val="24"/>
          <w:szCs w:val="24"/>
          <w:lang w:val="cy-GB"/>
        </w:rPr>
        <w:t xml:space="preserve"> gan Swyddfa Comisiynydd yr Iaith yn</w:t>
      </w:r>
      <w:r w:rsidRPr="00C2705B">
        <w:rPr>
          <w:rFonts w:ascii="Arial" w:hAnsi="Arial" w:cs="Arial"/>
          <w:sz w:val="24"/>
          <w:szCs w:val="24"/>
          <w:lang w:val="cy-GB"/>
        </w:rPr>
        <w:t xml:space="preserve"> hyrwyddo’r Gymraeg yn y gweithle</w:t>
      </w:r>
      <w:r w:rsidR="0016625F" w:rsidRPr="00C2705B">
        <w:rPr>
          <w:rFonts w:ascii="Arial" w:hAnsi="Arial" w:cs="Arial"/>
          <w:sz w:val="24"/>
          <w:szCs w:val="24"/>
          <w:lang w:val="cy-GB"/>
        </w:rPr>
        <w:t xml:space="preserve"> ac yn</w:t>
      </w:r>
      <w:r w:rsidR="00AF6BB5" w:rsidRPr="00C2705B">
        <w:rPr>
          <w:rFonts w:ascii="Arial" w:hAnsi="Arial" w:cs="Arial"/>
          <w:sz w:val="24"/>
          <w:szCs w:val="24"/>
          <w:lang w:val="cy-GB"/>
        </w:rPr>
        <w:t xml:space="preserve"> creu bri ar allu busnesau</w:t>
      </w:r>
      <w:r w:rsidRPr="00C2705B">
        <w:rPr>
          <w:rFonts w:ascii="Arial" w:hAnsi="Arial" w:cs="Arial"/>
          <w:sz w:val="24"/>
          <w:szCs w:val="24"/>
          <w:lang w:val="cy-GB"/>
        </w:rPr>
        <w:t xml:space="preserve"> a mentrau cymunedol lleol </w:t>
      </w:r>
      <w:r w:rsidR="00AF6BB5" w:rsidRPr="00C2705B">
        <w:rPr>
          <w:rFonts w:ascii="Arial" w:hAnsi="Arial" w:cs="Arial"/>
          <w:sz w:val="24"/>
          <w:szCs w:val="24"/>
          <w:lang w:val="cy-GB"/>
        </w:rPr>
        <w:t>i</w:t>
      </w:r>
      <w:r w:rsidR="00E7348B" w:rsidRPr="00C2705B">
        <w:rPr>
          <w:rFonts w:ascii="Arial" w:hAnsi="Arial" w:cs="Arial"/>
          <w:sz w:val="24"/>
          <w:szCs w:val="24"/>
          <w:lang w:val="cy-GB"/>
        </w:rPr>
        <w:t xml:space="preserve"> </w:t>
      </w:r>
      <w:r w:rsidR="002A4ECB" w:rsidRPr="00C2705B">
        <w:rPr>
          <w:rFonts w:ascii="Arial" w:hAnsi="Arial" w:cs="Arial"/>
          <w:sz w:val="24"/>
          <w:szCs w:val="24"/>
          <w:lang w:val="cy-GB"/>
        </w:rPr>
        <w:t>gynnig gwasanaeth Gymraeg gan</w:t>
      </w:r>
      <w:r w:rsidRPr="00C2705B">
        <w:rPr>
          <w:rFonts w:ascii="Arial" w:hAnsi="Arial" w:cs="Arial"/>
          <w:sz w:val="24"/>
          <w:szCs w:val="24"/>
          <w:lang w:val="cy-GB"/>
        </w:rPr>
        <w:t xml:space="preserve"> </w:t>
      </w:r>
      <w:r w:rsidR="002A4ECB" w:rsidRPr="00C2705B">
        <w:rPr>
          <w:rFonts w:ascii="Arial" w:hAnsi="Arial" w:cs="Arial"/>
          <w:sz w:val="24"/>
          <w:szCs w:val="24"/>
          <w:lang w:val="cy-GB"/>
        </w:rPr>
        <w:t>g</w:t>
      </w:r>
      <w:r w:rsidRPr="00C2705B">
        <w:rPr>
          <w:rFonts w:ascii="Arial" w:hAnsi="Arial" w:cs="Arial"/>
          <w:sz w:val="24"/>
          <w:szCs w:val="24"/>
          <w:lang w:val="cy-GB"/>
        </w:rPr>
        <w:t xml:space="preserve">eisio normaleiddio’r defnydd o’r Gymraeg </w:t>
      </w:r>
      <w:r w:rsidR="00E3329F" w:rsidRPr="00C2705B">
        <w:rPr>
          <w:rFonts w:ascii="Arial" w:hAnsi="Arial" w:cs="Arial"/>
          <w:sz w:val="24"/>
          <w:szCs w:val="24"/>
          <w:lang w:val="cy-GB"/>
        </w:rPr>
        <w:t>ym mywyd p</w:t>
      </w:r>
      <w:r w:rsidRPr="00C2705B">
        <w:rPr>
          <w:rFonts w:ascii="Arial" w:hAnsi="Arial" w:cs="Arial"/>
          <w:sz w:val="24"/>
          <w:szCs w:val="24"/>
          <w:lang w:val="cy-GB"/>
        </w:rPr>
        <w:t xml:space="preserve">ob dydd. Yn y Basg, mae’r llywodraethau rhanbarthol, yn enwedig yn y BAC, wedi buddsoddi’n sylweddol mewn cyfryngau Basgeg, digwyddiadau diwylliannol </w:t>
      </w:r>
      <w:r w:rsidRPr="00C2705B">
        <w:rPr>
          <w:rFonts w:ascii="Arial" w:hAnsi="Arial" w:cs="Arial"/>
          <w:sz w:val="24"/>
          <w:szCs w:val="24"/>
          <w:lang w:val="cy-GB"/>
        </w:rPr>
        <w:lastRenderedPageBreak/>
        <w:t xml:space="preserve">a mentrau cymunedol megis </w:t>
      </w:r>
      <w:proofErr w:type="spellStart"/>
      <w:r w:rsidRPr="00C2705B">
        <w:rPr>
          <w:rFonts w:ascii="Arial" w:hAnsi="Arial" w:cs="Arial"/>
          <w:sz w:val="24"/>
          <w:szCs w:val="24"/>
          <w:lang w:val="cy-GB"/>
        </w:rPr>
        <w:t>Euskaraldia</w:t>
      </w:r>
      <w:proofErr w:type="spellEnd"/>
      <w:r w:rsidRPr="00C2705B">
        <w:rPr>
          <w:rFonts w:ascii="Arial" w:hAnsi="Arial" w:cs="Arial"/>
          <w:sz w:val="24"/>
          <w:szCs w:val="24"/>
          <w:lang w:val="cy-GB"/>
        </w:rPr>
        <w:t>, sydd wedi’i gynllunio i newid normau ymddygiadol drwy feithrin hyder i ddefnyddio’r iaith mewn sefyllfaoedd cymdeithasol bob dydd. Gellir dehongli hyn fel enghraifft glir o’r hyn y mae Cooper yn ei ddisgrifio fel cynllunio iaith sy’n ceisio dylanwadu ar ymddygiad yn hytrach na newid strwythurau yn unig.</w:t>
      </w:r>
    </w:p>
    <w:p w14:paraId="5505C5E2" w14:textId="6C6B5499"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 xml:space="preserve">Fodd bynnag, mae beirniadaeth wedi’i chodi ynghylch effeithiolrwydd rhai polisïau bri, yn enwedig y rhai sy’n dibynnu ar gyfryngau traddodiadol â chynulleidfaoedd cyfyngedig. Mae hyn yn tynnu sylw at her gyffredin i’r ddwy gymuned: sut i greu amodau cymdeithasol lle mae defnyddio’r iaith leiafrifol yn teimlo’n naturiol, </w:t>
      </w:r>
      <w:r w:rsidR="00B247E8" w:rsidRPr="00C2705B">
        <w:rPr>
          <w:rFonts w:ascii="Arial" w:hAnsi="Arial" w:cs="Arial"/>
          <w:sz w:val="24"/>
          <w:szCs w:val="24"/>
          <w:lang w:val="cy-GB"/>
        </w:rPr>
        <w:t xml:space="preserve">yn </w:t>
      </w:r>
      <w:r w:rsidRPr="00C2705B">
        <w:rPr>
          <w:rFonts w:ascii="Arial" w:hAnsi="Arial" w:cs="Arial"/>
          <w:sz w:val="24"/>
          <w:szCs w:val="24"/>
          <w:lang w:val="cy-GB"/>
        </w:rPr>
        <w:t>berthnasol ac yn gymdeithasol werthfawr.</w:t>
      </w:r>
    </w:p>
    <w:p w14:paraId="59854B7D" w14:textId="4F4B7A0E"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 xml:space="preserve">Wrth gymharu Cymru a Gwlad y Basg, daw nifer o themâu allweddol i’r amlwg. Yn gyntaf, mae Cymru’n arwain o ran eglurder statws cyfreithiol, tra bod y Basg yn cynnig astudiaeth gymharol unigryw o sut mae statws anghyfartal yn effeithio ar ganlyniadau polisi. Yn ail, mae’r ddwy gymuned wedi buddsoddi’n drwm mewn addysg, ond mae’r dystiolaeth yn awgrymu bod addysg ar ei phen ei hun yn annigonol i sicrhau defnydd cynaliadwy, gan adlewyrchu pryderon damcaniaethol </w:t>
      </w:r>
      <w:proofErr w:type="spellStart"/>
      <w:r w:rsidRPr="00C2705B">
        <w:rPr>
          <w:rFonts w:ascii="Arial" w:hAnsi="Arial" w:cs="Arial"/>
          <w:sz w:val="24"/>
          <w:szCs w:val="24"/>
          <w:lang w:val="cy-GB"/>
        </w:rPr>
        <w:t>Fishman</w:t>
      </w:r>
      <w:proofErr w:type="spellEnd"/>
      <w:r w:rsidRPr="00C2705B">
        <w:rPr>
          <w:rFonts w:ascii="Arial" w:hAnsi="Arial" w:cs="Arial"/>
          <w:sz w:val="24"/>
          <w:szCs w:val="24"/>
          <w:lang w:val="cy-GB"/>
        </w:rPr>
        <w:t xml:space="preserve"> am bwysigrwydd yr ecosystem ieithyddol ehangach.</w:t>
      </w:r>
    </w:p>
    <w:p w14:paraId="0A68FC6D" w14:textId="6753D93A"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 xml:space="preserve">Yn drydydd, mae polisïau sy’n targedu normau cymdeithasol a hunaniaeth yn ymddangos yn gynyddol bwysig. Fel y nodir gan </w:t>
      </w:r>
      <w:proofErr w:type="spellStart"/>
      <w:r w:rsidRPr="00C2705B">
        <w:rPr>
          <w:rFonts w:ascii="Arial" w:hAnsi="Arial" w:cs="Arial"/>
          <w:sz w:val="24"/>
          <w:szCs w:val="24"/>
          <w:lang w:val="cy-GB"/>
        </w:rPr>
        <w:t>Hodges</w:t>
      </w:r>
      <w:proofErr w:type="spellEnd"/>
      <w:r w:rsidRPr="00C2705B">
        <w:rPr>
          <w:rFonts w:ascii="Arial" w:hAnsi="Arial" w:cs="Arial"/>
          <w:sz w:val="24"/>
          <w:szCs w:val="24"/>
          <w:lang w:val="cy-GB"/>
        </w:rPr>
        <w:t xml:space="preserve"> a Prys</w:t>
      </w:r>
      <w:r w:rsidR="005C1606" w:rsidRPr="00C2705B">
        <w:rPr>
          <w:rFonts w:ascii="Arial" w:hAnsi="Arial" w:cs="Arial"/>
          <w:sz w:val="24"/>
          <w:szCs w:val="24"/>
          <w:lang w:val="cy-GB"/>
        </w:rPr>
        <w:t xml:space="preserve"> (2022)</w:t>
      </w:r>
      <w:r w:rsidRPr="00C2705B">
        <w:rPr>
          <w:rFonts w:ascii="Arial" w:hAnsi="Arial" w:cs="Arial"/>
          <w:sz w:val="24"/>
          <w:szCs w:val="24"/>
          <w:lang w:val="cy-GB"/>
        </w:rPr>
        <w:t>, mae’r gymuned yn gweithredu fel “croesffordd” lle mae polisïau macro yn cwrdd â realiti micro. Yn absenoldeb perchnogaeth gymunedol a hyder unigol, gall hyd yn oed y polisïau mwyaf uchelgeisiol fethu â chyflawni eu nodau.</w:t>
      </w:r>
      <w:r w:rsidR="00996545" w:rsidRPr="00C2705B">
        <w:rPr>
          <w:rFonts w:ascii="Arial" w:hAnsi="Arial" w:cs="Arial"/>
          <w:sz w:val="24"/>
          <w:szCs w:val="24"/>
          <w:lang w:val="cy-GB"/>
        </w:rPr>
        <w:br/>
      </w:r>
      <w:r w:rsidR="00533D90" w:rsidRPr="00C2705B">
        <w:rPr>
          <w:rFonts w:ascii="Arial" w:hAnsi="Arial" w:cs="Arial"/>
          <w:sz w:val="24"/>
          <w:szCs w:val="24"/>
          <w:lang w:val="cy-GB"/>
        </w:rPr>
        <w:br/>
      </w:r>
      <w:r w:rsidRPr="00C2705B">
        <w:rPr>
          <w:rFonts w:ascii="Arial" w:hAnsi="Arial" w:cs="Arial"/>
          <w:sz w:val="24"/>
          <w:szCs w:val="24"/>
          <w:lang w:val="cy-GB"/>
        </w:rPr>
        <w:t>Yn ôl Cyfrifiad 2021, roedd 538,300 o bobl</w:t>
      </w:r>
      <w:r w:rsidR="006458D5" w:rsidRPr="00C2705B">
        <w:rPr>
          <w:rFonts w:ascii="Arial" w:hAnsi="Arial" w:cs="Arial"/>
          <w:sz w:val="24"/>
          <w:szCs w:val="24"/>
          <w:lang w:val="cy-GB"/>
        </w:rPr>
        <w:t xml:space="preserve"> </w:t>
      </w:r>
      <w:r w:rsidRPr="00C2705B">
        <w:rPr>
          <w:rFonts w:ascii="Arial" w:hAnsi="Arial" w:cs="Arial"/>
          <w:sz w:val="24"/>
          <w:szCs w:val="24"/>
          <w:lang w:val="cy-GB"/>
        </w:rPr>
        <w:t>yng Nghymru (17.8% o’r boblogaeth) yn gallu siarad Cymraeg, gan gynrychioli gostyngiad o 1.2 pwynt canran ers 2011. Er bod y gostyngiad cyffredinol hwn wedi denu sylw sylweddol, mae’r data’n dangos darlun llawer mwy cymhleth pan ystyrir oedran, daearyddiaeth a mathau o aelwydydd.</w:t>
      </w:r>
      <w:r w:rsidR="00D458B3" w:rsidRPr="001B65F0">
        <w:rPr>
          <w:rFonts w:ascii="Arial" w:hAnsi="Arial" w:cs="Arial"/>
          <w:b/>
          <w:bCs/>
          <w:sz w:val="24"/>
          <w:szCs w:val="24"/>
          <w:lang w:val="cy-GB"/>
        </w:rPr>
        <w:t xml:space="preserve"> (ONS, 2022)</w:t>
      </w:r>
    </w:p>
    <w:p w14:paraId="26624EC8" w14:textId="77777777" w:rsidR="001C45CA" w:rsidRPr="001C45CA" w:rsidRDefault="005F366E" w:rsidP="00C2705B">
      <w:pPr>
        <w:spacing w:line="360" w:lineRule="auto"/>
        <w:rPr>
          <w:rFonts w:ascii="Arial" w:hAnsi="Arial" w:cs="Arial"/>
          <w:sz w:val="24"/>
          <w:szCs w:val="24"/>
          <w:lang w:val="cy-GB"/>
        </w:rPr>
      </w:pPr>
      <w:r>
        <w:rPr>
          <w:rFonts w:ascii="Arial" w:hAnsi="Arial" w:cs="Arial"/>
          <w:sz w:val="24"/>
          <w:szCs w:val="24"/>
          <w:lang w:val="cy-GB"/>
        </w:rPr>
        <w:lastRenderedPageBreak/>
        <w:t>Wrth edrych</w:t>
      </w:r>
      <w:r w:rsidR="000D5019">
        <w:rPr>
          <w:rFonts w:ascii="Arial" w:hAnsi="Arial" w:cs="Arial"/>
          <w:sz w:val="24"/>
          <w:szCs w:val="24"/>
          <w:lang w:val="cy-GB"/>
        </w:rPr>
        <w:t xml:space="preserve"> ar</w:t>
      </w:r>
      <w:r>
        <w:rPr>
          <w:rFonts w:ascii="Arial" w:hAnsi="Arial" w:cs="Arial"/>
          <w:sz w:val="24"/>
          <w:szCs w:val="24"/>
          <w:lang w:val="cy-GB"/>
        </w:rPr>
        <w:t xml:space="preserve"> </w:t>
      </w:r>
      <w:r w:rsidR="005F53BC">
        <w:rPr>
          <w:rFonts w:ascii="Arial" w:hAnsi="Arial" w:cs="Arial"/>
          <w:sz w:val="24"/>
          <w:szCs w:val="24"/>
          <w:lang w:val="cy-GB"/>
        </w:rPr>
        <w:t>G</w:t>
      </w:r>
      <w:r w:rsidR="00D407CD" w:rsidRPr="00D407CD">
        <w:rPr>
          <w:rFonts w:ascii="Arial" w:hAnsi="Arial" w:cs="Arial"/>
          <w:sz w:val="24"/>
          <w:szCs w:val="24"/>
          <w:lang w:val="cy-GB"/>
        </w:rPr>
        <w:t xml:space="preserve">yfrifiad Ysgolion Blynyddol </w:t>
      </w:r>
      <w:r w:rsidR="008E6DAE" w:rsidRPr="00020884">
        <w:rPr>
          <w:rFonts w:ascii="Arial" w:hAnsi="Arial" w:cs="Arial"/>
          <w:b/>
          <w:bCs/>
          <w:sz w:val="24"/>
          <w:szCs w:val="24"/>
          <w:lang w:val="cy-GB"/>
        </w:rPr>
        <w:t>(</w:t>
      </w:r>
      <w:proofErr w:type="spellStart"/>
      <w:r w:rsidR="008E6DAE" w:rsidRPr="00020884">
        <w:rPr>
          <w:rFonts w:ascii="Arial" w:hAnsi="Arial" w:cs="Arial"/>
          <w:b/>
          <w:bCs/>
          <w:sz w:val="24"/>
          <w:szCs w:val="24"/>
          <w:lang w:val="cy-GB"/>
        </w:rPr>
        <w:t>Stats</w:t>
      </w:r>
      <w:proofErr w:type="spellEnd"/>
      <w:r w:rsidR="008E6DAE" w:rsidRPr="00020884">
        <w:rPr>
          <w:rFonts w:ascii="Arial" w:hAnsi="Arial" w:cs="Arial"/>
          <w:b/>
          <w:bCs/>
          <w:sz w:val="24"/>
          <w:szCs w:val="24"/>
          <w:lang w:val="cy-GB"/>
        </w:rPr>
        <w:t xml:space="preserve"> Cymru</w:t>
      </w:r>
      <w:r w:rsidR="00020884" w:rsidRPr="00020884">
        <w:rPr>
          <w:rFonts w:ascii="Arial" w:hAnsi="Arial" w:cs="Arial"/>
          <w:b/>
          <w:bCs/>
          <w:sz w:val="24"/>
          <w:szCs w:val="24"/>
          <w:lang w:val="cy-GB"/>
        </w:rPr>
        <w:t>,</w:t>
      </w:r>
      <w:r w:rsidR="00020884">
        <w:rPr>
          <w:rFonts w:ascii="Arial" w:hAnsi="Arial" w:cs="Arial"/>
          <w:b/>
          <w:bCs/>
          <w:sz w:val="24"/>
          <w:szCs w:val="24"/>
          <w:lang w:val="cy-GB"/>
        </w:rPr>
        <w:t xml:space="preserve"> </w:t>
      </w:r>
      <w:r w:rsidR="00020884" w:rsidRPr="00020884">
        <w:rPr>
          <w:rFonts w:ascii="Arial" w:hAnsi="Arial" w:cs="Arial"/>
          <w:b/>
          <w:bCs/>
          <w:sz w:val="24"/>
          <w:szCs w:val="24"/>
          <w:lang w:val="cy-GB"/>
        </w:rPr>
        <w:t>2024</w:t>
      </w:r>
      <w:r w:rsidR="00020884">
        <w:rPr>
          <w:rFonts w:ascii="Arial" w:hAnsi="Arial" w:cs="Arial"/>
          <w:b/>
          <w:bCs/>
          <w:sz w:val="24"/>
          <w:szCs w:val="24"/>
          <w:lang w:val="cy-GB"/>
        </w:rPr>
        <w:t>)</w:t>
      </w:r>
      <w:r w:rsidR="001C45CA">
        <w:rPr>
          <w:rFonts w:ascii="Arial" w:hAnsi="Arial" w:cs="Arial"/>
          <w:sz w:val="24"/>
          <w:szCs w:val="24"/>
          <w:lang w:val="cy-GB"/>
        </w:rPr>
        <w:t xml:space="preserve"> gwelwn</w:t>
      </w:r>
      <w:r w:rsidR="001C45CA">
        <w:rPr>
          <w:rFonts w:ascii="Arial" w:hAnsi="Arial" w:cs="Arial"/>
          <w:sz w:val="24"/>
          <w:szCs w:val="24"/>
          <w:lang w:val="cy-GB"/>
        </w:rPr>
        <w:br/>
      </w:r>
    </w:p>
    <w:tbl>
      <w:tblPr>
        <w:tblW w:w="9360" w:type="dxa"/>
        <w:tblLook w:val="04A0" w:firstRow="1" w:lastRow="0" w:firstColumn="1" w:lastColumn="0" w:noHBand="0" w:noVBand="1"/>
      </w:tblPr>
      <w:tblGrid>
        <w:gridCol w:w="9360"/>
      </w:tblGrid>
      <w:tr w:rsidR="001C45CA" w:rsidRPr="001C45CA" w14:paraId="39527357" w14:textId="77777777" w:rsidTr="001C45CA">
        <w:trPr>
          <w:trHeight w:val="285"/>
        </w:trPr>
        <w:tc>
          <w:tcPr>
            <w:tcW w:w="9360" w:type="dxa"/>
            <w:tcBorders>
              <w:top w:val="single" w:sz="4" w:space="0" w:color="8ED973"/>
              <w:left w:val="nil"/>
              <w:bottom w:val="single" w:sz="4" w:space="0" w:color="8ED973"/>
              <w:right w:val="nil"/>
            </w:tcBorders>
            <w:shd w:val="clear" w:color="DAF2D0" w:fill="DAF2D0"/>
            <w:noWrap/>
            <w:hideMark/>
          </w:tcPr>
          <w:p w14:paraId="24750BCD" w14:textId="77777777" w:rsidR="001C45CA" w:rsidRPr="001C45CA" w:rsidRDefault="001C45CA" w:rsidP="001C45CA">
            <w:pPr>
              <w:spacing w:after="0" w:line="240" w:lineRule="auto"/>
              <w:rPr>
                <w:rFonts w:ascii="Aptos Narrow" w:eastAsia="Times New Roman" w:hAnsi="Aptos Narrow" w:cs="Times New Roman"/>
                <w:color w:val="000000"/>
                <w:lang w:val="cy-GB" w:eastAsia="cy-GB"/>
              </w:rPr>
            </w:pPr>
            <w:r w:rsidRPr="001C45CA">
              <w:rPr>
                <w:rFonts w:ascii="Aptos Narrow" w:eastAsia="Times New Roman" w:hAnsi="Aptos Narrow" w:cs="Times New Roman"/>
                <w:color w:val="000000"/>
                <w:lang w:val="cy-GB" w:eastAsia="cy-GB"/>
              </w:rPr>
              <w:t>Cyfrwng Cymraeg: Cymraeg yw iaith yr ysgol o ddydd i ddydd. Cymraeg yw'r iaith a ddefnyddir i gyfathrebu â'r disgyblion ac yng ngweinyddiaeth yr ysgol. Mae'r ysgol yn cyfathrebu â'r rhieni yn y naill iaith a'r llall.</w:t>
            </w:r>
          </w:p>
        </w:tc>
      </w:tr>
      <w:tr w:rsidR="001C45CA" w:rsidRPr="001C45CA" w14:paraId="799B406B" w14:textId="77777777" w:rsidTr="001C45CA">
        <w:trPr>
          <w:trHeight w:val="285"/>
        </w:trPr>
        <w:tc>
          <w:tcPr>
            <w:tcW w:w="9360" w:type="dxa"/>
            <w:tcBorders>
              <w:top w:val="single" w:sz="4" w:space="0" w:color="8ED973"/>
              <w:left w:val="nil"/>
              <w:bottom w:val="single" w:sz="4" w:space="0" w:color="8ED973"/>
              <w:right w:val="nil"/>
            </w:tcBorders>
            <w:noWrap/>
            <w:hideMark/>
          </w:tcPr>
          <w:p w14:paraId="2B1FAF77" w14:textId="77777777" w:rsidR="001C45CA" w:rsidRPr="001C45CA" w:rsidRDefault="001C45CA" w:rsidP="001C45CA">
            <w:pPr>
              <w:spacing w:after="0" w:line="240" w:lineRule="auto"/>
              <w:rPr>
                <w:rFonts w:ascii="Aptos Narrow" w:eastAsia="Times New Roman" w:hAnsi="Aptos Narrow" w:cs="Times New Roman"/>
                <w:color w:val="000000"/>
                <w:lang w:val="cy-GB" w:eastAsia="cy-GB"/>
              </w:rPr>
            </w:pPr>
            <w:r w:rsidRPr="001C45CA">
              <w:rPr>
                <w:rFonts w:ascii="Aptos Narrow" w:eastAsia="Times New Roman" w:hAnsi="Aptos Narrow" w:cs="Times New Roman"/>
                <w:color w:val="000000"/>
                <w:lang w:val="cy-GB" w:eastAsia="cy-GB"/>
              </w:rPr>
              <w:t>Ddwy ffrwd: Defnyddir y Gymraeg a'r Saesneg ym mywyd yr ysgol o ddydd i ddydd. Mae'r ysgol yn cyfathrebu â'r rhieni yn y naill iaith a'r llall.</w:t>
            </w:r>
          </w:p>
        </w:tc>
      </w:tr>
      <w:tr w:rsidR="001C45CA" w:rsidRPr="001C45CA" w14:paraId="1BE39D6A" w14:textId="77777777" w:rsidTr="001C45CA">
        <w:trPr>
          <w:trHeight w:val="285"/>
        </w:trPr>
        <w:tc>
          <w:tcPr>
            <w:tcW w:w="9360" w:type="dxa"/>
            <w:tcBorders>
              <w:top w:val="single" w:sz="4" w:space="0" w:color="8ED973"/>
              <w:left w:val="nil"/>
              <w:bottom w:val="single" w:sz="4" w:space="0" w:color="8ED973"/>
              <w:right w:val="nil"/>
            </w:tcBorders>
            <w:shd w:val="clear" w:color="DAF2D0" w:fill="DAF2D0"/>
            <w:noWrap/>
            <w:hideMark/>
          </w:tcPr>
          <w:p w14:paraId="5403410E" w14:textId="77777777" w:rsidR="001C45CA" w:rsidRPr="001C45CA" w:rsidRDefault="001C45CA" w:rsidP="001C45CA">
            <w:pPr>
              <w:spacing w:after="0" w:line="240" w:lineRule="auto"/>
              <w:rPr>
                <w:rFonts w:ascii="Aptos Narrow" w:eastAsia="Times New Roman" w:hAnsi="Aptos Narrow" w:cs="Times New Roman"/>
                <w:color w:val="000000"/>
                <w:lang w:val="cy-GB" w:eastAsia="cy-GB"/>
              </w:rPr>
            </w:pPr>
            <w:r w:rsidRPr="001C45CA">
              <w:rPr>
                <w:rFonts w:ascii="Aptos Narrow" w:eastAsia="Times New Roman" w:hAnsi="Aptos Narrow" w:cs="Times New Roman"/>
                <w:color w:val="000000"/>
                <w:lang w:val="cy-GB" w:eastAsia="cy-GB"/>
              </w:rPr>
              <w:t>Drawsnewidiol: Cymraeg yw iaith yr ysgol o ddydd i ddydd. Rhoddir blaenoriaeth uchel i greu ethos Cymraeg. Mae'r ysgol yn cyfathrebu â'r rhieni yn y naill iaith a'r llall.</w:t>
            </w:r>
          </w:p>
        </w:tc>
      </w:tr>
      <w:tr w:rsidR="001C45CA" w:rsidRPr="001C45CA" w14:paraId="4917FB46" w14:textId="77777777" w:rsidTr="001C45CA">
        <w:trPr>
          <w:trHeight w:val="285"/>
        </w:trPr>
        <w:tc>
          <w:tcPr>
            <w:tcW w:w="9360" w:type="dxa"/>
            <w:tcBorders>
              <w:top w:val="single" w:sz="4" w:space="0" w:color="8ED973"/>
              <w:left w:val="nil"/>
              <w:bottom w:val="single" w:sz="4" w:space="0" w:color="8ED973"/>
              <w:right w:val="nil"/>
            </w:tcBorders>
            <w:noWrap/>
            <w:hideMark/>
          </w:tcPr>
          <w:p w14:paraId="061AB17F" w14:textId="77777777" w:rsidR="001C45CA" w:rsidRPr="001C45CA" w:rsidRDefault="001C45CA" w:rsidP="001C45CA">
            <w:pPr>
              <w:spacing w:after="0" w:line="240" w:lineRule="auto"/>
              <w:rPr>
                <w:rFonts w:ascii="Aptos Narrow" w:eastAsia="Times New Roman" w:hAnsi="Aptos Narrow" w:cs="Times New Roman"/>
                <w:color w:val="000000"/>
                <w:lang w:val="cy-GB" w:eastAsia="cy-GB"/>
              </w:rPr>
            </w:pPr>
            <w:r w:rsidRPr="001C45CA">
              <w:rPr>
                <w:rFonts w:ascii="Aptos Narrow" w:eastAsia="Times New Roman" w:hAnsi="Aptos Narrow" w:cs="Times New Roman"/>
                <w:color w:val="000000"/>
                <w:lang w:val="cy-GB" w:eastAsia="cy-GB"/>
              </w:rPr>
              <w:t>Ddwyieithog categori A: Addysgir o leiaf 80% o'r pynciau ac eithrio'r Gymraeg a'r Saesneg drwy gyfrwng y Gymraeg yn unig i bob disgybl. Mae un neu ddau o bynciau yn cael eu haddysgu i rai o'r disgyblion yn Saesneg neu yn y naill iaith a'r llall.</w:t>
            </w:r>
          </w:p>
        </w:tc>
      </w:tr>
      <w:tr w:rsidR="001C45CA" w:rsidRPr="001C45CA" w14:paraId="493C989B" w14:textId="77777777" w:rsidTr="001C45CA">
        <w:trPr>
          <w:trHeight w:val="285"/>
        </w:trPr>
        <w:tc>
          <w:tcPr>
            <w:tcW w:w="9360" w:type="dxa"/>
            <w:tcBorders>
              <w:top w:val="single" w:sz="4" w:space="0" w:color="8ED973"/>
              <w:left w:val="nil"/>
              <w:bottom w:val="single" w:sz="4" w:space="0" w:color="8ED973"/>
              <w:right w:val="nil"/>
            </w:tcBorders>
            <w:shd w:val="clear" w:color="DAF2D0" w:fill="DAF2D0"/>
            <w:noWrap/>
            <w:hideMark/>
          </w:tcPr>
          <w:p w14:paraId="380F97BA" w14:textId="77777777" w:rsidR="001C45CA" w:rsidRPr="001C45CA" w:rsidRDefault="001C45CA" w:rsidP="001C45CA">
            <w:pPr>
              <w:spacing w:after="0" w:line="240" w:lineRule="auto"/>
              <w:rPr>
                <w:rFonts w:ascii="Aptos Narrow" w:eastAsia="Times New Roman" w:hAnsi="Aptos Narrow" w:cs="Times New Roman"/>
                <w:color w:val="000000"/>
                <w:lang w:val="cy-GB" w:eastAsia="cy-GB"/>
              </w:rPr>
            </w:pPr>
            <w:r w:rsidRPr="001C45CA">
              <w:rPr>
                <w:rFonts w:ascii="Aptos Narrow" w:eastAsia="Times New Roman" w:hAnsi="Aptos Narrow" w:cs="Times New Roman"/>
                <w:color w:val="000000"/>
                <w:lang w:val="cy-GB" w:eastAsia="cy-GB"/>
              </w:rPr>
              <w:t xml:space="preserve">Ddwyieithog categori B: Addysgir o leiaf 80% o'r pynciau (ac eithrio'r Gymraeg a'r Saesneg) drwy gyfrwng y Gymraeg ond </w:t>
            </w:r>
            <w:proofErr w:type="spellStart"/>
            <w:r w:rsidRPr="001C45CA">
              <w:rPr>
                <w:rFonts w:ascii="Aptos Narrow" w:eastAsia="Times New Roman" w:hAnsi="Aptos Narrow" w:cs="Times New Roman"/>
                <w:color w:val="000000"/>
                <w:lang w:val="cy-GB" w:eastAsia="cy-GB"/>
              </w:rPr>
              <w:t>fe'u</w:t>
            </w:r>
            <w:proofErr w:type="spellEnd"/>
            <w:r w:rsidRPr="001C45CA">
              <w:rPr>
                <w:rFonts w:ascii="Aptos Narrow" w:eastAsia="Times New Roman" w:hAnsi="Aptos Narrow" w:cs="Times New Roman"/>
                <w:color w:val="000000"/>
                <w:lang w:val="cy-GB" w:eastAsia="cy-GB"/>
              </w:rPr>
              <w:t xml:space="preserve"> haddysgir drwy gyfrwng y Saesneg hefyd.</w:t>
            </w:r>
          </w:p>
        </w:tc>
      </w:tr>
      <w:tr w:rsidR="001C45CA" w:rsidRPr="001C45CA" w14:paraId="76B4C230" w14:textId="77777777" w:rsidTr="001C45CA">
        <w:trPr>
          <w:trHeight w:val="285"/>
        </w:trPr>
        <w:tc>
          <w:tcPr>
            <w:tcW w:w="9360" w:type="dxa"/>
            <w:tcBorders>
              <w:top w:val="single" w:sz="4" w:space="0" w:color="8ED973"/>
              <w:left w:val="nil"/>
              <w:bottom w:val="single" w:sz="4" w:space="0" w:color="8ED973"/>
              <w:right w:val="nil"/>
            </w:tcBorders>
            <w:noWrap/>
            <w:hideMark/>
          </w:tcPr>
          <w:p w14:paraId="34B74A93" w14:textId="77777777" w:rsidR="001C45CA" w:rsidRPr="001C45CA" w:rsidRDefault="001C45CA" w:rsidP="001C45CA">
            <w:pPr>
              <w:spacing w:after="0" w:line="240" w:lineRule="auto"/>
              <w:rPr>
                <w:rFonts w:ascii="Aptos Narrow" w:eastAsia="Times New Roman" w:hAnsi="Aptos Narrow" w:cs="Times New Roman"/>
                <w:color w:val="000000"/>
                <w:lang w:val="cy-GB" w:eastAsia="cy-GB"/>
              </w:rPr>
            </w:pPr>
            <w:r w:rsidRPr="001C45CA">
              <w:rPr>
                <w:rFonts w:ascii="Aptos Narrow" w:eastAsia="Times New Roman" w:hAnsi="Aptos Narrow" w:cs="Times New Roman"/>
                <w:color w:val="000000"/>
                <w:lang w:val="cy-GB" w:eastAsia="cy-GB"/>
              </w:rPr>
              <w:t xml:space="preserve">Ddwyieithog categori C: Addysgir 50 - 79% o bynciau (ac eithrio'r Gymraeg a Saesneg) drwy gyfrwng y Gymraeg ond </w:t>
            </w:r>
            <w:proofErr w:type="spellStart"/>
            <w:r w:rsidRPr="001C45CA">
              <w:rPr>
                <w:rFonts w:ascii="Aptos Narrow" w:eastAsia="Times New Roman" w:hAnsi="Aptos Narrow" w:cs="Times New Roman"/>
                <w:color w:val="000000"/>
                <w:lang w:val="cy-GB" w:eastAsia="cy-GB"/>
              </w:rPr>
              <w:t>fe'u</w:t>
            </w:r>
            <w:proofErr w:type="spellEnd"/>
            <w:r w:rsidRPr="001C45CA">
              <w:rPr>
                <w:rFonts w:ascii="Aptos Narrow" w:eastAsia="Times New Roman" w:hAnsi="Aptos Narrow" w:cs="Times New Roman"/>
                <w:color w:val="000000"/>
                <w:lang w:val="cy-GB" w:eastAsia="cy-GB"/>
              </w:rPr>
              <w:t xml:space="preserve"> haddysgir drwy gyfrwng y Saesneg hefyd.</w:t>
            </w:r>
          </w:p>
        </w:tc>
      </w:tr>
      <w:tr w:rsidR="001C45CA" w:rsidRPr="001C45CA" w14:paraId="574ED415" w14:textId="77777777" w:rsidTr="001C45CA">
        <w:trPr>
          <w:trHeight w:val="285"/>
        </w:trPr>
        <w:tc>
          <w:tcPr>
            <w:tcW w:w="9360" w:type="dxa"/>
            <w:tcBorders>
              <w:top w:val="single" w:sz="4" w:space="0" w:color="8ED973"/>
              <w:left w:val="nil"/>
              <w:bottom w:val="single" w:sz="4" w:space="0" w:color="8ED973"/>
              <w:right w:val="nil"/>
            </w:tcBorders>
            <w:shd w:val="clear" w:color="DAF2D0" w:fill="DAF2D0"/>
            <w:noWrap/>
            <w:hideMark/>
          </w:tcPr>
          <w:p w14:paraId="0F8AB502" w14:textId="77777777" w:rsidR="001C45CA" w:rsidRPr="001C45CA" w:rsidRDefault="001C45CA" w:rsidP="001C45CA">
            <w:pPr>
              <w:spacing w:after="0" w:line="240" w:lineRule="auto"/>
              <w:rPr>
                <w:rFonts w:ascii="Aptos Narrow" w:eastAsia="Times New Roman" w:hAnsi="Aptos Narrow" w:cs="Times New Roman"/>
                <w:color w:val="000000"/>
                <w:lang w:val="cy-GB" w:eastAsia="cy-GB"/>
              </w:rPr>
            </w:pPr>
            <w:r w:rsidRPr="001C45CA">
              <w:rPr>
                <w:rFonts w:ascii="Aptos Narrow" w:eastAsia="Times New Roman" w:hAnsi="Aptos Narrow" w:cs="Times New Roman"/>
                <w:color w:val="000000"/>
                <w:lang w:val="cy-GB" w:eastAsia="cy-GB"/>
              </w:rPr>
              <w:t>Ddwyieithog categori Ch: Addysgir pob pwnc (ac eithrio'r Gymraeg a'r Saesneg) i bob disgybl gan ddefnyddio'r naill iaith a'r llall.</w:t>
            </w:r>
          </w:p>
        </w:tc>
      </w:tr>
      <w:tr w:rsidR="001C45CA" w:rsidRPr="001C45CA" w14:paraId="3E69DF26" w14:textId="77777777" w:rsidTr="001C45CA">
        <w:trPr>
          <w:trHeight w:val="285"/>
        </w:trPr>
        <w:tc>
          <w:tcPr>
            <w:tcW w:w="9360" w:type="dxa"/>
            <w:tcBorders>
              <w:top w:val="single" w:sz="4" w:space="0" w:color="8ED973"/>
              <w:left w:val="nil"/>
              <w:bottom w:val="single" w:sz="4" w:space="0" w:color="8ED973"/>
              <w:right w:val="nil"/>
            </w:tcBorders>
            <w:noWrap/>
            <w:hideMark/>
          </w:tcPr>
          <w:p w14:paraId="062B18FA" w14:textId="77777777" w:rsidR="001C45CA" w:rsidRPr="001C45CA" w:rsidRDefault="001C45CA" w:rsidP="001C45CA">
            <w:pPr>
              <w:spacing w:after="0" w:line="240" w:lineRule="auto"/>
              <w:rPr>
                <w:rFonts w:ascii="Aptos Narrow" w:eastAsia="Times New Roman" w:hAnsi="Aptos Narrow" w:cs="Times New Roman"/>
                <w:color w:val="000000"/>
                <w:lang w:val="cy-GB" w:eastAsia="cy-GB"/>
              </w:rPr>
            </w:pPr>
            <w:r w:rsidRPr="001C45CA">
              <w:rPr>
                <w:rFonts w:ascii="Aptos Narrow" w:eastAsia="Times New Roman" w:hAnsi="Aptos Narrow" w:cs="Times New Roman"/>
                <w:color w:val="000000"/>
                <w:lang w:val="cy-GB" w:eastAsia="cy-GB"/>
              </w:rPr>
              <w:t>Cyfrwng Saesneg yn bennaf ond â defnydd sylweddol o'r Gymraeg: Y cyd-destun ieithyddol fydd yn pennu iaith neu ieithoedd yr ysgol o ddydd i ddydd. Defnyddir y naill iaith a'r llall i gyfathrebu â'r disgyblion rhieni a yng ngweinyddiaeth yr ysgol.</w:t>
            </w:r>
          </w:p>
        </w:tc>
      </w:tr>
      <w:tr w:rsidR="001C45CA" w:rsidRPr="001C45CA" w14:paraId="3E2FF723" w14:textId="77777777" w:rsidTr="001C45CA">
        <w:trPr>
          <w:trHeight w:val="285"/>
        </w:trPr>
        <w:tc>
          <w:tcPr>
            <w:tcW w:w="9360" w:type="dxa"/>
            <w:tcBorders>
              <w:top w:val="single" w:sz="4" w:space="0" w:color="8ED973"/>
              <w:left w:val="nil"/>
              <w:bottom w:val="single" w:sz="4" w:space="0" w:color="8ED973"/>
              <w:right w:val="nil"/>
            </w:tcBorders>
            <w:shd w:val="clear" w:color="DAF2D0" w:fill="DAF2D0"/>
            <w:noWrap/>
            <w:hideMark/>
          </w:tcPr>
          <w:p w14:paraId="7EA294B6" w14:textId="77777777" w:rsidR="001C45CA" w:rsidRPr="001C45CA" w:rsidRDefault="001C45CA" w:rsidP="001C45CA">
            <w:pPr>
              <w:spacing w:after="0" w:line="240" w:lineRule="auto"/>
              <w:rPr>
                <w:rFonts w:ascii="Aptos Narrow" w:eastAsia="Times New Roman" w:hAnsi="Aptos Narrow" w:cs="Times New Roman"/>
                <w:color w:val="000000"/>
                <w:lang w:val="cy-GB" w:eastAsia="cy-GB"/>
              </w:rPr>
            </w:pPr>
            <w:r w:rsidRPr="001C45CA">
              <w:rPr>
                <w:rFonts w:ascii="Aptos Narrow" w:eastAsia="Times New Roman" w:hAnsi="Aptos Narrow" w:cs="Times New Roman"/>
                <w:color w:val="000000"/>
                <w:lang w:val="cy-GB" w:eastAsia="cy-GB"/>
              </w:rPr>
              <w:t>Cyfrwng Saesneg: Saesneg yw iaith yr ysgol o ddydd i ddydd, ond defnyddir rhywfaint o Gymraeg hefyd i gyfathrebu â'r disgyblion. Mae'r ysgol yn cyfathrebu â'r rhieni naill ai yn Saesneg neu yn y naill iaith a'r llall.</w:t>
            </w:r>
          </w:p>
        </w:tc>
      </w:tr>
    </w:tbl>
    <w:p w14:paraId="5385AC30" w14:textId="66AA17DC" w:rsidR="002749B3" w:rsidRPr="001C45CA" w:rsidRDefault="002749B3" w:rsidP="00C2705B">
      <w:pPr>
        <w:spacing w:line="360" w:lineRule="auto"/>
        <w:rPr>
          <w:rFonts w:ascii="Arial" w:hAnsi="Arial" w:cs="Arial"/>
          <w:sz w:val="24"/>
          <w:szCs w:val="24"/>
          <w:lang w:val="cy-GB"/>
        </w:rPr>
      </w:pPr>
    </w:p>
    <w:p w14:paraId="05A6414D" w14:textId="77777777" w:rsidR="002749B3" w:rsidRDefault="002749B3" w:rsidP="00C2705B">
      <w:pPr>
        <w:spacing w:line="360" w:lineRule="auto"/>
        <w:rPr>
          <w:rFonts w:ascii="Arial" w:hAnsi="Arial" w:cs="Arial"/>
          <w:sz w:val="24"/>
          <w:szCs w:val="24"/>
          <w:lang w:val="cy-GB"/>
        </w:rPr>
      </w:pPr>
    </w:p>
    <w:p w14:paraId="52F7FA8E" w14:textId="77777777" w:rsidR="00D407CD" w:rsidRDefault="00D407CD" w:rsidP="00C2705B">
      <w:pPr>
        <w:spacing w:line="360" w:lineRule="auto"/>
        <w:rPr>
          <w:rFonts w:ascii="Arial" w:hAnsi="Arial" w:cs="Arial"/>
          <w:sz w:val="24"/>
          <w:szCs w:val="24"/>
          <w:lang w:val="cy-GB"/>
        </w:rPr>
      </w:pPr>
    </w:p>
    <w:p w14:paraId="76718B50" w14:textId="668D3A07"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Yn nhermau trosglwyddo rhwng cenedlaethau, mae data</w:t>
      </w:r>
      <w:r w:rsidR="0028170F" w:rsidRPr="00C2705B">
        <w:rPr>
          <w:rFonts w:ascii="Arial" w:hAnsi="Arial" w:cs="Arial"/>
          <w:sz w:val="24"/>
          <w:szCs w:val="24"/>
          <w:lang w:val="cy-GB"/>
        </w:rPr>
        <w:t xml:space="preserve">’r </w:t>
      </w:r>
      <w:r w:rsidRPr="00C2705B">
        <w:rPr>
          <w:rFonts w:ascii="Arial" w:hAnsi="Arial" w:cs="Arial"/>
          <w:sz w:val="24"/>
          <w:szCs w:val="24"/>
          <w:lang w:val="cy-GB"/>
        </w:rPr>
        <w:t xml:space="preserve">Cyfrifiad </w:t>
      </w:r>
      <w:r w:rsidR="0028170F" w:rsidRPr="00BB15E1">
        <w:rPr>
          <w:rFonts w:ascii="Arial" w:hAnsi="Arial" w:cs="Arial"/>
          <w:sz w:val="24"/>
          <w:szCs w:val="24"/>
          <w:lang w:val="cy-GB"/>
        </w:rPr>
        <w:t>(</w:t>
      </w:r>
      <w:r w:rsidR="005E517F" w:rsidRPr="00BB15E1">
        <w:rPr>
          <w:rFonts w:ascii="Arial" w:hAnsi="Arial" w:cs="Arial"/>
          <w:sz w:val="24"/>
          <w:szCs w:val="24"/>
          <w:lang w:val="cy-GB"/>
        </w:rPr>
        <w:t>Llywodraeth Cymru, 2024)</w:t>
      </w:r>
      <w:r w:rsidR="005E517F" w:rsidRPr="00C2705B">
        <w:rPr>
          <w:rFonts w:ascii="Arial" w:hAnsi="Arial" w:cs="Arial"/>
          <w:sz w:val="24"/>
          <w:szCs w:val="24"/>
          <w:lang w:val="cy-GB"/>
        </w:rPr>
        <w:t xml:space="preserve"> </w:t>
      </w:r>
      <w:r w:rsidRPr="00C2705B">
        <w:rPr>
          <w:rFonts w:ascii="Arial" w:hAnsi="Arial" w:cs="Arial"/>
          <w:sz w:val="24"/>
          <w:szCs w:val="24"/>
          <w:lang w:val="cy-GB"/>
        </w:rPr>
        <w:t xml:space="preserve">yn dangos bod y siawns o drosglwyddo’r Gymraeg i blant 3–4 oed yn </w:t>
      </w:r>
      <w:r w:rsidR="004B3F60" w:rsidRPr="00C2705B">
        <w:rPr>
          <w:rFonts w:ascii="Arial" w:hAnsi="Arial" w:cs="Arial"/>
          <w:sz w:val="24"/>
          <w:szCs w:val="24"/>
          <w:lang w:val="cy-GB"/>
        </w:rPr>
        <w:t>80.7%</w:t>
      </w:r>
      <w:r w:rsidRPr="00C2705B">
        <w:rPr>
          <w:rFonts w:ascii="Arial" w:hAnsi="Arial" w:cs="Arial"/>
          <w:sz w:val="24"/>
          <w:szCs w:val="24"/>
          <w:lang w:val="cy-GB"/>
        </w:rPr>
        <w:t xml:space="preserve"> mewn aelwydydd lle mae dau riant yn siarad Cymraeg. Mewn aelwydydd lle nad yw’r Gymraeg yn cael ei siarad gan oedolion, mae’r gyfradd drosglwyddo’n isel iawn</w:t>
      </w:r>
      <w:r w:rsidR="00DA77E7" w:rsidRPr="00C2705B">
        <w:rPr>
          <w:rFonts w:ascii="Arial" w:hAnsi="Arial" w:cs="Arial"/>
          <w:sz w:val="24"/>
          <w:szCs w:val="24"/>
          <w:lang w:val="cy-GB"/>
        </w:rPr>
        <w:t xml:space="preserve"> ar 7.3% </w:t>
      </w:r>
      <w:r w:rsidR="00DA77E7" w:rsidRPr="00BB15E1">
        <w:rPr>
          <w:rFonts w:ascii="Arial" w:hAnsi="Arial" w:cs="Arial"/>
          <w:b/>
          <w:bCs/>
          <w:sz w:val="24"/>
          <w:szCs w:val="24"/>
          <w:lang w:val="cy-GB"/>
        </w:rPr>
        <w:t>(Llywodraeth Cymru, 2024)</w:t>
      </w:r>
      <w:r w:rsidRPr="00BB15E1">
        <w:rPr>
          <w:rFonts w:ascii="Arial" w:hAnsi="Arial" w:cs="Arial"/>
          <w:b/>
          <w:bCs/>
          <w:sz w:val="24"/>
          <w:szCs w:val="24"/>
          <w:lang w:val="cy-GB"/>
        </w:rPr>
        <w:t>.</w:t>
      </w:r>
      <w:r w:rsidRPr="00C2705B">
        <w:rPr>
          <w:rFonts w:ascii="Arial" w:hAnsi="Arial" w:cs="Arial"/>
          <w:sz w:val="24"/>
          <w:szCs w:val="24"/>
          <w:lang w:val="cy-GB"/>
        </w:rPr>
        <w:t xml:space="preserve"> Mae hyn yn pwysleisio’r dibyniaeth gynyddol ar addysg fel prif fecanwaith </w:t>
      </w:r>
      <w:r w:rsidR="007513EA" w:rsidRPr="00C2705B">
        <w:rPr>
          <w:rFonts w:ascii="Arial" w:hAnsi="Arial" w:cs="Arial"/>
          <w:sz w:val="24"/>
          <w:szCs w:val="24"/>
          <w:lang w:val="cy-GB"/>
        </w:rPr>
        <w:t>caffael</w:t>
      </w:r>
      <w:r w:rsidRPr="00C2705B">
        <w:rPr>
          <w:rFonts w:ascii="Arial" w:hAnsi="Arial" w:cs="Arial"/>
          <w:sz w:val="24"/>
          <w:szCs w:val="24"/>
          <w:lang w:val="cy-GB"/>
        </w:rPr>
        <w:t xml:space="preserve">, yn hytrach na throsglwyddo naturiol drwy’r teulu, ac yn adlewyrchu pryderon damcaniaethol </w:t>
      </w:r>
      <w:proofErr w:type="spellStart"/>
      <w:r w:rsidRPr="00C2705B">
        <w:rPr>
          <w:rFonts w:ascii="Arial" w:hAnsi="Arial" w:cs="Arial"/>
          <w:sz w:val="24"/>
          <w:szCs w:val="24"/>
          <w:lang w:val="cy-GB"/>
        </w:rPr>
        <w:t>Fishman</w:t>
      </w:r>
      <w:proofErr w:type="spellEnd"/>
      <w:r w:rsidRPr="00C2705B">
        <w:rPr>
          <w:rFonts w:ascii="Arial" w:hAnsi="Arial" w:cs="Arial"/>
          <w:sz w:val="24"/>
          <w:szCs w:val="24"/>
          <w:lang w:val="cy-GB"/>
        </w:rPr>
        <w:t xml:space="preserve"> ynghylch cynaliadwyedd trosglwyddo hirdymor.</w:t>
      </w:r>
    </w:p>
    <w:p w14:paraId="7CFA7392" w14:textId="7FE3DE9D"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Yn ddaearyddol, mae’r gyfran uchaf o siaradwyr Cymraeg yn parhau i gael ei chanfod yn y gogledd-orllewin, gyda chyfrannau is yn y de-ddwyrain ac ardaloedd trefol. Mae</w:t>
      </w:r>
      <w:r w:rsidR="00CC4C3F" w:rsidRPr="00C2705B">
        <w:rPr>
          <w:rFonts w:ascii="Arial" w:hAnsi="Arial" w:cs="Arial"/>
          <w:sz w:val="24"/>
          <w:szCs w:val="24"/>
          <w:lang w:val="cy-GB"/>
        </w:rPr>
        <w:t xml:space="preserve"> </w:t>
      </w:r>
      <w:r w:rsidRPr="00C2705B">
        <w:rPr>
          <w:rFonts w:ascii="Arial" w:hAnsi="Arial" w:cs="Arial"/>
          <w:sz w:val="24"/>
          <w:szCs w:val="24"/>
          <w:lang w:val="cy-GB"/>
        </w:rPr>
        <w:t>Cyfrifiad 2021</w:t>
      </w:r>
      <w:r w:rsidR="00F90912" w:rsidRPr="00C2705B">
        <w:rPr>
          <w:rFonts w:ascii="Arial" w:hAnsi="Arial" w:cs="Arial"/>
          <w:sz w:val="24"/>
          <w:szCs w:val="24"/>
          <w:lang w:val="cy-GB"/>
        </w:rPr>
        <w:t xml:space="preserve"> </w:t>
      </w:r>
      <w:r w:rsidR="00F90912" w:rsidRPr="00475F68">
        <w:rPr>
          <w:rFonts w:ascii="Arial" w:hAnsi="Arial" w:cs="Arial"/>
          <w:b/>
          <w:bCs/>
          <w:sz w:val="24"/>
          <w:szCs w:val="24"/>
          <w:lang w:val="cy-GB"/>
        </w:rPr>
        <w:t>(ONS, 2022)</w:t>
      </w:r>
      <w:r w:rsidRPr="00C2705B">
        <w:rPr>
          <w:rFonts w:ascii="Arial" w:hAnsi="Arial" w:cs="Arial"/>
          <w:sz w:val="24"/>
          <w:szCs w:val="24"/>
          <w:lang w:val="cy-GB"/>
        </w:rPr>
        <w:t xml:space="preserve"> hefyd yn nodi gostyngiad </w:t>
      </w:r>
      <w:r w:rsidRPr="00C2705B">
        <w:rPr>
          <w:rFonts w:ascii="Arial" w:hAnsi="Arial" w:cs="Arial"/>
          <w:sz w:val="24"/>
          <w:szCs w:val="24"/>
          <w:lang w:val="cy-GB"/>
        </w:rPr>
        <w:lastRenderedPageBreak/>
        <w:t>sylweddol mewn rhai siroedd traddodiadol Gymraeg, megis Sir Gaerfyrddin, gan awgrymu bod symudedd poblogaeth, mudo i mewn, a newidiadau economaidd yn tanseilio seiliau demograffeg traddodiadol y Gymraeg.</w:t>
      </w:r>
    </w:p>
    <w:p w14:paraId="771536E4" w14:textId="29FC64AB"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Yn bwysig, mae’r data’n tynnu sylw at fwlch parhaus rhwng gallu i siarad Cymraeg a defnydd cymdeithasol. Er bod nifer cymharol sylweddol o bobl yn adrodd gallu ieithyddol, nid yw hyn o reidrwydd yn cyfateb i ddefnydd rheolaidd yn y cartref, y gweithle nac mewn mannau cyhoeddus. Mae’r gwahaniaeth hwn yn gosod cyd-destun hanfodol ar gyfer dehongli effeithiolrwydd polisïau statws a chaffael a drafodwyd yn flaenorol.</w:t>
      </w:r>
    </w:p>
    <w:p w14:paraId="03E7BB2C" w14:textId="35DB8DB4"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Mae data o Wlad y Basg yn adlewyrchu patrwm tebyg ond mewn cyd-destun gwahanol. Yn y BAC, amcangyfrifir bod tua chwarter y boblogaeth â Basgeg fel mamiaith, gyda chyfran sylweddol bellach yn gallu siarad y iaith o ganlyniad i ehangu addysg drochi. Ers dechrau’r unfed ganrif ar hugain, mae canran y disgyblion mewn ysgolion Model D wedi cynyddu’n sylweddol, gan arwain at gynnydd mesuradwy mewn cymhwysedd ieithyddol ymysg pobl ifanc.</w:t>
      </w:r>
      <w:r w:rsidR="006134F7" w:rsidRPr="00C2705B">
        <w:rPr>
          <w:rFonts w:ascii="Arial" w:hAnsi="Arial" w:cs="Arial"/>
          <w:sz w:val="24"/>
          <w:szCs w:val="24"/>
          <w:lang w:val="cy-GB"/>
        </w:rPr>
        <w:t xml:space="preserve"> </w:t>
      </w:r>
    </w:p>
    <w:p w14:paraId="6C0441A7" w14:textId="77777777"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Fodd bynnag, fel y nodir mewn dadansoddiadau polisi diweddar, mae’r cynnydd hwn mewn cymhwysedd wedi rhagori ar gynnydd cyfatebol mewn defnydd cymdeithasol. Mae arolygon defnydd stryd a data hunan-</w:t>
      </w:r>
      <w:proofErr w:type="spellStart"/>
      <w:r w:rsidRPr="00C2705B">
        <w:rPr>
          <w:rFonts w:ascii="Arial" w:hAnsi="Arial" w:cs="Arial"/>
          <w:sz w:val="24"/>
          <w:szCs w:val="24"/>
          <w:lang w:val="cy-GB"/>
        </w:rPr>
        <w:t>adroddedig</w:t>
      </w:r>
      <w:proofErr w:type="spellEnd"/>
      <w:r w:rsidRPr="00C2705B">
        <w:rPr>
          <w:rFonts w:ascii="Arial" w:hAnsi="Arial" w:cs="Arial"/>
          <w:sz w:val="24"/>
          <w:szCs w:val="24"/>
          <w:lang w:val="cy-GB"/>
        </w:rPr>
        <w:t xml:space="preserve"> yn dangos bod llawer o siaradwyr Basgeg newydd yn parhau i ddefnyddio Sbaeneg mewn llawer o sefyllfaoedd anffurfiol. Mae’r bwlch hwn rhwng gwybodaeth a defnydd yn un o brif heriau cyfredol polisi iaith y rhanbarth.</w:t>
      </w:r>
    </w:p>
    <w:p w14:paraId="7A57861F" w14:textId="77777777"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 xml:space="preserve">Mae’r darlun yn fwy heriol yn </w:t>
      </w:r>
      <w:proofErr w:type="spellStart"/>
      <w:r w:rsidRPr="00C2705B">
        <w:rPr>
          <w:rFonts w:ascii="Arial" w:hAnsi="Arial" w:cs="Arial"/>
          <w:sz w:val="24"/>
          <w:szCs w:val="24"/>
          <w:lang w:val="cy-GB"/>
        </w:rPr>
        <w:t>Navarra</w:t>
      </w:r>
      <w:proofErr w:type="spellEnd"/>
      <w:r w:rsidRPr="00C2705B">
        <w:rPr>
          <w:rFonts w:ascii="Arial" w:hAnsi="Arial" w:cs="Arial"/>
          <w:sz w:val="24"/>
          <w:szCs w:val="24"/>
          <w:lang w:val="cy-GB"/>
        </w:rPr>
        <w:t>, lle mae canran y boblogaeth sy’n gallu siarad Basgeg yn llai (tua 9%). Mae data addysgol yn dangos bod cyfraddau cofrestru mewn ysgolion Model D yn arafach eu twf ac wedi aros yn gymharol sefydlog dros yr ugain mlynedd diwethaf. Mae hyn yn adlewyrchu cyfyngiadau strwythurol y system bolisi statws ranbarthol, lle mae maint y parth Basgeg swyddogol yn dylanwadu’n uniongyrchol ar fynediad at addysg drochi ac adnoddau iaith.</w:t>
      </w:r>
    </w:p>
    <w:p w14:paraId="33D46330" w14:textId="6F1766CB"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lastRenderedPageBreak/>
        <w:t xml:space="preserve">Mae ffactorau demograffeg ychwanegol, megis mewnfudo diweddar o wledydd Sbaeneg eu hiaith neu gefndiroedd amlieithog eraill, hefyd yn dylanwadu ar batrymau defnydd. Er bod addysg yn darparu mynediad i’r Basgeg i nifer cynyddol o ddysgwyr ail iaith, mae’r diffyg defnydd y tu allan i’r ysgol yn cyfyngu ar ddyfnder trosglwyddo cymdeithasol, gan gadarnhau’r tensiwn a nodwyd gan </w:t>
      </w:r>
      <w:proofErr w:type="spellStart"/>
      <w:r w:rsidRPr="00C2705B">
        <w:rPr>
          <w:rFonts w:ascii="Arial" w:hAnsi="Arial" w:cs="Arial"/>
          <w:sz w:val="24"/>
          <w:szCs w:val="24"/>
          <w:lang w:val="cy-GB"/>
        </w:rPr>
        <w:t>Fishman</w:t>
      </w:r>
      <w:proofErr w:type="spellEnd"/>
      <w:r w:rsidRPr="00C2705B">
        <w:rPr>
          <w:rFonts w:ascii="Arial" w:hAnsi="Arial" w:cs="Arial"/>
          <w:sz w:val="24"/>
          <w:szCs w:val="24"/>
          <w:lang w:val="cy-GB"/>
        </w:rPr>
        <w:t xml:space="preserve"> rhwng caffael ffurfiol a chynaliadwyedd cymunedol.</w:t>
      </w:r>
    </w:p>
    <w:p w14:paraId="75EDFA1B" w14:textId="77777777"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 xml:space="preserve">Wrth gymharu’r data o’r ddwy gymuned, daw nifer o batrymau cyffredin i’r amlwg. Yn gyntaf, mae’r </w:t>
      </w:r>
      <w:proofErr w:type="spellStart"/>
      <w:r w:rsidRPr="00C2705B">
        <w:rPr>
          <w:rFonts w:ascii="Arial" w:hAnsi="Arial" w:cs="Arial"/>
          <w:sz w:val="24"/>
          <w:szCs w:val="24"/>
          <w:lang w:val="cy-GB"/>
        </w:rPr>
        <w:t>ddwy’n</w:t>
      </w:r>
      <w:proofErr w:type="spellEnd"/>
      <w:r w:rsidRPr="00C2705B">
        <w:rPr>
          <w:rFonts w:ascii="Arial" w:hAnsi="Arial" w:cs="Arial"/>
          <w:sz w:val="24"/>
          <w:szCs w:val="24"/>
          <w:lang w:val="cy-GB"/>
        </w:rPr>
        <w:t xml:space="preserve"> dangos llwyddiant cymharol mewn cynhyrchu siaradwyr newydd drwy addysg, ond anhawster parhaus o ran trosi cymhwysedd yn ddefnydd cymdeithasol sefydlog. Yn ail, mae ffactorau demograffeg megis math aelwydydd, daearyddiaeth a symudedd poblogaeth yn parhau i fod yn ddylanwadol ar drosglwyddo rhyng-genedlaethol.</w:t>
      </w:r>
    </w:p>
    <w:p w14:paraId="45A0DD90" w14:textId="77777777"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Mae’r data’n awgrymu bod polisïau caffael a statws wedi bod yn llwyddiannus o ran strwythurau ffurfiol, ond bod ffactorau cymdeithasol ac ymddygiadol ar lefel micro yn tanseilio canlyniadau hirdymor. Mae hyn yn tanlinellu’r angen i ddehongli data demograffeg nid fel mesur o lwyddiant polisi yn unig, ond fel dangosydd o’r meysydd lle mae tensiynau rhwng polisi a realiti yn parhau i fodoli.</w:t>
      </w:r>
    </w:p>
    <w:p w14:paraId="7398F7B6" w14:textId="450C8CE3" w:rsidR="00773492" w:rsidRPr="00C2705B" w:rsidRDefault="00781ABA" w:rsidP="00C2705B">
      <w:pPr>
        <w:spacing w:line="360" w:lineRule="auto"/>
        <w:rPr>
          <w:rFonts w:ascii="Arial" w:hAnsi="Arial" w:cs="Arial"/>
          <w:b/>
          <w:bCs/>
          <w:sz w:val="24"/>
          <w:szCs w:val="24"/>
          <w:lang w:val="cy-GB"/>
        </w:rPr>
      </w:pPr>
      <w:r w:rsidRPr="00C2705B">
        <w:rPr>
          <w:rFonts w:ascii="Arial" w:hAnsi="Arial" w:cs="Arial"/>
          <w:sz w:val="24"/>
          <w:szCs w:val="24"/>
          <w:lang w:val="cy-GB"/>
        </w:rPr>
        <w:br/>
      </w:r>
      <w:proofErr w:type="spellStart"/>
      <w:r w:rsidR="00AB48CB" w:rsidRPr="00C2705B">
        <w:rPr>
          <w:rFonts w:ascii="Arial" w:hAnsi="Arial" w:cs="Arial"/>
          <w:i/>
          <w:iCs/>
          <w:sz w:val="24"/>
          <w:szCs w:val="24"/>
          <w:lang w:val="cy-GB"/>
        </w:rPr>
        <w:t>If</w:t>
      </w:r>
      <w:proofErr w:type="spellEnd"/>
      <w:r w:rsidR="00AB48CB" w:rsidRPr="00C2705B">
        <w:rPr>
          <w:rFonts w:ascii="Arial" w:hAnsi="Arial" w:cs="Arial"/>
          <w:i/>
          <w:iCs/>
          <w:sz w:val="24"/>
          <w:szCs w:val="24"/>
          <w:lang w:val="cy-GB"/>
        </w:rPr>
        <w:t xml:space="preserve"> the </w:t>
      </w:r>
      <w:proofErr w:type="spellStart"/>
      <w:r w:rsidR="00AB48CB" w:rsidRPr="00C2705B">
        <w:rPr>
          <w:rFonts w:ascii="Arial" w:hAnsi="Arial" w:cs="Arial"/>
          <w:i/>
          <w:iCs/>
          <w:sz w:val="24"/>
          <w:szCs w:val="24"/>
          <w:lang w:val="cy-GB"/>
        </w:rPr>
        <w:t>same</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threatened</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languages</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are</w:t>
      </w:r>
      <w:proofErr w:type="spellEnd"/>
      <w:r w:rsidR="00AB48CB" w:rsidRPr="00C2705B">
        <w:rPr>
          <w:rFonts w:ascii="Arial" w:hAnsi="Arial" w:cs="Arial"/>
          <w:i/>
          <w:iCs/>
          <w:sz w:val="24"/>
          <w:szCs w:val="24"/>
          <w:lang w:val="cy-GB"/>
        </w:rPr>
        <w:t xml:space="preserve"> not </w:t>
      </w:r>
      <w:proofErr w:type="spellStart"/>
      <w:r w:rsidR="00AB48CB" w:rsidRPr="00C2705B">
        <w:rPr>
          <w:rFonts w:ascii="Arial" w:hAnsi="Arial" w:cs="Arial"/>
          <w:i/>
          <w:iCs/>
          <w:sz w:val="24"/>
          <w:szCs w:val="24"/>
          <w:lang w:val="cy-GB"/>
        </w:rPr>
        <w:t>first</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acquired</w:t>
      </w:r>
      <w:proofErr w:type="spellEnd"/>
      <w:r w:rsidR="00AB48CB" w:rsidRPr="00C2705B">
        <w:rPr>
          <w:rFonts w:ascii="Arial" w:hAnsi="Arial" w:cs="Arial"/>
          <w:i/>
          <w:iCs/>
          <w:sz w:val="24"/>
          <w:szCs w:val="24"/>
          <w:lang w:val="cy-GB"/>
        </w:rPr>
        <w:t xml:space="preserve"> as </w:t>
      </w:r>
      <w:proofErr w:type="spellStart"/>
      <w:r w:rsidR="00AB48CB" w:rsidRPr="00C2705B">
        <w:rPr>
          <w:rFonts w:ascii="Arial" w:hAnsi="Arial" w:cs="Arial"/>
          <w:i/>
          <w:iCs/>
          <w:sz w:val="24"/>
          <w:szCs w:val="24"/>
          <w:lang w:val="cy-GB"/>
        </w:rPr>
        <w:t>ethnic</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mother</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tongues</w:t>
      </w:r>
      <w:proofErr w:type="spellEnd"/>
      <w:r w:rsidR="00AB48CB" w:rsidRPr="00C2705B">
        <w:rPr>
          <w:rFonts w:ascii="Arial" w:hAnsi="Arial" w:cs="Arial"/>
          <w:i/>
          <w:iCs/>
          <w:sz w:val="24"/>
          <w:szCs w:val="24"/>
          <w:lang w:val="cy-GB"/>
        </w:rPr>
        <w:t xml:space="preserve"> at </w:t>
      </w:r>
      <w:proofErr w:type="spellStart"/>
      <w:r w:rsidR="00AB48CB" w:rsidRPr="00C2705B">
        <w:rPr>
          <w:rFonts w:ascii="Arial" w:hAnsi="Arial" w:cs="Arial"/>
          <w:i/>
          <w:iCs/>
          <w:sz w:val="24"/>
          <w:szCs w:val="24"/>
          <w:lang w:val="cy-GB"/>
        </w:rPr>
        <w:t>home</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before</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children</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arrive</w:t>
      </w:r>
      <w:proofErr w:type="spellEnd"/>
      <w:r w:rsidR="00AB48CB" w:rsidRPr="00C2705B">
        <w:rPr>
          <w:rFonts w:ascii="Arial" w:hAnsi="Arial" w:cs="Arial"/>
          <w:i/>
          <w:iCs/>
          <w:sz w:val="24"/>
          <w:szCs w:val="24"/>
          <w:lang w:val="cy-GB"/>
        </w:rPr>
        <w:t xml:space="preserve"> at </w:t>
      </w:r>
      <w:proofErr w:type="spellStart"/>
      <w:r w:rsidR="00AB48CB" w:rsidRPr="00C2705B">
        <w:rPr>
          <w:rFonts w:ascii="Arial" w:hAnsi="Arial" w:cs="Arial"/>
          <w:i/>
          <w:iCs/>
          <w:sz w:val="24"/>
          <w:szCs w:val="24"/>
          <w:lang w:val="cy-GB"/>
        </w:rPr>
        <w:t>school</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and</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if</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in</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addition</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they</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are</w:t>
      </w:r>
      <w:proofErr w:type="spellEnd"/>
      <w:r w:rsidR="00AB48CB" w:rsidRPr="00C2705B">
        <w:rPr>
          <w:rFonts w:ascii="Arial" w:hAnsi="Arial" w:cs="Arial"/>
          <w:i/>
          <w:iCs/>
          <w:sz w:val="24"/>
          <w:szCs w:val="24"/>
          <w:lang w:val="cy-GB"/>
        </w:rPr>
        <w:t xml:space="preserve"> not </w:t>
      </w:r>
      <w:proofErr w:type="spellStart"/>
      <w:r w:rsidR="00AB48CB" w:rsidRPr="00C2705B">
        <w:rPr>
          <w:rFonts w:ascii="Arial" w:hAnsi="Arial" w:cs="Arial"/>
          <w:i/>
          <w:iCs/>
          <w:sz w:val="24"/>
          <w:szCs w:val="24"/>
          <w:lang w:val="cy-GB"/>
        </w:rPr>
        <w:t>used</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out</w:t>
      </w:r>
      <w:proofErr w:type="spellEnd"/>
      <w:r w:rsidR="00AB48CB" w:rsidRPr="00C2705B">
        <w:rPr>
          <w:rFonts w:ascii="Arial" w:hAnsi="Arial" w:cs="Arial"/>
          <w:i/>
          <w:iCs/>
          <w:sz w:val="24"/>
          <w:szCs w:val="24"/>
          <w:lang w:val="cy-GB"/>
        </w:rPr>
        <w:t xml:space="preserve"> of </w:t>
      </w:r>
      <w:proofErr w:type="spellStart"/>
      <w:r w:rsidR="00AB48CB" w:rsidRPr="00C2705B">
        <w:rPr>
          <w:rFonts w:ascii="Arial" w:hAnsi="Arial" w:cs="Arial"/>
          <w:i/>
          <w:iCs/>
          <w:sz w:val="24"/>
          <w:szCs w:val="24"/>
          <w:lang w:val="cy-GB"/>
        </w:rPr>
        <w:t>school</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after</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school</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and</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even</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after</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schooling</w:t>
      </w:r>
      <w:proofErr w:type="spellEnd"/>
      <w:r w:rsidR="00AB48CB" w:rsidRPr="00C2705B">
        <w:rPr>
          <w:rFonts w:ascii="Arial" w:hAnsi="Arial" w:cs="Arial"/>
          <w:i/>
          <w:iCs/>
          <w:sz w:val="24"/>
          <w:szCs w:val="24"/>
          <w:lang w:val="cy-GB"/>
        </w:rPr>
        <w:t xml:space="preserve"> as a </w:t>
      </w:r>
      <w:proofErr w:type="spellStart"/>
      <w:r w:rsidR="00AB48CB" w:rsidRPr="00C2705B">
        <w:rPr>
          <w:rFonts w:ascii="Arial" w:hAnsi="Arial" w:cs="Arial"/>
          <w:i/>
          <w:iCs/>
          <w:sz w:val="24"/>
          <w:szCs w:val="24"/>
          <w:lang w:val="cy-GB"/>
        </w:rPr>
        <w:t>whole</w:t>
      </w:r>
      <w:proofErr w:type="spellEnd"/>
      <w:r w:rsidR="00AB48CB" w:rsidRPr="00C2705B">
        <w:rPr>
          <w:rFonts w:ascii="Arial" w:hAnsi="Arial" w:cs="Arial"/>
          <w:i/>
          <w:iCs/>
          <w:sz w:val="24"/>
          <w:szCs w:val="24"/>
          <w:lang w:val="cy-GB"/>
        </w:rPr>
        <w:t xml:space="preserve"> is </w:t>
      </w:r>
      <w:proofErr w:type="spellStart"/>
      <w:r w:rsidR="00AB48CB" w:rsidRPr="00C2705B">
        <w:rPr>
          <w:rFonts w:ascii="Arial" w:hAnsi="Arial" w:cs="Arial"/>
          <w:i/>
          <w:iCs/>
          <w:sz w:val="24"/>
          <w:szCs w:val="24"/>
          <w:lang w:val="cy-GB"/>
        </w:rPr>
        <w:t>over</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then</w:t>
      </w:r>
      <w:proofErr w:type="spellEnd"/>
      <w:r w:rsidR="00AB48CB" w:rsidRPr="00C2705B">
        <w:rPr>
          <w:rFonts w:ascii="Arial" w:hAnsi="Arial" w:cs="Arial"/>
          <w:i/>
          <w:iCs/>
          <w:sz w:val="24"/>
          <w:szCs w:val="24"/>
          <w:lang w:val="cy-GB"/>
        </w:rPr>
        <w:t xml:space="preserve"> the </w:t>
      </w:r>
      <w:proofErr w:type="spellStart"/>
      <w:r w:rsidR="00AB48CB" w:rsidRPr="00C2705B">
        <w:rPr>
          <w:rFonts w:ascii="Arial" w:hAnsi="Arial" w:cs="Arial"/>
          <w:i/>
          <w:iCs/>
          <w:sz w:val="24"/>
          <w:szCs w:val="24"/>
          <w:lang w:val="cy-GB"/>
        </w:rPr>
        <w:t>school</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has</w:t>
      </w:r>
      <w:proofErr w:type="spellEnd"/>
      <w:r w:rsidR="00AB48CB" w:rsidRPr="00C2705B">
        <w:rPr>
          <w:rFonts w:ascii="Arial" w:hAnsi="Arial" w:cs="Arial"/>
          <w:i/>
          <w:iCs/>
          <w:sz w:val="24"/>
          <w:szCs w:val="24"/>
          <w:lang w:val="cy-GB"/>
        </w:rPr>
        <w:t xml:space="preserve"> a </w:t>
      </w:r>
      <w:proofErr w:type="spellStart"/>
      <w:r w:rsidR="00AB48CB" w:rsidRPr="00C2705B">
        <w:rPr>
          <w:rFonts w:ascii="Arial" w:hAnsi="Arial" w:cs="Arial"/>
          <w:i/>
          <w:iCs/>
          <w:sz w:val="24"/>
          <w:szCs w:val="24"/>
          <w:lang w:val="cy-GB"/>
        </w:rPr>
        <w:t>much</w:t>
      </w:r>
      <w:proofErr w:type="spellEnd"/>
      <w:r w:rsidR="00AB48CB" w:rsidRPr="00C2705B">
        <w:rPr>
          <w:rFonts w:ascii="Arial" w:hAnsi="Arial" w:cs="Arial"/>
          <w:i/>
          <w:iCs/>
          <w:sz w:val="24"/>
          <w:szCs w:val="24"/>
          <w:lang w:val="cy-GB"/>
        </w:rPr>
        <w:t xml:space="preserve"> more </w:t>
      </w:r>
      <w:proofErr w:type="spellStart"/>
      <w:r w:rsidR="00AB48CB" w:rsidRPr="00C2705B">
        <w:rPr>
          <w:rFonts w:ascii="Arial" w:hAnsi="Arial" w:cs="Arial"/>
          <w:i/>
          <w:iCs/>
          <w:sz w:val="24"/>
          <w:szCs w:val="24"/>
          <w:lang w:val="cy-GB"/>
        </w:rPr>
        <w:t>difficult</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task</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on</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its</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hands</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Its</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pupils</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always</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arrive</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already</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speaking</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another</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mother</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tongue</w:t>
      </w:r>
      <w:proofErr w:type="spellEnd"/>
      <w:r w:rsidR="00AB48CB" w:rsidRPr="00C2705B">
        <w:rPr>
          <w:rFonts w:ascii="Arial" w:hAnsi="Arial" w:cs="Arial"/>
          <w:i/>
          <w:iCs/>
          <w:sz w:val="24"/>
          <w:szCs w:val="24"/>
          <w:lang w:val="cy-GB"/>
        </w:rPr>
        <w:t xml:space="preserve"> rather</w:t>
      </w:r>
      <w:r w:rsidR="00861204" w:rsidRPr="00C2705B">
        <w:rPr>
          <w:rFonts w:ascii="Arial" w:hAnsi="Arial" w:cs="Arial"/>
          <w:i/>
          <w:iCs/>
          <w:sz w:val="24"/>
          <w:szCs w:val="24"/>
          <w:lang w:val="cy-GB"/>
        </w:rPr>
        <w:t xml:space="preserve"> </w:t>
      </w:r>
      <w:r w:rsidR="00AB48CB" w:rsidRPr="00C2705B">
        <w:rPr>
          <w:rFonts w:ascii="Arial" w:hAnsi="Arial" w:cs="Arial"/>
          <w:i/>
          <w:iCs/>
          <w:sz w:val="24"/>
          <w:szCs w:val="24"/>
          <w:lang w:val="cy-GB"/>
        </w:rPr>
        <w:t xml:space="preserve">than the </w:t>
      </w:r>
      <w:proofErr w:type="spellStart"/>
      <w:r w:rsidR="00AB48CB" w:rsidRPr="00C2705B">
        <w:rPr>
          <w:rFonts w:ascii="Arial" w:hAnsi="Arial" w:cs="Arial"/>
          <w:i/>
          <w:iCs/>
          <w:sz w:val="24"/>
          <w:szCs w:val="24"/>
          <w:lang w:val="cy-GB"/>
        </w:rPr>
        <w:t>threatened</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language</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on</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behalf</w:t>
      </w:r>
      <w:proofErr w:type="spellEnd"/>
      <w:r w:rsidR="00AB48CB" w:rsidRPr="00C2705B">
        <w:rPr>
          <w:rFonts w:ascii="Arial" w:hAnsi="Arial" w:cs="Arial"/>
          <w:i/>
          <w:iCs/>
          <w:sz w:val="24"/>
          <w:szCs w:val="24"/>
          <w:lang w:val="cy-GB"/>
        </w:rPr>
        <w:t xml:space="preserve"> of </w:t>
      </w:r>
      <w:proofErr w:type="spellStart"/>
      <w:r w:rsidR="00AB48CB" w:rsidRPr="00C2705B">
        <w:rPr>
          <w:rFonts w:ascii="Arial" w:hAnsi="Arial" w:cs="Arial"/>
          <w:i/>
          <w:iCs/>
          <w:sz w:val="24"/>
          <w:szCs w:val="24"/>
          <w:lang w:val="cy-GB"/>
        </w:rPr>
        <w:t>which</w:t>
      </w:r>
      <w:proofErr w:type="spellEnd"/>
      <w:r w:rsidR="00AB48CB" w:rsidRPr="00C2705B">
        <w:rPr>
          <w:rFonts w:ascii="Arial" w:hAnsi="Arial" w:cs="Arial"/>
          <w:i/>
          <w:iCs/>
          <w:sz w:val="24"/>
          <w:szCs w:val="24"/>
          <w:lang w:val="cy-GB"/>
        </w:rPr>
        <w:t xml:space="preserve"> the </w:t>
      </w:r>
      <w:proofErr w:type="spellStart"/>
      <w:r w:rsidR="00AB48CB" w:rsidRPr="00C2705B">
        <w:rPr>
          <w:rFonts w:ascii="Arial" w:hAnsi="Arial" w:cs="Arial"/>
          <w:i/>
          <w:iCs/>
          <w:sz w:val="24"/>
          <w:szCs w:val="24"/>
          <w:lang w:val="cy-GB"/>
        </w:rPr>
        <w:t>school</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has</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ostensibly</w:t>
      </w:r>
      <w:proofErr w:type="spellEnd"/>
      <w:r w:rsidR="00861204"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been</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established</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If</w:t>
      </w:r>
      <w:proofErr w:type="spellEnd"/>
      <w:r w:rsidR="00AB48CB" w:rsidRPr="00C2705B">
        <w:rPr>
          <w:rFonts w:ascii="Arial" w:hAnsi="Arial" w:cs="Arial"/>
          <w:i/>
          <w:iCs/>
          <w:sz w:val="24"/>
          <w:szCs w:val="24"/>
          <w:lang w:val="cy-GB"/>
        </w:rPr>
        <w:t xml:space="preserve"> the </w:t>
      </w:r>
      <w:proofErr w:type="spellStart"/>
      <w:r w:rsidR="00AB48CB" w:rsidRPr="00C2705B">
        <w:rPr>
          <w:rFonts w:ascii="Arial" w:hAnsi="Arial" w:cs="Arial"/>
          <w:i/>
          <w:iCs/>
          <w:sz w:val="24"/>
          <w:szCs w:val="24"/>
          <w:lang w:val="cy-GB"/>
        </w:rPr>
        <w:t>school</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cannot</w:t>
      </w:r>
      <w:proofErr w:type="spellEnd"/>
      <w:r w:rsidR="00861204"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influence</w:t>
      </w:r>
      <w:proofErr w:type="spellEnd"/>
      <w:r w:rsidR="00AB48CB" w:rsidRPr="00C2705B">
        <w:rPr>
          <w:rFonts w:ascii="Arial" w:hAnsi="Arial" w:cs="Arial"/>
          <w:i/>
          <w:iCs/>
          <w:sz w:val="24"/>
          <w:szCs w:val="24"/>
          <w:lang w:val="cy-GB"/>
        </w:rPr>
        <w:t xml:space="preserve"> the parent </w:t>
      </w:r>
      <w:proofErr w:type="spellStart"/>
      <w:r w:rsidR="00AB48CB" w:rsidRPr="00C2705B">
        <w:rPr>
          <w:rFonts w:ascii="Arial" w:hAnsi="Arial" w:cs="Arial"/>
          <w:i/>
          <w:iCs/>
          <w:sz w:val="24"/>
          <w:szCs w:val="24"/>
          <w:lang w:val="cy-GB"/>
        </w:rPr>
        <w:t>body</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actual</w:t>
      </w:r>
      <w:proofErr w:type="spellEnd"/>
      <w:r w:rsidR="00AB48CB" w:rsidRPr="00C2705B">
        <w:rPr>
          <w:rFonts w:ascii="Arial" w:hAnsi="Arial" w:cs="Arial"/>
          <w:i/>
          <w:iCs/>
          <w:sz w:val="24"/>
          <w:szCs w:val="24"/>
          <w:lang w:val="cy-GB"/>
        </w:rPr>
        <w:t xml:space="preserve"> or</w:t>
      </w:r>
      <w:r w:rsidR="003033D0"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potential</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also</w:t>
      </w:r>
      <w:proofErr w:type="spellEnd"/>
      <w:r w:rsidR="00AB48CB" w:rsidRPr="00C2705B">
        <w:rPr>
          <w:rFonts w:ascii="Arial" w:hAnsi="Arial" w:cs="Arial"/>
          <w:i/>
          <w:iCs/>
          <w:sz w:val="24"/>
          <w:szCs w:val="24"/>
          <w:lang w:val="cy-GB"/>
        </w:rPr>
        <w:t xml:space="preserve"> to </w:t>
      </w:r>
      <w:proofErr w:type="spellStart"/>
      <w:r w:rsidR="00AB48CB" w:rsidRPr="00C2705B">
        <w:rPr>
          <w:rFonts w:ascii="Arial" w:hAnsi="Arial" w:cs="Arial"/>
          <w:i/>
          <w:iCs/>
          <w:sz w:val="24"/>
          <w:szCs w:val="24"/>
          <w:lang w:val="cy-GB"/>
        </w:rPr>
        <w:t>learn</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and</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constantly</w:t>
      </w:r>
      <w:proofErr w:type="spellEnd"/>
      <w:r w:rsidR="00AB48CB" w:rsidRPr="00C2705B">
        <w:rPr>
          <w:rFonts w:ascii="Arial" w:hAnsi="Arial" w:cs="Arial"/>
          <w:i/>
          <w:iCs/>
          <w:sz w:val="24"/>
          <w:szCs w:val="24"/>
          <w:lang w:val="cy-GB"/>
        </w:rPr>
        <w:t xml:space="preserve"> to </w:t>
      </w:r>
      <w:proofErr w:type="spellStart"/>
      <w:r w:rsidR="00AB48CB" w:rsidRPr="00C2705B">
        <w:rPr>
          <w:rFonts w:ascii="Arial" w:hAnsi="Arial" w:cs="Arial"/>
          <w:i/>
          <w:iCs/>
          <w:sz w:val="24"/>
          <w:szCs w:val="24"/>
          <w:lang w:val="cy-GB"/>
        </w:rPr>
        <w:t>activate</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intimately</w:t>
      </w:r>
      <w:proofErr w:type="spellEnd"/>
      <w:r w:rsidR="00AB48CB" w:rsidRPr="00C2705B">
        <w:rPr>
          <w:rFonts w:ascii="Arial" w:hAnsi="Arial" w:cs="Arial"/>
          <w:i/>
          <w:iCs/>
          <w:sz w:val="24"/>
          <w:szCs w:val="24"/>
          <w:lang w:val="cy-GB"/>
        </w:rPr>
        <w:t xml:space="preserve"> the </w:t>
      </w:r>
      <w:proofErr w:type="spellStart"/>
      <w:r w:rsidR="00AB48CB" w:rsidRPr="00C2705B">
        <w:rPr>
          <w:rFonts w:ascii="Arial" w:hAnsi="Arial" w:cs="Arial"/>
          <w:i/>
          <w:iCs/>
          <w:sz w:val="24"/>
          <w:szCs w:val="24"/>
          <w:lang w:val="cy-GB"/>
        </w:rPr>
        <w:t>threatened</w:t>
      </w:r>
      <w:proofErr w:type="spellEnd"/>
      <w:r w:rsidR="003033D0"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language</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then</w:t>
      </w:r>
      <w:proofErr w:type="spellEnd"/>
      <w:r w:rsidR="00AB48CB" w:rsidRPr="00C2705B">
        <w:rPr>
          <w:rFonts w:ascii="Arial" w:hAnsi="Arial" w:cs="Arial"/>
          <w:i/>
          <w:iCs/>
          <w:sz w:val="24"/>
          <w:szCs w:val="24"/>
          <w:lang w:val="cy-GB"/>
        </w:rPr>
        <w:t xml:space="preserve"> the </w:t>
      </w:r>
      <w:proofErr w:type="spellStart"/>
      <w:r w:rsidR="00AB48CB" w:rsidRPr="00C2705B">
        <w:rPr>
          <w:rFonts w:ascii="Arial" w:hAnsi="Arial" w:cs="Arial"/>
          <w:i/>
          <w:iCs/>
          <w:sz w:val="24"/>
          <w:szCs w:val="24"/>
          <w:lang w:val="cy-GB"/>
        </w:rPr>
        <w:t>school</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itself</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becomes</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one</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link</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in</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an</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established</w:t>
      </w:r>
      <w:proofErr w:type="spellEnd"/>
      <w:r w:rsidR="003033D0"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intergenerational</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sequence</w:t>
      </w:r>
      <w:proofErr w:type="spellEnd"/>
      <w:r w:rsidR="00AB48CB" w:rsidRPr="00C2705B">
        <w:rPr>
          <w:rFonts w:ascii="Arial" w:hAnsi="Arial" w:cs="Arial"/>
          <w:i/>
          <w:iCs/>
          <w:sz w:val="24"/>
          <w:szCs w:val="24"/>
          <w:lang w:val="cy-GB"/>
        </w:rPr>
        <w:t xml:space="preserve"> of </w:t>
      </w:r>
      <w:proofErr w:type="spellStart"/>
      <w:r w:rsidR="00AB48CB" w:rsidRPr="00C2705B">
        <w:rPr>
          <w:rFonts w:ascii="Arial" w:hAnsi="Arial" w:cs="Arial"/>
          <w:i/>
          <w:iCs/>
          <w:sz w:val="24"/>
          <w:szCs w:val="24"/>
          <w:lang w:val="cy-GB"/>
        </w:rPr>
        <w:t>teaching</w:t>
      </w:r>
      <w:proofErr w:type="spellEnd"/>
      <w:r w:rsidR="00AB48CB" w:rsidRPr="00C2705B">
        <w:rPr>
          <w:rFonts w:ascii="Arial" w:hAnsi="Arial" w:cs="Arial"/>
          <w:i/>
          <w:iCs/>
          <w:sz w:val="24"/>
          <w:szCs w:val="24"/>
          <w:lang w:val="cy-GB"/>
        </w:rPr>
        <w:t xml:space="preserve"> the </w:t>
      </w:r>
      <w:proofErr w:type="spellStart"/>
      <w:r w:rsidR="00AB48CB" w:rsidRPr="00C2705B">
        <w:rPr>
          <w:rFonts w:ascii="Arial" w:hAnsi="Arial" w:cs="Arial"/>
          <w:i/>
          <w:iCs/>
          <w:sz w:val="24"/>
          <w:szCs w:val="24"/>
          <w:lang w:val="cy-GB"/>
        </w:rPr>
        <w:t>threatened</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language</w:t>
      </w:r>
      <w:proofErr w:type="spellEnd"/>
      <w:r w:rsidR="00AB48CB" w:rsidRPr="00C2705B">
        <w:rPr>
          <w:rFonts w:ascii="Arial" w:hAnsi="Arial" w:cs="Arial"/>
          <w:i/>
          <w:iCs/>
          <w:sz w:val="24"/>
          <w:szCs w:val="24"/>
          <w:lang w:val="cy-GB"/>
        </w:rPr>
        <w:t xml:space="preserve"> as a</w:t>
      </w:r>
      <w:r w:rsidR="003033D0"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second</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language</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ThLSL</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and</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on</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keeping</w:t>
      </w:r>
      <w:proofErr w:type="spellEnd"/>
      <w:r w:rsidR="00AB48CB" w:rsidRPr="00C2705B">
        <w:rPr>
          <w:rFonts w:ascii="Arial" w:hAnsi="Arial" w:cs="Arial"/>
          <w:i/>
          <w:iCs/>
          <w:sz w:val="24"/>
          <w:szCs w:val="24"/>
          <w:lang w:val="cy-GB"/>
        </w:rPr>
        <w:t xml:space="preserve"> it as a </w:t>
      </w:r>
      <w:proofErr w:type="spellStart"/>
      <w:r w:rsidR="00AB48CB" w:rsidRPr="00C2705B">
        <w:rPr>
          <w:rFonts w:ascii="Arial" w:hAnsi="Arial" w:cs="Arial"/>
          <w:i/>
          <w:iCs/>
          <w:sz w:val="24"/>
          <w:szCs w:val="24"/>
          <w:lang w:val="cy-GB"/>
        </w:rPr>
        <w:t>second</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language</w:t>
      </w:r>
      <w:proofErr w:type="spellEnd"/>
      <w:r w:rsidR="00AB48CB" w:rsidRPr="00C2705B">
        <w:rPr>
          <w:rFonts w:ascii="Arial" w:hAnsi="Arial" w:cs="Arial"/>
          <w:i/>
          <w:iCs/>
          <w:sz w:val="24"/>
          <w:szCs w:val="24"/>
          <w:lang w:val="cy-GB"/>
        </w:rPr>
        <w:t xml:space="preserve"> at </w:t>
      </w:r>
      <w:proofErr w:type="spellStart"/>
      <w:r w:rsidR="00AB48CB" w:rsidRPr="00C2705B">
        <w:rPr>
          <w:rFonts w:ascii="Arial" w:hAnsi="Arial" w:cs="Arial"/>
          <w:i/>
          <w:iCs/>
          <w:sz w:val="24"/>
          <w:szCs w:val="24"/>
          <w:lang w:val="cy-GB"/>
        </w:rPr>
        <w:t>least</w:t>
      </w:r>
      <w:proofErr w:type="spellEnd"/>
      <w:r w:rsidR="003033D0"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for</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another</w:t>
      </w:r>
      <w:proofErr w:type="spellEnd"/>
      <w:r w:rsidR="00AB48CB" w:rsidRPr="00C2705B">
        <w:rPr>
          <w:rFonts w:ascii="Arial" w:hAnsi="Arial" w:cs="Arial"/>
          <w:i/>
          <w:iCs/>
          <w:sz w:val="24"/>
          <w:szCs w:val="24"/>
          <w:lang w:val="cy-GB"/>
        </w:rPr>
        <w:t xml:space="preserve"> </w:t>
      </w:r>
      <w:proofErr w:type="spellStart"/>
      <w:r w:rsidR="00AB48CB" w:rsidRPr="00C2705B">
        <w:rPr>
          <w:rFonts w:ascii="Arial" w:hAnsi="Arial" w:cs="Arial"/>
          <w:i/>
          <w:iCs/>
          <w:sz w:val="24"/>
          <w:szCs w:val="24"/>
          <w:lang w:val="cy-GB"/>
        </w:rPr>
        <w:t>generation</w:t>
      </w:r>
      <w:proofErr w:type="spellEnd"/>
      <w:r w:rsidR="00AB48CB" w:rsidRPr="00C2705B">
        <w:rPr>
          <w:rFonts w:ascii="Arial" w:hAnsi="Arial" w:cs="Arial"/>
          <w:i/>
          <w:iCs/>
          <w:sz w:val="24"/>
          <w:szCs w:val="24"/>
          <w:lang w:val="cy-GB"/>
        </w:rPr>
        <w:t>.</w:t>
      </w:r>
      <w:r w:rsidR="00697C11" w:rsidRPr="00C2705B">
        <w:rPr>
          <w:rFonts w:ascii="Arial" w:hAnsi="Arial" w:cs="Arial"/>
          <w:i/>
          <w:iCs/>
          <w:sz w:val="24"/>
          <w:szCs w:val="24"/>
          <w:lang w:val="cy-GB"/>
        </w:rPr>
        <w:t xml:space="preserve"> </w:t>
      </w:r>
      <w:r w:rsidR="00697C11" w:rsidRPr="00C2705B">
        <w:rPr>
          <w:rFonts w:ascii="Arial" w:hAnsi="Arial" w:cs="Arial"/>
          <w:b/>
          <w:bCs/>
          <w:sz w:val="24"/>
          <w:szCs w:val="24"/>
          <w:lang w:val="cy-GB"/>
        </w:rPr>
        <w:t>(</w:t>
      </w:r>
      <w:proofErr w:type="spellStart"/>
      <w:r w:rsidR="00697C11" w:rsidRPr="00C2705B">
        <w:rPr>
          <w:rFonts w:ascii="Arial" w:hAnsi="Arial" w:cs="Arial"/>
          <w:b/>
          <w:bCs/>
          <w:sz w:val="24"/>
          <w:szCs w:val="24"/>
          <w:lang w:val="cy-GB"/>
        </w:rPr>
        <w:t>Fishman</w:t>
      </w:r>
      <w:proofErr w:type="spellEnd"/>
      <w:r w:rsidR="009B27C0" w:rsidRPr="00C2705B">
        <w:rPr>
          <w:rFonts w:ascii="Arial" w:hAnsi="Arial" w:cs="Arial"/>
          <w:b/>
          <w:bCs/>
          <w:sz w:val="24"/>
          <w:szCs w:val="24"/>
          <w:lang w:val="cy-GB"/>
        </w:rPr>
        <w:t>,</w:t>
      </w:r>
      <w:r w:rsidR="00DF00D2" w:rsidRPr="00C2705B">
        <w:rPr>
          <w:rFonts w:ascii="Arial" w:hAnsi="Arial" w:cs="Arial"/>
          <w:b/>
          <w:bCs/>
          <w:sz w:val="24"/>
          <w:szCs w:val="24"/>
          <w:lang w:val="cy-GB"/>
        </w:rPr>
        <w:t xml:space="preserve"> 2001</w:t>
      </w:r>
      <w:r w:rsidR="009B27C0" w:rsidRPr="00C2705B">
        <w:rPr>
          <w:rFonts w:ascii="Arial" w:hAnsi="Arial" w:cs="Arial"/>
          <w:b/>
          <w:bCs/>
          <w:sz w:val="24"/>
          <w:szCs w:val="24"/>
          <w:lang w:val="cy-GB"/>
        </w:rPr>
        <w:t xml:space="preserve"> t.14</w:t>
      </w:r>
      <w:r w:rsidR="00697C11" w:rsidRPr="00C2705B">
        <w:rPr>
          <w:rFonts w:ascii="Arial" w:hAnsi="Arial" w:cs="Arial"/>
          <w:b/>
          <w:bCs/>
          <w:sz w:val="24"/>
          <w:szCs w:val="24"/>
          <w:lang w:val="cy-GB"/>
        </w:rPr>
        <w:t>)</w:t>
      </w:r>
    </w:p>
    <w:p w14:paraId="69DC0344" w14:textId="6A6F70A3"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lastRenderedPageBreak/>
        <w:t xml:space="preserve">Mae’r darlun o Gymru a’r Basg yn dangos perthynas anghyflawn rhwng beth mae polisi’n ei addo ar y lefel macro (statws, fframweithiau deddfu, modelau addysg) a’r hyn sy’n digwydd ar y lefel micro (normau, hyder, </w:t>
      </w:r>
      <w:r w:rsidR="005D0C0C" w:rsidRPr="00C2705B">
        <w:rPr>
          <w:rFonts w:ascii="Arial" w:hAnsi="Arial" w:cs="Arial"/>
          <w:sz w:val="24"/>
          <w:szCs w:val="24"/>
          <w:lang w:val="cy-GB"/>
        </w:rPr>
        <w:t>arfer bob dydd</w:t>
      </w:r>
      <w:r w:rsidRPr="00C2705B">
        <w:rPr>
          <w:rFonts w:ascii="Arial" w:hAnsi="Arial" w:cs="Arial"/>
          <w:sz w:val="24"/>
          <w:szCs w:val="24"/>
          <w:lang w:val="cy-GB"/>
        </w:rPr>
        <w:t xml:space="preserve">). Yng Nghymru, mae statws swyddogol a safonau iaith yn gyson ar draws y wlad, ond mae Cyfrifiad 2021 yn dangos bwlch rhwng y rhai sy’n gallu siarad Cymraeg a’r rhai sy’n defnyddio’r Gymraeg o ddydd i ddydd, gyda'r cynnydd cryfaf ymhlith pobl ifanc (effaith addysg) ond yn gwanhau ymysg oedolion ac mewn ardaloedd trefol . Yn y Basg, mae’r BAC yn cynnig amgylchedd macro ffafriol (statws; model D yn ehangu), ond mae’r defnydd cymdeithasol yn dal yn is o’i gymharu â chymhwysedd; yn </w:t>
      </w:r>
      <w:proofErr w:type="spellStart"/>
      <w:r w:rsidRPr="00C2705B">
        <w:rPr>
          <w:rFonts w:ascii="Arial" w:hAnsi="Arial" w:cs="Arial"/>
          <w:sz w:val="24"/>
          <w:szCs w:val="24"/>
          <w:lang w:val="cy-GB"/>
        </w:rPr>
        <w:t>Navarra</w:t>
      </w:r>
      <w:proofErr w:type="spellEnd"/>
      <w:r w:rsidRPr="00C2705B">
        <w:rPr>
          <w:rFonts w:ascii="Arial" w:hAnsi="Arial" w:cs="Arial"/>
          <w:sz w:val="24"/>
          <w:szCs w:val="24"/>
          <w:lang w:val="cy-GB"/>
        </w:rPr>
        <w:t>, mae’r anghysondeb mewn statws yn creu amodau anghyfartal sy’n gwanhau defnydd tu hwnt i barthau swyddogol .</w:t>
      </w:r>
    </w:p>
    <w:p w14:paraId="2A139F16" w14:textId="618A6082"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Goblygiad hyn yw fod y dystiolaeth yn ategu’r safbwynt bod cynllunio iaith yn broses ymddygiadol (nid “datrys problemau” yn unig)</w:t>
      </w:r>
      <w:r w:rsidR="00782309" w:rsidRPr="00C2705B">
        <w:rPr>
          <w:rFonts w:ascii="Arial" w:hAnsi="Arial" w:cs="Arial"/>
          <w:sz w:val="24"/>
          <w:szCs w:val="24"/>
          <w:lang w:val="cy-GB"/>
        </w:rPr>
        <w:t xml:space="preserve"> - </w:t>
      </w:r>
      <w:r w:rsidRPr="00C2705B">
        <w:rPr>
          <w:rFonts w:ascii="Arial" w:hAnsi="Arial" w:cs="Arial"/>
          <w:sz w:val="24"/>
          <w:szCs w:val="24"/>
          <w:lang w:val="cy-GB"/>
        </w:rPr>
        <w:t xml:space="preserve">rhaid i’r macro gefnogi’r  micro (e.e., arferion gwasanaeth, hyder siaradwyr newydd, cymhellion gweithle) er mwyn i ddeddf a seilwaith droi’n </w:t>
      </w:r>
      <w:r w:rsidR="005D0C0C" w:rsidRPr="00C2705B">
        <w:rPr>
          <w:rFonts w:ascii="Arial" w:hAnsi="Arial" w:cs="Arial"/>
          <w:sz w:val="24"/>
          <w:szCs w:val="24"/>
          <w:lang w:val="cy-GB"/>
        </w:rPr>
        <w:t>arfer.</w:t>
      </w:r>
    </w:p>
    <w:p w14:paraId="4DCAE981" w14:textId="63754CD8"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 xml:space="preserve">Mae </w:t>
      </w:r>
      <w:proofErr w:type="spellStart"/>
      <w:r w:rsidRPr="00C2705B">
        <w:rPr>
          <w:rFonts w:ascii="Arial" w:hAnsi="Arial" w:cs="Arial"/>
          <w:sz w:val="24"/>
          <w:szCs w:val="24"/>
          <w:lang w:val="cy-GB"/>
        </w:rPr>
        <w:t>Haugen</w:t>
      </w:r>
      <w:proofErr w:type="spellEnd"/>
      <w:r w:rsidRPr="00C2705B">
        <w:rPr>
          <w:rFonts w:ascii="Arial" w:hAnsi="Arial" w:cs="Arial"/>
          <w:sz w:val="24"/>
          <w:szCs w:val="24"/>
          <w:lang w:val="cy-GB"/>
        </w:rPr>
        <w:t xml:space="preserve"> yn dangos bod statws yn ailddosbarthu swyddogaethau iaith, ond nid yw hynny’n cyfateb yn ddiofyn i wella defnydd. Yn</w:t>
      </w:r>
      <w:r w:rsidR="00FB6A95" w:rsidRPr="00C2705B">
        <w:rPr>
          <w:rFonts w:ascii="Arial" w:hAnsi="Arial" w:cs="Arial"/>
          <w:sz w:val="24"/>
          <w:szCs w:val="24"/>
          <w:lang w:val="cy-GB"/>
        </w:rPr>
        <w:t>g Ngh</w:t>
      </w:r>
      <w:r w:rsidRPr="00C2705B">
        <w:rPr>
          <w:rFonts w:ascii="Arial" w:hAnsi="Arial" w:cs="Arial"/>
          <w:sz w:val="24"/>
          <w:szCs w:val="24"/>
          <w:lang w:val="cy-GB"/>
        </w:rPr>
        <w:t xml:space="preserve">ymru, er bod statws unffurf (Mesur 2011) yn creu eglurder hawliau, dengys y cyfrifiad ostyngiad net yn y ganran sy’n gallu siarad (−1.2 pwynt) a phatrymau rhanbarthol sy’n tynnu sylw at ddylanwad symudedd a threfoli ar ddefnydd bob dydd . Yn y Basg, mae’r amrywiad statws </w:t>
      </w:r>
      <w:r w:rsidR="00542515" w:rsidRPr="00C2705B">
        <w:rPr>
          <w:rFonts w:ascii="Arial" w:hAnsi="Arial" w:cs="Arial"/>
          <w:sz w:val="24"/>
          <w:szCs w:val="24"/>
          <w:lang w:val="cy-GB"/>
        </w:rPr>
        <w:t xml:space="preserve">rhwng y </w:t>
      </w:r>
      <w:r w:rsidR="00CE06CE" w:rsidRPr="00C2705B">
        <w:rPr>
          <w:rFonts w:ascii="Arial" w:hAnsi="Arial" w:cs="Arial"/>
          <w:sz w:val="24"/>
          <w:szCs w:val="24"/>
          <w:lang w:val="cy-GB"/>
        </w:rPr>
        <w:t xml:space="preserve">tri tiriogaeth </w:t>
      </w:r>
      <w:r w:rsidRPr="00C2705B">
        <w:rPr>
          <w:rFonts w:ascii="Arial" w:hAnsi="Arial" w:cs="Arial"/>
          <w:sz w:val="24"/>
          <w:szCs w:val="24"/>
          <w:lang w:val="cy-GB"/>
        </w:rPr>
        <w:t>BAC</w:t>
      </w:r>
      <w:r w:rsidR="00CE06CE" w:rsidRPr="00C2705B">
        <w:rPr>
          <w:rFonts w:ascii="Arial" w:hAnsi="Arial" w:cs="Arial"/>
          <w:sz w:val="24"/>
          <w:szCs w:val="24"/>
          <w:lang w:val="cy-GB"/>
        </w:rPr>
        <w:t xml:space="preserve">, </w:t>
      </w:r>
      <w:proofErr w:type="spellStart"/>
      <w:r w:rsidRPr="00C2705B">
        <w:rPr>
          <w:rFonts w:ascii="Arial" w:hAnsi="Arial" w:cs="Arial"/>
          <w:sz w:val="24"/>
          <w:szCs w:val="24"/>
          <w:lang w:val="cy-GB"/>
        </w:rPr>
        <w:t>Navarra</w:t>
      </w:r>
      <w:proofErr w:type="spellEnd"/>
      <w:r w:rsidRPr="00C2705B">
        <w:rPr>
          <w:rFonts w:ascii="Arial" w:hAnsi="Arial" w:cs="Arial"/>
          <w:sz w:val="24"/>
          <w:szCs w:val="24"/>
          <w:lang w:val="cy-GB"/>
        </w:rPr>
        <w:t xml:space="preserve"> </w:t>
      </w:r>
      <w:r w:rsidR="00CE06CE" w:rsidRPr="00C2705B">
        <w:rPr>
          <w:rFonts w:ascii="Arial" w:hAnsi="Arial" w:cs="Arial"/>
          <w:sz w:val="24"/>
          <w:szCs w:val="24"/>
          <w:lang w:val="cy-GB"/>
        </w:rPr>
        <w:t xml:space="preserve">ac </w:t>
      </w:r>
      <w:proofErr w:type="spellStart"/>
      <w:r w:rsidRPr="00C2705B">
        <w:rPr>
          <w:rFonts w:ascii="Arial" w:hAnsi="Arial" w:cs="Arial"/>
          <w:sz w:val="24"/>
          <w:szCs w:val="24"/>
          <w:lang w:val="cy-GB"/>
        </w:rPr>
        <w:t>Iparralde</w:t>
      </w:r>
      <w:proofErr w:type="spellEnd"/>
      <w:r w:rsidRPr="00C2705B">
        <w:rPr>
          <w:rFonts w:ascii="Arial" w:hAnsi="Arial" w:cs="Arial"/>
          <w:sz w:val="24"/>
          <w:szCs w:val="24"/>
          <w:lang w:val="cy-GB"/>
        </w:rPr>
        <w:t xml:space="preserve"> yn creu amodau gwahanol i addysg a gwasanaethau: lle mae statws yn gryf, mae mynediad at </w:t>
      </w:r>
      <w:r w:rsidR="00F45E8E" w:rsidRPr="00C2705B">
        <w:rPr>
          <w:rFonts w:ascii="Arial" w:hAnsi="Arial" w:cs="Arial"/>
          <w:sz w:val="24"/>
          <w:szCs w:val="24"/>
          <w:lang w:val="cy-GB"/>
        </w:rPr>
        <w:t>addysg a m</w:t>
      </w:r>
      <w:r w:rsidRPr="00C2705B">
        <w:rPr>
          <w:rFonts w:ascii="Arial" w:hAnsi="Arial" w:cs="Arial"/>
          <w:sz w:val="24"/>
          <w:szCs w:val="24"/>
          <w:lang w:val="cy-GB"/>
        </w:rPr>
        <w:t>eithrinfeydd yn well; lle nad oes statws neu lle bo’n gyfyngedig, mae</w:t>
      </w:r>
      <w:r w:rsidR="00B21185" w:rsidRPr="00C2705B">
        <w:rPr>
          <w:rFonts w:ascii="Arial" w:hAnsi="Arial" w:cs="Arial"/>
          <w:sz w:val="24"/>
          <w:szCs w:val="24"/>
          <w:lang w:val="cy-GB"/>
        </w:rPr>
        <w:t xml:space="preserve">’r </w:t>
      </w:r>
      <w:r w:rsidRPr="00C2705B">
        <w:rPr>
          <w:rFonts w:ascii="Arial" w:hAnsi="Arial" w:cs="Arial"/>
          <w:sz w:val="24"/>
          <w:szCs w:val="24"/>
          <w:lang w:val="cy-GB"/>
        </w:rPr>
        <w:t>mynediad</w:t>
      </w:r>
      <w:r w:rsidR="00F45E8E" w:rsidRPr="00C2705B">
        <w:rPr>
          <w:rFonts w:ascii="Arial" w:hAnsi="Arial" w:cs="Arial"/>
          <w:sz w:val="24"/>
          <w:szCs w:val="24"/>
          <w:lang w:val="cy-GB"/>
        </w:rPr>
        <w:t xml:space="preserve"> </w:t>
      </w:r>
      <w:r w:rsidR="00B21185" w:rsidRPr="00C2705B">
        <w:rPr>
          <w:rFonts w:ascii="Arial" w:hAnsi="Arial" w:cs="Arial"/>
          <w:sz w:val="24"/>
          <w:szCs w:val="24"/>
          <w:lang w:val="cy-GB"/>
        </w:rPr>
        <w:t xml:space="preserve">hynny </w:t>
      </w:r>
      <w:r w:rsidRPr="00C2705B">
        <w:rPr>
          <w:rFonts w:ascii="Arial" w:hAnsi="Arial" w:cs="Arial"/>
          <w:sz w:val="24"/>
          <w:szCs w:val="24"/>
          <w:lang w:val="cy-GB"/>
        </w:rPr>
        <w:t xml:space="preserve">yn gwanhau, </w:t>
      </w:r>
      <w:r w:rsidR="00713FC4" w:rsidRPr="00C2705B">
        <w:rPr>
          <w:rFonts w:ascii="Arial" w:hAnsi="Arial" w:cs="Arial"/>
          <w:sz w:val="24"/>
          <w:szCs w:val="24"/>
          <w:lang w:val="cy-GB"/>
        </w:rPr>
        <w:t xml:space="preserve">a hyn yn ei dro yn golygu </w:t>
      </w:r>
      <w:r w:rsidRPr="00C2705B">
        <w:rPr>
          <w:rFonts w:ascii="Arial" w:hAnsi="Arial" w:cs="Arial"/>
          <w:sz w:val="24"/>
          <w:szCs w:val="24"/>
          <w:lang w:val="cy-GB"/>
        </w:rPr>
        <w:t>diffyg defnydd cymdeithasol</w:t>
      </w:r>
      <w:r w:rsidR="00B21185" w:rsidRPr="00C2705B">
        <w:rPr>
          <w:rFonts w:ascii="Arial" w:hAnsi="Arial" w:cs="Arial"/>
          <w:sz w:val="24"/>
          <w:szCs w:val="24"/>
          <w:lang w:val="cy-GB"/>
        </w:rPr>
        <w:t>.</w:t>
      </w:r>
    </w:p>
    <w:p w14:paraId="786F5620" w14:textId="366BBB10" w:rsidR="00773492" w:rsidRPr="00C2705B" w:rsidRDefault="00713FC4" w:rsidP="00C2705B">
      <w:pPr>
        <w:spacing w:line="360" w:lineRule="auto"/>
        <w:rPr>
          <w:rFonts w:ascii="Arial" w:hAnsi="Arial" w:cs="Arial"/>
          <w:sz w:val="24"/>
          <w:szCs w:val="24"/>
          <w:lang w:val="cy-GB"/>
        </w:rPr>
      </w:pPr>
      <w:r w:rsidRPr="00C2705B">
        <w:rPr>
          <w:rFonts w:ascii="Arial" w:hAnsi="Arial" w:cs="Arial"/>
          <w:sz w:val="24"/>
          <w:szCs w:val="24"/>
          <w:lang w:val="cy-GB"/>
        </w:rPr>
        <w:t>M</w:t>
      </w:r>
      <w:r w:rsidR="00042587" w:rsidRPr="00C2705B">
        <w:rPr>
          <w:rFonts w:ascii="Arial" w:hAnsi="Arial" w:cs="Arial"/>
          <w:sz w:val="24"/>
          <w:szCs w:val="24"/>
          <w:lang w:val="cy-GB"/>
        </w:rPr>
        <w:t xml:space="preserve">ae’r ddwy achos yn profi na all statws </w:t>
      </w:r>
      <w:r w:rsidR="001A1F35" w:rsidRPr="00C2705B">
        <w:rPr>
          <w:rFonts w:ascii="Arial" w:hAnsi="Arial" w:cs="Arial"/>
          <w:sz w:val="24"/>
          <w:szCs w:val="24"/>
          <w:lang w:val="cy-GB"/>
        </w:rPr>
        <w:t xml:space="preserve">yn </w:t>
      </w:r>
      <w:r w:rsidR="00042587" w:rsidRPr="00C2705B">
        <w:rPr>
          <w:rFonts w:ascii="Arial" w:hAnsi="Arial" w:cs="Arial"/>
          <w:sz w:val="24"/>
          <w:szCs w:val="24"/>
          <w:lang w:val="cy-GB"/>
        </w:rPr>
        <w:t>uni</w:t>
      </w:r>
      <w:r w:rsidR="001A1F35" w:rsidRPr="00C2705B">
        <w:rPr>
          <w:rFonts w:ascii="Arial" w:hAnsi="Arial" w:cs="Arial"/>
          <w:sz w:val="24"/>
          <w:szCs w:val="24"/>
          <w:lang w:val="cy-GB"/>
        </w:rPr>
        <w:t>g</w:t>
      </w:r>
      <w:r w:rsidR="00042587" w:rsidRPr="00C2705B">
        <w:rPr>
          <w:rFonts w:ascii="Arial" w:hAnsi="Arial" w:cs="Arial"/>
          <w:sz w:val="24"/>
          <w:szCs w:val="24"/>
          <w:lang w:val="cy-GB"/>
        </w:rPr>
        <w:t xml:space="preserve"> ateb y </w:t>
      </w:r>
      <w:r w:rsidR="001A1F35" w:rsidRPr="00C2705B">
        <w:rPr>
          <w:rFonts w:ascii="Arial" w:hAnsi="Arial" w:cs="Arial"/>
          <w:sz w:val="24"/>
          <w:szCs w:val="24"/>
          <w:lang w:val="cy-GB"/>
        </w:rPr>
        <w:t>broblem o</w:t>
      </w:r>
      <w:r w:rsidRPr="00C2705B">
        <w:rPr>
          <w:rFonts w:ascii="Arial" w:hAnsi="Arial" w:cs="Arial"/>
          <w:sz w:val="24"/>
          <w:szCs w:val="24"/>
          <w:lang w:val="cy-GB"/>
        </w:rPr>
        <w:t xml:space="preserve"> </w:t>
      </w:r>
      <w:r w:rsidR="00042587" w:rsidRPr="00C2705B">
        <w:rPr>
          <w:rFonts w:ascii="Arial" w:hAnsi="Arial" w:cs="Arial"/>
          <w:sz w:val="24"/>
          <w:szCs w:val="24"/>
          <w:lang w:val="cy-GB"/>
        </w:rPr>
        <w:t>norma</w:t>
      </w:r>
      <w:r w:rsidR="001A1F35" w:rsidRPr="00C2705B">
        <w:rPr>
          <w:rFonts w:ascii="Arial" w:hAnsi="Arial" w:cs="Arial"/>
          <w:sz w:val="24"/>
          <w:szCs w:val="24"/>
          <w:lang w:val="cy-GB"/>
        </w:rPr>
        <w:t>leiddi</w:t>
      </w:r>
      <w:r w:rsidR="003B17C4" w:rsidRPr="00C2705B">
        <w:rPr>
          <w:rFonts w:ascii="Arial" w:hAnsi="Arial" w:cs="Arial"/>
          <w:sz w:val="24"/>
          <w:szCs w:val="24"/>
          <w:lang w:val="cy-GB"/>
        </w:rPr>
        <w:t>o.</w:t>
      </w:r>
      <w:r w:rsidR="00042587" w:rsidRPr="00C2705B">
        <w:rPr>
          <w:rFonts w:ascii="Arial" w:hAnsi="Arial" w:cs="Arial"/>
          <w:sz w:val="24"/>
          <w:szCs w:val="24"/>
          <w:lang w:val="cy-GB"/>
        </w:rPr>
        <w:t xml:space="preserve"> Heb bolisi bri sy’n targedu ymddygiad (e.e., ymyriadau sy’n lleihau ofn camgymeriadau, neu sy’n gwobrwyo </w:t>
      </w:r>
      <w:r w:rsidR="00112F0B" w:rsidRPr="00C2705B">
        <w:rPr>
          <w:rFonts w:ascii="Arial" w:hAnsi="Arial" w:cs="Arial"/>
          <w:sz w:val="24"/>
          <w:szCs w:val="24"/>
          <w:lang w:val="cy-GB"/>
        </w:rPr>
        <w:t>dechrau sgwrs yn y</w:t>
      </w:r>
      <w:r w:rsidR="00042587" w:rsidRPr="00C2705B">
        <w:rPr>
          <w:rFonts w:ascii="Arial" w:hAnsi="Arial" w:cs="Arial"/>
          <w:sz w:val="24"/>
          <w:szCs w:val="24"/>
          <w:lang w:val="cy-GB"/>
        </w:rPr>
        <w:t xml:space="preserve"> </w:t>
      </w:r>
      <w:r w:rsidR="00DA5766" w:rsidRPr="00C2705B">
        <w:rPr>
          <w:rFonts w:ascii="Arial" w:hAnsi="Arial" w:cs="Arial"/>
          <w:sz w:val="24"/>
          <w:szCs w:val="24"/>
          <w:lang w:val="cy-GB"/>
        </w:rPr>
        <w:t>G</w:t>
      </w:r>
      <w:r w:rsidR="00042587" w:rsidRPr="00C2705B">
        <w:rPr>
          <w:rFonts w:ascii="Arial" w:hAnsi="Arial" w:cs="Arial"/>
          <w:sz w:val="24"/>
          <w:szCs w:val="24"/>
          <w:lang w:val="cy-GB"/>
        </w:rPr>
        <w:t xml:space="preserve">ymraeg/Basgeg mewn gwasanaeth), </w:t>
      </w:r>
      <w:r w:rsidR="00DA5766" w:rsidRPr="00C2705B">
        <w:rPr>
          <w:rFonts w:ascii="Arial" w:hAnsi="Arial" w:cs="Arial"/>
          <w:sz w:val="24"/>
          <w:szCs w:val="24"/>
          <w:lang w:val="cy-GB"/>
        </w:rPr>
        <w:t xml:space="preserve">dydy </w:t>
      </w:r>
      <w:r w:rsidR="00364CF1" w:rsidRPr="00C2705B">
        <w:rPr>
          <w:rFonts w:ascii="Arial" w:hAnsi="Arial" w:cs="Arial"/>
          <w:sz w:val="24"/>
          <w:szCs w:val="24"/>
          <w:lang w:val="cy-GB"/>
        </w:rPr>
        <w:t>‘</w:t>
      </w:r>
      <w:r w:rsidR="00042587" w:rsidRPr="00C2705B">
        <w:rPr>
          <w:rFonts w:ascii="Arial" w:hAnsi="Arial" w:cs="Arial"/>
          <w:sz w:val="24"/>
          <w:szCs w:val="24"/>
          <w:lang w:val="cy-GB"/>
        </w:rPr>
        <w:t>hawl</w:t>
      </w:r>
      <w:r w:rsidR="00364CF1" w:rsidRPr="00C2705B">
        <w:rPr>
          <w:rFonts w:ascii="Arial" w:hAnsi="Arial" w:cs="Arial"/>
          <w:sz w:val="24"/>
          <w:szCs w:val="24"/>
          <w:lang w:val="cy-GB"/>
        </w:rPr>
        <w:t>’</w:t>
      </w:r>
      <w:r w:rsidR="00DA5766" w:rsidRPr="00C2705B">
        <w:rPr>
          <w:rFonts w:ascii="Arial" w:hAnsi="Arial" w:cs="Arial"/>
          <w:sz w:val="24"/>
          <w:szCs w:val="24"/>
          <w:lang w:val="cy-GB"/>
        </w:rPr>
        <w:t xml:space="preserve"> i’r wasanaeth</w:t>
      </w:r>
      <w:r w:rsidR="00010B2F" w:rsidRPr="00C2705B">
        <w:rPr>
          <w:rFonts w:ascii="Arial" w:hAnsi="Arial" w:cs="Arial"/>
          <w:sz w:val="24"/>
          <w:szCs w:val="24"/>
          <w:lang w:val="cy-GB"/>
        </w:rPr>
        <w:t xml:space="preserve"> ar lefel macro</w:t>
      </w:r>
      <w:r w:rsidR="00DA5766" w:rsidRPr="00C2705B">
        <w:rPr>
          <w:rFonts w:ascii="Arial" w:hAnsi="Arial" w:cs="Arial"/>
          <w:sz w:val="24"/>
          <w:szCs w:val="24"/>
          <w:lang w:val="cy-GB"/>
        </w:rPr>
        <w:t xml:space="preserve"> </w:t>
      </w:r>
      <w:r w:rsidR="00671C5E" w:rsidRPr="00C2705B">
        <w:rPr>
          <w:rFonts w:ascii="Arial" w:hAnsi="Arial" w:cs="Arial"/>
          <w:sz w:val="24"/>
          <w:szCs w:val="24"/>
          <w:lang w:val="cy-GB"/>
        </w:rPr>
        <w:t xml:space="preserve">yn golygu </w:t>
      </w:r>
      <w:r w:rsidR="00DA5766" w:rsidRPr="00C2705B">
        <w:rPr>
          <w:rFonts w:ascii="Arial" w:hAnsi="Arial" w:cs="Arial"/>
          <w:sz w:val="24"/>
          <w:szCs w:val="24"/>
          <w:lang w:val="cy-GB"/>
        </w:rPr>
        <w:t xml:space="preserve">dim </w:t>
      </w:r>
      <w:r w:rsidR="00E666FD" w:rsidRPr="00C2705B">
        <w:rPr>
          <w:rFonts w:ascii="Arial" w:hAnsi="Arial" w:cs="Arial"/>
          <w:sz w:val="24"/>
          <w:szCs w:val="24"/>
          <w:lang w:val="cy-GB"/>
        </w:rPr>
        <w:t>os nad yw pobl yn fodlon gweithredu</w:t>
      </w:r>
      <w:r w:rsidR="00364CF1" w:rsidRPr="00C2705B">
        <w:rPr>
          <w:rFonts w:ascii="Arial" w:hAnsi="Arial" w:cs="Arial"/>
          <w:sz w:val="24"/>
          <w:szCs w:val="24"/>
          <w:lang w:val="cy-GB"/>
        </w:rPr>
        <w:t xml:space="preserve"> eu hawl</w:t>
      </w:r>
      <w:r w:rsidR="00E666FD" w:rsidRPr="00C2705B">
        <w:rPr>
          <w:rFonts w:ascii="Arial" w:hAnsi="Arial" w:cs="Arial"/>
          <w:sz w:val="24"/>
          <w:szCs w:val="24"/>
          <w:lang w:val="cy-GB"/>
        </w:rPr>
        <w:t xml:space="preserve"> </w:t>
      </w:r>
      <w:r w:rsidR="00364CF1" w:rsidRPr="00C2705B">
        <w:rPr>
          <w:rFonts w:ascii="Arial" w:hAnsi="Arial" w:cs="Arial"/>
          <w:sz w:val="24"/>
          <w:szCs w:val="24"/>
          <w:lang w:val="cy-GB"/>
        </w:rPr>
        <w:t>ar y lefel micro</w:t>
      </w:r>
      <w:r w:rsidR="00042587" w:rsidRPr="00C2705B">
        <w:rPr>
          <w:rFonts w:ascii="Arial" w:hAnsi="Arial" w:cs="Arial"/>
          <w:sz w:val="24"/>
          <w:szCs w:val="24"/>
          <w:lang w:val="cy-GB"/>
        </w:rPr>
        <w:t>.</w:t>
      </w:r>
    </w:p>
    <w:p w14:paraId="624801BC" w14:textId="5B1DB1BD"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lastRenderedPageBreak/>
        <w:t xml:space="preserve">Mae’r ddwy gymuned wedi gwneud buddsoddiad trwm mewn addysg—ysgolion cyfrwng Cymraeg yng Nghymru; model D yn y BAC. Y canlyniad yw </w:t>
      </w:r>
      <w:r w:rsidR="00083623" w:rsidRPr="00C2705B">
        <w:rPr>
          <w:rFonts w:ascii="Arial" w:hAnsi="Arial" w:cs="Arial"/>
          <w:sz w:val="24"/>
          <w:szCs w:val="24"/>
          <w:lang w:val="cy-GB"/>
        </w:rPr>
        <w:t xml:space="preserve">y to </w:t>
      </w:r>
      <w:r w:rsidRPr="00C2705B">
        <w:rPr>
          <w:rFonts w:ascii="Arial" w:hAnsi="Arial" w:cs="Arial"/>
          <w:sz w:val="24"/>
          <w:szCs w:val="24"/>
          <w:lang w:val="cy-GB"/>
        </w:rPr>
        <w:t xml:space="preserve">iau gyda mwy o gymhwysedd. Eto i gyd, mae’r data’n dangos nad yw cynnydd mewn cymhwysedd yn golygu cynnydd mewn defnydd yng Nghymru, defnydd rheolaidd tu allan i’r ysgol yw’r her; yn y Basg, mae </w:t>
      </w:r>
      <w:r w:rsidR="00140582" w:rsidRPr="00C2705B">
        <w:rPr>
          <w:rFonts w:ascii="Arial" w:hAnsi="Arial" w:cs="Arial"/>
          <w:sz w:val="24"/>
          <w:szCs w:val="24"/>
          <w:lang w:val="cy-GB"/>
        </w:rPr>
        <w:t>gallu</w:t>
      </w:r>
      <w:r w:rsidRPr="00C2705B">
        <w:rPr>
          <w:rFonts w:ascii="Arial" w:hAnsi="Arial" w:cs="Arial"/>
          <w:sz w:val="24"/>
          <w:szCs w:val="24"/>
          <w:lang w:val="cy-GB"/>
        </w:rPr>
        <w:t xml:space="preserve"> wedi tyfu’n gyflymach na defnydd mewn llawer o feysydd .</w:t>
      </w:r>
    </w:p>
    <w:p w14:paraId="7F7769BA" w14:textId="2C0DB0F8"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O dan fframwaith GIDS (</w:t>
      </w:r>
      <w:proofErr w:type="spellStart"/>
      <w:r w:rsidRPr="00C2705B">
        <w:rPr>
          <w:rFonts w:ascii="Arial" w:hAnsi="Arial" w:cs="Arial"/>
          <w:sz w:val="24"/>
          <w:szCs w:val="24"/>
          <w:lang w:val="cy-GB"/>
        </w:rPr>
        <w:t>Fishman</w:t>
      </w:r>
      <w:proofErr w:type="spellEnd"/>
      <w:r w:rsidRPr="00C2705B">
        <w:rPr>
          <w:rFonts w:ascii="Arial" w:hAnsi="Arial" w:cs="Arial"/>
          <w:sz w:val="24"/>
          <w:szCs w:val="24"/>
          <w:lang w:val="cy-GB"/>
        </w:rPr>
        <w:t>), mae addysg yn gweithredu’n bennaf ar gamau ysgol/ieuenctid, ond mae cynaliadwyedd yn dibynnu ar gam 6—trosglwyddo teuluol—a’r cymuned leol. Mae patrymau cyfrifiad Cymru yn dangos mai cartrefi dau oedolyn Cymraeg sy’n trosglwyddo orau; pan nad oes oedolion Cymraeg, mae’r gyfradd trosglwyddo’n isel iawn, gan arwain at ddibyniaeth ar yr ysgol fel llwybr i’r iaith. Yn y Basg, mae model D yn codi cymhwysedd, ond heb ecosystem defnydd cymdeithasol (e.e., chwaraeon, gwaith rhan-amser, masnach), mae’r ddibyniaeth ar Sbaeneg yn parhau mewn sefyllfaoedd anffurfiol.</w:t>
      </w:r>
    </w:p>
    <w:p w14:paraId="1D13A0E3" w14:textId="4160B5B6"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Felly rhyw</w:t>
      </w:r>
      <w:r w:rsidR="00C913EB" w:rsidRPr="00C2705B">
        <w:rPr>
          <w:rFonts w:ascii="Arial" w:hAnsi="Arial" w:cs="Arial"/>
          <w:sz w:val="24"/>
          <w:szCs w:val="24"/>
          <w:lang w:val="cy-GB"/>
        </w:rPr>
        <w:t>s</w:t>
      </w:r>
      <w:r w:rsidRPr="00C2705B">
        <w:rPr>
          <w:rFonts w:ascii="Arial" w:hAnsi="Arial" w:cs="Arial"/>
          <w:sz w:val="24"/>
          <w:szCs w:val="24"/>
          <w:lang w:val="cy-GB"/>
        </w:rPr>
        <w:t xml:space="preserve">ut mae’n rhaid symud o ‘addysgu’r iaith’ i ‘ddylunio sefyllfaoedd lle mae’r iaith yn angenrheidiol’—hynny yw, gwneud i’r micro ddibynnu ar y iaith fel </w:t>
      </w:r>
      <w:r w:rsidR="00530FE8" w:rsidRPr="00C2705B">
        <w:rPr>
          <w:rFonts w:ascii="Arial" w:hAnsi="Arial" w:cs="Arial"/>
          <w:sz w:val="24"/>
          <w:szCs w:val="24"/>
          <w:lang w:val="cy-GB"/>
        </w:rPr>
        <w:t>arf</w:t>
      </w:r>
      <w:r w:rsidRPr="00C2705B">
        <w:rPr>
          <w:rFonts w:ascii="Arial" w:hAnsi="Arial" w:cs="Arial"/>
          <w:sz w:val="24"/>
          <w:szCs w:val="24"/>
          <w:lang w:val="cy-GB"/>
        </w:rPr>
        <w:t xml:space="preserve"> i gyflawni tasgau cymdeithasol (siopa, gwaith, hobïau), nid fel </w:t>
      </w:r>
      <w:r w:rsidR="00473A4B" w:rsidRPr="00C2705B">
        <w:rPr>
          <w:rFonts w:ascii="Arial" w:hAnsi="Arial" w:cs="Arial"/>
          <w:sz w:val="24"/>
          <w:szCs w:val="24"/>
          <w:lang w:val="cy-GB"/>
        </w:rPr>
        <w:t>‘</w:t>
      </w:r>
      <w:r w:rsidRPr="00C2705B">
        <w:rPr>
          <w:rFonts w:ascii="Arial" w:hAnsi="Arial" w:cs="Arial"/>
          <w:sz w:val="24"/>
          <w:szCs w:val="24"/>
          <w:lang w:val="cy-GB"/>
        </w:rPr>
        <w:t xml:space="preserve">opsiwn </w:t>
      </w:r>
      <w:proofErr w:type="spellStart"/>
      <w:r w:rsidRPr="00C2705B">
        <w:rPr>
          <w:rFonts w:ascii="Arial" w:hAnsi="Arial" w:cs="Arial"/>
          <w:sz w:val="24"/>
          <w:szCs w:val="24"/>
          <w:lang w:val="cy-GB"/>
        </w:rPr>
        <w:t>hunaniaethol</w:t>
      </w:r>
      <w:proofErr w:type="spellEnd"/>
      <w:r w:rsidR="00473A4B" w:rsidRPr="00C2705B">
        <w:rPr>
          <w:rFonts w:ascii="Arial" w:hAnsi="Arial" w:cs="Arial"/>
          <w:sz w:val="24"/>
          <w:szCs w:val="24"/>
          <w:lang w:val="cy-GB"/>
        </w:rPr>
        <w:t>’</w:t>
      </w:r>
      <w:r w:rsidRPr="00C2705B">
        <w:rPr>
          <w:rFonts w:ascii="Arial" w:hAnsi="Arial" w:cs="Arial"/>
          <w:sz w:val="24"/>
          <w:szCs w:val="24"/>
          <w:lang w:val="cy-GB"/>
        </w:rPr>
        <w:t xml:space="preserve"> yn unig.</w:t>
      </w:r>
    </w:p>
    <w:p w14:paraId="150FD4DF" w14:textId="66F2D35E"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 xml:space="preserve">Mae edrych ar hunaniaeth yn hollbwysig i ddeall pam fod yr un polisïau’n cynhyrchu canlyniadau gwahanol. Yn y Basg, mae’r </w:t>
      </w:r>
      <w:proofErr w:type="spellStart"/>
      <w:r w:rsidRPr="00C2705B">
        <w:rPr>
          <w:rFonts w:ascii="Arial" w:hAnsi="Arial" w:cs="Arial"/>
          <w:sz w:val="24"/>
          <w:szCs w:val="24"/>
          <w:lang w:val="cy-GB"/>
        </w:rPr>
        <w:t>Fasgeg</w:t>
      </w:r>
      <w:proofErr w:type="spellEnd"/>
      <w:r w:rsidRPr="00C2705B">
        <w:rPr>
          <w:rFonts w:ascii="Arial" w:hAnsi="Arial" w:cs="Arial"/>
          <w:sz w:val="24"/>
          <w:szCs w:val="24"/>
          <w:lang w:val="cy-GB"/>
        </w:rPr>
        <w:t xml:space="preserve"> yn cael ei weld fel symboliaeth genedlaethol; mae hyn yn creu ymrwymiad cryf (cymorth i </w:t>
      </w:r>
      <w:proofErr w:type="spellStart"/>
      <w:r w:rsidRPr="00C2705B">
        <w:rPr>
          <w:rFonts w:ascii="Arial" w:hAnsi="Arial" w:cs="Arial"/>
          <w:sz w:val="24"/>
          <w:szCs w:val="24"/>
          <w:lang w:val="cy-GB"/>
        </w:rPr>
        <w:t>ikastolak</w:t>
      </w:r>
      <w:proofErr w:type="spellEnd"/>
      <w:r w:rsidRPr="00C2705B">
        <w:rPr>
          <w:rFonts w:ascii="Arial" w:hAnsi="Arial" w:cs="Arial"/>
          <w:sz w:val="24"/>
          <w:szCs w:val="24"/>
          <w:lang w:val="cy-GB"/>
        </w:rPr>
        <w:t xml:space="preserve">, ymgyrchoedd fel </w:t>
      </w:r>
      <w:proofErr w:type="spellStart"/>
      <w:r w:rsidRPr="00C2705B">
        <w:rPr>
          <w:rFonts w:ascii="Arial" w:hAnsi="Arial" w:cs="Arial"/>
          <w:sz w:val="24"/>
          <w:szCs w:val="24"/>
          <w:lang w:val="cy-GB"/>
        </w:rPr>
        <w:t>Euskaraldia</w:t>
      </w:r>
      <w:proofErr w:type="spellEnd"/>
      <w:r w:rsidRPr="00C2705B">
        <w:rPr>
          <w:rFonts w:ascii="Arial" w:hAnsi="Arial" w:cs="Arial"/>
          <w:sz w:val="24"/>
          <w:szCs w:val="24"/>
          <w:lang w:val="cy-GB"/>
        </w:rPr>
        <w:t xml:space="preserve">), ond gall hefyd greu </w:t>
      </w:r>
      <w:r w:rsidR="0071409B" w:rsidRPr="00C2705B">
        <w:rPr>
          <w:rFonts w:ascii="Arial" w:hAnsi="Arial" w:cs="Arial"/>
          <w:sz w:val="24"/>
          <w:szCs w:val="24"/>
          <w:lang w:val="cy-GB"/>
        </w:rPr>
        <w:t>norm</w:t>
      </w:r>
      <w:r w:rsidRPr="00C2705B">
        <w:rPr>
          <w:rFonts w:ascii="Arial" w:hAnsi="Arial" w:cs="Arial"/>
          <w:sz w:val="24"/>
          <w:szCs w:val="24"/>
          <w:lang w:val="cy-GB"/>
        </w:rPr>
        <w:t xml:space="preserve"> ddwbl: mae Sbaeneg yn parhau’n norm defnyddiol mewn rhyngweithio cymysg, tra bo Basgeg yn cael ei weld yn norm ideolegol mewn rhai lleoliadau—sy’n caniatáu llithriad ôl-ysgol at Sbaeneg mewn grwpiau cymysg. Yng Nghymru, mae’r Gymraeg yn gysylltiedig â hunaniaeth ddiwylliannol ac addysg; eto gwelir bod patrymau defnydd yn llai sefydlog mewn ardaloedd trefol/sectorau gwaith penodol, sy’n awgrymu bod bri ymarferol yn dal i fod dan ddatblygiad mewn rhai meysydd gwaith a gwasanaeth.</w:t>
      </w:r>
    </w:p>
    <w:p w14:paraId="03DD9155" w14:textId="6D99B079" w:rsidR="00773492" w:rsidRPr="00C2705B" w:rsidRDefault="00715DC2" w:rsidP="00C2705B">
      <w:pPr>
        <w:spacing w:line="360" w:lineRule="auto"/>
        <w:rPr>
          <w:rFonts w:ascii="Arial" w:hAnsi="Arial" w:cs="Arial"/>
          <w:sz w:val="24"/>
          <w:szCs w:val="24"/>
          <w:lang w:val="cy-GB"/>
        </w:rPr>
      </w:pPr>
      <w:r w:rsidRPr="00C2705B">
        <w:rPr>
          <w:rFonts w:ascii="Arial" w:hAnsi="Arial" w:cs="Arial"/>
          <w:sz w:val="24"/>
          <w:szCs w:val="24"/>
          <w:lang w:val="cy-GB"/>
        </w:rPr>
        <w:lastRenderedPageBreak/>
        <w:t>M</w:t>
      </w:r>
      <w:r w:rsidR="00042587" w:rsidRPr="00C2705B">
        <w:rPr>
          <w:rFonts w:ascii="Arial" w:hAnsi="Arial" w:cs="Arial"/>
          <w:sz w:val="24"/>
          <w:szCs w:val="24"/>
          <w:lang w:val="cy-GB"/>
        </w:rPr>
        <w:t xml:space="preserve">acro–meso–micro: mae’r </w:t>
      </w:r>
      <w:r w:rsidR="00035FB6" w:rsidRPr="00C2705B">
        <w:rPr>
          <w:rFonts w:ascii="Arial" w:hAnsi="Arial" w:cs="Arial"/>
          <w:sz w:val="24"/>
          <w:szCs w:val="24"/>
          <w:lang w:val="cy-GB"/>
        </w:rPr>
        <w:t>bwlch</w:t>
      </w:r>
      <w:r w:rsidR="00042587" w:rsidRPr="00C2705B">
        <w:rPr>
          <w:rFonts w:ascii="Arial" w:hAnsi="Arial" w:cs="Arial"/>
          <w:sz w:val="24"/>
          <w:szCs w:val="24"/>
          <w:lang w:val="cy-GB"/>
        </w:rPr>
        <w:t xml:space="preserve"> rhwng </w:t>
      </w:r>
      <w:r w:rsidR="00035FB6" w:rsidRPr="00C2705B">
        <w:rPr>
          <w:rFonts w:ascii="Arial" w:hAnsi="Arial" w:cs="Arial"/>
          <w:sz w:val="24"/>
          <w:szCs w:val="24"/>
          <w:lang w:val="cy-GB"/>
        </w:rPr>
        <w:t xml:space="preserve">y </w:t>
      </w:r>
      <w:r w:rsidR="00042587" w:rsidRPr="00C2705B">
        <w:rPr>
          <w:rFonts w:ascii="Arial" w:hAnsi="Arial" w:cs="Arial"/>
          <w:sz w:val="24"/>
          <w:szCs w:val="24"/>
          <w:lang w:val="cy-GB"/>
        </w:rPr>
        <w:t xml:space="preserve">macro (Mesur 2011; statws BAC) a’r micro (defnydd </w:t>
      </w:r>
      <w:r w:rsidR="00035FB6" w:rsidRPr="00C2705B">
        <w:rPr>
          <w:rFonts w:ascii="Arial" w:hAnsi="Arial" w:cs="Arial"/>
          <w:sz w:val="24"/>
          <w:szCs w:val="24"/>
          <w:lang w:val="cy-GB"/>
        </w:rPr>
        <w:t>bob dydd,</w:t>
      </w:r>
      <w:r w:rsidR="00042587" w:rsidRPr="00C2705B">
        <w:rPr>
          <w:rFonts w:ascii="Arial" w:hAnsi="Arial" w:cs="Arial"/>
          <w:sz w:val="24"/>
          <w:szCs w:val="24"/>
          <w:lang w:val="cy-GB"/>
        </w:rPr>
        <w:t xml:space="preserve"> gwasanaeth </w:t>
      </w:r>
      <w:r w:rsidR="00035FB6" w:rsidRPr="00C2705B">
        <w:rPr>
          <w:rFonts w:ascii="Arial" w:hAnsi="Arial" w:cs="Arial"/>
          <w:sz w:val="24"/>
          <w:szCs w:val="24"/>
          <w:lang w:val="cy-GB"/>
        </w:rPr>
        <w:t>cwsmer</w:t>
      </w:r>
      <w:r w:rsidR="004404B2" w:rsidRPr="00C2705B">
        <w:rPr>
          <w:rFonts w:ascii="Arial" w:hAnsi="Arial" w:cs="Arial"/>
          <w:sz w:val="24"/>
          <w:szCs w:val="24"/>
          <w:lang w:val="cy-GB"/>
        </w:rPr>
        <w:t xml:space="preserve"> Cymraeg</w:t>
      </w:r>
      <w:r w:rsidR="00042587" w:rsidRPr="00C2705B">
        <w:rPr>
          <w:rFonts w:ascii="Arial" w:hAnsi="Arial" w:cs="Arial"/>
          <w:sz w:val="24"/>
          <w:szCs w:val="24"/>
          <w:lang w:val="cy-GB"/>
        </w:rPr>
        <w:t>, siop</w:t>
      </w:r>
      <w:r w:rsidR="004404B2" w:rsidRPr="00C2705B">
        <w:rPr>
          <w:rFonts w:ascii="Arial" w:hAnsi="Arial" w:cs="Arial"/>
          <w:sz w:val="24"/>
          <w:szCs w:val="24"/>
          <w:lang w:val="cy-GB"/>
        </w:rPr>
        <w:t>a</w:t>
      </w:r>
      <w:r w:rsidR="00042587" w:rsidRPr="00C2705B">
        <w:rPr>
          <w:rFonts w:ascii="Arial" w:hAnsi="Arial" w:cs="Arial"/>
          <w:sz w:val="24"/>
          <w:szCs w:val="24"/>
          <w:lang w:val="cy-GB"/>
        </w:rPr>
        <w:t>)</w:t>
      </w:r>
      <w:r w:rsidR="004404B2" w:rsidRPr="00C2705B">
        <w:rPr>
          <w:rFonts w:ascii="Arial" w:hAnsi="Arial" w:cs="Arial"/>
          <w:sz w:val="24"/>
          <w:szCs w:val="24"/>
          <w:lang w:val="cy-GB"/>
        </w:rPr>
        <w:t xml:space="preserve"> yn </w:t>
      </w:r>
      <w:r w:rsidR="00A708B3" w:rsidRPr="00C2705B">
        <w:rPr>
          <w:rFonts w:ascii="Arial" w:hAnsi="Arial" w:cs="Arial"/>
          <w:sz w:val="24"/>
          <w:szCs w:val="24"/>
          <w:lang w:val="cy-GB"/>
        </w:rPr>
        <w:t>rhy fawr</w:t>
      </w:r>
      <w:r w:rsidR="00042587" w:rsidRPr="00C2705B">
        <w:rPr>
          <w:rFonts w:ascii="Arial" w:hAnsi="Arial" w:cs="Arial"/>
          <w:sz w:val="24"/>
          <w:szCs w:val="24"/>
          <w:lang w:val="cy-GB"/>
        </w:rPr>
        <w:t xml:space="preserve">; mae’r </w:t>
      </w:r>
      <w:r w:rsidR="00A708B3" w:rsidRPr="00C2705B">
        <w:rPr>
          <w:rFonts w:ascii="Arial" w:hAnsi="Arial" w:cs="Arial"/>
          <w:sz w:val="24"/>
          <w:szCs w:val="24"/>
          <w:lang w:val="cy-GB"/>
        </w:rPr>
        <w:t>angen mwy o</w:t>
      </w:r>
      <w:r w:rsidR="00C1778F" w:rsidRPr="00C2705B">
        <w:rPr>
          <w:rFonts w:ascii="Arial" w:hAnsi="Arial" w:cs="Arial"/>
          <w:sz w:val="24"/>
          <w:szCs w:val="24"/>
          <w:lang w:val="cy-GB"/>
        </w:rPr>
        <w:t xml:space="preserve"> ymdrech i gysylltu’r ddau ynghlwm a’i gilydd drwy’r </w:t>
      </w:r>
      <w:r w:rsidR="00042587" w:rsidRPr="00C2705B">
        <w:rPr>
          <w:rFonts w:ascii="Arial" w:hAnsi="Arial" w:cs="Arial"/>
          <w:sz w:val="24"/>
          <w:szCs w:val="24"/>
          <w:lang w:val="cy-GB"/>
        </w:rPr>
        <w:t xml:space="preserve">meso (ysgolion, cyflogwyr, cynghorau) </w:t>
      </w:r>
      <w:r w:rsidR="001F24ED" w:rsidRPr="00C2705B">
        <w:rPr>
          <w:rFonts w:ascii="Arial" w:hAnsi="Arial" w:cs="Arial"/>
          <w:sz w:val="24"/>
          <w:szCs w:val="24"/>
          <w:lang w:val="cy-GB"/>
        </w:rPr>
        <w:t>gan</w:t>
      </w:r>
      <w:r w:rsidR="00042587" w:rsidRPr="00C2705B">
        <w:rPr>
          <w:rFonts w:ascii="Arial" w:hAnsi="Arial" w:cs="Arial"/>
          <w:sz w:val="24"/>
          <w:szCs w:val="24"/>
          <w:lang w:val="cy-GB"/>
        </w:rPr>
        <w:t xml:space="preserve"> </w:t>
      </w:r>
      <w:r w:rsidR="001F24ED" w:rsidRPr="00C2705B">
        <w:rPr>
          <w:rFonts w:ascii="Arial" w:hAnsi="Arial" w:cs="Arial"/>
          <w:sz w:val="24"/>
          <w:szCs w:val="24"/>
          <w:lang w:val="cy-GB"/>
        </w:rPr>
        <w:t>d</w:t>
      </w:r>
      <w:r w:rsidR="00042587" w:rsidRPr="00C2705B">
        <w:rPr>
          <w:rFonts w:ascii="Arial" w:hAnsi="Arial" w:cs="Arial"/>
          <w:sz w:val="24"/>
          <w:szCs w:val="24"/>
          <w:lang w:val="cy-GB"/>
        </w:rPr>
        <w:t xml:space="preserve">dylunio arferion sy’n rhwymo’r micro wrth y macro (e.e., </w:t>
      </w:r>
      <w:r w:rsidR="00EE4FFC" w:rsidRPr="00C2705B">
        <w:rPr>
          <w:rFonts w:ascii="Arial" w:hAnsi="Arial" w:cs="Arial"/>
          <w:sz w:val="24"/>
          <w:szCs w:val="24"/>
          <w:lang w:val="cy-GB"/>
        </w:rPr>
        <w:t xml:space="preserve">rhagosodiad </w:t>
      </w:r>
      <w:r w:rsidR="00042587" w:rsidRPr="00C2705B">
        <w:rPr>
          <w:rFonts w:ascii="Arial" w:hAnsi="Arial" w:cs="Arial"/>
          <w:sz w:val="24"/>
          <w:szCs w:val="24"/>
          <w:lang w:val="cy-GB"/>
        </w:rPr>
        <w:t>protocol</w:t>
      </w:r>
      <w:r w:rsidR="00EE4FFC" w:rsidRPr="00C2705B">
        <w:rPr>
          <w:rFonts w:ascii="Arial" w:hAnsi="Arial" w:cs="Arial"/>
          <w:sz w:val="24"/>
          <w:szCs w:val="24"/>
          <w:lang w:val="cy-GB"/>
        </w:rPr>
        <w:t>/polisi</w:t>
      </w:r>
      <w:r w:rsidR="00042587" w:rsidRPr="00C2705B">
        <w:rPr>
          <w:rFonts w:ascii="Arial" w:hAnsi="Arial" w:cs="Arial"/>
          <w:sz w:val="24"/>
          <w:szCs w:val="24"/>
          <w:lang w:val="cy-GB"/>
        </w:rPr>
        <w:t xml:space="preserve"> yn Gymraeg/Basgeg”, dangosyddion perfformiad ar ddefnydd) .</w:t>
      </w:r>
    </w:p>
    <w:p w14:paraId="15B715FB" w14:textId="378451A2"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Targedu’r “pwyntiau trosi” lle mae cymhwysedd yn methu troi’n ddefnydd: cyswllt cyntaf mewn gwasanaethau, tasgau gwaith penodol, a chlybiau/llwyfannau y tu hwnt i’r ysgol.</w:t>
      </w:r>
    </w:p>
    <w:p w14:paraId="2BD2FDF3" w14:textId="77777777"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 xml:space="preserve">Cymru: statws unffurf a buddsoddiad addysgol, ond bylchau defnydd sy’n amlygu’r angen am bolisïau ymddygiadol a dyluniad normau yn y </w:t>
      </w:r>
      <w:proofErr w:type="spellStart"/>
      <w:r w:rsidRPr="00C2705B">
        <w:rPr>
          <w:rFonts w:ascii="Arial" w:hAnsi="Arial" w:cs="Arial"/>
          <w:sz w:val="24"/>
          <w:szCs w:val="24"/>
          <w:lang w:val="cy-GB"/>
        </w:rPr>
        <w:t>meicro</w:t>
      </w:r>
      <w:proofErr w:type="spellEnd"/>
      <w:r w:rsidRPr="00C2705B">
        <w:rPr>
          <w:rFonts w:ascii="Cambria Math" w:hAnsi="Cambria Math" w:cs="Cambria Math"/>
          <w:sz w:val="24"/>
          <w:szCs w:val="24"/>
          <w:lang w:val="cy-GB"/>
        </w:rPr>
        <w:t>‑</w:t>
      </w:r>
      <w:r w:rsidRPr="00C2705B">
        <w:rPr>
          <w:rFonts w:ascii="Arial" w:hAnsi="Arial" w:cs="Arial"/>
          <w:sz w:val="24"/>
          <w:szCs w:val="24"/>
          <w:lang w:val="cy-GB"/>
        </w:rPr>
        <w:t>ryngweithio .</w:t>
      </w:r>
    </w:p>
    <w:p w14:paraId="3A10E5A2" w14:textId="1A15AF7F" w:rsidR="00773492"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 xml:space="preserve">Basg: model addysg trochi a safon </w:t>
      </w:r>
      <w:proofErr w:type="spellStart"/>
      <w:r w:rsidRPr="00C2705B">
        <w:rPr>
          <w:rFonts w:ascii="Arial" w:hAnsi="Arial" w:cs="Arial"/>
          <w:sz w:val="24"/>
          <w:szCs w:val="24"/>
          <w:lang w:val="cy-GB"/>
        </w:rPr>
        <w:t>batua</w:t>
      </w:r>
      <w:proofErr w:type="spellEnd"/>
      <w:r w:rsidRPr="00C2705B">
        <w:rPr>
          <w:rFonts w:ascii="Arial" w:hAnsi="Arial" w:cs="Arial"/>
          <w:sz w:val="24"/>
          <w:szCs w:val="24"/>
          <w:lang w:val="cy-GB"/>
        </w:rPr>
        <w:t xml:space="preserve"> yn y BAC, ond amrywiad statws ar draws tiriogaethau a phatrwm </w:t>
      </w:r>
      <w:r w:rsidR="008864C8" w:rsidRPr="00C2705B">
        <w:rPr>
          <w:rFonts w:ascii="Arial" w:hAnsi="Arial" w:cs="Arial"/>
          <w:sz w:val="24"/>
          <w:szCs w:val="24"/>
          <w:lang w:val="cy-GB"/>
        </w:rPr>
        <w:t>gallu</w:t>
      </w:r>
      <w:r w:rsidRPr="00C2705B">
        <w:rPr>
          <w:rFonts w:ascii="Arial" w:hAnsi="Arial" w:cs="Arial"/>
          <w:sz w:val="24"/>
          <w:szCs w:val="24"/>
          <w:lang w:val="cy-GB"/>
        </w:rPr>
        <w:t xml:space="preserve"> </w:t>
      </w:r>
      <w:r w:rsidR="00D04AC6" w:rsidRPr="00C2705B">
        <w:rPr>
          <w:rFonts w:ascii="Arial" w:hAnsi="Arial" w:cs="Arial"/>
          <w:sz w:val="24"/>
          <w:szCs w:val="24"/>
          <w:lang w:val="cy-GB"/>
        </w:rPr>
        <w:t>yn fwy na</w:t>
      </w:r>
      <w:r w:rsidRPr="00C2705B">
        <w:rPr>
          <w:rFonts w:ascii="Arial" w:hAnsi="Arial" w:cs="Arial"/>
          <w:sz w:val="24"/>
          <w:szCs w:val="24"/>
          <w:lang w:val="cy-GB"/>
        </w:rPr>
        <w:t xml:space="preserve"> defnydd</w:t>
      </w:r>
      <w:r w:rsidR="00D930A8" w:rsidRPr="00C2705B">
        <w:rPr>
          <w:rFonts w:ascii="Arial" w:hAnsi="Arial" w:cs="Arial"/>
          <w:sz w:val="24"/>
          <w:szCs w:val="24"/>
          <w:lang w:val="cy-GB"/>
        </w:rPr>
        <w:t xml:space="preserve"> </w:t>
      </w:r>
      <w:r w:rsidRPr="00C2705B">
        <w:rPr>
          <w:rFonts w:ascii="Arial" w:hAnsi="Arial" w:cs="Arial"/>
          <w:sz w:val="24"/>
          <w:szCs w:val="24"/>
          <w:lang w:val="cy-GB"/>
        </w:rPr>
        <w:t xml:space="preserve">sy’n awgrymu mai </w:t>
      </w:r>
      <w:r w:rsidR="00126C76" w:rsidRPr="00C2705B">
        <w:rPr>
          <w:rFonts w:ascii="Arial" w:hAnsi="Arial" w:cs="Arial"/>
          <w:sz w:val="24"/>
          <w:szCs w:val="24"/>
          <w:lang w:val="cy-GB"/>
        </w:rPr>
        <w:t>bri</w:t>
      </w:r>
      <w:r w:rsidRPr="00C2705B">
        <w:rPr>
          <w:rFonts w:ascii="Arial" w:hAnsi="Arial" w:cs="Arial"/>
          <w:sz w:val="24"/>
          <w:szCs w:val="24"/>
          <w:lang w:val="cy-GB"/>
        </w:rPr>
        <w:t xml:space="preserve"> defnyddiol a </w:t>
      </w:r>
      <w:proofErr w:type="spellStart"/>
      <w:r w:rsidRPr="00C2705B">
        <w:rPr>
          <w:rFonts w:ascii="Arial" w:hAnsi="Arial" w:cs="Arial"/>
          <w:sz w:val="24"/>
          <w:szCs w:val="24"/>
          <w:lang w:val="cy-GB"/>
        </w:rPr>
        <w:t>sefyllfaol</w:t>
      </w:r>
      <w:proofErr w:type="spellEnd"/>
      <w:r w:rsidRPr="00C2705B">
        <w:rPr>
          <w:rFonts w:ascii="Arial" w:hAnsi="Arial" w:cs="Arial"/>
          <w:sz w:val="24"/>
          <w:szCs w:val="24"/>
          <w:lang w:val="cy-GB"/>
        </w:rPr>
        <w:t xml:space="preserve"> (nid symbolaeth yn unig) sy’n troi dysgwr yn ddefnyddiwr rheolaidd.</w:t>
      </w:r>
    </w:p>
    <w:p w14:paraId="722C0C9F" w14:textId="77777777" w:rsidR="000E58DA" w:rsidRPr="00C2705B" w:rsidRDefault="00042587" w:rsidP="00C2705B">
      <w:pPr>
        <w:spacing w:line="360" w:lineRule="auto"/>
        <w:rPr>
          <w:rFonts w:ascii="Arial" w:hAnsi="Arial" w:cs="Arial"/>
          <w:sz w:val="24"/>
          <w:szCs w:val="24"/>
          <w:lang w:val="cy-GB"/>
        </w:rPr>
      </w:pPr>
      <w:r w:rsidRPr="00C2705B">
        <w:rPr>
          <w:rFonts w:ascii="Arial" w:hAnsi="Arial" w:cs="Arial"/>
          <w:sz w:val="24"/>
          <w:szCs w:val="24"/>
          <w:lang w:val="cy-GB"/>
        </w:rPr>
        <w:t>O dan lens Cooper–</w:t>
      </w:r>
      <w:proofErr w:type="spellStart"/>
      <w:r w:rsidRPr="00C2705B">
        <w:rPr>
          <w:rFonts w:ascii="Arial" w:hAnsi="Arial" w:cs="Arial"/>
          <w:sz w:val="24"/>
          <w:szCs w:val="24"/>
          <w:lang w:val="cy-GB"/>
        </w:rPr>
        <w:t>Fishman</w:t>
      </w:r>
      <w:proofErr w:type="spellEnd"/>
      <w:r w:rsidRPr="00C2705B">
        <w:rPr>
          <w:rFonts w:ascii="Arial" w:hAnsi="Arial" w:cs="Arial"/>
          <w:sz w:val="24"/>
          <w:szCs w:val="24"/>
          <w:lang w:val="cy-GB"/>
        </w:rPr>
        <w:t>–</w:t>
      </w:r>
      <w:proofErr w:type="spellStart"/>
      <w:r w:rsidRPr="00C2705B">
        <w:rPr>
          <w:rFonts w:ascii="Arial" w:hAnsi="Arial" w:cs="Arial"/>
          <w:sz w:val="24"/>
          <w:szCs w:val="24"/>
          <w:lang w:val="cy-GB"/>
        </w:rPr>
        <w:t>Hornberger</w:t>
      </w:r>
      <w:proofErr w:type="spellEnd"/>
      <w:r w:rsidRPr="00C2705B">
        <w:rPr>
          <w:rFonts w:ascii="Arial" w:hAnsi="Arial" w:cs="Arial"/>
          <w:sz w:val="24"/>
          <w:szCs w:val="24"/>
          <w:lang w:val="cy-GB"/>
        </w:rPr>
        <w:t>–</w:t>
      </w:r>
      <w:proofErr w:type="spellStart"/>
      <w:r w:rsidRPr="00C2705B">
        <w:rPr>
          <w:rFonts w:ascii="Arial" w:hAnsi="Arial" w:cs="Arial"/>
          <w:sz w:val="24"/>
          <w:szCs w:val="24"/>
          <w:lang w:val="cy-GB"/>
        </w:rPr>
        <w:t>Baldauf</w:t>
      </w:r>
      <w:proofErr w:type="spellEnd"/>
      <w:r w:rsidRPr="00C2705B">
        <w:rPr>
          <w:rFonts w:ascii="Arial" w:hAnsi="Arial" w:cs="Arial"/>
          <w:sz w:val="24"/>
          <w:szCs w:val="24"/>
          <w:lang w:val="cy-GB"/>
        </w:rPr>
        <w:t xml:space="preserve">, mae’r ddwy astudiaeth achos yn awgrymu mai’r gwahaniaeth rhwng polisi llwyddiannus a pholisi “ar bapur” yw’r gallu i ail-ddylunio’r amgylcheddau lle mae pobl yn gorfod, yn dymuno, ac yn teimlo’n hyderus i ddefnyddio’r iaith. Mae’r dystiolaeth o’r dosbarthiadau DLG yn y Basg yn dangos sut y gellir troi L2 yn </w:t>
      </w:r>
      <w:r w:rsidR="00A23ADC" w:rsidRPr="00C2705B">
        <w:rPr>
          <w:rFonts w:ascii="Arial" w:hAnsi="Arial" w:cs="Arial"/>
          <w:sz w:val="24"/>
          <w:szCs w:val="24"/>
          <w:lang w:val="cy-GB"/>
        </w:rPr>
        <w:t>arf</w:t>
      </w:r>
      <w:r w:rsidRPr="00C2705B">
        <w:rPr>
          <w:rFonts w:ascii="Arial" w:hAnsi="Arial" w:cs="Arial"/>
          <w:sz w:val="24"/>
          <w:szCs w:val="24"/>
          <w:lang w:val="cy-GB"/>
        </w:rPr>
        <w:t xml:space="preserve"> byw i gwblhau tasg gymdeithasol ystyrlon, gan gynnig model y gellir ei drosglwyddo i feysydd fel gwaith a gwasanaethau yng Nghymru a’r Basg fel ei gilydd .</w:t>
      </w:r>
    </w:p>
    <w:p w14:paraId="3A30A880" w14:textId="77777777" w:rsidR="00F9526C" w:rsidRPr="00C2705B" w:rsidRDefault="00F9526C" w:rsidP="00C2705B">
      <w:pPr>
        <w:spacing w:line="360" w:lineRule="auto"/>
        <w:rPr>
          <w:rFonts w:ascii="Arial" w:hAnsi="Arial" w:cs="Arial"/>
          <w:b/>
          <w:bCs/>
          <w:sz w:val="24"/>
          <w:szCs w:val="24"/>
          <w:lang w:val="cy-GB"/>
        </w:rPr>
      </w:pPr>
    </w:p>
    <w:p w14:paraId="1283684E" w14:textId="4CFA5235" w:rsidR="00C779D9" w:rsidRPr="00C2705B" w:rsidRDefault="00FD72AE" w:rsidP="00C2705B">
      <w:pPr>
        <w:spacing w:line="360" w:lineRule="auto"/>
        <w:rPr>
          <w:rFonts w:ascii="Arial" w:hAnsi="Arial" w:cs="Arial"/>
          <w:sz w:val="24"/>
          <w:szCs w:val="24"/>
          <w:lang w:val="cy-GB"/>
        </w:rPr>
      </w:pPr>
      <w:r w:rsidRPr="00C2705B">
        <w:rPr>
          <w:rFonts w:ascii="Arial" w:hAnsi="Arial" w:cs="Arial"/>
          <w:b/>
          <w:bCs/>
          <w:sz w:val="24"/>
          <w:szCs w:val="24"/>
          <w:lang w:val="cy-GB"/>
        </w:rPr>
        <w:t>Cyfeirno</w:t>
      </w:r>
      <w:r w:rsidR="00A0449C" w:rsidRPr="00C2705B">
        <w:rPr>
          <w:rFonts w:ascii="Arial" w:hAnsi="Arial" w:cs="Arial"/>
          <w:b/>
          <w:bCs/>
          <w:sz w:val="24"/>
          <w:szCs w:val="24"/>
          <w:lang w:val="cy-GB"/>
        </w:rPr>
        <w:t>di</w:t>
      </w:r>
    </w:p>
    <w:p w14:paraId="2C530F80" w14:textId="08DFCEFD" w:rsidR="00184509" w:rsidRPr="00C2705B" w:rsidRDefault="00184509" w:rsidP="00C2705B">
      <w:pPr>
        <w:spacing w:line="360" w:lineRule="auto"/>
        <w:rPr>
          <w:rFonts w:ascii="Arial" w:hAnsi="Arial" w:cs="Arial"/>
          <w:sz w:val="24"/>
          <w:szCs w:val="24"/>
          <w:lang w:val="cy-GB"/>
        </w:rPr>
      </w:pPr>
      <w:proofErr w:type="spellStart"/>
      <w:r w:rsidRPr="00C2705B">
        <w:rPr>
          <w:rFonts w:ascii="Arial" w:hAnsi="Arial" w:cs="Arial"/>
          <w:sz w:val="24"/>
          <w:szCs w:val="24"/>
          <w:lang w:val="cy-GB"/>
        </w:rPr>
        <w:t>Agustín</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Lana</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Rodrigo</w:t>
      </w:r>
      <w:proofErr w:type="spellEnd"/>
      <w:r w:rsidRPr="00C2705B">
        <w:rPr>
          <w:rFonts w:ascii="Arial" w:hAnsi="Arial" w:cs="Arial"/>
          <w:sz w:val="24"/>
          <w:szCs w:val="24"/>
          <w:lang w:val="cy-GB"/>
        </w:rPr>
        <w:t xml:space="preserve">. (2021). </w:t>
      </w:r>
      <w:proofErr w:type="spellStart"/>
      <w:r w:rsidRPr="00C2705B">
        <w:rPr>
          <w:rFonts w:ascii="Arial" w:hAnsi="Arial" w:cs="Arial"/>
          <w:sz w:val="24"/>
          <w:szCs w:val="24"/>
          <w:lang w:val="cy-GB"/>
        </w:rPr>
        <w:t>Evaluation</w:t>
      </w:r>
      <w:proofErr w:type="spellEnd"/>
      <w:r w:rsidRPr="00C2705B">
        <w:rPr>
          <w:rFonts w:ascii="Arial" w:hAnsi="Arial" w:cs="Arial"/>
          <w:sz w:val="24"/>
          <w:szCs w:val="24"/>
          <w:lang w:val="cy-GB"/>
        </w:rPr>
        <w:t xml:space="preserve"> of </w:t>
      </w:r>
      <w:proofErr w:type="spellStart"/>
      <w:r w:rsidRPr="00C2705B">
        <w:rPr>
          <w:rFonts w:ascii="Arial" w:hAnsi="Arial" w:cs="Arial"/>
          <w:sz w:val="24"/>
          <w:szCs w:val="24"/>
          <w:lang w:val="cy-GB"/>
        </w:rPr>
        <w:t>language</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policy</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in</w:t>
      </w:r>
      <w:proofErr w:type="spellEnd"/>
      <w:r w:rsidRPr="00C2705B">
        <w:rPr>
          <w:rFonts w:ascii="Arial" w:hAnsi="Arial" w:cs="Arial"/>
          <w:sz w:val="24"/>
          <w:szCs w:val="24"/>
          <w:lang w:val="cy-GB"/>
        </w:rPr>
        <w:t xml:space="preserve"> the </w:t>
      </w:r>
      <w:proofErr w:type="spellStart"/>
      <w:r w:rsidRPr="00C2705B">
        <w:rPr>
          <w:rFonts w:ascii="Arial" w:hAnsi="Arial" w:cs="Arial"/>
          <w:sz w:val="24"/>
          <w:szCs w:val="24"/>
          <w:lang w:val="cy-GB"/>
        </w:rPr>
        <w:t>Basque</w:t>
      </w:r>
      <w:proofErr w:type="spellEnd"/>
      <w:r w:rsidRPr="00C2705B">
        <w:rPr>
          <w:rFonts w:ascii="Arial" w:hAnsi="Arial" w:cs="Arial"/>
          <w:sz w:val="24"/>
          <w:szCs w:val="24"/>
          <w:lang w:val="cy-GB"/>
        </w:rPr>
        <w:t xml:space="preserve"> Country.</w:t>
      </w:r>
      <w:r w:rsidR="00AB6614" w:rsidRPr="00C2705B">
        <w:rPr>
          <w:rFonts w:ascii="Arial" w:hAnsi="Arial" w:cs="Arial"/>
          <w:sz w:val="24"/>
          <w:szCs w:val="24"/>
          <w:lang w:val="cy-GB"/>
        </w:rPr>
        <w:t xml:space="preserve"> </w:t>
      </w:r>
      <w:r w:rsidRPr="00C2705B">
        <w:rPr>
          <w:rFonts w:ascii="Arial" w:hAnsi="Arial" w:cs="Arial"/>
          <w:sz w:val="24"/>
          <w:szCs w:val="24"/>
          <w:lang w:val="cy-GB"/>
        </w:rPr>
        <w:lastRenderedPageBreak/>
        <w:t>https://www.researchgate.net/publication/350107337_Evaluation_of_language_policy_in_the_Basque_Country</w:t>
      </w:r>
    </w:p>
    <w:p w14:paraId="6D22426F" w14:textId="583CB75B" w:rsidR="00893A99" w:rsidRPr="00C2705B" w:rsidRDefault="00893A99" w:rsidP="00C2705B">
      <w:pPr>
        <w:spacing w:line="360" w:lineRule="auto"/>
        <w:rPr>
          <w:rFonts w:ascii="Arial" w:hAnsi="Arial" w:cs="Arial"/>
          <w:sz w:val="24"/>
          <w:szCs w:val="24"/>
          <w:lang w:val="cy-GB"/>
        </w:rPr>
      </w:pPr>
      <w:proofErr w:type="spellStart"/>
      <w:r w:rsidRPr="00C2705B">
        <w:rPr>
          <w:rFonts w:ascii="Arial" w:hAnsi="Arial" w:cs="Arial"/>
          <w:sz w:val="24"/>
          <w:szCs w:val="24"/>
          <w:lang w:val="cy-GB"/>
        </w:rPr>
        <w:t>Azurmendi</w:t>
      </w:r>
      <w:proofErr w:type="spellEnd"/>
      <w:r w:rsidRPr="00C2705B">
        <w:rPr>
          <w:rFonts w:ascii="Arial" w:hAnsi="Arial" w:cs="Arial"/>
          <w:sz w:val="24"/>
          <w:szCs w:val="24"/>
          <w:lang w:val="cy-GB"/>
        </w:rPr>
        <w:t xml:space="preserve">, M.-J., </w:t>
      </w:r>
      <w:proofErr w:type="spellStart"/>
      <w:r w:rsidRPr="00C2705B">
        <w:rPr>
          <w:rFonts w:ascii="Arial" w:hAnsi="Arial" w:cs="Arial"/>
          <w:sz w:val="24"/>
          <w:szCs w:val="24"/>
          <w:lang w:val="cy-GB"/>
        </w:rPr>
        <w:t>Bachoc</w:t>
      </w:r>
      <w:proofErr w:type="spellEnd"/>
      <w:r w:rsidRPr="00C2705B">
        <w:rPr>
          <w:rFonts w:ascii="Arial" w:hAnsi="Arial" w:cs="Arial"/>
          <w:sz w:val="24"/>
          <w:szCs w:val="24"/>
          <w:lang w:val="cy-GB"/>
        </w:rPr>
        <w:t xml:space="preserve">, E. A </w:t>
      </w:r>
      <w:proofErr w:type="spellStart"/>
      <w:r w:rsidRPr="00C2705B">
        <w:rPr>
          <w:rFonts w:ascii="Arial" w:hAnsi="Arial" w:cs="Arial"/>
          <w:sz w:val="24"/>
          <w:szCs w:val="24"/>
          <w:lang w:val="cy-GB"/>
        </w:rPr>
        <w:t>Zabaleta</w:t>
      </w:r>
      <w:proofErr w:type="spellEnd"/>
      <w:r w:rsidRPr="00C2705B">
        <w:rPr>
          <w:rFonts w:ascii="Arial" w:hAnsi="Arial" w:cs="Arial"/>
          <w:sz w:val="24"/>
          <w:szCs w:val="24"/>
          <w:lang w:val="cy-GB"/>
        </w:rPr>
        <w:t xml:space="preserve">, f. </w:t>
      </w:r>
      <w:proofErr w:type="spellStart"/>
      <w:r w:rsidRPr="00C2705B">
        <w:rPr>
          <w:rFonts w:ascii="Arial" w:hAnsi="Arial" w:cs="Arial"/>
          <w:sz w:val="24"/>
          <w:szCs w:val="24"/>
          <w:lang w:val="cy-GB"/>
        </w:rPr>
        <w:t>Reversing</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Language</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Shift</w:t>
      </w:r>
      <w:proofErr w:type="spellEnd"/>
      <w:r w:rsidRPr="00C2705B">
        <w:rPr>
          <w:rFonts w:ascii="Arial" w:hAnsi="Arial" w:cs="Arial"/>
          <w:sz w:val="24"/>
          <w:szCs w:val="24"/>
          <w:lang w:val="cy-GB"/>
        </w:rPr>
        <w:t xml:space="preserve">: The </w:t>
      </w:r>
      <w:proofErr w:type="spellStart"/>
      <w:r w:rsidRPr="00C2705B">
        <w:rPr>
          <w:rFonts w:ascii="Arial" w:hAnsi="Arial" w:cs="Arial"/>
          <w:sz w:val="24"/>
          <w:szCs w:val="24"/>
          <w:lang w:val="cy-GB"/>
        </w:rPr>
        <w:t>Case</w:t>
      </w:r>
      <w:proofErr w:type="spellEnd"/>
      <w:r w:rsidRPr="00C2705B">
        <w:rPr>
          <w:rFonts w:ascii="Arial" w:hAnsi="Arial" w:cs="Arial"/>
          <w:sz w:val="24"/>
          <w:szCs w:val="24"/>
          <w:lang w:val="cy-GB"/>
        </w:rPr>
        <w:t xml:space="preserve"> of </w:t>
      </w:r>
      <w:proofErr w:type="spellStart"/>
      <w:r w:rsidRPr="00C2705B">
        <w:rPr>
          <w:rFonts w:ascii="Arial" w:hAnsi="Arial" w:cs="Arial"/>
          <w:sz w:val="24"/>
          <w:szCs w:val="24"/>
          <w:lang w:val="cy-GB"/>
        </w:rPr>
        <w:t>Basque</w:t>
      </w:r>
      <w:proofErr w:type="spellEnd"/>
      <w:r w:rsidRPr="00C2705B">
        <w:rPr>
          <w:rFonts w:ascii="Arial" w:hAnsi="Arial" w:cs="Arial"/>
          <w:sz w:val="24"/>
          <w:szCs w:val="24"/>
          <w:lang w:val="cy-GB"/>
        </w:rPr>
        <w:t xml:space="preserve">. P.10 t.235. Yn </w:t>
      </w:r>
      <w:proofErr w:type="spellStart"/>
      <w:r w:rsidRPr="00C2705B">
        <w:rPr>
          <w:rFonts w:ascii="Arial" w:hAnsi="Arial" w:cs="Arial"/>
          <w:sz w:val="24"/>
          <w:szCs w:val="24"/>
          <w:lang w:val="cy-GB"/>
        </w:rPr>
        <w:t>Fishman</w:t>
      </w:r>
      <w:proofErr w:type="spellEnd"/>
      <w:r w:rsidRPr="00C2705B">
        <w:rPr>
          <w:rFonts w:ascii="Arial" w:hAnsi="Arial" w:cs="Arial"/>
          <w:sz w:val="24"/>
          <w:szCs w:val="24"/>
          <w:lang w:val="cy-GB"/>
        </w:rPr>
        <w:t xml:space="preserve">, J.A. (2001) </w:t>
      </w:r>
      <w:r w:rsidRPr="00C2705B">
        <w:rPr>
          <w:rFonts w:ascii="Arial" w:hAnsi="Arial" w:cs="Arial"/>
          <w:i/>
          <w:iCs/>
          <w:sz w:val="24"/>
          <w:szCs w:val="24"/>
          <w:lang w:val="cy-GB"/>
        </w:rPr>
        <w:t xml:space="preserve">Can </w:t>
      </w:r>
      <w:proofErr w:type="spellStart"/>
      <w:r w:rsidRPr="00C2705B">
        <w:rPr>
          <w:rFonts w:ascii="Arial" w:hAnsi="Arial" w:cs="Arial"/>
          <w:i/>
          <w:iCs/>
          <w:sz w:val="24"/>
          <w:szCs w:val="24"/>
          <w:lang w:val="cy-GB"/>
        </w:rPr>
        <w:t>threatened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languages</w:t>
      </w:r>
      <w:proofErr w:type="spellEnd"/>
      <w:r w:rsidRPr="00C2705B">
        <w:rPr>
          <w:rFonts w:ascii="Arial" w:hAnsi="Arial" w:cs="Arial"/>
          <w:i/>
          <w:iCs/>
          <w:sz w:val="24"/>
          <w:szCs w:val="24"/>
          <w:lang w:val="cy-GB"/>
        </w:rPr>
        <w:t xml:space="preserve"> be </w:t>
      </w:r>
      <w:proofErr w:type="spellStart"/>
      <w:r w:rsidRPr="00C2705B">
        <w:rPr>
          <w:rFonts w:ascii="Arial" w:hAnsi="Arial" w:cs="Arial"/>
          <w:i/>
          <w:iCs/>
          <w:sz w:val="24"/>
          <w:szCs w:val="24"/>
          <w:lang w:val="cy-GB"/>
        </w:rPr>
        <w:t>saved</w:t>
      </w:r>
      <w:proofErr w:type="spellEnd"/>
      <w:r w:rsidRPr="00C2705B">
        <w:rPr>
          <w:rFonts w:ascii="Arial" w:hAnsi="Arial" w:cs="Arial"/>
          <w:i/>
          <w:iCs/>
          <w:sz w:val="24"/>
          <w:szCs w:val="24"/>
          <w:lang w:val="cy-GB"/>
        </w:rPr>
        <w:t xml:space="preserve">? : </w:t>
      </w:r>
      <w:proofErr w:type="spellStart"/>
      <w:r w:rsidRPr="00C2705B">
        <w:rPr>
          <w:rFonts w:ascii="Arial" w:hAnsi="Arial" w:cs="Arial"/>
          <w:i/>
          <w:iCs/>
          <w:sz w:val="24"/>
          <w:szCs w:val="24"/>
          <w:lang w:val="cy-GB"/>
        </w:rPr>
        <w:t>reversing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language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shift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revisited</w:t>
      </w:r>
      <w:proofErr w:type="spellEnd"/>
      <w:r w:rsidRPr="00C2705B">
        <w:rPr>
          <w:rFonts w:ascii="Arial" w:hAnsi="Arial" w:cs="Arial"/>
          <w:i/>
          <w:iCs/>
          <w:sz w:val="24"/>
          <w:szCs w:val="24"/>
          <w:lang w:val="cy-GB"/>
        </w:rPr>
        <w:t xml:space="preserve"> : a 21st </w:t>
      </w:r>
      <w:proofErr w:type="spellStart"/>
      <w:r w:rsidRPr="00C2705B">
        <w:rPr>
          <w:rFonts w:ascii="Arial" w:hAnsi="Arial" w:cs="Arial"/>
          <w:i/>
          <w:iCs/>
          <w:sz w:val="24"/>
          <w:szCs w:val="24"/>
          <w:lang w:val="cy-GB"/>
        </w:rPr>
        <w:t>century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perspective</w:t>
      </w:r>
      <w:proofErr w:type="spellEnd"/>
      <w:r w:rsidRPr="00C2705B">
        <w:rPr>
          <w:rFonts w:ascii="Arial" w:hAnsi="Arial" w:cs="Arial"/>
          <w:sz w:val="24"/>
          <w:szCs w:val="24"/>
          <w:lang w:val="cy-GB"/>
        </w:rPr>
        <w:t xml:space="preserve">. 1st </w:t>
      </w:r>
      <w:proofErr w:type="spellStart"/>
      <w:r w:rsidRPr="00C2705B">
        <w:rPr>
          <w:rFonts w:ascii="Arial" w:hAnsi="Arial" w:cs="Arial"/>
          <w:sz w:val="24"/>
          <w:szCs w:val="24"/>
          <w:lang w:val="cy-GB"/>
        </w:rPr>
        <w:t>ed</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Clevedon</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England</w:t>
      </w:r>
      <w:proofErr w:type="spellEnd"/>
      <w:r w:rsidRPr="00C2705B">
        <w:rPr>
          <w:rFonts w:ascii="Arial" w:hAnsi="Arial" w:cs="Arial"/>
          <w:sz w:val="24"/>
          <w:szCs w:val="24"/>
          <w:lang w:val="cy-GB"/>
        </w:rPr>
        <w:t xml:space="preserve">] ; </w:t>
      </w:r>
      <w:proofErr w:type="spellStart"/>
      <w:r w:rsidRPr="00C2705B">
        <w:rPr>
          <w:rFonts w:ascii="Arial" w:hAnsi="Arial" w:cs="Arial"/>
          <w:sz w:val="24"/>
          <w:szCs w:val="24"/>
          <w:lang w:val="cy-GB"/>
        </w:rPr>
        <w:t>Multilingual</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Matters</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Available</w:t>
      </w:r>
      <w:proofErr w:type="spellEnd"/>
      <w:r w:rsidRPr="00C2705B">
        <w:rPr>
          <w:rFonts w:ascii="Arial" w:hAnsi="Arial" w:cs="Arial"/>
          <w:sz w:val="24"/>
          <w:szCs w:val="24"/>
          <w:lang w:val="cy-GB"/>
        </w:rPr>
        <w:t xml:space="preserve"> at: https://doi.org/10.21832/9781853597060.</w:t>
      </w:r>
    </w:p>
    <w:p w14:paraId="315CC767" w14:textId="6F7A1F3B" w:rsidR="00C87B49" w:rsidRPr="00C2705B" w:rsidRDefault="00C87B49" w:rsidP="00C2705B">
      <w:pPr>
        <w:spacing w:line="360" w:lineRule="auto"/>
        <w:rPr>
          <w:rFonts w:ascii="Arial" w:hAnsi="Arial" w:cs="Arial"/>
          <w:sz w:val="24"/>
          <w:szCs w:val="24"/>
        </w:rPr>
      </w:pPr>
      <w:r w:rsidRPr="00C2705B">
        <w:rPr>
          <w:rFonts w:ascii="Arial" w:hAnsi="Arial" w:cs="Arial"/>
          <w:sz w:val="24"/>
          <w:szCs w:val="24"/>
        </w:rPr>
        <w:t xml:space="preserve">Baldauf, R. B. (2006) ‘Rearticulating the Case for Micro Language Planning in a Language Ecology Context’, </w:t>
      </w:r>
      <w:r w:rsidRPr="00C2705B">
        <w:rPr>
          <w:rFonts w:ascii="Arial" w:hAnsi="Arial" w:cs="Arial"/>
          <w:i/>
          <w:iCs/>
          <w:sz w:val="24"/>
          <w:szCs w:val="24"/>
        </w:rPr>
        <w:t>Current Issues in Language Planning</w:t>
      </w:r>
      <w:r w:rsidRPr="00C2705B">
        <w:rPr>
          <w:rFonts w:ascii="Arial" w:hAnsi="Arial" w:cs="Arial"/>
          <w:sz w:val="24"/>
          <w:szCs w:val="24"/>
        </w:rPr>
        <w:t xml:space="preserve">, 7(2–3), t. 147–170. </w:t>
      </w:r>
      <w:proofErr w:type="spellStart"/>
      <w:r w:rsidRPr="00C2705B">
        <w:rPr>
          <w:rFonts w:ascii="Arial" w:hAnsi="Arial" w:cs="Arial"/>
          <w:sz w:val="24"/>
          <w:szCs w:val="24"/>
        </w:rPr>
        <w:t>doi</w:t>
      </w:r>
      <w:proofErr w:type="spellEnd"/>
      <w:r w:rsidRPr="00C2705B">
        <w:rPr>
          <w:rFonts w:ascii="Arial" w:hAnsi="Arial" w:cs="Arial"/>
          <w:sz w:val="24"/>
          <w:szCs w:val="24"/>
        </w:rPr>
        <w:t>: 10.2167/cilp092.0.</w:t>
      </w:r>
    </w:p>
    <w:p w14:paraId="3E7410A7" w14:textId="5C06CAD4" w:rsidR="00820B71" w:rsidRPr="00707303" w:rsidRDefault="00852282" w:rsidP="00C2705B">
      <w:pPr>
        <w:spacing w:line="360" w:lineRule="auto"/>
        <w:rPr>
          <w:rFonts w:ascii="Arial" w:hAnsi="Arial" w:cs="Arial"/>
          <w:i/>
          <w:iCs/>
          <w:sz w:val="24"/>
          <w:szCs w:val="24"/>
          <w:lang w:val="cy-GB"/>
        </w:rPr>
      </w:pPr>
      <w:r w:rsidRPr="00C2705B">
        <w:rPr>
          <w:rFonts w:ascii="Arial" w:hAnsi="Arial" w:cs="Arial"/>
          <w:sz w:val="24"/>
          <w:szCs w:val="24"/>
          <w:lang w:val="cy-GB"/>
        </w:rPr>
        <w:t xml:space="preserve">Cooper, R.L. (1989) </w:t>
      </w:r>
      <w:proofErr w:type="spellStart"/>
      <w:r w:rsidRPr="00C2705B">
        <w:rPr>
          <w:rFonts w:ascii="Arial" w:hAnsi="Arial" w:cs="Arial"/>
          <w:i/>
          <w:iCs/>
          <w:sz w:val="24"/>
          <w:szCs w:val="24"/>
          <w:lang w:val="cy-GB"/>
        </w:rPr>
        <w:t>Language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Planning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and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Social</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Change</w:t>
      </w:r>
      <w:proofErr w:type="spellEnd"/>
      <w:r w:rsidRPr="00C2705B">
        <w:rPr>
          <w:rFonts w:ascii="Arial" w:hAnsi="Arial" w:cs="Arial"/>
          <w:i/>
          <w:iCs/>
          <w:sz w:val="24"/>
          <w:szCs w:val="24"/>
          <w:lang w:val="cy-GB"/>
        </w:rPr>
        <w:t>.</w:t>
      </w:r>
      <w:r w:rsidRPr="00C2705B">
        <w:rPr>
          <w:rFonts w:ascii="Arial" w:hAnsi="Arial" w:cs="Arial"/>
          <w:sz w:val="24"/>
          <w:szCs w:val="24"/>
          <w:lang w:val="cy-GB"/>
        </w:rPr>
        <w:t xml:space="preserve"> </w:t>
      </w:r>
      <w:proofErr w:type="spellStart"/>
      <w:r w:rsidRPr="00C2705B">
        <w:rPr>
          <w:rFonts w:ascii="Arial" w:hAnsi="Arial" w:cs="Arial"/>
          <w:sz w:val="24"/>
          <w:szCs w:val="24"/>
          <w:lang w:val="cy-GB"/>
        </w:rPr>
        <w:t>Cambridge</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Cambridge</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University</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Press</w:t>
      </w:r>
      <w:proofErr w:type="spellEnd"/>
      <w:r w:rsidRPr="00C2705B">
        <w:rPr>
          <w:rFonts w:ascii="Arial" w:hAnsi="Arial" w:cs="Arial"/>
          <w:sz w:val="24"/>
          <w:szCs w:val="24"/>
          <w:lang w:val="cy-GB"/>
        </w:rPr>
        <w:t>.</w:t>
      </w:r>
      <w:r w:rsidR="00707303">
        <w:rPr>
          <w:rFonts w:ascii="Arial" w:hAnsi="Arial" w:cs="Arial"/>
          <w:sz w:val="24"/>
          <w:szCs w:val="24"/>
          <w:lang w:val="cy-GB"/>
        </w:rPr>
        <w:br/>
      </w:r>
      <w:r w:rsidR="00707303">
        <w:rPr>
          <w:rFonts w:ascii="Arial" w:hAnsi="Arial" w:cs="Arial"/>
          <w:sz w:val="24"/>
          <w:szCs w:val="24"/>
        </w:rPr>
        <w:br/>
      </w:r>
      <w:r w:rsidR="00707303" w:rsidRPr="00E2740D">
        <w:rPr>
          <w:rFonts w:ascii="Arial" w:hAnsi="Arial" w:cs="Arial"/>
          <w:sz w:val="24"/>
          <w:szCs w:val="24"/>
        </w:rPr>
        <w:t>Etxeberria, F. (1999)</w:t>
      </w:r>
      <w:r w:rsidR="00707303" w:rsidRPr="005C6EFB">
        <w:rPr>
          <w:rFonts w:ascii="Arial" w:hAnsi="Arial" w:cs="Arial"/>
          <w:i/>
          <w:iCs/>
          <w:sz w:val="24"/>
          <w:szCs w:val="24"/>
        </w:rPr>
        <w:t xml:space="preserve">. </w:t>
      </w:r>
      <w:proofErr w:type="spellStart"/>
      <w:r w:rsidR="00707303" w:rsidRPr="005C6EFB">
        <w:rPr>
          <w:rFonts w:ascii="Arial" w:hAnsi="Arial" w:cs="Arial"/>
          <w:i/>
          <w:iCs/>
          <w:sz w:val="24"/>
          <w:szCs w:val="24"/>
        </w:rPr>
        <w:t>Bilingüismo</w:t>
      </w:r>
      <w:proofErr w:type="spellEnd"/>
      <w:r w:rsidR="00707303" w:rsidRPr="005C6EFB">
        <w:rPr>
          <w:rFonts w:ascii="Arial" w:hAnsi="Arial" w:cs="Arial"/>
          <w:i/>
          <w:iCs/>
          <w:sz w:val="24"/>
          <w:szCs w:val="24"/>
        </w:rPr>
        <w:t xml:space="preserve"> y </w:t>
      </w:r>
      <w:proofErr w:type="spellStart"/>
      <w:r w:rsidR="00707303" w:rsidRPr="005C6EFB">
        <w:rPr>
          <w:rFonts w:ascii="Arial" w:hAnsi="Arial" w:cs="Arial"/>
          <w:i/>
          <w:iCs/>
          <w:sz w:val="24"/>
          <w:szCs w:val="24"/>
        </w:rPr>
        <w:t>Educación</w:t>
      </w:r>
      <w:proofErr w:type="spellEnd"/>
      <w:r w:rsidR="00707303" w:rsidRPr="005C6EFB">
        <w:rPr>
          <w:rFonts w:ascii="Arial" w:hAnsi="Arial" w:cs="Arial"/>
          <w:i/>
          <w:iCs/>
          <w:sz w:val="24"/>
          <w:szCs w:val="24"/>
        </w:rPr>
        <w:t xml:space="preserve"> </w:t>
      </w:r>
      <w:proofErr w:type="spellStart"/>
      <w:r w:rsidR="00707303" w:rsidRPr="005C6EFB">
        <w:rPr>
          <w:rFonts w:ascii="Arial" w:hAnsi="Arial" w:cs="Arial"/>
          <w:i/>
          <w:iCs/>
          <w:sz w:val="24"/>
          <w:szCs w:val="24"/>
        </w:rPr>
        <w:t>en</w:t>
      </w:r>
      <w:proofErr w:type="spellEnd"/>
      <w:r w:rsidR="00707303" w:rsidRPr="005C6EFB">
        <w:rPr>
          <w:rFonts w:ascii="Arial" w:hAnsi="Arial" w:cs="Arial"/>
          <w:i/>
          <w:iCs/>
          <w:sz w:val="24"/>
          <w:szCs w:val="24"/>
        </w:rPr>
        <w:t xml:space="preserve"> </w:t>
      </w:r>
      <w:proofErr w:type="spellStart"/>
      <w:r w:rsidR="00707303" w:rsidRPr="005C6EFB">
        <w:rPr>
          <w:rFonts w:ascii="Arial" w:hAnsi="Arial" w:cs="Arial"/>
          <w:i/>
          <w:iCs/>
          <w:sz w:val="24"/>
          <w:szCs w:val="24"/>
        </w:rPr>
        <w:t>el</w:t>
      </w:r>
      <w:proofErr w:type="spellEnd"/>
      <w:r w:rsidR="00707303" w:rsidRPr="005C6EFB">
        <w:rPr>
          <w:rFonts w:ascii="Arial" w:hAnsi="Arial" w:cs="Arial"/>
          <w:i/>
          <w:iCs/>
          <w:sz w:val="24"/>
          <w:szCs w:val="24"/>
        </w:rPr>
        <w:t xml:space="preserve"> País del Euskera, </w:t>
      </w:r>
      <w:r w:rsidR="00707303" w:rsidRPr="00E2740D">
        <w:rPr>
          <w:rFonts w:ascii="Arial" w:hAnsi="Arial" w:cs="Arial"/>
          <w:sz w:val="24"/>
          <w:szCs w:val="24"/>
        </w:rPr>
        <w:t>Donostia, Erein.</w:t>
      </w:r>
      <w:r w:rsidR="00707303">
        <w:rPr>
          <w:rFonts w:ascii="Arial" w:hAnsi="Arial" w:cs="Arial"/>
          <w:i/>
          <w:iCs/>
          <w:sz w:val="24"/>
          <w:szCs w:val="24"/>
        </w:rPr>
        <w:br/>
      </w:r>
      <w:proofErr w:type="spellStart"/>
      <w:r w:rsidR="00707303" w:rsidRPr="008C3A8F">
        <w:rPr>
          <w:rFonts w:ascii="Arial" w:hAnsi="Arial" w:cs="Arial"/>
          <w:sz w:val="24"/>
          <w:szCs w:val="24"/>
          <w:lang w:val="cy-GB"/>
        </w:rPr>
        <w:t>Aiestaran</w:t>
      </w:r>
      <w:proofErr w:type="spellEnd"/>
      <w:r w:rsidR="00707303" w:rsidRPr="008C3A8F">
        <w:rPr>
          <w:rFonts w:ascii="Arial" w:hAnsi="Arial" w:cs="Arial"/>
          <w:sz w:val="24"/>
          <w:szCs w:val="24"/>
          <w:lang w:val="cy-GB"/>
        </w:rPr>
        <w:t xml:space="preserve">, </w:t>
      </w:r>
      <w:proofErr w:type="spellStart"/>
      <w:r w:rsidR="00707303" w:rsidRPr="008C3A8F">
        <w:rPr>
          <w:rFonts w:ascii="Arial" w:hAnsi="Arial" w:cs="Arial"/>
          <w:sz w:val="24"/>
          <w:szCs w:val="24"/>
          <w:lang w:val="cy-GB"/>
        </w:rPr>
        <w:t>Jokin</w:t>
      </w:r>
      <w:proofErr w:type="spellEnd"/>
      <w:r w:rsidR="00707303" w:rsidRPr="008C3A8F">
        <w:rPr>
          <w:rFonts w:ascii="Arial" w:hAnsi="Arial" w:cs="Arial"/>
          <w:sz w:val="24"/>
          <w:szCs w:val="24"/>
          <w:lang w:val="cy-GB"/>
        </w:rPr>
        <w:t xml:space="preserve"> &amp; Baker, Colin. (2004).</w:t>
      </w:r>
      <w:r w:rsidR="00707303" w:rsidRPr="008C3A8F">
        <w:rPr>
          <w:rFonts w:ascii="Arial" w:hAnsi="Arial" w:cs="Arial"/>
          <w:i/>
          <w:iCs/>
          <w:sz w:val="24"/>
          <w:szCs w:val="24"/>
          <w:lang w:val="cy-GB"/>
        </w:rPr>
        <w:t xml:space="preserve"> </w:t>
      </w:r>
      <w:proofErr w:type="spellStart"/>
      <w:r w:rsidR="00707303" w:rsidRPr="008C3A8F">
        <w:rPr>
          <w:rFonts w:ascii="Arial" w:hAnsi="Arial" w:cs="Arial"/>
          <w:i/>
          <w:iCs/>
          <w:sz w:val="24"/>
          <w:szCs w:val="24"/>
          <w:lang w:val="cy-GB"/>
        </w:rPr>
        <w:t>Bilingual</w:t>
      </w:r>
      <w:proofErr w:type="spellEnd"/>
      <w:r w:rsidR="00707303" w:rsidRPr="008C3A8F">
        <w:rPr>
          <w:rFonts w:ascii="Arial" w:hAnsi="Arial" w:cs="Arial"/>
          <w:i/>
          <w:iCs/>
          <w:sz w:val="24"/>
          <w:szCs w:val="24"/>
          <w:lang w:val="cy-GB"/>
        </w:rPr>
        <w:t xml:space="preserve"> </w:t>
      </w:r>
      <w:proofErr w:type="spellStart"/>
      <w:r w:rsidR="00707303" w:rsidRPr="008C3A8F">
        <w:rPr>
          <w:rFonts w:ascii="Arial" w:hAnsi="Arial" w:cs="Arial"/>
          <w:i/>
          <w:iCs/>
          <w:sz w:val="24"/>
          <w:szCs w:val="24"/>
          <w:lang w:val="cy-GB"/>
        </w:rPr>
        <w:t>Education</w:t>
      </w:r>
      <w:proofErr w:type="spellEnd"/>
      <w:r w:rsidR="00707303" w:rsidRPr="008C3A8F">
        <w:rPr>
          <w:rFonts w:ascii="Arial" w:hAnsi="Arial" w:cs="Arial"/>
          <w:i/>
          <w:iCs/>
          <w:sz w:val="24"/>
          <w:szCs w:val="24"/>
          <w:lang w:val="cy-GB"/>
        </w:rPr>
        <w:t xml:space="preserve"> </w:t>
      </w:r>
      <w:proofErr w:type="spellStart"/>
      <w:r w:rsidR="00707303" w:rsidRPr="008C3A8F">
        <w:rPr>
          <w:rFonts w:ascii="Arial" w:hAnsi="Arial" w:cs="Arial"/>
          <w:i/>
          <w:iCs/>
          <w:sz w:val="24"/>
          <w:szCs w:val="24"/>
          <w:lang w:val="cy-GB"/>
        </w:rPr>
        <w:t>in</w:t>
      </w:r>
      <w:proofErr w:type="spellEnd"/>
      <w:r w:rsidR="00707303" w:rsidRPr="008C3A8F">
        <w:rPr>
          <w:rFonts w:ascii="Arial" w:hAnsi="Arial" w:cs="Arial"/>
          <w:i/>
          <w:iCs/>
          <w:sz w:val="24"/>
          <w:szCs w:val="24"/>
          <w:lang w:val="cy-GB"/>
        </w:rPr>
        <w:t xml:space="preserve"> the </w:t>
      </w:r>
      <w:proofErr w:type="spellStart"/>
      <w:r w:rsidR="00707303" w:rsidRPr="008C3A8F">
        <w:rPr>
          <w:rFonts w:ascii="Arial" w:hAnsi="Arial" w:cs="Arial"/>
          <w:i/>
          <w:iCs/>
          <w:sz w:val="24"/>
          <w:szCs w:val="24"/>
          <w:lang w:val="cy-GB"/>
        </w:rPr>
        <w:t>Basque</w:t>
      </w:r>
      <w:proofErr w:type="spellEnd"/>
      <w:r w:rsidR="00707303" w:rsidRPr="008C3A8F">
        <w:rPr>
          <w:rFonts w:ascii="Arial" w:hAnsi="Arial" w:cs="Arial"/>
          <w:i/>
          <w:iCs/>
          <w:sz w:val="24"/>
          <w:szCs w:val="24"/>
          <w:lang w:val="cy-GB"/>
        </w:rPr>
        <w:t xml:space="preserve"> Country: A Model of </w:t>
      </w:r>
      <w:proofErr w:type="spellStart"/>
      <w:r w:rsidR="00707303" w:rsidRPr="008C3A8F">
        <w:rPr>
          <w:rFonts w:ascii="Arial" w:hAnsi="Arial" w:cs="Arial"/>
          <w:i/>
          <w:iCs/>
          <w:sz w:val="24"/>
          <w:szCs w:val="24"/>
          <w:lang w:val="cy-GB"/>
        </w:rPr>
        <w:t>its</w:t>
      </w:r>
      <w:proofErr w:type="spellEnd"/>
      <w:r w:rsidR="00707303" w:rsidRPr="008C3A8F">
        <w:rPr>
          <w:rFonts w:ascii="Arial" w:hAnsi="Arial" w:cs="Arial"/>
          <w:i/>
          <w:iCs/>
          <w:sz w:val="24"/>
          <w:szCs w:val="24"/>
          <w:lang w:val="cy-GB"/>
        </w:rPr>
        <w:t xml:space="preserve"> </w:t>
      </w:r>
      <w:proofErr w:type="spellStart"/>
      <w:r w:rsidR="00707303" w:rsidRPr="008C3A8F">
        <w:rPr>
          <w:rFonts w:ascii="Arial" w:hAnsi="Arial" w:cs="Arial"/>
          <w:i/>
          <w:iCs/>
          <w:sz w:val="24"/>
          <w:szCs w:val="24"/>
          <w:lang w:val="cy-GB"/>
        </w:rPr>
        <w:t>Influence</w:t>
      </w:r>
      <w:proofErr w:type="spellEnd"/>
      <w:r w:rsidR="00707303" w:rsidRPr="008C3A8F">
        <w:rPr>
          <w:rFonts w:ascii="Arial" w:hAnsi="Arial" w:cs="Arial"/>
          <w:i/>
          <w:iCs/>
          <w:sz w:val="24"/>
          <w:szCs w:val="24"/>
          <w:lang w:val="cy-GB"/>
        </w:rPr>
        <w:t xml:space="preserve">. </w:t>
      </w:r>
      <w:r w:rsidR="00707303" w:rsidRPr="00E2740D">
        <w:rPr>
          <w:rFonts w:ascii="Arial" w:hAnsi="Arial" w:cs="Arial"/>
          <w:sz w:val="24"/>
          <w:szCs w:val="24"/>
          <w:lang w:val="cy-GB"/>
        </w:rPr>
        <w:t xml:space="preserve">Welsh </w:t>
      </w:r>
      <w:proofErr w:type="spellStart"/>
      <w:r w:rsidR="00707303" w:rsidRPr="00E2740D">
        <w:rPr>
          <w:rFonts w:ascii="Arial" w:hAnsi="Arial" w:cs="Arial"/>
          <w:sz w:val="24"/>
          <w:szCs w:val="24"/>
          <w:lang w:val="cy-GB"/>
        </w:rPr>
        <w:t>Journal</w:t>
      </w:r>
      <w:proofErr w:type="spellEnd"/>
      <w:r w:rsidR="00707303" w:rsidRPr="00E2740D">
        <w:rPr>
          <w:rFonts w:ascii="Arial" w:hAnsi="Arial" w:cs="Arial"/>
          <w:sz w:val="24"/>
          <w:szCs w:val="24"/>
          <w:lang w:val="cy-GB"/>
        </w:rPr>
        <w:t xml:space="preserve"> of </w:t>
      </w:r>
      <w:proofErr w:type="spellStart"/>
      <w:r w:rsidR="00707303" w:rsidRPr="00E2740D">
        <w:rPr>
          <w:rFonts w:ascii="Arial" w:hAnsi="Arial" w:cs="Arial"/>
          <w:sz w:val="24"/>
          <w:szCs w:val="24"/>
          <w:lang w:val="cy-GB"/>
        </w:rPr>
        <w:t>Education</w:t>
      </w:r>
      <w:proofErr w:type="spellEnd"/>
      <w:r w:rsidR="00707303" w:rsidRPr="00E2740D">
        <w:rPr>
          <w:rFonts w:ascii="Arial" w:hAnsi="Arial" w:cs="Arial"/>
          <w:sz w:val="24"/>
          <w:szCs w:val="24"/>
          <w:lang w:val="cy-GB"/>
        </w:rPr>
        <w:t>. 13. 8-29.</w:t>
      </w:r>
      <w:r w:rsidR="00707303" w:rsidRPr="008C3A8F">
        <w:rPr>
          <w:rFonts w:ascii="Arial" w:hAnsi="Arial" w:cs="Arial"/>
          <w:i/>
          <w:iCs/>
          <w:sz w:val="24"/>
          <w:szCs w:val="24"/>
          <w:lang w:val="cy-GB"/>
        </w:rPr>
        <w:t xml:space="preserve"> </w:t>
      </w:r>
    </w:p>
    <w:p w14:paraId="2D6FF52F" w14:textId="08DA4C11" w:rsidR="00820B71" w:rsidRPr="00C2705B" w:rsidRDefault="00C779D9" w:rsidP="00C2705B">
      <w:pPr>
        <w:spacing w:line="360" w:lineRule="auto"/>
        <w:rPr>
          <w:rFonts w:ascii="Arial" w:hAnsi="Arial" w:cs="Arial"/>
          <w:sz w:val="24"/>
          <w:szCs w:val="24"/>
          <w:lang w:val="cy-GB"/>
        </w:rPr>
      </w:pPr>
      <w:proofErr w:type="spellStart"/>
      <w:r w:rsidRPr="00C2705B">
        <w:rPr>
          <w:rFonts w:ascii="Arial" w:hAnsi="Arial" w:cs="Arial"/>
          <w:sz w:val="24"/>
          <w:szCs w:val="24"/>
          <w:lang w:val="cy-GB"/>
        </w:rPr>
        <w:t>Fishman</w:t>
      </w:r>
      <w:proofErr w:type="spellEnd"/>
      <w:r w:rsidRPr="00C2705B">
        <w:rPr>
          <w:rFonts w:ascii="Arial" w:hAnsi="Arial" w:cs="Arial"/>
          <w:sz w:val="24"/>
          <w:szCs w:val="24"/>
          <w:lang w:val="cy-GB"/>
        </w:rPr>
        <w:t xml:space="preserve">, J. A. (1973). </w:t>
      </w:r>
      <w:proofErr w:type="spellStart"/>
      <w:r w:rsidRPr="00C2705B">
        <w:rPr>
          <w:rFonts w:ascii="Arial" w:hAnsi="Arial" w:cs="Arial"/>
          <w:sz w:val="24"/>
          <w:szCs w:val="24"/>
          <w:lang w:val="cy-GB"/>
        </w:rPr>
        <w:t>Language</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Modernization</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and</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Planning</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in</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Comparison</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with</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Other</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Types</w:t>
      </w:r>
      <w:proofErr w:type="spellEnd"/>
      <w:r w:rsidRPr="00C2705B">
        <w:rPr>
          <w:rFonts w:ascii="Arial" w:hAnsi="Arial" w:cs="Arial"/>
          <w:sz w:val="24"/>
          <w:szCs w:val="24"/>
          <w:lang w:val="cy-GB"/>
        </w:rPr>
        <w:t xml:space="preserve"> of National </w:t>
      </w:r>
      <w:proofErr w:type="spellStart"/>
      <w:r w:rsidRPr="00C2705B">
        <w:rPr>
          <w:rFonts w:ascii="Arial" w:hAnsi="Arial" w:cs="Arial"/>
          <w:sz w:val="24"/>
          <w:szCs w:val="24"/>
          <w:lang w:val="cy-GB"/>
        </w:rPr>
        <w:t>Modernization</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and</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Planning</w:t>
      </w:r>
      <w:proofErr w:type="spellEnd"/>
      <w:r w:rsidRPr="00C2705B">
        <w:rPr>
          <w:rFonts w:ascii="Arial" w:hAnsi="Arial" w:cs="Arial"/>
          <w:sz w:val="24"/>
          <w:szCs w:val="24"/>
          <w:lang w:val="cy-GB"/>
        </w:rPr>
        <w:t xml:space="preserve">. </w:t>
      </w:r>
      <w:proofErr w:type="spellStart"/>
      <w:r w:rsidRPr="00C2705B">
        <w:rPr>
          <w:rFonts w:ascii="Arial" w:hAnsi="Arial" w:cs="Arial"/>
          <w:i/>
          <w:iCs/>
          <w:sz w:val="24"/>
          <w:szCs w:val="24"/>
          <w:lang w:val="cy-GB"/>
        </w:rPr>
        <w:t>Language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in</w:t>
      </w:r>
      <w:proofErr w:type="spellEnd"/>
      <w:r w:rsidRPr="00C2705B">
        <w:rPr>
          <w:rFonts w:ascii="Arial" w:hAnsi="Arial" w:cs="Arial"/>
          <w:i/>
          <w:iCs/>
          <w:sz w:val="24"/>
          <w:szCs w:val="24"/>
          <w:lang w:val="cy-GB"/>
        </w:rPr>
        <w:t xml:space="preserve"> Society</w:t>
      </w:r>
      <w:r w:rsidRPr="00C2705B">
        <w:rPr>
          <w:rFonts w:ascii="Arial" w:hAnsi="Arial" w:cs="Arial"/>
          <w:sz w:val="24"/>
          <w:szCs w:val="24"/>
          <w:lang w:val="cy-GB"/>
        </w:rPr>
        <w:t xml:space="preserve">, </w:t>
      </w:r>
      <w:r w:rsidRPr="00C2705B">
        <w:rPr>
          <w:rFonts w:ascii="Arial" w:hAnsi="Arial" w:cs="Arial"/>
          <w:i/>
          <w:iCs/>
          <w:sz w:val="24"/>
          <w:szCs w:val="24"/>
          <w:lang w:val="cy-GB"/>
        </w:rPr>
        <w:t>2</w:t>
      </w:r>
      <w:r w:rsidRPr="00C2705B">
        <w:rPr>
          <w:rFonts w:ascii="Arial" w:hAnsi="Arial" w:cs="Arial"/>
          <w:sz w:val="24"/>
          <w:szCs w:val="24"/>
          <w:lang w:val="cy-GB"/>
        </w:rPr>
        <w:t xml:space="preserve">(1), 23–43. </w:t>
      </w:r>
      <w:hyperlink r:id="rId8" w:history="1">
        <w:r w:rsidRPr="00C2705B">
          <w:rPr>
            <w:rStyle w:val="Hyperddolen"/>
            <w:rFonts w:ascii="Arial" w:hAnsi="Arial" w:cs="Arial"/>
            <w:sz w:val="24"/>
            <w:szCs w:val="24"/>
            <w:lang w:val="cy-GB"/>
          </w:rPr>
          <w:t>http://www.jstor.org/stable/4166706</w:t>
        </w:r>
      </w:hyperlink>
      <w:r w:rsidR="005D5B9A" w:rsidRPr="00C2705B">
        <w:rPr>
          <w:rFonts w:ascii="Arial" w:hAnsi="Arial" w:cs="Arial"/>
          <w:sz w:val="24"/>
          <w:szCs w:val="24"/>
          <w:lang w:val="cy-GB"/>
        </w:rPr>
        <w:t>.</w:t>
      </w:r>
    </w:p>
    <w:p w14:paraId="555293BC" w14:textId="501789B4" w:rsidR="00DA088F" w:rsidRPr="00C2705B" w:rsidRDefault="00DA088F" w:rsidP="00C2705B">
      <w:pPr>
        <w:spacing w:line="360" w:lineRule="auto"/>
        <w:rPr>
          <w:rFonts w:ascii="Arial" w:hAnsi="Arial" w:cs="Arial"/>
          <w:sz w:val="24"/>
          <w:szCs w:val="24"/>
          <w:lang w:val="cy-GB"/>
        </w:rPr>
      </w:pPr>
      <w:proofErr w:type="spellStart"/>
      <w:r w:rsidRPr="00C2705B">
        <w:rPr>
          <w:rFonts w:ascii="Arial" w:hAnsi="Arial" w:cs="Arial"/>
          <w:sz w:val="24"/>
          <w:szCs w:val="24"/>
          <w:lang w:val="cy-GB"/>
        </w:rPr>
        <w:t>Fishman</w:t>
      </w:r>
      <w:proofErr w:type="spellEnd"/>
      <w:r w:rsidRPr="00C2705B">
        <w:rPr>
          <w:rFonts w:ascii="Arial" w:hAnsi="Arial" w:cs="Arial"/>
          <w:sz w:val="24"/>
          <w:szCs w:val="24"/>
          <w:lang w:val="cy-GB"/>
        </w:rPr>
        <w:t xml:space="preserve">, J.A. (2001) </w:t>
      </w:r>
      <w:r w:rsidRPr="00C2705B">
        <w:rPr>
          <w:rFonts w:ascii="Arial" w:hAnsi="Arial" w:cs="Arial"/>
          <w:i/>
          <w:iCs/>
          <w:sz w:val="24"/>
          <w:szCs w:val="24"/>
          <w:lang w:val="cy-GB"/>
        </w:rPr>
        <w:t xml:space="preserve">Can </w:t>
      </w:r>
      <w:proofErr w:type="spellStart"/>
      <w:r w:rsidRPr="00C2705B">
        <w:rPr>
          <w:rFonts w:ascii="Arial" w:hAnsi="Arial" w:cs="Arial"/>
          <w:i/>
          <w:iCs/>
          <w:sz w:val="24"/>
          <w:szCs w:val="24"/>
          <w:lang w:val="cy-GB"/>
        </w:rPr>
        <w:t>threatened</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languages</w:t>
      </w:r>
      <w:proofErr w:type="spellEnd"/>
      <w:r w:rsidRPr="00C2705B">
        <w:rPr>
          <w:rFonts w:ascii="Arial" w:hAnsi="Arial" w:cs="Arial"/>
          <w:i/>
          <w:iCs/>
          <w:sz w:val="24"/>
          <w:szCs w:val="24"/>
          <w:lang w:val="cy-GB"/>
        </w:rPr>
        <w:t xml:space="preserve"> be </w:t>
      </w:r>
      <w:proofErr w:type="spellStart"/>
      <w:r w:rsidRPr="00C2705B">
        <w:rPr>
          <w:rFonts w:ascii="Arial" w:hAnsi="Arial" w:cs="Arial"/>
          <w:i/>
          <w:iCs/>
          <w:sz w:val="24"/>
          <w:szCs w:val="24"/>
          <w:lang w:val="cy-GB"/>
        </w:rPr>
        <w:t>saved</w:t>
      </w:r>
      <w:proofErr w:type="spellEnd"/>
      <w:r w:rsidRPr="00C2705B">
        <w:rPr>
          <w:rFonts w:ascii="Arial" w:hAnsi="Arial" w:cs="Arial"/>
          <w:i/>
          <w:iCs/>
          <w:sz w:val="24"/>
          <w:szCs w:val="24"/>
          <w:lang w:val="cy-GB"/>
        </w:rPr>
        <w:t xml:space="preserve">? : </w:t>
      </w:r>
      <w:proofErr w:type="spellStart"/>
      <w:r w:rsidRPr="00C2705B">
        <w:rPr>
          <w:rFonts w:ascii="Arial" w:hAnsi="Arial" w:cs="Arial"/>
          <w:i/>
          <w:iCs/>
          <w:sz w:val="24"/>
          <w:szCs w:val="24"/>
          <w:lang w:val="cy-GB"/>
        </w:rPr>
        <w:t>reversing</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language</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shift</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revisited</w:t>
      </w:r>
      <w:proofErr w:type="spellEnd"/>
      <w:r w:rsidRPr="00C2705B">
        <w:rPr>
          <w:rFonts w:ascii="Arial" w:hAnsi="Arial" w:cs="Arial"/>
          <w:i/>
          <w:iCs/>
          <w:sz w:val="24"/>
          <w:szCs w:val="24"/>
          <w:lang w:val="cy-GB"/>
        </w:rPr>
        <w:t xml:space="preserve"> : a 21st </w:t>
      </w:r>
      <w:proofErr w:type="spellStart"/>
      <w:r w:rsidRPr="00C2705B">
        <w:rPr>
          <w:rFonts w:ascii="Arial" w:hAnsi="Arial" w:cs="Arial"/>
          <w:i/>
          <w:iCs/>
          <w:sz w:val="24"/>
          <w:szCs w:val="24"/>
          <w:lang w:val="cy-GB"/>
        </w:rPr>
        <w:t>century</w:t>
      </w:r>
      <w:proofErr w:type="spellEnd"/>
      <w:r w:rsidRPr="00C2705B">
        <w:rPr>
          <w:rFonts w:ascii="Arial" w:hAnsi="Arial" w:cs="Arial"/>
          <w:i/>
          <w:iCs/>
          <w:sz w:val="24"/>
          <w:szCs w:val="24"/>
          <w:lang w:val="cy-GB"/>
        </w:rPr>
        <w:t xml:space="preserve"> </w:t>
      </w:r>
      <w:proofErr w:type="spellStart"/>
      <w:r w:rsidRPr="00C2705B">
        <w:rPr>
          <w:rFonts w:ascii="Arial" w:hAnsi="Arial" w:cs="Arial"/>
          <w:i/>
          <w:iCs/>
          <w:sz w:val="24"/>
          <w:szCs w:val="24"/>
          <w:lang w:val="cy-GB"/>
        </w:rPr>
        <w:t>perspective</w:t>
      </w:r>
      <w:proofErr w:type="spellEnd"/>
      <w:r w:rsidRPr="00C2705B">
        <w:rPr>
          <w:rFonts w:ascii="Arial" w:hAnsi="Arial" w:cs="Arial"/>
          <w:sz w:val="24"/>
          <w:szCs w:val="24"/>
          <w:lang w:val="cy-GB"/>
        </w:rPr>
        <w:t xml:space="preserve">. 1st </w:t>
      </w:r>
      <w:proofErr w:type="spellStart"/>
      <w:r w:rsidRPr="00C2705B">
        <w:rPr>
          <w:rFonts w:ascii="Arial" w:hAnsi="Arial" w:cs="Arial"/>
          <w:sz w:val="24"/>
          <w:szCs w:val="24"/>
          <w:lang w:val="cy-GB"/>
        </w:rPr>
        <w:t>ed</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Clevedon</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England</w:t>
      </w:r>
      <w:proofErr w:type="spellEnd"/>
      <w:r w:rsidRPr="00C2705B">
        <w:rPr>
          <w:rFonts w:ascii="Arial" w:hAnsi="Arial" w:cs="Arial"/>
          <w:sz w:val="24"/>
          <w:szCs w:val="24"/>
          <w:lang w:val="cy-GB"/>
        </w:rPr>
        <w:t xml:space="preserve">] ; </w:t>
      </w:r>
      <w:proofErr w:type="spellStart"/>
      <w:r w:rsidRPr="00C2705B">
        <w:rPr>
          <w:rFonts w:ascii="Arial" w:hAnsi="Arial" w:cs="Arial"/>
          <w:sz w:val="24"/>
          <w:szCs w:val="24"/>
          <w:lang w:val="cy-GB"/>
        </w:rPr>
        <w:t>Multilingual</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Matters</w:t>
      </w:r>
      <w:proofErr w:type="spellEnd"/>
      <w:r w:rsidRPr="00C2705B">
        <w:rPr>
          <w:rFonts w:ascii="Arial" w:hAnsi="Arial" w:cs="Arial"/>
          <w:sz w:val="24"/>
          <w:szCs w:val="24"/>
          <w:lang w:val="cy-GB"/>
        </w:rPr>
        <w:t xml:space="preserve">. </w:t>
      </w:r>
      <w:proofErr w:type="spellStart"/>
      <w:r w:rsidRPr="00C2705B">
        <w:rPr>
          <w:rFonts w:ascii="Arial" w:hAnsi="Arial" w:cs="Arial"/>
          <w:sz w:val="24"/>
          <w:szCs w:val="24"/>
          <w:lang w:val="cy-GB"/>
        </w:rPr>
        <w:t>Available</w:t>
      </w:r>
      <w:proofErr w:type="spellEnd"/>
      <w:r w:rsidRPr="00C2705B">
        <w:rPr>
          <w:rFonts w:ascii="Arial" w:hAnsi="Arial" w:cs="Arial"/>
          <w:sz w:val="24"/>
          <w:szCs w:val="24"/>
          <w:lang w:val="cy-GB"/>
        </w:rPr>
        <w:t xml:space="preserve"> at: </w:t>
      </w:r>
      <w:hyperlink r:id="rId9" w:history="1">
        <w:r w:rsidR="005D5B9A" w:rsidRPr="00C2705B">
          <w:rPr>
            <w:rStyle w:val="Hyperddolen"/>
            <w:rFonts w:ascii="Arial" w:hAnsi="Arial" w:cs="Arial"/>
            <w:sz w:val="24"/>
            <w:szCs w:val="24"/>
            <w:lang w:val="cy-GB"/>
          </w:rPr>
          <w:t>https://doi.org/10.21832/9781853597060</w:t>
        </w:r>
      </w:hyperlink>
      <w:r w:rsidRPr="00C2705B">
        <w:rPr>
          <w:rFonts w:ascii="Arial" w:hAnsi="Arial" w:cs="Arial"/>
          <w:sz w:val="24"/>
          <w:szCs w:val="24"/>
          <w:lang w:val="cy-GB"/>
        </w:rPr>
        <w:t>.</w:t>
      </w:r>
    </w:p>
    <w:p w14:paraId="2A6AC79B" w14:textId="616E20E0" w:rsidR="00DC4C19" w:rsidRPr="00C2705B" w:rsidRDefault="005D5B9A" w:rsidP="00C2705B">
      <w:pPr>
        <w:spacing w:line="360" w:lineRule="auto"/>
        <w:rPr>
          <w:rFonts w:ascii="Arial" w:hAnsi="Arial" w:cs="Arial"/>
          <w:sz w:val="24"/>
          <w:szCs w:val="24"/>
        </w:rPr>
      </w:pPr>
      <w:r w:rsidRPr="00C2705B">
        <w:rPr>
          <w:rFonts w:ascii="Arial" w:hAnsi="Arial" w:cs="Arial"/>
          <w:sz w:val="24"/>
          <w:szCs w:val="24"/>
        </w:rPr>
        <w:t xml:space="preserve">Hodges, R and Prys, C 2019, 'The community as a language planning crossroads: macro and micro language planning in communities in Wales', </w:t>
      </w:r>
      <w:r w:rsidRPr="00C2705B">
        <w:rPr>
          <w:rFonts w:ascii="Arial" w:hAnsi="Arial" w:cs="Arial"/>
          <w:i/>
          <w:iCs/>
          <w:sz w:val="24"/>
          <w:szCs w:val="24"/>
        </w:rPr>
        <w:t>Current issues in language planning</w:t>
      </w:r>
      <w:r w:rsidRPr="00C2705B">
        <w:rPr>
          <w:rFonts w:ascii="Arial" w:hAnsi="Arial" w:cs="Arial"/>
          <w:sz w:val="24"/>
          <w:szCs w:val="24"/>
        </w:rPr>
        <w:t xml:space="preserve">, vol. 20, no. 3, pp. 207-225. </w:t>
      </w:r>
      <w:hyperlink r:id="rId10" w:history="1">
        <w:r w:rsidR="00DC4C19" w:rsidRPr="00C2705B">
          <w:rPr>
            <w:rStyle w:val="Hyperddolen"/>
            <w:rFonts w:ascii="Arial" w:hAnsi="Arial" w:cs="Arial"/>
            <w:sz w:val="24"/>
            <w:szCs w:val="24"/>
          </w:rPr>
          <w:t>https://doi.org/10.1080/14664208.2018.1495370</w:t>
        </w:r>
      </w:hyperlink>
      <w:r w:rsidRPr="00C2705B">
        <w:rPr>
          <w:rFonts w:ascii="Arial" w:hAnsi="Arial" w:cs="Arial"/>
          <w:sz w:val="24"/>
          <w:szCs w:val="24"/>
        </w:rPr>
        <w:t>.</w:t>
      </w:r>
    </w:p>
    <w:p w14:paraId="6A6906B5" w14:textId="0C0A7105" w:rsidR="005D5B9A" w:rsidRPr="00C2705B" w:rsidRDefault="00583581" w:rsidP="00C2705B">
      <w:pPr>
        <w:spacing w:line="360" w:lineRule="auto"/>
        <w:rPr>
          <w:rFonts w:ascii="Arial" w:hAnsi="Arial" w:cs="Arial"/>
          <w:sz w:val="24"/>
          <w:szCs w:val="24"/>
          <w:lang w:val="cy-GB"/>
        </w:rPr>
      </w:pPr>
      <w:r w:rsidRPr="00C2705B">
        <w:rPr>
          <w:rFonts w:ascii="Arial" w:hAnsi="Arial" w:cs="Arial"/>
          <w:sz w:val="24"/>
          <w:szCs w:val="24"/>
        </w:rPr>
        <w:lastRenderedPageBreak/>
        <w:t xml:space="preserve">Jones, E. H. G. (2022). </w:t>
      </w:r>
      <w:proofErr w:type="spellStart"/>
      <w:r w:rsidRPr="00C2705B">
        <w:rPr>
          <w:rFonts w:ascii="Arial" w:hAnsi="Arial" w:cs="Arial"/>
          <w:sz w:val="24"/>
          <w:szCs w:val="24"/>
        </w:rPr>
        <w:t>Brwydr</w:t>
      </w:r>
      <w:proofErr w:type="spellEnd"/>
      <w:r w:rsidRPr="00C2705B">
        <w:rPr>
          <w:rFonts w:ascii="Arial" w:hAnsi="Arial" w:cs="Arial"/>
          <w:sz w:val="24"/>
          <w:szCs w:val="24"/>
        </w:rPr>
        <w:t xml:space="preserve"> </w:t>
      </w:r>
      <w:proofErr w:type="spellStart"/>
      <w:r w:rsidRPr="00C2705B">
        <w:rPr>
          <w:rFonts w:ascii="Arial" w:hAnsi="Arial" w:cs="Arial"/>
          <w:sz w:val="24"/>
          <w:szCs w:val="24"/>
        </w:rPr>
        <w:t>Ryngwladol</w:t>
      </w:r>
      <w:proofErr w:type="spellEnd"/>
      <w:r w:rsidRPr="00C2705B">
        <w:rPr>
          <w:rFonts w:ascii="Arial" w:hAnsi="Arial" w:cs="Arial"/>
          <w:sz w:val="24"/>
          <w:szCs w:val="24"/>
        </w:rPr>
        <w:t xml:space="preserve"> </w:t>
      </w:r>
      <w:proofErr w:type="spellStart"/>
      <w:r w:rsidRPr="00C2705B">
        <w:rPr>
          <w:rFonts w:ascii="Arial" w:hAnsi="Arial" w:cs="Arial"/>
          <w:sz w:val="24"/>
          <w:szCs w:val="24"/>
        </w:rPr>
        <w:t>yw</w:t>
      </w:r>
      <w:proofErr w:type="spellEnd"/>
      <w:r w:rsidRPr="00C2705B">
        <w:rPr>
          <w:rFonts w:ascii="Arial" w:hAnsi="Arial" w:cs="Arial"/>
          <w:sz w:val="24"/>
          <w:szCs w:val="24"/>
        </w:rPr>
        <w:t xml:space="preserve"> </w:t>
      </w:r>
      <w:proofErr w:type="spellStart"/>
      <w:r w:rsidRPr="00C2705B">
        <w:rPr>
          <w:rFonts w:ascii="Arial" w:hAnsi="Arial" w:cs="Arial"/>
          <w:sz w:val="24"/>
          <w:szCs w:val="24"/>
        </w:rPr>
        <w:t>Brwydr</w:t>
      </w:r>
      <w:proofErr w:type="spellEnd"/>
      <w:r w:rsidRPr="00C2705B">
        <w:rPr>
          <w:rFonts w:ascii="Arial" w:hAnsi="Arial" w:cs="Arial"/>
          <w:sz w:val="24"/>
          <w:szCs w:val="24"/>
        </w:rPr>
        <w:t xml:space="preserve"> yr Iaith. In: Dafydd Morgan Lewis (ed.), </w:t>
      </w:r>
      <w:proofErr w:type="spellStart"/>
      <w:r w:rsidRPr="00C2705B">
        <w:rPr>
          <w:rFonts w:ascii="Arial" w:hAnsi="Arial" w:cs="Arial"/>
          <w:sz w:val="24"/>
          <w:szCs w:val="24"/>
        </w:rPr>
        <w:t>Rhaid</w:t>
      </w:r>
      <w:proofErr w:type="spellEnd"/>
      <w:r w:rsidRPr="00C2705B">
        <w:rPr>
          <w:rFonts w:ascii="Arial" w:hAnsi="Arial" w:cs="Arial"/>
          <w:sz w:val="24"/>
          <w:szCs w:val="24"/>
        </w:rPr>
        <w:t xml:space="preserve"> i </w:t>
      </w:r>
      <w:proofErr w:type="spellStart"/>
      <w:r w:rsidRPr="00C2705B">
        <w:rPr>
          <w:rFonts w:ascii="Arial" w:hAnsi="Arial" w:cs="Arial"/>
          <w:sz w:val="24"/>
          <w:szCs w:val="24"/>
        </w:rPr>
        <w:t>Bopeth</w:t>
      </w:r>
      <w:proofErr w:type="spellEnd"/>
      <w:r w:rsidRPr="00C2705B">
        <w:rPr>
          <w:rFonts w:ascii="Arial" w:hAnsi="Arial" w:cs="Arial"/>
          <w:sz w:val="24"/>
          <w:szCs w:val="24"/>
        </w:rPr>
        <w:t xml:space="preserve"> </w:t>
      </w:r>
      <w:proofErr w:type="spellStart"/>
      <w:r w:rsidRPr="00C2705B">
        <w:rPr>
          <w:rFonts w:ascii="Arial" w:hAnsi="Arial" w:cs="Arial"/>
          <w:sz w:val="24"/>
          <w:szCs w:val="24"/>
        </w:rPr>
        <w:t>Newid</w:t>
      </w:r>
      <w:proofErr w:type="spellEnd"/>
      <w:r w:rsidRPr="00C2705B">
        <w:rPr>
          <w:rFonts w:ascii="Arial" w:hAnsi="Arial" w:cs="Arial"/>
          <w:sz w:val="24"/>
          <w:szCs w:val="24"/>
        </w:rPr>
        <w:t xml:space="preserve">. Tal-y-bont: Y </w:t>
      </w:r>
      <w:proofErr w:type="spellStart"/>
      <w:r w:rsidRPr="00C2705B">
        <w:rPr>
          <w:rFonts w:ascii="Arial" w:hAnsi="Arial" w:cs="Arial"/>
          <w:sz w:val="24"/>
          <w:szCs w:val="24"/>
        </w:rPr>
        <w:t>Lolfa</w:t>
      </w:r>
      <w:proofErr w:type="spellEnd"/>
      <w:r w:rsidRPr="00C2705B">
        <w:rPr>
          <w:rFonts w:ascii="Arial" w:hAnsi="Arial" w:cs="Arial"/>
          <w:sz w:val="24"/>
          <w:szCs w:val="24"/>
        </w:rPr>
        <w:t>.</w:t>
      </w:r>
    </w:p>
    <w:p w14:paraId="0ADF63B2" w14:textId="77777777" w:rsidR="00636199" w:rsidRPr="00C2705B" w:rsidRDefault="00E2049F" w:rsidP="00C2705B">
      <w:pPr>
        <w:spacing w:line="360" w:lineRule="auto"/>
        <w:rPr>
          <w:rFonts w:ascii="Arial" w:hAnsi="Arial" w:cs="Arial"/>
          <w:sz w:val="24"/>
          <w:szCs w:val="24"/>
        </w:rPr>
      </w:pPr>
      <w:r w:rsidRPr="00C2705B">
        <w:rPr>
          <w:rFonts w:ascii="Arial" w:hAnsi="Arial" w:cs="Arial"/>
          <w:sz w:val="24"/>
          <w:szCs w:val="24"/>
        </w:rPr>
        <w:t>Karam, Francis X. 197</w:t>
      </w:r>
      <w:r w:rsidR="00851EAF" w:rsidRPr="00C2705B">
        <w:rPr>
          <w:rFonts w:ascii="Arial" w:hAnsi="Arial" w:cs="Arial"/>
          <w:sz w:val="24"/>
          <w:szCs w:val="24"/>
        </w:rPr>
        <w:t>4 t.108</w:t>
      </w:r>
      <w:r w:rsidRPr="00C2705B">
        <w:rPr>
          <w:rFonts w:ascii="Arial" w:hAnsi="Arial" w:cs="Arial"/>
          <w:sz w:val="24"/>
          <w:szCs w:val="24"/>
        </w:rPr>
        <w:t xml:space="preserve">. Toward a definition of language planning. </w:t>
      </w:r>
      <w:proofErr w:type="gramStart"/>
      <w:r w:rsidR="00177CC3" w:rsidRPr="00C2705B">
        <w:rPr>
          <w:rFonts w:ascii="Arial" w:hAnsi="Arial" w:cs="Arial"/>
          <w:sz w:val="24"/>
          <w:szCs w:val="24"/>
        </w:rPr>
        <w:t>Y</w:t>
      </w:r>
      <w:r w:rsidRPr="00C2705B">
        <w:rPr>
          <w:rFonts w:ascii="Arial" w:hAnsi="Arial" w:cs="Arial"/>
          <w:sz w:val="24"/>
          <w:szCs w:val="24"/>
        </w:rPr>
        <w:t>n Joshua</w:t>
      </w:r>
      <w:proofErr w:type="gramEnd"/>
      <w:r w:rsidRPr="00C2705B">
        <w:rPr>
          <w:rFonts w:ascii="Arial" w:hAnsi="Arial" w:cs="Arial"/>
          <w:sz w:val="24"/>
          <w:szCs w:val="24"/>
        </w:rPr>
        <w:t xml:space="preserve"> A. Fishman (Ed.), </w:t>
      </w:r>
      <w:r w:rsidRPr="00C2705B">
        <w:rPr>
          <w:rFonts w:ascii="Arial" w:hAnsi="Arial" w:cs="Arial"/>
          <w:i/>
          <w:iCs/>
          <w:sz w:val="24"/>
          <w:szCs w:val="24"/>
        </w:rPr>
        <w:t>Advances in Language Planning.</w:t>
      </w:r>
      <w:r w:rsidRPr="00C2705B">
        <w:rPr>
          <w:rFonts w:ascii="Arial" w:hAnsi="Arial" w:cs="Arial"/>
          <w:sz w:val="24"/>
          <w:szCs w:val="24"/>
        </w:rPr>
        <w:t xml:space="preserve"> The Hague: Mouton, pp. 103</w:t>
      </w:r>
      <w:r w:rsidR="00851EAF" w:rsidRPr="00C2705B">
        <w:rPr>
          <w:rFonts w:ascii="Arial" w:hAnsi="Arial" w:cs="Arial"/>
          <w:sz w:val="24"/>
          <w:szCs w:val="24"/>
        </w:rPr>
        <w:t>-</w:t>
      </w:r>
      <w:r w:rsidRPr="00C2705B">
        <w:rPr>
          <w:rFonts w:ascii="Arial" w:hAnsi="Arial" w:cs="Arial"/>
          <w:sz w:val="24"/>
          <w:szCs w:val="24"/>
        </w:rPr>
        <w:t>124.</w:t>
      </w:r>
    </w:p>
    <w:p w14:paraId="1663DFD4" w14:textId="77777777" w:rsidR="001F1967" w:rsidRPr="00C2705B" w:rsidRDefault="00CC2735" w:rsidP="00C2705B">
      <w:pPr>
        <w:spacing w:line="360" w:lineRule="auto"/>
        <w:rPr>
          <w:rFonts w:ascii="Arial" w:hAnsi="Arial" w:cs="Arial"/>
          <w:sz w:val="24"/>
          <w:szCs w:val="24"/>
        </w:rPr>
      </w:pPr>
      <w:r w:rsidRPr="00C2705B">
        <w:rPr>
          <w:rFonts w:ascii="Arial" w:hAnsi="Arial" w:cs="Arial"/>
          <w:i/>
          <w:iCs/>
          <w:sz w:val="24"/>
          <w:szCs w:val="24"/>
          <w:lang w:val="cy-GB"/>
        </w:rPr>
        <w:t>Mesur y Gymraeg (Cymru) 2011</w:t>
      </w:r>
      <w:r w:rsidRPr="00C2705B">
        <w:rPr>
          <w:rFonts w:ascii="Arial" w:hAnsi="Arial" w:cs="Arial"/>
          <w:sz w:val="24"/>
          <w:szCs w:val="24"/>
        </w:rPr>
        <w:t xml:space="preserve">, </w:t>
      </w:r>
      <w:proofErr w:type="spellStart"/>
      <w:r w:rsidRPr="00C2705B">
        <w:rPr>
          <w:rFonts w:ascii="Arial" w:hAnsi="Arial" w:cs="Arial"/>
          <w:sz w:val="24"/>
          <w:szCs w:val="24"/>
        </w:rPr>
        <w:t>Ar</w:t>
      </w:r>
      <w:proofErr w:type="spellEnd"/>
      <w:r w:rsidRPr="00C2705B">
        <w:rPr>
          <w:rFonts w:ascii="Arial" w:hAnsi="Arial" w:cs="Arial"/>
          <w:sz w:val="24"/>
          <w:szCs w:val="24"/>
        </w:rPr>
        <w:t xml:space="preserve"> </w:t>
      </w:r>
      <w:proofErr w:type="spellStart"/>
      <w:r w:rsidRPr="00C2705B">
        <w:rPr>
          <w:rFonts w:ascii="Arial" w:hAnsi="Arial" w:cs="Arial"/>
          <w:sz w:val="24"/>
          <w:szCs w:val="24"/>
        </w:rPr>
        <w:t>gael</w:t>
      </w:r>
      <w:proofErr w:type="spellEnd"/>
      <w:r w:rsidRPr="00C2705B">
        <w:rPr>
          <w:rFonts w:ascii="Arial" w:hAnsi="Arial" w:cs="Arial"/>
          <w:sz w:val="24"/>
          <w:szCs w:val="24"/>
        </w:rPr>
        <w:t xml:space="preserve"> </w:t>
      </w:r>
      <w:proofErr w:type="spellStart"/>
      <w:r w:rsidRPr="00C2705B">
        <w:rPr>
          <w:rFonts w:ascii="Arial" w:hAnsi="Arial" w:cs="Arial"/>
          <w:sz w:val="24"/>
          <w:szCs w:val="24"/>
        </w:rPr>
        <w:t>yn</w:t>
      </w:r>
      <w:proofErr w:type="spellEnd"/>
      <w:r w:rsidRPr="00C2705B">
        <w:rPr>
          <w:rFonts w:ascii="Arial" w:hAnsi="Arial" w:cs="Arial"/>
          <w:sz w:val="24"/>
          <w:szCs w:val="24"/>
        </w:rPr>
        <w:t xml:space="preserve">: </w:t>
      </w:r>
      <w:hyperlink r:id="rId11" w:history="1">
        <w:r w:rsidRPr="00C2705B">
          <w:rPr>
            <w:rStyle w:val="Hyperddolen"/>
            <w:rFonts w:ascii="Arial" w:hAnsi="Arial" w:cs="Arial"/>
            <w:sz w:val="24"/>
            <w:szCs w:val="24"/>
          </w:rPr>
          <w:t>https://www.legislation.gov.uk/mwa/2011/1/resources/enacted/welsh</w:t>
        </w:r>
      </w:hyperlink>
      <w:r w:rsidRPr="00C2705B">
        <w:rPr>
          <w:rFonts w:ascii="Arial" w:hAnsi="Arial" w:cs="Arial"/>
          <w:sz w:val="24"/>
          <w:szCs w:val="24"/>
        </w:rPr>
        <w:t xml:space="preserve"> (</w:t>
      </w:r>
      <w:proofErr w:type="spellStart"/>
      <w:r w:rsidRPr="00C2705B">
        <w:rPr>
          <w:rFonts w:ascii="Arial" w:hAnsi="Arial" w:cs="Arial"/>
          <w:sz w:val="24"/>
          <w:szCs w:val="24"/>
        </w:rPr>
        <w:t>Cyrchwyd</w:t>
      </w:r>
      <w:proofErr w:type="spellEnd"/>
      <w:r w:rsidRPr="00C2705B">
        <w:rPr>
          <w:rFonts w:ascii="Arial" w:hAnsi="Arial" w:cs="Arial"/>
          <w:sz w:val="24"/>
          <w:szCs w:val="24"/>
        </w:rPr>
        <w:t>: 22/01/2026).</w:t>
      </w:r>
    </w:p>
    <w:p w14:paraId="108E7966" w14:textId="629B730A" w:rsidR="001F1967" w:rsidRPr="00C2705B" w:rsidRDefault="001F1967" w:rsidP="00C2705B">
      <w:pPr>
        <w:spacing w:line="360" w:lineRule="auto"/>
        <w:rPr>
          <w:rFonts w:ascii="Arial" w:hAnsi="Arial" w:cs="Arial"/>
          <w:sz w:val="24"/>
          <w:szCs w:val="24"/>
          <w:lang w:val="cy-GB"/>
        </w:rPr>
      </w:pPr>
      <w:r w:rsidRPr="00C2705B">
        <w:rPr>
          <w:rFonts w:ascii="Arial" w:hAnsi="Arial" w:cs="Arial"/>
          <w:sz w:val="24"/>
          <w:szCs w:val="24"/>
          <w:lang w:val="cy-GB"/>
        </w:rPr>
        <w:t>Llywodraeth Cymru (2017) Cymraeg 2050: Miliwn o siaradwyr. Caerdydd: Llywodraeth Cymru.</w:t>
      </w:r>
      <w:r w:rsidR="008E11E2" w:rsidRPr="00C2705B">
        <w:rPr>
          <w:rFonts w:ascii="Arial" w:hAnsi="Arial" w:cs="Arial"/>
          <w:sz w:val="24"/>
          <w:szCs w:val="24"/>
        </w:rPr>
        <w:t xml:space="preserve"> </w:t>
      </w:r>
      <w:hyperlink r:id="rId12" w:history="1">
        <w:proofErr w:type="spellStart"/>
        <w:r w:rsidR="008E11E2" w:rsidRPr="00C2705B">
          <w:rPr>
            <w:rStyle w:val="Hyperddolen"/>
            <w:rFonts w:ascii="Arial" w:hAnsi="Arial" w:cs="Arial"/>
            <w:sz w:val="24"/>
            <w:szCs w:val="24"/>
          </w:rPr>
          <w:t>Cymraeg</w:t>
        </w:r>
        <w:proofErr w:type="spellEnd"/>
        <w:r w:rsidR="008E11E2" w:rsidRPr="00C2705B">
          <w:rPr>
            <w:rStyle w:val="Hyperddolen"/>
            <w:rFonts w:ascii="Arial" w:hAnsi="Arial" w:cs="Arial"/>
            <w:sz w:val="24"/>
            <w:szCs w:val="24"/>
          </w:rPr>
          <w:t xml:space="preserve"> 2050: </w:t>
        </w:r>
        <w:proofErr w:type="spellStart"/>
        <w:r w:rsidR="008E11E2" w:rsidRPr="00C2705B">
          <w:rPr>
            <w:rStyle w:val="Hyperddolen"/>
            <w:rFonts w:ascii="Arial" w:hAnsi="Arial" w:cs="Arial"/>
            <w:sz w:val="24"/>
            <w:szCs w:val="24"/>
          </w:rPr>
          <w:t>Miliwn</w:t>
        </w:r>
        <w:proofErr w:type="spellEnd"/>
        <w:r w:rsidR="008E11E2" w:rsidRPr="00C2705B">
          <w:rPr>
            <w:rStyle w:val="Hyperddolen"/>
            <w:rFonts w:ascii="Arial" w:hAnsi="Arial" w:cs="Arial"/>
            <w:sz w:val="24"/>
            <w:szCs w:val="24"/>
          </w:rPr>
          <w:t xml:space="preserve"> o </w:t>
        </w:r>
        <w:proofErr w:type="spellStart"/>
        <w:r w:rsidR="008E11E2" w:rsidRPr="00C2705B">
          <w:rPr>
            <w:rStyle w:val="Hyperddolen"/>
            <w:rFonts w:ascii="Arial" w:hAnsi="Arial" w:cs="Arial"/>
            <w:sz w:val="24"/>
            <w:szCs w:val="24"/>
          </w:rPr>
          <w:t>siaradwyr</w:t>
        </w:r>
        <w:proofErr w:type="spellEnd"/>
      </w:hyperlink>
    </w:p>
    <w:p w14:paraId="44D3E611" w14:textId="77777777" w:rsidR="001F1967" w:rsidRPr="00C2705B" w:rsidRDefault="001F1967" w:rsidP="00C2705B">
      <w:pPr>
        <w:spacing w:line="360" w:lineRule="auto"/>
        <w:rPr>
          <w:rFonts w:ascii="Arial" w:hAnsi="Arial" w:cs="Arial"/>
          <w:sz w:val="24"/>
          <w:szCs w:val="24"/>
          <w:lang w:val="cy-GB"/>
        </w:rPr>
      </w:pPr>
      <w:r w:rsidRPr="00C2705B">
        <w:rPr>
          <w:rFonts w:ascii="Arial" w:hAnsi="Arial" w:cs="Arial"/>
          <w:sz w:val="24"/>
          <w:szCs w:val="24"/>
        </w:rPr>
        <w:t>Office for National Statistics (ONS), released 6 December 2022, ONS website, statistical bulletin, </w:t>
      </w:r>
      <w:hyperlink r:id="rId13" w:history="1">
        <w:r w:rsidRPr="00C2705B">
          <w:rPr>
            <w:rStyle w:val="Hyperddolen"/>
            <w:rFonts w:ascii="Arial" w:hAnsi="Arial" w:cs="Arial"/>
            <w:sz w:val="24"/>
            <w:szCs w:val="24"/>
          </w:rPr>
          <w:t>Welsh language, Wales: Census 2021</w:t>
        </w:r>
      </w:hyperlink>
    </w:p>
    <w:p w14:paraId="102DF3DE" w14:textId="03803E1F" w:rsidR="001F1967" w:rsidRPr="00C2705B" w:rsidRDefault="001F1967" w:rsidP="00C2705B">
      <w:pPr>
        <w:spacing w:line="360" w:lineRule="auto"/>
        <w:rPr>
          <w:rFonts w:ascii="Arial" w:hAnsi="Arial" w:cs="Arial"/>
          <w:sz w:val="24"/>
          <w:szCs w:val="24"/>
          <w:lang w:val="cy-GB"/>
        </w:rPr>
      </w:pPr>
      <w:proofErr w:type="spellStart"/>
      <w:r w:rsidRPr="00C2705B">
        <w:rPr>
          <w:rFonts w:ascii="Arial" w:hAnsi="Arial" w:cs="Arial"/>
          <w:sz w:val="24"/>
          <w:szCs w:val="24"/>
          <w:lang w:val="cy-GB"/>
        </w:rPr>
        <w:t>StatsCymru</w:t>
      </w:r>
      <w:proofErr w:type="spellEnd"/>
      <w:r w:rsidRPr="00C2705B">
        <w:rPr>
          <w:rFonts w:ascii="Arial" w:hAnsi="Arial" w:cs="Arial"/>
          <w:sz w:val="24"/>
          <w:szCs w:val="24"/>
          <w:lang w:val="cy-GB"/>
        </w:rPr>
        <w:t xml:space="preserve"> (2024) </w:t>
      </w:r>
      <w:proofErr w:type="spellStart"/>
      <w:r w:rsidR="005D284E" w:rsidRPr="00C2705B">
        <w:rPr>
          <w:rFonts w:ascii="Arial" w:hAnsi="Arial" w:cs="Arial"/>
          <w:sz w:val="24"/>
          <w:szCs w:val="24"/>
        </w:rPr>
        <w:t>Disgyblion</w:t>
      </w:r>
      <w:proofErr w:type="spellEnd"/>
      <w:r w:rsidR="005D284E" w:rsidRPr="00C2705B">
        <w:rPr>
          <w:rFonts w:ascii="Arial" w:hAnsi="Arial" w:cs="Arial"/>
          <w:sz w:val="24"/>
          <w:szCs w:val="24"/>
        </w:rPr>
        <w:t xml:space="preserve"> </w:t>
      </w:r>
      <w:proofErr w:type="spellStart"/>
      <w:r w:rsidR="005D284E" w:rsidRPr="00C2705B">
        <w:rPr>
          <w:rFonts w:ascii="Arial" w:hAnsi="Arial" w:cs="Arial"/>
          <w:sz w:val="24"/>
          <w:szCs w:val="24"/>
        </w:rPr>
        <w:t>yn</w:t>
      </w:r>
      <w:proofErr w:type="spellEnd"/>
      <w:r w:rsidR="005D284E" w:rsidRPr="00C2705B">
        <w:rPr>
          <w:rFonts w:ascii="Arial" w:hAnsi="Arial" w:cs="Arial"/>
          <w:sz w:val="24"/>
          <w:szCs w:val="24"/>
        </w:rPr>
        <w:t xml:space="preserve"> </w:t>
      </w:r>
      <w:proofErr w:type="spellStart"/>
      <w:r w:rsidR="005D284E" w:rsidRPr="00C2705B">
        <w:rPr>
          <w:rFonts w:ascii="Arial" w:hAnsi="Arial" w:cs="Arial"/>
          <w:sz w:val="24"/>
          <w:szCs w:val="24"/>
        </w:rPr>
        <w:t>ôl</w:t>
      </w:r>
      <w:proofErr w:type="spellEnd"/>
      <w:r w:rsidR="005D284E" w:rsidRPr="00C2705B">
        <w:rPr>
          <w:rFonts w:ascii="Arial" w:hAnsi="Arial" w:cs="Arial"/>
          <w:sz w:val="24"/>
          <w:szCs w:val="24"/>
        </w:rPr>
        <w:t xml:space="preserve"> </w:t>
      </w:r>
      <w:proofErr w:type="spellStart"/>
      <w:r w:rsidR="005D284E" w:rsidRPr="00C2705B">
        <w:rPr>
          <w:rFonts w:ascii="Arial" w:hAnsi="Arial" w:cs="Arial"/>
          <w:sz w:val="24"/>
          <w:szCs w:val="24"/>
        </w:rPr>
        <w:t>awdurdod</w:t>
      </w:r>
      <w:proofErr w:type="spellEnd"/>
      <w:r w:rsidR="005D284E" w:rsidRPr="00C2705B">
        <w:rPr>
          <w:rFonts w:ascii="Arial" w:hAnsi="Arial" w:cs="Arial"/>
          <w:sz w:val="24"/>
          <w:szCs w:val="24"/>
        </w:rPr>
        <w:t xml:space="preserve"> </w:t>
      </w:r>
      <w:proofErr w:type="spellStart"/>
      <w:r w:rsidR="005D284E" w:rsidRPr="00C2705B">
        <w:rPr>
          <w:rFonts w:ascii="Arial" w:hAnsi="Arial" w:cs="Arial"/>
          <w:sz w:val="24"/>
          <w:szCs w:val="24"/>
        </w:rPr>
        <w:t>lleol</w:t>
      </w:r>
      <w:proofErr w:type="spellEnd"/>
      <w:r w:rsidR="005D284E" w:rsidRPr="00C2705B">
        <w:rPr>
          <w:rFonts w:ascii="Arial" w:hAnsi="Arial" w:cs="Arial"/>
          <w:sz w:val="24"/>
          <w:szCs w:val="24"/>
        </w:rPr>
        <w:t xml:space="preserve">, </w:t>
      </w:r>
      <w:proofErr w:type="spellStart"/>
      <w:r w:rsidR="005D284E" w:rsidRPr="00C2705B">
        <w:rPr>
          <w:rFonts w:ascii="Arial" w:hAnsi="Arial" w:cs="Arial"/>
          <w:sz w:val="24"/>
          <w:szCs w:val="24"/>
        </w:rPr>
        <w:t>rhanbarth</w:t>
      </w:r>
      <w:proofErr w:type="spellEnd"/>
      <w:r w:rsidR="005D284E" w:rsidRPr="00C2705B">
        <w:rPr>
          <w:rFonts w:ascii="Arial" w:hAnsi="Arial" w:cs="Arial"/>
          <w:sz w:val="24"/>
          <w:szCs w:val="24"/>
        </w:rPr>
        <w:t xml:space="preserve"> a math o </w:t>
      </w:r>
      <w:proofErr w:type="spellStart"/>
      <w:r w:rsidR="005D284E" w:rsidRPr="00C2705B">
        <w:rPr>
          <w:rFonts w:ascii="Arial" w:hAnsi="Arial" w:cs="Arial"/>
          <w:sz w:val="24"/>
          <w:szCs w:val="24"/>
        </w:rPr>
        <w:t>gyfrwng</w:t>
      </w:r>
      <w:proofErr w:type="spellEnd"/>
      <w:r w:rsidR="005D284E" w:rsidRPr="00C2705B">
        <w:rPr>
          <w:rFonts w:ascii="Arial" w:hAnsi="Arial" w:cs="Arial"/>
          <w:sz w:val="24"/>
          <w:szCs w:val="24"/>
        </w:rPr>
        <w:t xml:space="preserve"> </w:t>
      </w:r>
      <w:proofErr w:type="spellStart"/>
      <w:r w:rsidR="005D284E" w:rsidRPr="00C2705B">
        <w:rPr>
          <w:rFonts w:ascii="Arial" w:hAnsi="Arial" w:cs="Arial"/>
          <w:sz w:val="24"/>
          <w:szCs w:val="24"/>
        </w:rPr>
        <w:t>Cymraeg</w:t>
      </w:r>
      <w:proofErr w:type="spellEnd"/>
      <w:r w:rsidR="005D284E" w:rsidRPr="00C2705B">
        <w:rPr>
          <w:rFonts w:ascii="Arial" w:hAnsi="Arial" w:cs="Arial"/>
          <w:sz w:val="24"/>
          <w:szCs w:val="24"/>
        </w:rPr>
        <w:t xml:space="preserve"> (</w:t>
      </w:r>
      <w:proofErr w:type="spellStart"/>
      <w:r w:rsidR="005D284E" w:rsidRPr="00C2705B">
        <w:rPr>
          <w:rFonts w:ascii="Arial" w:hAnsi="Arial" w:cs="Arial"/>
          <w:sz w:val="24"/>
          <w:szCs w:val="24"/>
        </w:rPr>
        <w:t>hyd</w:t>
      </w:r>
      <w:proofErr w:type="spellEnd"/>
      <w:r w:rsidR="005D284E" w:rsidRPr="00C2705B">
        <w:rPr>
          <w:rFonts w:ascii="Arial" w:hAnsi="Arial" w:cs="Arial"/>
          <w:sz w:val="24"/>
          <w:szCs w:val="24"/>
        </w:rPr>
        <w:t xml:space="preserve"> at 2023/24)</w:t>
      </w:r>
      <w:r w:rsidR="00245F0F" w:rsidRPr="00C2705B">
        <w:rPr>
          <w:rFonts w:ascii="Arial" w:hAnsi="Arial" w:cs="Arial"/>
          <w:sz w:val="24"/>
          <w:szCs w:val="24"/>
        </w:rPr>
        <w:t xml:space="preserve">, </w:t>
      </w:r>
      <w:hyperlink r:id="rId14" w:history="1">
        <w:r w:rsidR="00165AF4" w:rsidRPr="003D7D57">
          <w:rPr>
            <w:rStyle w:val="Hyperddolen"/>
            <w:rFonts w:ascii="Arial" w:hAnsi="Arial" w:cs="Arial"/>
            <w:sz w:val="24"/>
            <w:szCs w:val="24"/>
          </w:rPr>
          <w:t>https://statscymru.llyw.cymru/v/Ub7O</w:t>
        </w:r>
      </w:hyperlink>
      <w:r w:rsidR="00165AF4">
        <w:rPr>
          <w:rFonts w:ascii="Arial" w:hAnsi="Arial" w:cs="Arial"/>
          <w:sz w:val="24"/>
          <w:szCs w:val="24"/>
        </w:rPr>
        <w:br/>
      </w:r>
      <w:r w:rsidR="008E11E2" w:rsidRPr="00C2705B">
        <w:rPr>
          <w:rFonts w:ascii="Arial" w:hAnsi="Arial" w:cs="Arial"/>
          <w:sz w:val="24"/>
          <w:szCs w:val="24"/>
          <w:lang w:val="cy-GB"/>
        </w:rPr>
        <w:br/>
      </w:r>
      <w:proofErr w:type="spellStart"/>
      <w:r w:rsidR="00245F0F" w:rsidRPr="00C2705B">
        <w:rPr>
          <w:rFonts w:ascii="Arial" w:hAnsi="Arial" w:cs="Arial"/>
          <w:sz w:val="24"/>
          <w:szCs w:val="24"/>
          <w:lang w:val="cy-GB"/>
        </w:rPr>
        <w:t>StatsCymru</w:t>
      </w:r>
      <w:proofErr w:type="spellEnd"/>
      <w:r w:rsidR="00245F0F" w:rsidRPr="00C2705B">
        <w:rPr>
          <w:rFonts w:ascii="Arial" w:hAnsi="Arial" w:cs="Arial"/>
          <w:sz w:val="24"/>
          <w:szCs w:val="24"/>
          <w:lang w:val="cy-GB"/>
        </w:rPr>
        <w:t xml:space="preserve"> (2022)</w:t>
      </w:r>
      <w:r w:rsidR="00245F0F" w:rsidRPr="00C2705B">
        <w:rPr>
          <w:rFonts w:ascii="Arial" w:hAnsi="Arial" w:cs="Arial"/>
          <w:sz w:val="24"/>
          <w:szCs w:val="24"/>
        </w:rPr>
        <w:t xml:space="preserve"> </w:t>
      </w:r>
      <w:proofErr w:type="spellStart"/>
      <w:r w:rsidR="008E11E2" w:rsidRPr="00C2705B">
        <w:rPr>
          <w:rFonts w:ascii="Arial" w:hAnsi="Arial" w:cs="Arial"/>
          <w:sz w:val="24"/>
          <w:szCs w:val="24"/>
        </w:rPr>
        <w:t>Gallu</w:t>
      </w:r>
      <w:proofErr w:type="spellEnd"/>
      <w:r w:rsidR="008E11E2" w:rsidRPr="00C2705B">
        <w:rPr>
          <w:rFonts w:ascii="Arial" w:hAnsi="Arial" w:cs="Arial"/>
          <w:sz w:val="24"/>
          <w:szCs w:val="24"/>
        </w:rPr>
        <w:t xml:space="preserve"> </w:t>
      </w:r>
      <w:proofErr w:type="spellStart"/>
      <w:r w:rsidR="008E11E2" w:rsidRPr="00C2705B">
        <w:rPr>
          <w:rFonts w:ascii="Arial" w:hAnsi="Arial" w:cs="Arial"/>
          <w:sz w:val="24"/>
          <w:szCs w:val="24"/>
        </w:rPr>
        <w:t>pobl</w:t>
      </w:r>
      <w:proofErr w:type="spellEnd"/>
      <w:r w:rsidR="008E11E2" w:rsidRPr="00C2705B">
        <w:rPr>
          <w:rFonts w:ascii="Arial" w:hAnsi="Arial" w:cs="Arial"/>
          <w:sz w:val="24"/>
          <w:szCs w:val="24"/>
        </w:rPr>
        <w:t xml:space="preserve"> </w:t>
      </w:r>
      <w:proofErr w:type="spellStart"/>
      <w:r w:rsidR="008E11E2" w:rsidRPr="00C2705B">
        <w:rPr>
          <w:rFonts w:ascii="Arial" w:hAnsi="Arial" w:cs="Arial"/>
          <w:sz w:val="24"/>
          <w:szCs w:val="24"/>
        </w:rPr>
        <w:t>tair</w:t>
      </w:r>
      <w:proofErr w:type="spellEnd"/>
      <w:r w:rsidR="008E11E2" w:rsidRPr="00C2705B">
        <w:rPr>
          <w:rFonts w:ascii="Arial" w:hAnsi="Arial" w:cs="Arial"/>
          <w:sz w:val="24"/>
          <w:szCs w:val="24"/>
        </w:rPr>
        <w:t xml:space="preserve"> </w:t>
      </w:r>
      <w:proofErr w:type="spellStart"/>
      <w:r w:rsidR="008E11E2" w:rsidRPr="00C2705B">
        <w:rPr>
          <w:rFonts w:ascii="Arial" w:hAnsi="Arial" w:cs="Arial"/>
          <w:sz w:val="24"/>
          <w:szCs w:val="24"/>
        </w:rPr>
        <w:t>oed</w:t>
      </w:r>
      <w:proofErr w:type="spellEnd"/>
      <w:r w:rsidR="008E11E2" w:rsidRPr="00C2705B">
        <w:rPr>
          <w:rFonts w:ascii="Arial" w:hAnsi="Arial" w:cs="Arial"/>
          <w:sz w:val="24"/>
          <w:szCs w:val="24"/>
        </w:rPr>
        <w:t xml:space="preserve"> neu </w:t>
      </w:r>
      <w:proofErr w:type="spellStart"/>
      <w:r w:rsidR="008E11E2" w:rsidRPr="00C2705B">
        <w:rPr>
          <w:rFonts w:ascii="Arial" w:hAnsi="Arial" w:cs="Arial"/>
          <w:sz w:val="24"/>
          <w:szCs w:val="24"/>
        </w:rPr>
        <w:t>hŷn</w:t>
      </w:r>
      <w:proofErr w:type="spellEnd"/>
      <w:r w:rsidR="008E11E2" w:rsidRPr="00C2705B">
        <w:rPr>
          <w:rFonts w:ascii="Arial" w:hAnsi="Arial" w:cs="Arial"/>
          <w:sz w:val="24"/>
          <w:szCs w:val="24"/>
        </w:rPr>
        <w:t xml:space="preserve"> </w:t>
      </w:r>
      <w:proofErr w:type="spellStart"/>
      <w:r w:rsidR="008E11E2" w:rsidRPr="00C2705B">
        <w:rPr>
          <w:rFonts w:ascii="Arial" w:hAnsi="Arial" w:cs="Arial"/>
          <w:sz w:val="24"/>
          <w:szCs w:val="24"/>
        </w:rPr>
        <w:t>i</w:t>
      </w:r>
      <w:proofErr w:type="spellEnd"/>
      <w:r w:rsidR="008E11E2" w:rsidRPr="00C2705B">
        <w:rPr>
          <w:rFonts w:ascii="Arial" w:hAnsi="Arial" w:cs="Arial"/>
          <w:sz w:val="24"/>
          <w:szCs w:val="24"/>
        </w:rPr>
        <w:t xml:space="preserve"> </w:t>
      </w:r>
      <w:proofErr w:type="spellStart"/>
      <w:r w:rsidR="008E11E2" w:rsidRPr="00C2705B">
        <w:rPr>
          <w:rFonts w:ascii="Arial" w:hAnsi="Arial" w:cs="Arial"/>
          <w:sz w:val="24"/>
          <w:szCs w:val="24"/>
        </w:rPr>
        <w:t>siarad</w:t>
      </w:r>
      <w:proofErr w:type="spellEnd"/>
      <w:r w:rsidR="008E11E2" w:rsidRPr="00C2705B">
        <w:rPr>
          <w:rFonts w:ascii="Arial" w:hAnsi="Arial" w:cs="Arial"/>
          <w:sz w:val="24"/>
          <w:szCs w:val="24"/>
        </w:rPr>
        <w:t xml:space="preserve"> </w:t>
      </w:r>
      <w:proofErr w:type="spellStart"/>
      <w:r w:rsidR="008E11E2" w:rsidRPr="00C2705B">
        <w:rPr>
          <w:rFonts w:ascii="Arial" w:hAnsi="Arial" w:cs="Arial"/>
          <w:sz w:val="24"/>
          <w:szCs w:val="24"/>
        </w:rPr>
        <w:t>Cymraeg</w:t>
      </w:r>
      <w:proofErr w:type="spellEnd"/>
      <w:r w:rsidR="008E11E2" w:rsidRPr="00C2705B">
        <w:rPr>
          <w:rFonts w:ascii="Arial" w:hAnsi="Arial" w:cs="Arial"/>
          <w:sz w:val="24"/>
          <w:szCs w:val="24"/>
        </w:rPr>
        <w:t xml:space="preserve"> </w:t>
      </w:r>
      <w:proofErr w:type="spellStart"/>
      <w:r w:rsidR="008E11E2" w:rsidRPr="00C2705B">
        <w:rPr>
          <w:rFonts w:ascii="Arial" w:hAnsi="Arial" w:cs="Arial"/>
          <w:sz w:val="24"/>
          <w:szCs w:val="24"/>
        </w:rPr>
        <w:t>yn</w:t>
      </w:r>
      <w:proofErr w:type="spellEnd"/>
      <w:r w:rsidR="008E11E2" w:rsidRPr="00C2705B">
        <w:rPr>
          <w:rFonts w:ascii="Arial" w:hAnsi="Arial" w:cs="Arial"/>
          <w:sz w:val="24"/>
          <w:szCs w:val="24"/>
        </w:rPr>
        <w:t xml:space="preserve"> </w:t>
      </w:r>
      <w:proofErr w:type="spellStart"/>
      <w:r w:rsidR="008E11E2" w:rsidRPr="00C2705B">
        <w:rPr>
          <w:rFonts w:ascii="Arial" w:hAnsi="Arial" w:cs="Arial"/>
          <w:sz w:val="24"/>
          <w:szCs w:val="24"/>
        </w:rPr>
        <w:t>ôl</w:t>
      </w:r>
      <w:proofErr w:type="spellEnd"/>
      <w:r w:rsidR="008E11E2" w:rsidRPr="00C2705B">
        <w:rPr>
          <w:rFonts w:ascii="Arial" w:hAnsi="Arial" w:cs="Arial"/>
          <w:sz w:val="24"/>
          <w:szCs w:val="24"/>
        </w:rPr>
        <w:t xml:space="preserve"> </w:t>
      </w:r>
      <w:proofErr w:type="spellStart"/>
      <w:r w:rsidR="008E11E2" w:rsidRPr="00C2705B">
        <w:rPr>
          <w:rFonts w:ascii="Arial" w:hAnsi="Arial" w:cs="Arial"/>
          <w:sz w:val="24"/>
          <w:szCs w:val="24"/>
        </w:rPr>
        <w:t>awdurdod</w:t>
      </w:r>
      <w:proofErr w:type="spellEnd"/>
      <w:r w:rsidR="008E11E2" w:rsidRPr="00C2705B">
        <w:rPr>
          <w:rFonts w:ascii="Arial" w:hAnsi="Arial" w:cs="Arial"/>
          <w:sz w:val="24"/>
          <w:szCs w:val="24"/>
        </w:rPr>
        <w:t xml:space="preserve"> </w:t>
      </w:r>
      <w:proofErr w:type="spellStart"/>
      <w:r w:rsidR="008E11E2" w:rsidRPr="00C2705B">
        <w:rPr>
          <w:rFonts w:ascii="Arial" w:hAnsi="Arial" w:cs="Arial"/>
          <w:sz w:val="24"/>
          <w:szCs w:val="24"/>
        </w:rPr>
        <w:t>lleol</w:t>
      </w:r>
      <w:proofErr w:type="spellEnd"/>
      <w:r w:rsidR="008E11E2" w:rsidRPr="00C2705B">
        <w:rPr>
          <w:rFonts w:ascii="Arial" w:hAnsi="Arial" w:cs="Arial"/>
          <w:sz w:val="24"/>
          <w:szCs w:val="24"/>
        </w:rPr>
        <w:t xml:space="preserve"> a </w:t>
      </w:r>
      <w:proofErr w:type="spellStart"/>
      <w:r w:rsidR="008E11E2" w:rsidRPr="00C2705B">
        <w:rPr>
          <w:rFonts w:ascii="Arial" w:hAnsi="Arial" w:cs="Arial"/>
          <w:sz w:val="24"/>
          <w:szCs w:val="24"/>
        </w:rPr>
        <w:t>blwyddyn</w:t>
      </w:r>
      <w:proofErr w:type="spellEnd"/>
      <w:r w:rsidR="008E11E2" w:rsidRPr="00C2705B">
        <w:rPr>
          <w:rFonts w:ascii="Arial" w:hAnsi="Arial" w:cs="Arial"/>
          <w:sz w:val="24"/>
          <w:szCs w:val="24"/>
        </w:rPr>
        <w:t xml:space="preserve"> </w:t>
      </w:r>
      <w:proofErr w:type="spellStart"/>
      <w:r w:rsidR="008E11E2" w:rsidRPr="00C2705B">
        <w:rPr>
          <w:rFonts w:ascii="Arial" w:hAnsi="Arial" w:cs="Arial"/>
          <w:sz w:val="24"/>
          <w:szCs w:val="24"/>
        </w:rPr>
        <w:t>oedran</w:t>
      </w:r>
      <w:proofErr w:type="spellEnd"/>
      <w:r w:rsidR="008E11E2" w:rsidRPr="00C2705B">
        <w:rPr>
          <w:rFonts w:ascii="Arial" w:hAnsi="Arial" w:cs="Arial"/>
          <w:sz w:val="24"/>
          <w:szCs w:val="24"/>
        </w:rPr>
        <w:t>, 2011 a 2021</w:t>
      </w:r>
      <w:r w:rsidR="003D377E" w:rsidRPr="00C2705B">
        <w:rPr>
          <w:rFonts w:ascii="Arial" w:hAnsi="Arial" w:cs="Arial"/>
          <w:sz w:val="24"/>
          <w:szCs w:val="24"/>
        </w:rPr>
        <w:t>, https://statscymru.llyw.cymru/v/Ub7M</w:t>
      </w:r>
    </w:p>
    <w:p w14:paraId="5D33B7F0" w14:textId="61571B7A" w:rsidR="00FD72AE" w:rsidRPr="00C2705B" w:rsidRDefault="00FD72AE" w:rsidP="00C2705B">
      <w:pPr>
        <w:spacing w:line="360" w:lineRule="auto"/>
        <w:rPr>
          <w:rFonts w:ascii="Arial" w:hAnsi="Arial" w:cs="Arial"/>
          <w:sz w:val="24"/>
          <w:szCs w:val="24"/>
          <w:lang w:val="cy-GB"/>
        </w:rPr>
      </w:pPr>
    </w:p>
    <w:sectPr w:rsidR="00FD72AE" w:rsidRPr="00C2705B" w:rsidSect="00034616">
      <w:headerReference w:type="even" r:id="rId15"/>
      <w:headerReference w:type="default" r:id="rId16"/>
      <w:footerReference w:type="even" r:id="rId17"/>
      <w:footerReference w:type="default" r:id="rId18"/>
      <w:headerReference w:type="first" r:id="rId19"/>
      <w:footerReference w:type="first" r:id="rId2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706DA" w14:textId="77777777" w:rsidR="00B307D5" w:rsidRDefault="00B307D5" w:rsidP="008D083D">
      <w:pPr>
        <w:spacing w:after="0" w:line="240" w:lineRule="auto"/>
      </w:pPr>
      <w:r>
        <w:separator/>
      </w:r>
    </w:p>
  </w:endnote>
  <w:endnote w:type="continuationSeparator" w:id="0">
    <w:p w14:paraId="5BC50ED7" w14:textId="77777777" w:rsidR="00B307D5" w:rsidRDefault="00B307D5" w:rsidP="008D0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89784" w14:textId="77777777" w:rsidR="008D083D" w:rsidRDefault="008D083D">
    <w:pPr>
      <w:pStyle w:val="Troedyn"/>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398676"/>
      <w:docPartObj>
        <w:docPartGallery w:val="Page Numbers (Bottom of Page)"/>
        <w:docPartUnique/>
      </w:docPartObj>
    </w:sdtPr>
    <w:sdtContent>
      <w:p w14:paraId="21BDF0F0" w14:textId="1D06EEE0" w:rsidR="008D083D" w:rsidRDefault="008D083D">
        <w:pPr>
          <w:pStyle w:val="Troedyn"/>
          <w:jc w:val="center"/>
        </w:pPr>
        <w:r>
          <w:fldChar w:fldCharType="begin"/>
        </w:r>
        <w:r>
          <w:instrText>PAGE   \* MERGEFORMAT</w:instrText>
        </w:r>
        <w:r>
          <w:fldChar w:fldCharType="separate"/>
        </w:r>
        <w:r>
          <w:rPr>
            <w:lang w:val="cy-GB"/>
          </w:rPr>
          <w:t>2</w:t>
        </w:r>
        <w:r>
          <w:fldChar w:fldCharType="end"/>
        </w:r>
      </w:p>
    </w:sdtContent>
  </w:sdt>
  <w:p w14:paraId="1415B7D5" w14:textId="77777777" w:rsidR="008D083D" w:rsidRDefault="008D083D">
    <w:pPr>
      <w:pStyle w:val="Troedy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66F54" w14:textId="77777777" w:rsidR="008D083D" w:rsidRDefault="008D083D">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60C70" w14:textId="77777777" w:rsidR="00B307D5" w:rsidRDefault="00B307D5" w:rsidP="008D083D">
      <w:pPr>
        <w:spacing w:after="0" w:line="240" w:lineRule="auto"/>
      </w:pPr>
      <w:r>
        <w:separator/>
      </w:r>
    </w:p>
  </w:footnote>
  <w:footnote w:type="continuationSeparator" w:id="0">
    <w:p w14:paraId="442F1361" w14:textId="77777777" w:rsidR="00B307D5" w:rsidRDefault="00B307D5" w:rsidP="008D08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A240A" w14:textId="77777777" w:rsidR="008D083D" w:rsidRDefault="008D083D">
    <w:pPr>
      <w:pStyle w:val="Pennyn"/>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4EAE5" w14:textId="77777777" w:rsidR="008D083D" w:rsidRDefault="008D083D">
    <w:pPr>
      <w:pStyle w:val="Pennyn"/>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C01EB" w14:textId="77777777" w:rsidR="008D083D" w:rsidRDefault="008D083D">
    <w:pPr>
      <w:pStyle w:val="Pennyn"/>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RhestrRhifau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RhestrRhifau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RhestrBwled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RhestrBwled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RhestrRhifau"/>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RhestrBwledi"/>
      <w:lvlText w:val=""/>
      <w:lvlJc w:val="left"/>
      <w:pPr>
        <w:tabs>
          <w:tab w:val="num" w:pos="360"/>
        </w:tabs>
        <w:ind w:left="360" w:hanging="360"/>
      </w:pPr>
      <w:rPr>
        <w:rFonts w:ascii="Symbol" w:hAnsi="Symbol" w:hint="default"/>
      </w:rPr>
    </w:lvl>
  </w:abstractNum>
  <w:abstractNum w:abstractNumId="9" w15:restartNumberingAfterBreak="0">
    <w:nsid w:val="19A50EA9"/>
    <w:multiLevelType w:val="hybridMultilevel"/>
    <w:tmpl w:val="29B4245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681399707">
    <w:abstractNumId w:val="8"/>
  </w:num>
  <w:num w:numId="2" w16cid:durableId="671879827">
    <w:abstractNumId w:val="6"/>
  </w:num>
  <w:num w:numId="3" w16cid:durableId="101801538">
    <w:abstractNumId w:val="5"/>
  </w:num>
  <w:num w:numId="4" w16cid:durableId="225845232">
    <w:abstractNumId w:val="4"/>
  </w:num>
  <w:num w:numId="5" w16cid:durableId="2104764745">
    <w:abstractNumId w:val="7"/>
  </w:num>
  <w:num w:numId="6" w16cid:durableId="887958830">
    <w:abstractNumId w:val="3"/>
  </w:num>
  <w:num w:numId="7" w16cid:durableId="228686911">
    <w:abstractNumId w:val="2"/>
  </w:num>
  <w:num w:numId="8" w16cid:durableId="1911499264">
    <w:abstractNumId w:val="1"/>
  </w:num>
  <w:num w:numId="9" w16cid:durableId="228421129">
    <w:abstractNumId w:val="0"/>
  </w:num>
  <w:num w:numId="10" w16cid:durableId="13915395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B2F"/>
    <w:rsid w:val="00014E25"/>
    <w:rsid w:val="00016DED"/>
    <w:rsid w:val="00020884"/>
    <w:rsid w:val="00023BC1"/>
    <w:rsid w:val="00034616"/>
    <w:rsid w:val="00035FB6"/>
    <w:rsid w:val="00041C9A"/>
    <w:rsid w:val="00042587"/>
    <w:rsid w:val="00043D51"/>
    <w:rsid w:val="00047004"/>
    <w:rsid w:val="00051EED"/>
    <w:rsid w:val="0005318E"/>
    <w:rsid w:val="000537F6"/>
    <w:rsid w:val="0006063C"/>
    <w:rsid w:val="00061DE7"/>
    <w:rsid w:val="000651D6"/>
    <w:rsid w:val="00071817"/>
    <w:rsid w:val="00074E40"/>
    <w:rsid w:val="00076FBB"/>
    <w:rsid w:val="0007733B"/>
    <w:rsid w:val="000833C3"/>
    <w:rsid w:val="00083623"/>
    <w:rsid w:val="0009377A"/>
    <w:rsid w:val="00097809"/>
    <w:rsid w:val="000B54B6"/>
    <w:rsid w:val="000C3C2C"/>
    <w:rsid w:val="000C5D5C"/>
    <w:rsid w:val="000C714C"/>
    <w:rsid w:val="000D5019"/>
    <w:rsid w:val="000D6183"/>
    <w:rsid w:val="000E0DBB"/>
    <w:rsid w:val="000E5144"/>
    <w:rsid w:val="000E58DA"/>
    <w:rsid w:val="000F0701"/>
    <w:rsid w:val="000F1A71"/>
    <w:rsid w:val="000F2552"/>
    <w:rsid w:val="000F73FB"/>
    <w:rsid w:val="001101FC"/>
    <w:rsid w:val="00112F0B"/>
    <w:rsid w:val="001163BA"/>
    <w:rsid w:val="00120898"/>
    <w:rsid w:val="001250BD"/>
    <w:rsid w:val="00126C76"/>
    <w:rsid w:val="0013330A"/>
    <w:rsid w:val="00140582"/>
    <w:rsid w:val="001462C2"/>
    <w:rsid w:val="00146D39"/>
    <w:rsid w:val="0015074B"/>
    <w:rsid w:val="0015134F"/>
    <w:rsid w:val="00156730"/>
    <w:rsid w:val="001574F3"/>
    <w:rsid w:val="00157BB8"/>
    <w:rsid w:val="00163964"/>
    <w:rsid w:val="00165AF4"/>
    <w:rsid w:val="0016625F"/>
    <w:rsid w:val="00171677"/>
    <w:rsid w:val="00172898"/>
    <w:rsid w:val="001759CB"/>
    <w:rsid w:val="00177AC5"/>
    <w:rsid w:val="00177CC3"/>
    <w:rsid w:val="00184509"/>
    <w:rsid w:val="00193284"/>
    <w:rsid w:val="0019523A"/>
    <w:rsid w:val="00196020"/>
    <w:rsid w:val="001A1F35"/>
    <w:rsid w:val="001A2885"/>
    <w:rsid w:val="001A3856"/>
    <w:rsid w:val="001A7513"/>
    <w:rsid w:val="001B100C"/>
    <w:rsid w:val="001B2A6C"/>
    <w:rsid w:val="001B5CB9"/>
    <w:rsid w:val="001B65F0"/>
    <w:rsid w:val="001C45CA"/>
    <w:rsid w:val="001C4ED9"/>
    <w:rsid w:val="001D2723"/>
    <w:rsid w:val="001D3C32"/>
    <w:rsid w:val="001D7F11"/>
    <w:rsid w:val="001E0B3E"/>
    <w:rsid w:val="001E2511"/>
    <w:rsid w:val="001E3CF8"/>
    <w:rsid w:val="001F1967"/>
    <w:rsid w:val="001F24ED"/>
    <w:rsid w:val="00201AFD"/>
    <w:rsid w:val="00203740"/>
    <w:rsid w:val="00203A46"/>
    <w:rsid w:val="002040F6"/>
    <w:rsid w:val="0021137E"/>
    <w:rsid w:val="002245FF"/>
    <w:rsid w:val="00230AF6"/>
    <w:rsid w:val="00237DFE"/>
    <w:rsid w:val="00245F0F"/>
    <w:rsid w:val="0025157A"/>
    <w:rsid w:val="002749B3"/>
    <w:rsid w:val="0028170F"/>
    <w:rsid w:val="00293E61"/>
    <w:rsid w:val="0029639D"/>
    <w:rsid w:val="002A052C"/>
    <w:rsid w:val="002A2D19"/>
    <w:rsid w:val="002A4A1C"/>
    <w:rsid w:val="002A4ECB"/>
    <w:rsid w:val="002A62A0"/>
    <w:rsid w:val="002B5CCE"/>
    <w:rsid w:val="002B6B32"/>
    <w:rsid w:val="002C09C5"/>
    <w:rsid w:val="002D2148"/>
    <w:rsid w:val="002E352F"/>
    <w:rsid w:val="002E557E"/>
    <w:rsid w:val="002F684C"/>
    <w:rsid w:val="002F7F5B"/>
    <w:rsid w:val="0030178E"/>
    <w:rsid w:val="00302842"/>
    <w:rsid w:val="003033D0"/>
    <w:rsid w:val="0031671B"/>
    <w:rsid w:val="00324E29"/>
    <w:rsid w:val="00325374"/>
    <w:rsid w:val="00326242"/>
    <w:rsid w:val="00326F90"/>
    <w:rsid w:val="00336006"/>
    <w:rsid w:val="00337970"/>
    <w:rsid w:val="00337E92"/>
    <w:rsid w:val="00350AA2"/>
    <w:rsid w:val="00361E61"/>
    <w:rsid w:val="00364CF1"/>
    <w:rsid w:val="00372104"/>
    <w:rsid w:val="00377990"/>
    <w:rsid w:val="003779D9"/>
    <w:rsid w:val="003826B6"/>
    <w:rsid w:val="003863A3"/>
    <w:rsid w:val="00395573"/>
    <w:rsid w:val="00395802"/>
    <w:rsid w:val="00396251"/>
    <w:rsid w:val="003A20BA"/>
    <w:rsid w:val="003A3E37"/>
    <w:rsid w:val="003B17C4"/>
    <w:rsid w:val="003B6D76"/>
    <w:rsid w:val="003D377E"/>
    <w:rsid w:val="004071A0"/>
    <w:rsid w:val="00435C62"/>
    <w:rsid w:val="004404B2"/>
    <w:rsid w:val="00457597"/>
    <w:rsid w:val="004603D0"/>
    <w:rsid w:val="0046122A"/>
    <w:rsid w:val="004618CA"/>
    <w:rsid w:val="004669D3"/>
    <w:rsid w:val="00467E6A"/>
    <w:rsid w:val="00473A4B"/>
    <w:rsid w:val="00475F68"/>
    <w:rsid w:val="004A09FF"/>
    <w:rsid w:val="004B213D"/>
    <w:rsid w:val="004B3F60"/>
    <w:rsid w:val="004B6DCE"/>
    <w:rsid w:val="004B76A6"/>
    <w:rsid w:val="004C0E1A"/>
    <w:rsid w:val="004C2274"/>
    <w:rsid w:val="004C569B"/>
    <w:rsid w:val="004C5EB3"/>
    <w:rsid w:val="004C62A6"/>
    <w:rsid w:val="004D092A"/>
    <w:rsid w:val="004E0365"/>
    <w:rsid w:val="004F10BB"/>
    <w:rsid w:val="004F141A"/>
    <w:rsid w:val="0050360D"/>
    <w:rsid w:val="0050378A"/>
    <w:rsid w:val="005039D5"/>
    <w:rsid w:val="005059F3"/>
    <w:rsid w:val="00505A43"/>
    <w:rsid w:val="00507BCF"/>
    <w:rsid w:val="005213F0"/>
    <w:rsid w:val="00530FE8"/>
    <w:rsid w:val="00531774"/>
    <w:rsid w:val="00533D90"/>
    <w:rsid w:val="00542515"/>
    <w:rsid w:val="00552392"/>
    <w:rsid w:val="00554E78"/>
    <w:rsid w:val="00566492"/>
    <w:rsid w:val="00574C75"/>
    <w:rsid w:val="00583581"/>
    <w:rsid w:val="0058493F"/>
    <w:rsid w:val="0058533A"/>
    <w:rsid w:val="00593A3C"/>
    <w:rsid w:val="00594CE6"/>
    <w:rsid w:val="005A0255"/>
    <w:rsid w:val="005A54E3"/>
    <w:rsid w:val="005C1606"/>
    <w:rsid w:val="005C55AF"/>
    <w:rsid w:val="005C6EFB"/>
    <w:rsid w:val="005C7F1A"/>
    <w:rsid w:val="005D0C0C"/>
    <w:rsid w:val="005D284E"/>
    <w:rsid w:val="005D394A"/>
    <w:rsid w:val="005D5B9A"/>
    <w:rsid w:val="005D6BCE"/>
    <w:rsid w:val="005E517F"/>
    <w:rsid w:val="005F366E"/>
    <w:rsid w:val="005F53BC"/>
    <w:rsid w:val="005F5F6A"/>
    <w:rsid w:val="005F6EBC"/>
    <w:rsid w:val="00602230"/>
    <w:rsid w:val="00603565"/>
    <w:rsid w:val="006118A1"/>
    <w:rsid w:val="006134F7"/>
    <w:rsid w:val="00622EC7"/>
    <w:rsid w:val="00624622"/>
    <w:rsid w:val="006277DE"/>
    <w:rsid w:val="00631145"/>
    <w:rsid w:val="00636199"/>
    <w:rsid w:val="00637627"/>
    <w:rsid w:val="006378DD"/>
    <w:rsid w:val="00640C84"/>
    <w:rsid w:val="006458D5"/>
    <w:rsid w:val="0066058F"/>
    <w:rsid w:val="00671C5E"/>
    <w:rsid w:val="00673726"/>
    <w:rsid w:val="00675620"/>
    <w:rsid w:val="00697C11"/>
    <w:rsid w:val="006A420F"/>
    <w:rsid w:val="006A705D"/>
    <w:rsid w:val="006B16F6"/>
    <w:rsid w:val="006B33CC"/>
    <w:rsid w:val="006C5A0A"/>
    <w:rsid w:val="006D2260"/>
    <w:rsid w:val="006D3DB5"/>
    <w:rsid w:val="007050A4"/>
    <w:rsid w:val="00707036"/>
    <w:rsid w:val="00707303"/>
    <w:rsid w:val="0071033B"/>
    <w:rsid w:val="00712481"/>
    <w:rsid w:val="00713FC4"/>
    <w:rsid w:val="0071409B"/>
    <w:rsid w:val="00715DC2"/>
    <w:rsid w:val="00726CA6"/>
    <w:rsid w:val="00730440"/>
    <w:rsid w:val="00741D35"/>
    <w:rsid w:val="0074514D"/>
    <w:rsid w:val="007469F5"/>
    <w:rsid w:val="007513EA"/>
    <w:rsid w:val="00760BEA"/>
    <w:rsid w:val="00763E4C"/>
    <w:rsid w:val="00764B7C"/>
    <w:rsid w:val="00767AFF"/>
    <w:rsid w:val="00773492"/>
    <w:rsid w:val="0077458F"/>
    <w:rsid w:val="00775879"/>
    <w:rsid w:val="00781ABA"/>
    <w:rsid w:val="00782309"/>
    <w:rsid w:val="00783D76"/>
    <w:rsid w:val="00792D5B"/>
    <w:rsid w:val="00797A65"/>
    <w:rsid w:val="007A48E7"/>
    <w:rsid w:val="007A6F3F"/>
    <w:rsid w:val="007A7F7D"/>
    <w:rsid w:val="007B0036"/>
    <w:rsid w:val="007B1554"/>
    <w:rsid w:val="007B4E23"/>
    <w:rsid w:val="007C3976"/>
    <w:rsid w:val="007C5236"/>
    <w:rsid w:val="007C5543"/>
    <w:rsid w:val="007C6AE2"/>
    <w:rsid w:val="007D0962"/>
    <w:rsid w:val="007D0C8B"/>
    <w:rsid w:val="007D46E4"/>
    <w:rsid w:val="007D4C03"/>
    <w:rsid w:val="007E2B45"/>
    <w:rsid w:val="007E5318"/>
    <w:rsid w:val="007F0C36"/>
    <w:rsid w:val="00810AD6"/>
    <w:rsid w:val="00813969"/>
    <w:rsid w:val="00820B71"/>
    <w:rsid w:val="0082200A"/>
    <w:rsid w:val="00823974"/>
    <w:rsid w:val="008260AF"/>
    <w:rsid w:val="00830949"/>
    <w:rsid w:val="00833BA0"/>
    <w:rsid w:val="0083513F"/>
    <w:rsid w:val="00842707"/>
    <w:rsid w:val="00844EEB"/>
    <w:rsid w:val="00850BF4"/>
    <w:rsid w:val="00851EAF"/>
    <w:rsid w:val="00852282"/>
    <w:rsid w:val="00852A74"/>
    <w:rsid w:val="00860816"/>
    <w:rsid w:val="00861204"/>
    <w:rsid w:val="0086156E"/>
    <w:rsid w:val="008632CC"/>
    <w:rsid w:val="00871A18"/>
    <w:rsid w:val="00876450"/>
    <w:rsid w:val="008864C8"/>
    <w:rsid w:val="00893A99"/>
    <w:rsid w:val="008A39BB"/>
    <w:rsid w:val="008C3A8F"/>
    <w:rsid w:val="008D083D"/>
    <w:rsid w:val="008D2C41"/>
    <w:rsid w:val="008E11E2"/>
    <w:rsid w:val="008E2140"/>
    <w:rsid w:val="008E5CC2"/>
    <w:rsid w:val="008E6B49"/>
    <w:rsid w:val="008E6DAE"/>
    <w:rsid w:val="008F0AAD"/>
    <w:rsid w:val="009015B1"/>
    <w:rsid w:val="00901E8C"/>
    <w:rsid w:val="00907C14"/>
    <w:rsid w:val="00914DB8"/>
    <w:rsid w:val="00917B27"/>
    <w:rsid w:val="00917CCA"/>
    <w:rsid w:val="0092147C"/>
    <w:rsid w:val="00924CE9"/>
    <w:rsid w:val="00925889"/>
    <w:rsid w:val="00925B51"/>
    <w:rsid w:val="00934EEB"/>
    <w:rsid w:val="0094563B"/>
    <w:rsid w:val="00946CB0"/>
    <w:rsid w:val="00961955"/>
    <w:rsid w:val="0096735F"/>
    <w:rsid w:val="0097059C"/>
    <w:rsid w:val="009862ED"/>
    <w:rsid w:val="00992A29"/>
    <w:rsid w:val="00996545"/>
    <w:rsid w:val="009A3F78"/>
    <w:rsid w:val="009A631A"/>
    <w:rsid w:val="009B1BDF"/>
    <w:rsid w:val="009B24B5"/>
    <w:rsid w:val="009B27B0"/>
    <w:rsid w:val="009B27C0"/>
    <w:rsid w:val="009B3740"/>
    <w:rsid w:val="009C04D4"/>
    <w:rsid w:val="009C2570"/>
    <w:rsid w:val="009E0F42"/>
    <w:rsid w:val="009E39F7"/>
    <w:rsid w:val="009E4295"/>
    <w:rsid w:val="009E7AF7"/>
    <w:rsid w:val="009F0DD5"/>
    <w:rsid w:val="009F7592"/>
    <w:rsid w:val="00A00D69"/>
    <w:rsid w:val="00A01E01"/>
    <w:rsid w:val="00A0449C"/>
    <w:rsid w:val="00A0452C"/>
    <w:rsid w:val="00A14DD4"/>
    <w:rsid w:val="00A20A7A"/>
    <w:rsid w:val="00A21164"/>
    <w:rsid w:val="00A23ADC"/>
    <w:rsid w:val="00A2417D"/>
    <w:rsid w:val="00A31168"/>
    <w:rsid w:val="00A35399"/>
    <w:rsid w:val="00A369F8"/>
    <w:rsid w:val="00A41713"/>
    <w:rsid w:val="00A42DD5"/>
    <w:rsid w:val="00A42F0E"/>
    <w:rsid w:val="00A50101"/>
    <w:rsid w:val="00A5590B"/>
    <w:rsid w:val="00A562B9"/>
    <w:rsid w:val="00A56665"/>
    <w:rsid w:val="00A65DA9"/>
    <w:rsid w:val="00A708B3"/>
    <w:rsid w:val="00A84AF0"/>
    <w:rsid w:val="00A84C4F"/>
    <w:rsid w:val="00A90B92"/>
    <w:rsid w:val="00A94C5E"/>
    <w:rsid w:val="00A964D2"/>
    <w:rsid w:val="00AA1D8D"/>
    <w:rsid w:val="00AA5209"/>
    <w:rsid w:val="00AB48CB"/>
    <w:rsid w:val="00AB65E4"/>
    <w:rsid w:val="00AB6614"/>
    <w:rsid w:val="00AC1529"/>
    <w:rsid w:val="00AD6711"/>
    <w:rsid w:val="00AD781A"/>
    <w:rsid w:val="00AE5916"/>
    <w:rsid w:val="00AF21C8"/>
    <w:rsid w:val="00AF45AE"/>
    <w:rsid w:val="00AF6BB5"/>
    <w:rsid w:val="00B068ED"/>
    <w:rsid w:val="00B1146B"/>
    <w:rsid w:val="00B206E7"/>
    <w:rsid w:val="00B21185"/>
    <w:rsid w:val="00B247E8"/>
    <w:rsid w:val="00B307D5"/>
    <w:rsid w:val="00B3328C"/>
    <w:rsid w:val="00B34693"/>
    <w:rsid w:val="00B37A3F"/>
    <w:rsid w:val="00B47730"/>
    <w:rsid w:val="00B52486"/>
    <w:rsid w:val="00B60BEB"/>
    <w:rsid w:val="00B72A96"/>
    <w:rsid w:val="00B72F66"/>
    <w:rsid w:val="00B81AC0"/>
    <w:rsid w:val="00B844AA"/>
    <w:rsid w:val="00B95A70"/>
    <w:rsid w:val="00B976A3"/>
    <w:rsid w:val="00B97749"/>
    <w:rsid w:val="00BA7CE4"/>
    <w:rsid w:val="00BB15E1"/>
    <w:rsid w:val="00BB2908"/>
    <w:rsid w:val="00BC71D2"/>
    <w:rsid w:val="00BD3F0E"/>
    <w:rsid w:val="00BE3097"/>
    <w:rsid w:val="00BF2A4B"/>
    <w:rsid w:val="00C15698"/>
    <w:rsid w:val="00C1778F"/>
    <w:rsid w:val="00C20447"/>
    <w:rsid w:val="00C24830"/>
    <w:rsid w:val="00C25953"/>
    <w:rsid w:val="00C2705B"/>
    <w:rsid w:val="00C33BCC"/>
    <w:rsid w:val="00C4058C"/>
    <w:rsid w:val="00C40879"/>
    <w:rsid w:val="00C540B4"/>
    <w:rsid w:val="00C554B1"/>
    <w:rsid w:val="00C700C3"/>
    <w:rsid w:val="00C70774"/>
    <w:rsid w:val="00C73084"/>
    <w:rsid w:val="00C77426"/>
    <w:rsid w:val="00C779D9"/>
    <w:rsid w:val="00C8505F"/>
    <w:rsid w:val="00C87B49"/>
    <w:rsid w:val="00C90C60"/>
    <w:rsid w:val="00C913EB"/>
    <w:rsid w:val="00C95CB5"/>
    <w:rsid w:val="00CB0664"/>
    <w:rsid w:val="00CB4D23"/>
    <w:rsid w:val="00CB6477"/>
    <w:rsid w:val="00CB6DD7"/>
    <w:rsid w:val="00CB7282"/>
    <w:rsid w:val="00CC2735"/>
    <w:rsid w:val="00CC4356"/>
    <w:rsid w:val="00CC4C3F"/>
    <w:rsid w:val="00CD538A"/>
    <w:rsid w:val="00CE06CE"/>
    <w:rsid w:val="00CE516B"/>
    <w:rsid w:val="00CF1D06"/>
    <w:rsid w:val="00CF603E"/>
    <w:rsid w:val="00D04AC6"/>
    <w:rsid w:val="00D05CFF"/>
    <w:rsid w:val="00D06895"/>
    <w:rsid w:val="00D06B0D"/>
    <w:rsid w:val="00D25E3B"/>
    <w:rsid w:val="00D27A01"/>
    <w:rsid w:val="00D407CD"/>
    <w:rsid w:val="00D44BCD"/>
    <w:rsid w:val="00D44D6D"/>
    <w:rsid w:val="00D458B3"/>
    <w:rsid w:val="00D5108E"/>
    <w:rsid w:val="00D5356A"/>
    <w:rsid w:val="00D608F2"/>
    <w:rsid w:val="00D60D7A"/>
    <w:rsid w:val="00D74875"/>
    <w:rsid w:val="00D930A8"/>
    <w:rsid w:val="00D93678"/>
    <w:rsid w:val="00D945C0"/>
    <w:rsid w:val="00D9780A"/>
    <w:rsid w:val="00DA088F"/>
    <w:rsid w:val="00DA1569"/>
    <w:rsid w:val="00DA21CD"/>
    <w:rsid w:val="00DA5766"/>
    <w:rsid w:val="00DA77E7"/>
    <w:rsid w:val="00DB2949"/>
    <w:rsid w:val="00DC3AD5"/>
    <w:rsid w:val="00DC4C19"/>
    <w:rsid w:val="00DC74F9"/>
    <w:rsid w:val="00DE217A"/>
    <w:rsid w:val="00DE2C48"/>
    <w:rsid w:val="00DF00D2"/>
    <w:rsid w:val="00DF37C0"/>
    <w:rsid w:val="00DF6B0B"/>
    <w:rsid w:val="00E07F72"/>
    <w:rsid w:val="00E2049F"/>
    <w:rsid w:val="00E21972"/>
    <w:rsid w:val="00E2740D"/>
    <w:rsid w:val="00E3329F"/>
    <w:rsid w:val="00E42E13"/>
    <w:rsid w:val="00E47798"/>
    <w:rsid w:val="00E569AA"/>
    <w:rsid w:val="00E64E37"/>
    <w:rsid w:val="00E657CE"/>
    <w:rsid w:val="00E65A08"/>
    <w:rsid w:val="00E666FD"/>
    <w:rsid w:val="00E702FB"/>
    <w:rsid w:val="00E7348B"/>
    <w:rsid w:val="00E74798"/>
    <w:rsid w:val="00E77BC4"/>
    <w:rsid w:val="00E97135"/>
    <w:rsid w:val="00EA138E"/>
    <w:rsid w:val="00EB0501"/>
    <w:rsid w:val="00EB1E96"/>
    <w:rsid w:val="00EC24A6"/>
    <w:rsid w:val="00EC5846"/>
    <w:rsid w:val="00ED0E2E"/>
    <w:rsid w:val="00ED263E"/>
    <w:rsid w:val="00EE4FFC"/>
    <w:rsid w:val="00EF4524"/>
    <w:rsid w:val="00EF617C"/>
    <w:rsid w:val="00F1103E"/>
    <w:rsid w:val="00F225EB"/>
    <w:rsid w:val="00F2743D"/>
    <w:rsid w:val="00F3062F"/>
    <w:rsid w:val="00F30DB9"/>
    <w:rsid w:val="00F375D7"/>
    <w:rsid w:val="00F432AE"/>
    <w:rsid w:val="00F45E8E"/>
    <w:rsid w:val="00F64799"/>
    <w:rsid w:val="00F71841"/>
    <w:rsid w:val="00F82337"/>
    <w:rsid w:val="00F86B07"/>
    <w:rsid w:val="00F90912"/>
    <w:rsid w:val="00F9135A"/>
    <w:rsid w:val="00F9496C"/>
    <w:rsid w:val="00F9526C"/>
    <w:rsid w:val="00FB274E"/>
    <w:rsid w:val="00FB57D9"/>
    <w:rsid w:val="00FB5CE5"/>
    <w:rsid w:val="00FB6A95"/>
    <w:rsid w:val="00FB7F61"/>
    <w:rsid w:val="00FC0711"/>
    <w:rsid w:val="00FC0FE2"/>
    <w:rsid w:val="00FC105D"/>
    <w:rsid w:val="00FC693F"/>
    <w:rsid w:val="00FD15C4"/>
    <w:rsid w:val="00FD1BE4"/>
    <w:rsid w:val="00FD3E0F"/>
    <w:rsid w:val="00FD4088"/>
    <w:rsid w:val="00FD72AE"/>
    <w:rsid w:val="00FE5D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D4C65A3F-387A-4FFC-B3CD-533CBB987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967"/>
  </w:style>
  <w:style w:type="paragraph" w:styleId="Pennawd1">
    <w:name w:val="heading 1"/>
    <w:basedOn w:val="Normal"/>
    <w:next w:val="Normal"/>
    <w:link w:val="Pennawd1Nod"/>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Pennawd2">
    <w:name w:val="heading 2"/>
    <w:basedOn w:val="Normal"/>
    <w:next w:val="Normal"/>
    <w:link w:val="Pennawd2Nod"/>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Pennawd3">
    <w:name w:val="heading 3"/>
    <w:basedOn w:val="Normal"/>
    <w:next w:val="Normal"/>
    <w:link w:val="Pennawd3Nod"/>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Pennawd4">
    <w:name w:val="heading 4"/>
    <w:basedOn w:val="Normal"/>
    <w:next w:val="Normal"/>
    <w:link w:val="Pennawd4Nod"/>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Pennawd5">
    <w:name w:val="heading 5"/>
    <w:basedOn w:val="Normal"/>
    <w:next w:val="Normal"/>
    <w:link w:val="Pennawd5Nod"/>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Pennawd6">
    <w:name w:val="heading 6"/>
    <w:basedOn w:val="Normal"/>
    <w:next w:val="Normal"/>
    <w:link w:val="Pennawd6Nod"/>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Pennawd7">
    <w:name w:val="heading 7"/>
    <w:basedOn w:val="Normal"/>
    <w:next w:val="Normal"/>
    <w:link w:val="Pennawd7Nod"/>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Pennawd8">
    <w:name w:val="heading 8"/>
    <w:basedOn w:val="Normal"/>
    <w:next w:val="Normal"/>
    <w:link w:val="Pennawd8Nod"/>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Pennawd9">
    <w:name w:val="heading 9"/>
    <w:basedOn w:val="Normal"/>
    <w:next w:val="Normal"/>
    <w:link w:val="Pennawd9Nod"/>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fontParagraffDdiofyn">
    <w:name w:val="Default Paragraph Font"/>
    <w:uiPriority w:val="1"/>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E618BF"/>
    <w:pPr>
      <w:tabs>
        <w:tab w:val="center" w:pos="4680"/>
        <w:tab w:val="right" w:pos="9360"/>
      </w:tabs>
      <w:spacing w:after="0" w:line="240" w:lineRule="auto"/>
    </w:pPr>
  </w:style>
  <w:style w:type="character" w:customStyle="1" w:styleId="PennynNod">
    <w:name w:val="Pennyn Nod"/>
    <w:basedOn w:val="FfontParagraffDdiofyn"/>
    <w:link w:val="Pennyn"/>
    <w:uiPriority w:val="99"/>
    <w:rsid w:val="00E618BF"/>
  </w:style>
  <w:style w:type="paragraph" w:styleId="Troedyn">
    <w:name w:val="footer"/>
    <w:basedOn w:val="Normal"/>
    <w:link w:val="TroedynNod"/>
    <w:uiPriority w:val="99"/>
    <w:unhideWhenUsed/>
    <w:rsid w:val="00E618BF"/>
    <w:pPr>
      <w:tabs>
        <w:tab w:val="center" w:pos="4680"/>
        <w:tab w:val="right" w:pos="9360"/>
      </w:tabs>
      <w:spacing w:after="0" w:line="240" w:lineRule="auto"/>
    </w:pPr>
  </w:style>
  <w:style w:type="character" w:customStyle="1" w:styleId="TroedynNod">
    <w:name w:val="Troedyn Nod"/>
    <w:basedOn w:val="FfontParagraffDdiofyn"/>
    <w:link w:val="Troedyn"/>
    <w:uiPriority w:val="99"/>
    <w:rsid w:val="00E618BF"/>
  </w:style>
  <w:style w:type="paragraph" w:styleId="DimBylchau">
    <w:name w:val="No Spacing"/>
    <w:uiPriority w:val="1"/>
    <w:qFormat/>
    <w:rsid w:val="00FC693F"/>
    <w:pPr>
      <w:spacing w:after="0" w:line="240" w:lineRule="auto"/>
    </w:pPr>
  </w:style>
  <w:style w:type="character" w:customStyle="1" w:styleId="Pennawd1Nod">
    <w:name w:val="Pennawd 1 Nod"/>
    <w:basedOn w:val="FfontParagraffDdiofyn"/>
    <w:link w:val="Pennawd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Pennawd2Nod">
    <w:name w:val="Pennawd 2 Nod"/>
    <w:basedOn w:val="FfontParagraffDdiofyn"/>
    <w:link w:val="Pennawd2"/>
    <w:uiPriority w:val="9"/>
    <w:rsid w:val="00FC693F"/>
    <w:rPr>
      <w:rFonts w:asciiTheme="majorHAnsi" w:eastAsiaTheme="majorEastAsia" w:hAnsiTheme="majorHAnsi" w:cstheme="majorBidi"/>
      <w:b/>
      <w:bCs/>
      <w:color w:val="4F81BD" w:themeColor="accent1"/>
      <w:sz w:val="26"/>
      <w:szCs w:val="26"/>
    </w:rPr>
  </w:style>
  <w:style w:type="character" w:customStyle="1" w:styleId="Pennawd3Nod">
    <w:name w:val="Pennawd 3 Nod"/>
    <w:basedOn w:val="FfontParagraffDdiofyn"/>
    <w:link w:val="Pennawd3"/>
    <w:uiPriority w:val="9"/>
    <w:rsid w:val="00FC693F"/>
    <w:rPr>
      <w:rFonts w:asciiTheme="majorHAnsi" w:eastAsiaTheme="majorEastAsia" w:hAnsiTheme="majorHAnsi" w:cstheme="majorBidi"/>
      <w:b/>
      <w:bCs/>
      <w:color w:val="4F81BD" w:themeColor="accent1"/>
    </w:rPr>
  </w:style>
  <w:style w:type="paragraph" w:styleId="Teitl">
    <w:name w:val="Title"/>
    <w:basedOn w:val="Normal"/>
    <w:next w:val="Normal"/>
    <w:link w:val="TeitlNod"/>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eitlNod">
    <w:name w:val="Teitl Nod"/>
    <w:basedOn w:val="FfontParagraffDdiofyn"/>
    <w:link w:val="Teit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Isdeitl">
    <w:name w:val="Subtitle"/>
    <w:basedOn w:val="Normal"/>
    <w:next w:val="Normal"/>
    <w:link w:val="IsdeitlNo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IsdeitlNod">
    <w:name w:val="Isdeitl Nod"/>
    <w:basedOn w:val="FfontParagraffDdiofyn"/>
    <w:link w:val="Isdeitl"/>
    <w:uiPriority w:val="11"/>
    <w:rsid w:val="00FC693F"/>
    <w:rPr>
      <w:rFonts w:asciiTheme="majorHAnsi" w:eastAsiaTheme="majorEastAsia" w:hAnsiTheme="majorHAnsi" w:cstheme="majorBidi"/>
      <w:i/>
      <w:iCs/>
      <w:color w:val="4F81BD" w:themeColor="accent1"/>
      <w:spacing w:val="15"/>
      <w:sz w:val="24"/>
      <w:szCs w:val="24"/>
    </w:rPr>
  </w:style>
  <w:style w:type="paragraph" w:styleId="ParagraffRhestr">
    <w:name w:val="List Paragraph"/>
    <w:basedOn w:val="Normal"/>
    <w:uiPriority w:val="34"/>
    <w:qFormat/>
    <w:rsid w:val="00FC693F"/>
    <w:pPr>
      <w:ind w:left="720"/>
      <w:contextualSpacing/>
    </w:pPr>
  </w:style>
  <w:style w:type="paragraph" w:styleId="CorffyTestun">
    <w:name w:val="Body Text"/>
    <w:basedOn w:val="Normal"/>
    <w:link w:val="CorffyTestunNod"/>
    <w:uiPriority w:val="99"/>
    <w:unhideWhenUsed/>
    <w:rsid w:val="00AA1D8D"/>
    <w:pPr>
      <w:spacing w:after="120"/>
    </w:pPr>
  </w:style>
  <w:style w:type="character" w:customStyle="1" w:styleId="CorffyTestunNod">
    <w:name w:val="Corff y Testun Nod"/>
    <w:basedOn w:val="FfontParagraffDdiofyn"/>
    <w:link w:val="CorffyTestun"/>
    <w:uiPriority w:val="99"/>
    <w:rsid w:val="00AA1D8D"/>
  </w:style>
  <w:style w:type="paragraph" w:styleId="CorffyTestun2">
    <w:name w:val="Body Text 2"/>
    <w:basedOn w:val="Normal"/>
    <w:link w:val="CorffyTestun2Nod"/>
    <w:uiPriority w:val="99"/>
    <w:unhideWhenUsed/>
    <w:rsid w:val="00AA1D8D"/>
    <w:pPr>
      <w:spacing w:after="120" w:line="480" w:lineRule="auto"/>
    </w:pPr>
  </w:style>
  <w:style w:type="character" w:customStyle="1" w:styleId="CorffyTestun2Nod">
    <w:name w:val="Corff y Testun 2 Nod"/>
    <w:basedOn w:val="FfontParagraffDdiofyn"/>
    <w:link w:val="CorffyTestun2"/>
    <w:uiPriority w:val="99"/>
    <w:rsid w:val="00AA1D8D"/>
  </w:style>
  <w:style w:type="paragraph" w:styleId="CorffyTestun3">
    <w:name w:val="Body Text 3"/>
    <w:basedOn w:val="Normal"/>
    <w:link w:val="CorffyTestun3Nod"/>
    <w:uiPriority w:val="99"/>
    <w:unhideWhenUsed/>
    <w:rsid w:val="00AA1D8D"/>
    <w:pPr>
      <w:spacing w:after="120"/>
    </w:pPr>
    <w:rPr>
      <w:sz w:val="16"/>
      <w:szCs w:val="16"/>
    </w:rPr>
  </w:style>
  <w:style w:type="character" w:customStyle="1" w:styleId="CorffyTestun3Nod">
    <w:name w:val="Corff y Testun 3 Nod"/>
    <w:basedOn w:val="FfontParagraffDdiofyn"/>
    <w:link w:val="CorffyTestun3"/>
    <w:uiPriority w:val="99"/>
    <w:rsid w:val="00AA1D8D"/>
    <w:rPr>
      <w:sz w:val="16"/>
      <w:szCs w:val="16"/>
    </w:rPr>
  </w:style>
  <w:style w:type="paragraph" w:styleId="Rhestr">
    <w:name w:val="List"/>
    <w:basedOn w:val="Normal"/>
    <w:uiPriority w:val="99"/>
    <w:unhideWhenUsed/>
    <w:rsid w:val="00AA1D8D"/>
    <w:pPr>
      <w:ind w:left="360" w:hanging="360"/>
      <w:contextualSpacing/>
    </w:pPr>
  </w:style>
  <w:style w:type="paragraph" w:styleId="Rhestr2">
    <w:name w:val="List 2"/>
    <w:basedOn w:val="Normal"/>
    <w:uiPriority w:val="99"/>
    <w:unhideWhenUsed/>
    <w:rsid w:val="00326F90"/>
    <w:pPr>
      <w:ind w:left="720" w:hanging="360"/>
      <w:contextualSpacing/>
    </w:pPr>
  </w:style>
  <w:style w:type="paragraph" w:styleId="Rhestr3">
    <w:name w:val="List 3"/>
    <w:basedOn w:val="Normal"/>
    <w:uiPriority w:val="99"/>
    <w:unhideWhenUsed/>
    <w:rsid w:val="00326F90"/>
    <w:pPr>
      <w:ind w:left="1080" w:hanging="360"/>
      <w:contextualSpacing/>
    </w:pPr>
  </w:style>
  <w:style w:type="paragraph" w:styleId="RhestrBwledi">
    <w:name w:val="List Bullet"/>
    <w:basedOn w:val="Normal"/>
    <w:uiPriority w:val="99"/>
    <w:unhideWhenUsed/>
    <w:rsid w:val="00326F90"/>
    <w:pPr>
      <w:numPr>
        <w:numId w:val="1"/>
      </w:numPr>
      <w:contextualSpacing/>
    </w:pPr>
  </w:style>
  <w:style w:type="paragraph" w:styleId="RhestrBwledi2">
    <w:name w:val="List Bullet 2"/>
    <w:basedOn w:val="Normal"/>
    <w:uiPriority w:val="99"/>
    <w:unhideWhenUsed/>
    <w:rsid w:val="00326F90"/>
    <w:pPr>
      <w:numPr>
        <w:numId w:val="2"/>
      </w:numPr>
      <w:contextualSpacing/>
    </w:pPr>
  </w:style>
  <w:style w:type="paragraph" w:styleId="RhestrBwledi3">
    <w:name w:val="List Bullet 3"/>
    <w:basedOn w:val="Normal"/>
    <w:uiPriority w:val="99"/>
    <w:unhideWhenUsed/>
    <w:rsid w:val="00326F90"/>
    <w:pPr>
      <w:numPr>
        <w:numId w:val="3"/>
      </w:numPr>
      <w:contextualSpacing/>
    </w:pPr>
  </w:style>
  <w:style w:type="paragraph" w:styleId="RhestrRhifau">
    <w:name w:val="List Number"/>
    <w:basedOn w:val="Normal"/>
    <w:uiPriority w:val="99"/>
    <w:unhideWhenUsed/>
    <w:rsid w:val="00326F90"/>
    <w:pPr>
      <w:numPr>
        <w:numId w:val="5"/>
      </w:numPr>
      <w:contextualSpacing/>
    </w:pPr>
  </w:style>
  <w:style w:type="paragraph" w:styleId="RhestrRhifau2">
    <w:name w:val="List Number 2"/>
    <w:basedOn w:val="Normal"/>
    <w:uiPriority w:val="99"/>
    <w:unhideWhenUsed/>
    <w:rsid w:val="0029639D"/>
    <w:pPr>
      <w:numPr>
        <w:numId w:val="6"/>
      </w:numPr>
      <w:contextualSpacing/>
    </w:pPr>
  </w:style>
  <w:style w:type="paragraph" w:styleId="RhestrRhifau3">
    <w:name w:val="List Number 3"/>
    <w:basedOn w:val="Normal"/>
    <w:uiPriority w:val="99"/>
    <w:unhideWhenUsed/>
    <w:rsid w:val="0029639D"/>
    <w:pPr>
      <w:numPr>
        <w:numId w:val="7"/>
      </w:numPr>
      <w:contextualSpacing/>
    </w:pPr>
  </w:style>
  <w:style w:type="paragraph" w:styleId="RhestrParhau">
    <w:name w:val="List Continue"/>
    <w:basedOn w:val="Normal"/>
    <w:uiPriority w:val="99"/>
    <w:unhideWhenUsed/>
    <w:rsid w:val="0029639D"/>
    <w:pPr>
      <w:spacing w:after="120"/>
      <w:ind w:left="360"/>
      <w:contextualSpacing/>
    </w:pPr>
  </w:style>
  <w:style w:type="paragraph" w:styleId="RhestrParhau2">
    <w:name w:val="List Continue 2"/>
    <w:basedOn w:val="Normal"/>
    <w:uiPriority w:val="99"/>
    <w:unhideWhenUsed/>
    <w:rsid w:val="0029639D"/>
    <w:pPr>
      <w:spacing w:after="120"/>
      <w:ind w:left="720"/>
      <w:contextualSpacing/>
    </w:pPr>
  </w:style>
  <w:style w:type="paragraph" w:styleId="RhestrParhau3">
    <w:name w:val="List Continue 3"/>
    <w:basedOn w:val="Normal"/>
    <w:uiPriority w:val="99"/>
    <w:unhideWhenUsed/>
    <w:rsid w:val="0029639D"/>
    <w:pPr>
      <w:spacing w:after="120"/>
      <w:ind w:left="1080"/>
      <w:contextualSpacing/>
    </w:pPr>
  </w:style>
  <w:style w:type="paragraph" w:styleId="TestunMacro">
    <w:name w:val="macro"/>
    <w:link w:val="TestunMacroNod"/>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stunMacroNod">
    <w:name w:val="Testun Macro Nod"/>
    <w:basedOn w:val="FfontParagraffDdiofyn"/>
    <w:link w:val="TestunMacro"/>
    <w:uiPriority w:val="99"/>
    <w:rsid w:val="0029639D"/>
    <w:rPr>
      <w:rFonts w:ascii="Courier" w:hAnsi="Courier"/>
      <w:sz w:val="20"/>
      <w:szCs w:val="20"/>
    </w:rPr>
  </w:style>
  <w:style w:type="paragraph" w:styleId="Dyfyniad">
    <w:name w:val="Quote"/>
    <w:basedOn w:val="Normal"/>
    <w:next w:val="Normal"/>
    <w:link w:val="DyfyniadNod"/>
    <w:uiPriority w:val="29"/>
    <w:qFormat/>
    <w:rsid w:val="00FC693F"/>
    <w:rPr>
      <w:i/>
      <w:iCs/>
      <w:color w:val="000000" w:themeColor="text1"/>
    </w:rPr>
  </w:style>
  <w:style w:type="character" w:customStyle="1" w:styleId="DyfyniadNod">
    <w:name w:val="Dyfyniad Nod"/>
    <w:basedOn w:val="FfontParagraffDdiofyn"/>
    <w:link w:val="Dyfyniad"/>
    <w:uiPriority w:val="29"/>
    <w:rsid w:val="00FC693F"/>
    <w:rPr>
      <w:i/>
      <w:iCs/>
      <w:color w:val="000000" w:themeColor="text1"/>
    </w:rPr>
  </w:style>
  <w:style w:type="character" w:customStyle="1" w:styleId="Pennawd4Nod">
    <w:name w:val="Pennawd 4 Nod"/>
    <w:basedOn w:val="FfontParagraffDdiofyn"/>
    <w:link w:val="Pennawd4"/>
    <w:uiPriority w:val="9"/>
    <w:semiHidden/>
    <w:rsid w:val="00FC693F"/>
    <w:rPr>
      <w:rFonts w:asciiTheme="majorHAnsi" w:eastAsiaTheme="majorEastAsia" w:hAnsiTheme="majorHAnsi" w:cstheme="majorBidi"/>
      <w:b/>
      <w:bCs/>
      <w:i/>
      <w:iCs/>
      <w:color w:val="4F81BD" w:themeColor="accent1"/>
    </w:rPr>
  </w:style>
  <w:style w:type="character" w:customStyle="1" w:styleId="Pennawd5Nod">
    <w:name w:val="Pennawd 5 Nod"/>
    <w:basedOn w:val="FfontParagraffDdiofyn"/>
    <w:link w:val="Pennawd5"/>
    <w:uiPriority w:val="9"/>
    <w:semiHidden/>
    <w:rsid w:val="00FC693F"/>
    <w:rPr>
      <w:rFonts w:asciiTheme="majorHAnsi" w:eastAsiaTheme="majorEastAsia" w:hAnsiTheme="majorHAnsi" w:cstheme="majorBidi"/>
      <w:color w:val="243F60" w:themeColor="accent1" w:themeShade="7F"/>
    </w:rPr>
  </w:style>
  <w:style w:type="character" w:customStyle="1" w:styleId="Pennawd6Nod">
    <w:name w:val="Pennawd 6 Nod"/>
    <w:basedOn w:val="FfontParagraffDdiofyn"/>
    <w:link w:val="Pennawd6"/>
    <w:uiPriority w:val="9"/>
    <w:semiHidden/>
    <w:rsid w:val="00FC693F"/>
    <w:rPr>
      <w:rFonts w:asciiTheme="majorHAnsi" w:eastAsiaTheme="majorEastAsia" w:hAnsiTheme="majorHAnsi" w:cstheme="majorBidi"/>
      <w:i/>
      <w:iCs/>
      <w:color w:val="243F60" w:themeColor="accent1" w:themeShade="7F"/>
    </w:rPr>
  </w:style>
  <w:style w:type="character" w:customStyle="1" w:styleId="Pennawd7Nod">
    <w:name w:val="Pennawd 7 Nod"/>
    <w:basedOn w:val="FfontParagraffDdiofyn"/>
    <w:link w:val="Pennawd7"/>
    <w:uiPriority w:val="9"/>
    <w:semiHidden/>
    <w:rsid w:val="00FC693F"/>
    <w:rPr>
      <w:rFonts w:asciiTheme="majorHAnsi" w:eastAsiaTheme="majorEastAsia" w:hAnsiTheme="majorHAnsi" w:cstheme="majorBidi"/>
      <w:i/>
      <w:iCs/>
      <w:color w:val="404040" w:themeColor="text1" w:themeTint="BF"/>
    </w:rPr>
  </w:style>
  <w:style w:type="character" w:customStyle="1" w:styleId="Pennawd8Nod">
    <w:name w:val="Pennawd 8 Nod"/>
    <w:basedOn w:val="FfontParagraffDdiofyn"/>
    <w:link w:val="Pennawd8"/>
    <w:uiPriority w:val="9"/>
    <w:semiHidden/>
    <w:rsid w:val="00FC693F"/>
    <w:rPr>
      <w:rFonts w:asciiTheme="majorHAnsi" w:eastAsiaTheme="majorEastAsia" w:hAnsiTheme="majorHAnsi" w:cstheme="majorBidi"/>
      <w:color w:val="4F81BD" w:themeColor="accent1"/>
      <w:sz w:val="20"/>
      <w:szCs w:val="20"/>
    </w:rPr>
  </w:style>
  <w:style w:type="character" w:customStyle="1" w:styleId="Pennawd9Nod">
    <w:name w:val="Pennawd 9 Nod"/>
    <w:basedOn w:val="FfontParagraffDdiofyn"/>
    <w:link w:val="Pennawd9"/>
    <w:uiPriority w:val="9"/>
    <w:semiHidden/>
    <w:rsid w:val="00FC693F"/>
    <w:rPr>
      <w:rFonts w:asciiTheme="majorHAnsi" w:eastAsiaTheme="majorEastAsia" w:hAnsiTheme="majorHAnsi" w:cstheme="majorBidi"/>
      <w:i/>
      <w:iCs/>
      <w:color w:val="404040" w:themeColor="text1" w:themeTint="BF"/>
      <w:sz w:val="20"/>
      <w:szCs w:val="20"/>
    </w:rPr>
  </w:style>
  <w:style w:type="paragraph" w:styleId="Pennaw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Cryf">
    <w:name w:val="Strong"/>
    <w:basedOn w:val="FfontParagraffDdiofyn"/>
    <w:uiPriority w:val="22"/>
    <w:qFormat/>
    <w:rsid w:val="00FC693F"/>
    <w:rPr>
      <w:b/>
      <w:bCs/>
    </w:rPr>
  </w:style>
  <w:style w:type="character" w:styleId="Pwyslais">
    <w:name w:val="Emphasis"/>
    <w:basedOn w:val="FfontParagraffDdiofyn"/>
    <w:uiPriority w:val="20"/>
    <w:qFormat/>
    <w:rsid w:val="00FC693F"/>
    <w:rPr>
      <w:i/>
      <w:iCs/>
    </w:rPr>
  </w:style>
  <w:style w:type="paragraph" w:styleId="DyfyniadDwys">
    <w:name w:val="Intense Quote"/>
    <w:basedOn w:val="Normal"/>
    <w:next w:val="Normal"/>
    <w:link w:val="DyfyniadDwysNod"/>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yfyniadDwysNod">
    <w:name w:val="Dyfyniad Dwys Nod"/>
    <w:basedOn w:val="FfontParagraffDdiofyn"/>
    <w:link w:val="DyfyniadDwys"/>
    <w:uiPriority w:val="30"/>
    <w:rsid w:val="00FC693F"/>
    <w:rPr>
      <w:b/>
      <w:bCs/>
      <w:i/>
      <w:iCs/>
      <w:color w:val="4F81BD" w:themeColor="accent1"/>
    </w:rPr>
  </w:style>
  <w:style w:type="character" w:styleId="PwyslaisYsgafn">
    <w:name w:val="Subtle Emphasis"/>
    <w:basedOn w:val="FfontParagraffDdiofyn"/>
    <w:uiPriority w:val="19"/>
    <w:qFormat/>
    <w:rsid w:val="00FC693F"/>
    <w:rPr>
      <w:i/>
      <w:iCs/>
      <w:color w:val="808080" w:themeColor="text1" w:themeTint="7F"/>
    </w:rPr>
  </w:style>
  <w:style w:type="character" w:styleId="PwyslaisDdwys">
    <w:name w:val="Intense Emphasis"/>
    <w:basedOn w:val="FfontParagraffDdiofyn"/>
    <w:uiPriority w:val="21"/>
    <w:qFormat/>
    <w:rsid w:val="00FC693F"/>
    <w:rPr>
      <w:b/>
      <w:bCs/>
      <w:i/>
      <w:iCs/>
      <w:color w:val="4F81BD" w:themeColor="accent1"/>
    </w:rPr>
  </w:style>
  <w:style w:type="character" w:styleId="CyfeirnodYsgafn">
    <w:name w:val="Subtle Reference"/>
    <w:basedOn w:val="FfontParagraffDdiofyn"/>
    <w:uiPriority w:val="31"/>
    <w:qFormat/>
    <w:rsid w:val="00FC693F"/>
    <w:rPr>
      <w:smallCaps/>
      <w:color w:val="C0504D" w:themeColor="accent2"/>
      <w:u w:val="single"/>
    </w:rPr>
  </w:style>
  <w:style w:type="character" w:styleId="CyfeirnodDwys">
    <w:name w:val="Intense Reference"/>
    <w:basedOn w:val="FfontParagraffDdiofyn"/>
    <w:uiPriority w:val="32"/>
    <w:qFormat/>
    <w:rsid w:val="00FC693F"/>
    <w:rPr>
      <w:b/>
      <w:bCs/>
      <w:smallCaps/>
      <w:color w:val="C0504D" w:themeColor="accent2"/>
      <w:spacing w:val="5"/>
      <w:u w:val="single"/>
    </w:rPr>
  </w:style>
  <w:style w:type="character" w:styleId="TeitlyLlyfr">
    <w:name w:val="Book Title"/>
    <w:basedOn w:val="FfontParagraffDdiofyn"/>
    <w:uiPriority w:val="33"/>
    <w:qFormat/>
    <w:rsid w:val="00FC693F"/>
    <w:rPr>
      <w:b/>
      <w:bCs/>
      <w:smallCaps/>
      <w:spacing w:val="5"/>
    </w:rPr>
  </w:style>
  <w:style w:type="paragraph" w:styleId="PennawdTablCynnwys">
    <w:name w:val="TOC Heading"/>
    <w:basedOn w:val="Pennawd1"/>
    <w:next w:val="Normal"/>
    <w:uiPriority w:val="39"/>
    <w:semiHidden/>
    <w:unhideWhenUsed/>
    <w:qFormat/>
    <w:rsid w:val="00FC693F"/>
    <w:pPr>
      <w:outlineLvl w:val="9"/>
    </w:pPr>
  </w:style>
  <w:style w:type="table" w:styleId="GridTabl">
    <w:name w:val="Table Grid"/>
    <w:basedOn w:val="Tab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ddliwGolau">
    <w:name w:val="Light Shading"/>
    <w:basedOn w:val="Tab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raddliwioGolau-Acen1">
    <w:name w:val="Light Shading Accent 1"/>
    <w:basedOn w:val="Tab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addliwioGolau-Acen2">
    <w:name w:val="Light Shading Accent 2"/>
    <w:basedOn w:val="Tab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GraddliwioGolau-Acen3">
    <w:name w:val="Light Shading Accent 3"/>
    <w:basedOn w:val="Tab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GraddliwioGolau-Acen4">
    <w:name w:val="Light Shading Accent 4"/>
    <w:basedOn w:val="Tab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GraddliwioGolau-Acen5">
    <w:name w:val="Light Shading Accent 5"/>
    <w:basedOn w:val="Tab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raddliwioGolau-Acen6">
    <w:name w:val="Light Shading Accent 6"/>
    <w:basedOn w:val="Tab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RhestrOlau">
    <w:name w:val="Light List"/>
    <w:basedOn w:val="Tab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RhestrOlau-Acen1">
    <w:name w:val="Light List Accent 1"/>
    <w:basedOn w:val="Tab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hestrOlau-Acen2">
    <w:name w:val="Light List Accent 2"/>
    <w:basedOn w:val="Tab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RhestrOlau-Acen3">
    <w:name w:val="Light List Accent 3"/>
    <w:basedOn w:val="Tab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RhestrOlau-Acen4">
    <w:name w:val="Light List Accent 4"/>
    <w:basedOn w:val="Tab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RhestrOlau-Acen5">
    <w:name w:val="Light List Accent 5"/>
    <w:basedOn w:val="Tab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RhestrOlau-Acen6">
    <w:name w:val="Light List Accent 6"/>
    <w:basedOn w:val="Tab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dGolau">
    <w:name w:val="Light Grid"/>
    <w:basedOn w:val="Tab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dGolau-Acen1">
    <w:name w:val="Light Grid Accent 1"/>
    <w:basedOn w:val="Tab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dGolau-Acen2">
    <w:name w:val="Light Grid Accent 2"/>
    <w:basedOn w:val="Tab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dGolau-Acen3">
    <w:name w:val="Light Grid Accent 3"/>
    <w:basedOn w:val="Tab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dGolau-Acen4">
    <w:name w:val="Light Grid Accent 4"/>
    <w:basedOn w:val="Tab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dGolau-Acen5">
    <w:name w:val="Light Grid Accent 5"/>
    <w:basedOn w:val="Tab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dGolau-Acen6">
    <w:name w:val="Light Grid Accent 6"/>
    <w:basedOn w:val="Tab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raddliwioCanolig1">
    <w:name w:val="Medium Shading 1"/>
    <w:basedOn w:val="Tab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raddliwioCanolig1-Acen1">
    <w:name w:val="Medium Shading 1 Accent 1"/>
    <w:basedOn w:val="Tab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raddliwioCanolig1-Acen2">
    <w:name w:val="Medium Shading 1 Accent 2"/>
    <w:basedOn w:val="Tab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raddliwioCanolig1-Acen3">
    <w:name w:val="Medium Shading 1 Accent 3"/>
    <w:basedOn w:val="Tab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raddliwioCanolig1-Acen4">
    <w:name w:val="Medium Shading 1 Accent 4"/>
    <w:basedOn w:val="Tab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raddliwioCanolig1-Acen5">
    <w:name w:val="Medium Shading 1 Accent 5"/>
    <w:basedOn w:val="Tab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raddliwioCanolig1-Acen6">
    <w:name w:val="Medium Shading 1 Accent 6"/>
    <w:basedOn w:val="Tab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raddliwioCanolig2">
    <w:name w:val="Medium Shading 2"/>
    <w:basedOn w:val="Tab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ddliwioCanolig2-Acen1">
    <w:name w:val="Medium Shading 2 Accent 1"/>
    <w:basedOn w:val="Tab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ddliwioCanolig2-Acen2">
    <w:name w:val="Medium Shading 2 Accent 2"/>
    <w:basedOn w:val="Tab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ddliwioCanolig2-Acen3">
    <w:name w:val="Medium Shading 2 Accent 3"/>
    <w:basedOn w:val="Tab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ddliwioCanolig2-Acen4">
    <w:name w:val="Medium Shading 2 Accent 4"/>
    <w:basedOn w:val="Tab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ddliwioCanolig2-Acen5">
    <w:name w:val="Medium Shading 2 Accent 5"/>
    <w:basedOn w:val="Tab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ddliwioCanolig2-Acen6">
    <w:name w:val="Medium Shading 2 Accent 6"/>
    <w:basedOn w:val="Tab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hestrGanolig1">
    <w:name w:val="Medium List 1"/>
    <w:basedOn w:val="Tab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hestrGanolig1-Acen1">
    <w:name w:val="Medium List 1 Accent 1"/>
    <w:basedOn w:val="Tab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hestrGanolig1-Acen2">
    <w:name w:val="Medium List 1 Accent 2"/>
    <w:basedOn w:val="Tab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hestrGanolig1-Acen3">
    <w:name w:val="Medium List 1 Accent 3"/>
    <w:basedOn w:val="Tab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hestrGanolig1-Acen4">
    <w:name w:val="Medium List 1 Accent 4"/>
    <w:basedOn w:val="Tab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hestrGanolig1-Acen5">
    <w:name w:val="Medium List 1 Accent 5"/>
    <w:basedOn w:val="Tab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hestrGanolig1-Acen6">
    <w:name w:val="Medium List 1 Accent 6"/>
    <w:basedOn w:val="Tab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hestrGanolig2">
    <w:name w:val="Medium List 2"/>
    <w:basedOn w:val="Tab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hestrGanolig2-Acen1">
    <w:name w:val="Medium List 2 Accent 1"/>
    <w:basedOn w:val="Tab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hestrGanolig2-Acen2">
    <w:name w:val="Medium List 2 Accent 2"/>
    <w:basedOn w:val="Tab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hestrGanolig2-Acen3">
    <w:name w:val="Medium List 2 Accent 3"/>
    <w:basedOn w:val="Tab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hestrGanolig2-Acen4">
    <w:name w:val="Medium List 2 Accent 4"/>
    <w:basedOn w:val="Tab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hestrGanolig2-Acen5">
    <w:name w:val="Medium List 2 Accent 5"/>
    <w:basedOn w:val="Tab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hestrGanolig2-Acen6">
    <w:name w:val="Medium List 2 Accent 6"/>
    <w:basedOn w:val="Tab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dCanolig1">
    <w:name w:val="Medium Grid 1"/>
    <w:basedOn w:val="Tab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dCanolig1-Acen1">
    <w:name w:val="Medium Grid 1 Accent 1"/>
    <w:basedOn w:val="Tab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dCanolig1-Acen2">
    <w:name w:val="Medium Grid 1 Accent 2"/>
    <w:basedOn w:val="Tab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dCanolig1-Acen3">
    <w:name w:val="Medium Grid 1 Accent 3"/>
    <w:basedOn w:val="Tab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dCanolig1-Acen4">
    <w:name w:val="Medium Grid 1 Accent 4"/>
    <w:basedOn w:val="Tab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dCanolig1-Acen5">
    <w:name w:val="Medium Grid 1 Accent 5"/>
    <w:basedOn w:val="Tab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dCanolig1-Acen6">
    <w:name w:val="Medium Grid 1 Accent 6"/>
    <w:basedOn w:val="Tab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dCanolig2">
    <w:name w:val="Medium Grid 2"/>
    <w:basedOn w:val="Tab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dCanolig2-Acen1">
    <w:name w:val="Medium Grid 2 Accent 1"/>
    <w:basedOn w:val="Tab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dCanolig2-Acen2">
    <w:name w:val="Medium Grid 2 Accent 2"/>
    <w:basedOn w:val="Tab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dCanolig2-Acen3">
    <w:name w:val="Medium Grid 2 Accent 3"/>
    <w:basedOn w:val="Tab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dCanolig2-Acen4">
    <w:name w:val="Medium Grid 2 Accent 4"/>
    <w:basedOn w:val="Tab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dCanolig2-Acen5">
    <w:name w:val="Medium Grid 2 Accent 5"/>
    <w:basedOn w:val="Tab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dCanolig2-Acen6">
    <w:name w:val="Medium Grid 2 Accent 6"/>
    <w:basedOn w:val="Tab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dCanolig3">
    <w:name w:val="Medium Grid 3"/>
    <w:basedOn w:val="Tab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dCanolig3-Acen1">
    <w:name w:val="Medium Grid 3 Accent 1"/>
    <w:basedOn w:val="Tab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dCanolig3-Acen2">
    <w:name w:val="Medium Grid 3 Accent 2"/>
    <w:basedOn w:val="Tab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dCanolig3-Acen3">
    <w:name w:val="Medium Grid 3 Accent 3"/>
    <w:basedOn w:val="Tab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dCanolig3-Acen4">
    <w:name w:val="Medium Grid 3 Accent 4"/>
    <w:basedOn w:val="Tab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dCanolig3-Acen5">
    <w:name w:val="Medium Grid 3 Accent 5"/>
    <w:basedOn w:val="Tab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dCanolig3-Acen6">
    <w:name w:val="Medium Grid 3 Accent 6"/>
    <w:basedOn w:val="Tab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RhestrDywyll">
    <w:name w:val="Dark List"/>
    <w:basedOn w:val="Tab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RhestrDywyll-Acen1">
    <w:name w:val="Dark List Accent 1"/>
    <w:basedOn w:val="Tab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RhestrDywyll-Acen2">
    <w:name w:val="Dark List Accent 2"/>
    <w:basedOn w:val="Tab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RhestrDywyll-Acen3">
    <w:name w:val="Dark List Accent 3"/>
    <w:basedOn w:val="Tab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RhestrDywyll-Acen4">
    <w:name w:val="Dark List Accent 4"/>
    <w:basedOn w:val="Tab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RhestrDywyll-Acen5">
    <w:name w:val="Dark List Accent 5"/>
    <w:basedOn w:val="Tab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RhestrDywyll-Acen6">
    <w:name w:val="Dark List Accent 6"/>
    <w:basedOn w:val="Tab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GraddliwioLliwgar">
    <w:name w:val="Colorful Shading"/>
    <w:basedOn w:val="Tab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GraddliwioLliwgar-Acen1">
    <w:name w:val="Colorful Shading Accent 1"/>
    <w:basedOn w:val="Tab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GraddliwioLliwgar-Acen2">
    <w:name w:val="Colorful Shading Accent 2"/>
    <w:basedOn w:val="Tab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GraddliwioLliwgar-Acen3">
    <w:name w:val="Colorful Shading Accent 3"/>
    <w:basedOn w:val="Tab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GraddliwioLliwgar-Acen4">
    <w:name w:val="Colorful Shading Accent 4"/>
    <w:basedOn w:val="Tab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GraddliwioLliwgar-Acen5">
    <w:name w:val="Colorful Shading Accent 5"/>
    <w:basedOn w:val="Tab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GraddliwioLliwgar-Acen6">
    <w:name w:val="Colorful Shading Accent 6"/>
    <w:basedOn w:val="Tab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hestrLiwgar">
    <w:name w:val="Colorful List"/>
    <w:basedOn w:val="Tab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hestrLiwgar-Acen1">
    <w:name w:val="Colorful List Accent 1"/>
    <w:basedOn w:val="Tab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hestrLiwgar-Acen2">
    <w:name w:val="Colorful List Accent 2"/>
    <w:basedOn w:val="Tab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hestrLiwgar-Acen3">
    <w:name w:val="Colorful List Accent 3"/>
    <w:basedOn w:val="Tab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hestrLiwgar-Acen4">
    <w:name w:val="Colorful List Accent 4"/>
    <w:basedOn w:val="Tab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hestrLiwgar-Acen5">
    <w:name w:val="Colorful List Accent 5"/>
    <w:basedOn w:val="Tab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hestrLiwgar-Acen6">
    <w:name w:val="Colorful List Accent 6"/>
    <w:basedOn w:val="Tab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dLliwgar">
    <w:name w:val="Colorful Grid"/>
    <w:basedOn w:val="Tab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dLliwgar-Acen1">
    <w:name w:val="Colorful Grid Accent 1"/>
    <w:basedOn w:val="Tab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dLliwgar-Acen2">
    <w:name w:val="Colorful Grid Accent 2"/>
    <w:basedOn w:val="Tab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dLliwgar-Acen3">
    <w:name w:val="Colorful Grid Accent 3"/>
    <w:basedOn w:val="Tab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dLliwgar-Acen4">
    <w:name w:val="Colorful Grid Accent 4"/>
    <w:basedOn w:val="Tab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dLliwgar-Acen5">
    <w:name w:val="Colorful Grid Accent 5"/>
    <w:basedOn w:val="Tab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dLliwgar-Acen6">
    <w:name w:val="Colorful Grid Accent 6"/>
    <w:basedOn w:val="Tab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ddolen">
    <w:name w:val="Hyperlink"/>
    <w:basedOn w:val="FfontParagraffDdiofyn"/>
    <w:uiPriority w:val="99"/>
    <w:unhideWhenUsed/>
    <w:rsid w:val="00D27A01"/>
    <w:rPr>
      <w:color w:val="0000FF" w:themeColor="hyperlink"/>
      <w:u w:val="single"/>
    </w:rPr>
  </w:style>
  <w:style w:type="character" w:styleId="SnhebeiDdatrys">
    <w:name w:val="Unresolved Mention"/>
    <w:basedOn w:val="FfontParagraffDdiofyn"/>
    <w:uiPriority w:val="99"/>
    <w:semiHidden/>
    <w:unhideWhenUsed/>
    <w:rsid w:val="00D27A01"/>
    <w:rPr>
      <w:color w:val="605E5C"/>
      <w:shd w:val="clear" w:color="auto" w:fill="E1DFDD"/>
    </w:rPr>
  </w:style>
  <w:style w:type="paragraph" w:styleId="NormalGwe">
    <w:name w:val="Normal (Web)"/>
    <w:basedOn w:val="Normal"/>
    <w:uiPriority w:val="99"/>
    <w:semiHidden/>
    <w:unhideWhenUsed/>
    <w:rsid w:val="00D25E3B"/>
    <w:pPr>
      <w:spacing w:before="100" w:beforeAutospacing="1" w:after="100" w:afterAutospacing="1" w:line="240" w:lineRule="auto"/>
    </w:pPr>
    <w:rPr>
      <w:rFonts w:ascii="Times New Roman" w:eastAsia="Times New Roman" w:hAnsi="Times New Roman" w:cs="Times New Roman"/>
      <w:sz w:val="24"/>
      <w:szCs w:val="24"/>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519579">
      <w:marLeft w:val="0"/>
      <w:marRight w:val="0"/>
      <w:marTop w:val="0"/>
      <w:marBottom w:val="0"/>
      <w:divBdr>
        <w:top w:val="none" w:sz="0" w:space="0" w:color="auto"/>
        <w:left w:val="none" w:sz="0" w:space="0" w:color="auto"/>
        <w:bottom w:val="none" w:sz="0" w:space="0" w:color="auto"/>
        <w:right w:val="none" w:sz="0" w:space="0" w:color="auto"/>
      </w:divBdr>
    </w:div>
    <w:div w:id="1019426689">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166706" TargetMode="External"/><Relationship Id="rId13" Type="http://schemas.openxmlformats.org/officeDocument/2006/relationships/hyperlink" Target="https://www.ons.gov.uk/peoplepopulationandcommunity/culturalidentity/language/bulletins/welshlanguagewales/census2021"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lyw.cymru/sites/default/files/publications/2019-03/cymraeg-2050-strategaeth-y-gymraeg-v1-1.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mwa/2011/1/resources/enacted/welsh"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1080/14664208.2018.1495370"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oi.org/10.21832/9781853597060" TargetMode="External"/><Relationship Id="rId14" Type="http://schemas.openxmlformats.org/officeDocument/2006/relationships/hyperlink" Target="https://statscymru.llyw.cymru/v/Ub7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19</Pages>
  <Words>5485</Words>
  <Characters>31269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36681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Rhys Ruggiero</cp:lastModifiedBy>
  <cp:revision>28</cp:revision>
  <dcterms:created xsi:type="dcterms:W3CDTF">2026-01-23T05:54:00Z</dcterms:created>
  <dcterms:modified xsi:type="dcterms:W3CDTF">2026-01-23T12:02:00Z</dcterms:modified>
  <cp:category/>
</cp:coreProperties>
</file>