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F3476" w14:textId="77777777" w:rsidR="00B96A4B" w:rsidRDefault="00000000">
      <w:pPr>
        <w:pStyle w:val="Heading1"/>
      </w:pPr>
      <w:r>
        <w:t>HOW TO USE MICROSOFT EXCEL</w:t>
      </w:r>
    </w:p>
    <w:p w14:paraId="50AC5208" w14:textId="77777777" w:rsidR="00B96A4B" w:rsidRDefault="00000000">
      <w:pPr>
        <w:pStyle w:val="IntenseQuote"/>
      </w:pPr>
      <w:r>
        <w:t>A guide for small business owners</w:t>
      </w:r>
    </w:p>
    <w:p w14:paraId="7DD3DB76" w14:textId="77777777" w:rsidR="00B96A4B" w:rsidRDefault="00000000">
      <w:pPr>
        <w:pStyle w:val="Heading2"/>
      </w:pPr>
      <w:r>
        <w:t>Getting Started</w:t>
      </w:r>
    </w:p>
    <w:p w14:paraId="4F34B2DF" w14:textId="77777777" w:rsidR="00FF571F" w:rsidRDefault="00FF571F" w:rsidP="00FF571F">
      <w:r>
        <w:t>Microsoft Excel is an individual computer program for spreadsheets that is used in budgeting, data analysis, and reporting.</w:t>
      </w:r>
    </w:p>
    <w:p w14:paraId="33BF0016" w14:textId="77777777" w:rsidR="00FF571F" w:rsidRDefault="00FF571F" w:rsidP="00FF571F">
      <w:r>
        <w:t>- Open Excel from your start menu or on your desktop</w:t>
      </w:r>
    </w:p>
    <w:p w14:paraId="4173151F" w14:textId="77777777" w:rsidR="00FF571F" w:rsidRDefault="00FF571F" w:rsidP="00FF571F">
      <w:r>
        <w:t>- Open a fresh blank workbook or a previously created one</w:t>
      </w:r>
    </w:p>
    <w:p w14:paraId="76FE2AE3" w14:textId="77777777" w:rsidR="00FF571F" w:rsidRDefault="00FF571F" w:rsidP="00FF571F">
      <w:r>
        <w:t>- Familiarize yourself with the Ribbon Interface (Home, Insert, Page Layout, etc.)</w:t>
      </w:r>
    </w:p>
    <w:p w14:paraId="2B6846F1" w14:textId="0FC0447F" w:rsidR="006B2B35" w:rsidRDefault="00FF571F" w:rsidP="00FF571F">
      <w:r>
        <w:t>- Input data into cells formed in rows and columns</w:t>
      </w:r>
      <w:r w:rsidR="006B2B35" w:rsidRPr="006B2B35">
        <w:drawing>
          <wp:inline distT="0" distB="0" distL="0" distR="0" wp14:anchorId="2F860B57" wp14:editId="1BCEF3BF">
            <wp:extent cx="5486400" cy="2954655"/>
            <wp:effectExtent l="0" t="0" r="0" b="4445"/>
            <wp:docPr id="79718697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186976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6A795" w14:textId="77777777" w:rsidR="006B2B35" w:rsidRDefault="006B2B35"/>
    <w:p w14:paraId="76BF3DBD" w14:textId="77777777" w:rsidR="006B2B35" w:rsidRDefault="006B2B35"/>
    <w:p w14:paraId="074B048A" w14:textId="77777777" w:rsidR="006B2B35" w:rsidRDefault="006B2B35"/>
    <w:p w14:paraId="0E4D41FB" w14:textId="77777777" w:rsidR="00B96A4B" w:rsidRDefault="00000000">
      <w:pPr>
        <w:pStyle w:val="Heading2"/>
      </w:pPr>
      <w:r>
        <w:t>Basic Functions</w:t>
      </w:r>
    </w:p>
    <w:p w14:paraId="44E8E3C5" w14:textId="77777777" w:rsidR="00B96A4B" w:rsidRDefault="00000000">
      <w:r>
        <w:t>Include built-in functions and formulas to help you calculate spreadsheets.</w:t>
      </w:r>
    </w:p>
    <w:p w14:paraId="3576CF23" w14:textId="729F5C0B" w:rsidR="00B96A4B" w:rsidRDefault="00000000">
      <w:r>
        <w:t>SUM: =</w:t>
      </w:r>
      <w:proofErr w:type="gramStart"/>
      <w:r>
        <w:t>SUM(</w:t>
      </w:r>
      <w:proofErr w:type="gramEnd"/>
      <w:r>
        <w:t>A1:A10) – Adds up values in a range</w:t>
      </w:r>
      <w:r>
        <w:br/>
        <w:t>AVERAGE: =AVERAGE(B1:B10) – Calculates the average of numbers</w:t>
      </w:r>
      <w:r>
        <w:br/>
        <w:t>IF: =IF(C1&gt;100, "Yes", "No") – Checks if a condition is met</w:t>
      </w:r>
      <w:r>
        <w:br/>
      </w:r>
      <w:r>
        <w:lastRenderedPageBreak/>
        <w:t>Charts: Easily create charts (bar, pie, line) from your data</w:t>
      </w:r>
      <w:r w:rsidR="006B2B35" w:rsidRPr="006B2B35">
        <w:drawing>
          <wp:inline distT="0" distB="0" distL="0" distR="0" wp14:anchorId="669B1917" wp14:editId="2CABDA04">
            <wp:extent cx="4888089" cy="2750441"/>
            <wp:effectExtent l="0" t="0" r="1905" b="5715"/>
            <wp:docPr id="8221849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184967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93292" cy="2753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55200" w14:textId="77777777" w:rsidR="00B96A4B" w:rsidRDefault="00000000">
      <w:pPr>
        <w:pStyle w:val="Heading2"/>
      </w:pPr>
      <w:r>
        <w:t>Formatting Worksheets</w:t>
      </w:r>
    </w:p>
    <w:p w14:paraId="43578D23" w14:textId="77777777" w:rsidR="00B96A4B" w:rsidRDefault="00000000">
      <w:r>
        <w:t>Customize cells, rows, and columns.</w:t>
      </w:r>
    </w:p>
    <w:p w14:paraId="10CE47F7" w14:textId="38F589A1" w:rsidR="00B96A4B" w:rsidRDefault="00000000">
      <w:r>
        <w:t>- Adjust column width and row height</w:t>
      </w:r>
      <w:r>
        <w:br/>
        <w:t>- Apply number, currency, or date formatting to cells</w:t>
      </w:r>
      <w:r>
        <w:br/>
        <w:t>- Use cell styles and colors to highlight important data</w:t>
      </w:r>
    </w:p>
    <w:p w14:paraId="282AA6DD" w14:textId="399161AE" w:rsidR="006B2B35" w:rsidRDefault="006B2B35">
      <w:r w:rsidRPr="006B2B35">
        <w:drawing>
          <wp:inline distT="0" distB="0" distL="0" distR="0" wp14:anchorId="195D2DF3" wp14:editId="665E2E8A">
            <wp:extent cx="4954796" cy="3070578"/>
            <wp:effectExtent l="0" t="0" r="0" b="3175"/>
            <wp:docPr id="133940101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401016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15146" cy="3107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A5665" w14:textId="77777777" w:rsidR="006B2B35" w:rsidRDefault="006B2B35"/>
    <w:p w14:paraId="454ADF84" w14:textId="77777777" w:rsidR="006B2B35" w:rsidRDefault="006B2B35"/>
    <w:p w14:paraId="54AB96D0" w14:textId="77777777" w:rsidR="00B96A4B" w:rsidRDefault="00000000">
      <w:pPr>
        <w:pStyle w:val="Heading2"/>
      </w:pPr>
      <w:r>
        <w:lastRenderedPageBreak/>
        <w:t>Creating Charts</w:t>
      </w:r>
    </w:p>
    <w:p w14:paraId="55C5795C" w14:textId="77777777" w:rsidR="00B96A4B" w:rsidRDefault="00000000">
      <w:r>
        <w:t>Visualize your data with charts to identify trends and patterns.</w:t>
      </w:r>
    </w:p>
    <w:p w14:paraId="13CDA96C" w14:textId="0475FBAF" w:rsidR="00B96A4B" w:rsidRDefault="00000000">
      <w:r>
        <w:t>- Select your data range to chart</w:t>
      </w:r>
      <w:r>
        <w:br/>
        <w:t>- Go to the Insert tab and choose your chart type</w:t>
      </w:r>
      <w:r>
        <w:br/>
        <w:t>- Customize chart elements like title, labels, and legend</w:t>
      </w:r>
      <w:r w:rsidR="006B2B35" w:rsidRPr="006B2B35">
        <w:drawing>
          <wp:inline distT="0" distB="0" distL="0" distR="0" wp14:anchorId="3D4525F1" wp14:editId="16AC5113">
            <wp:extent cx="3397955" cy="4195736"/>
            <wp:effectExtent l="0" t="0" r="5715" b="0"/>
            <wp:docPr id="207365494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654948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05260" cy="4204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6A4B" w:rsidSect="00034616">
      <w:headerReference w:type="default" r:id="rId12"/>
      <w:footerReference w:type="defaul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745E8" w14:textId="77777777" w:rsidR="00D17A96" w:rsidRDefault="00D17A96" w:rsidP="00B9458C">
      <w:pPr>
        <w:spacing w:after="0" w:line="240" w:lineRule="auto"/>
      </w:pPr>
      <w:r>
        <w:separator/>
      </w:r>
    </w:p>
  </w:endnote>
  <w:endnote w:type="continuationSeparator" w:id="0">
    <w:p w14:paraId="1F17260F" w14:textId="77777777" w:rsidR="00D17A96" w:rsidRDefault="00D17A96" w:rsidP="00B94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73B21" w14:textId="59A8EC4B" w:rsidR="00B9458C" w:rsidRPr="00B9458C" w:rsidRDefault="009A261A">
    <w:pPr>
      <w:pStyle w:val="Footer"/>
      <w:rPr>
        <w:lang w:val="en-GB"/>
      </w:rPr>
    </w:pPr>
    <w:r>
      <w:rPr>
        <w:lang w:val="en-GB"/>
      </w:rPr>
      <w:t xml:space="preserve">Lecturer: </w:t>
    </w:r>
    <w:proofErr w:type="spellStart"/>
    <w:r w:rsidR="00B9458C" w:rsidRPr="00B9458C">
      <w:rPr>
        <w:lang w:val="en-GB"/>
      </w:rPr>
      <w:t>Dooshima</w:t>
    </w:r>
    <w:proofErr w:type="spellEnd"/>
    <w:r w:rsidR="00B9458C" w:rsidRPr="00B9458C">
      <w:rPr>
        <w:lang w:val="en-GB"/>
      </w:rPr>
      <w:t xml:space="preserve"> </w:t>
    </w:r>
    <w:proofErr w:type="spellStart"/>
    <w:r w:rsidR="00B9458C" w:rsidRPr="00B9458C">
      <w:rPr>
        <w:lang w:val="en-GB"/>
      </w:rPr>
      <w:t>Dugguh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29611" w14:textId="77777777" w:rsidR="00D17A96" w:rsidRDefault="00D17A96" w:rsidP="00B9458C">
      <w:pPr>
        <w:spacing w:after="0" w:line="240" w:lineRule="auto"/>
      </w:pPr>
      <w:r>
        <w:separator/>
      </w:r>
    </w:p>
  </w:footnote>
  <w:footnote w:type="continuationSeparator" w:id="0">
    <w:p w14:paraId="403F19C4" w14:textId="77777777" w:rsidR="00D17A96" w:rsidRDefault="00D17A96" w:rsidP="00B94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E5BA" w14:textId="688CA910" w:rsidR="00B9458C" w:rsidRDefault="00B9458C">
    <w:pPr>
      <w:pStyle w:val="Header"/>
      <w:rPr>
        <w:lang w:val="en-GB"/>
      </w:rPr>
    </w:pPr>
    <w:proofErr w:type="spellStart"/>
    <w:r>
      <w:rPr>
        <w:lang w:val="en-GB"/>
      </w:rPr>
      <w:t>Aegacio</w:t>
    </w:r>
    <w:proofErr w:type="spellEnd"/>
    <w:r>
      <w:rPr>
        <w:lang w:val="en-GB"/>
      </w:rPr>
      <w:t xml:space="preserve"> Reveredo 2434643</w:t>
    </w:r>
  </w:p>
  <w:p w14:paraId="6120EA40" w14:textId="6C264916" w:rsidR="009A261A" w:rsidRPr="00B9458C" w:rsidRDefault="009A261A">
    <w:pPr>
      <w:pStyle w:val="Header"/>
      <w:rPr>
        <w:lang w:val="en-GB"/>
      </w:rPr>
    </w:pPr>
    <w:r>
      <w:rPr>
        <w:lang w:val="en-GB"/>
      </w:rPr>
      <w:t>Moodle digital skills LCLM4002                                                                           Informative poster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25401230">
    <w:abstractNumId w:val="8"/>
  </w:num>
  <w:num w:numId="2" w16cid:durableId="1427842851">
    <w:abstractNumId w:val="6"/>
  </w:num>
  <w:num w:numId="3" w16cid:durableId="1882980941">
    <w:abstractNumId w:val="5"/>
  </w:num>
  <w:num w:numId="4" w16cid:durableId="968515467">
    <w:abstractNumId w:val="4"/>
  </w:num>
  <w:num w:numId="5" w16cid:durableId="699476356">
    <w:abstractNumId w:val="7"/>
  </w:num>
  <w:num w:numId="6" w16cid:durableId="654916211">
    <w:abstractNumId w:val="3"/>
  </w:num>
  <w:num w:numId="7" w16cid:durableId="1406033515">
    <w:abstractNumId w:val="2"/>
  </w:num>
  <w:num w:numId="8" w16cid:durableId="1880972238">
    <w:abstractNumId w:val="1"/>
  </w:num>
  <w:num w:numId="9" w16cid:durableId="1855025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84467"/>
    <w:rsid w:val="006B2B35"/>
    <w:rsid w:val="009A261A"/>
    <w:rsid w:val="00AA1D8D"/>
    <w:rsid w:val="00B47730"/>
    <w:rsid w:val="00B9458C"/>
    <w:rsid w:val="00B96A4B"/>
    <w:rsid w:val="00CB0664"/>
    <w:rsid w:val="00D17A96"/>
    <w:rsid w:val="00FC693F"/>
    <w:rsid w:val="00FF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A24B57"/>
  <w14:defaultImageDpi w14:val="300"/>
  <w15:docId w15:val="{F5903170-03D5-C242-ADB8-1EFCFBB5E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170</Words>
  <Characters>1036</Characters>
  <Application>Microsoft Office Word</Application>
  <DocSecurity>0</DocSecurity>
  <Lines>34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Amasha Reveredo</cp:lastModifiedBy>
  <cp:revision>5</cp:revision>
  <cp:lastPrinted>2025-07-06T20:11:00Z</cp:lastPrinted>
  <dcterms:created xsi:type="dcterms:W3CDTF">2025-07-06T20:11:00Z</dcterms:created>
  <dcterms:modified xsi:type="dcterms:W3CDTF">2025-07-06T22:35:00Z</dcterms:modified>
  <cp:category/>
</cp:coreProperties>
</file>