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[Your Name]</w:t>
      </w:r>
    </w:p>
    <w:p>
      <w:r>
        <w:t>[Student Number]</w:t>
      </w:r>
    </w:p>
    <w:p>
      <w:r>
        <w:t>[Module Title]</w:t>
      </w:r>
    </w:p>
    <w:p>
      <w:r>
        <w:t>[Tutor’s Name]</w:t>
      </w:r>
    </w:p>
    <w:p>
      <w:r>
        <w:t>[Submission Date]</w:t>
      </w:r>
    </w:p>
    <w:p>
      <w:r>
        <w:rPr>
          <w:b/>
          <w:sz w:val="28"/>
        </w:rPr>
        <w:t>The Book of Ruth as a Modern-Day Feminist Narrative: A Critical Discussion</w:t>
      </w:r>
    </w:p>
    <w:p>
      <w:r>
        <w:br/>
        <w:t>The Book of Ruth is one of the shortest books in the Hebrew Bible, yet it remains one of the most discussed and interpreted texts in biblical studies. Unlike many biblical narratives that focus mainly on male kings, prophets, or warriors, Ruth centres on the experiences of two women, Naomi and Ruth. Because of this, many modern readers and scholars have suggested that the book can be viewed as feminist, or at least supportive of female agency and independence. The text presents women making difficult choices, surviving hardship, and influencing the future of Israel itself. Ruth is brave, loyal, intelligent, and active throughout the narrative, which makes her stand out compared to many female figures in ancient literature.¹</w:t>
        <w:br/>
        <w:br/>
        <w:t>However, describing Ruth as a “modern-day feminist narrative” is not entirely straightforward. While the story clearly gives women a stronger voice than many biblical texts, it still exists within a patriarchal society where marriage, motherhood, and male authority are central. Ruth’s security depends largely on Boaz, and the narrative eventually shifts attention towards the male genealogy leading to King David.² Because of this, the Book of Ruth can be seen as both supportive of women and limited by the patriarchal values of its time. This essay will argue that the text contains strong feminist elements, especially in its portrayal of female solidarity and agency, but it cannot fully be described as feminist in the modern political sense.</w:t>
        <w:br/>
        <w:br/>
        <w:t>One of the strongest arguments for reading Ruth as feminist is the simple fact that women dominate the story. Naomi and Ruth are the emotional and narrative centre of the text, while male characters mostly support the plot rather than direct it. The book begins with tragedy. Naomi loses her husband Elimelech and later both of her sons while living in Moab. This leaves Naomi, Ruth, and Orpah widowed and vulnerable. In the ancient world, widows often depended heavily on male relatives for protection and financial security. Their situation therefore represents serious social and economic hardship.</w:t>
        <w:br/>
        <w:br/>
        <w:t>The emotional centre of the story appears in Ruth 1:16 when Ruth refuses to leave Naomi and says, “Where you go I will go, and where you stay I will stay. Your people shall be my people and your God my God.”³ This declaration is important because Ruth makes her choice freely. Naomi encourages Ruth and Orpah to stay behind in Moab, but Ruth independently decides to follow Naomi to Bethlehem. Her loyalty is not forced by male authority. Instead, Ruth acts according to her own judgement and commitment.</w:t>
        <w:br/>
        <w:br/>
        <w:t>The relationship between Naomi and Ruth is particularly important from a feminist perspective. Much of the Hebrew Bible focuses on relationships between men, often involving politics, warfare, or kingship. Ruth instead focuses on emotional support between women. Naomi and Ruth depend on one another for survival. Naomi provides wisdom and guidance, while Ruth works physically to support them both. Their partnership creates a narrative where female cooperation is central rather than secondary.</w:t>
        <w:br/>
        <w:br/>
        <w:t>Phyllis Trible argues that Ruth gives women unusual importance and dignity within scripture.⁴ According to Trible, the narrative values compassion, loyalty, and courage rather than violence or masculine power. Ruth becomes heroic not because she fights battles or gains political authority, but because she survives hardship through resilience and kindness. This interpretation explains why many modern feminist readers connect strongly with the text.</w:t>
        <w:br/>
        <w:br/>
        <w:t>Ruth’s actions in chapter two further support feminist readings of the story. After arriving in Bethlehem, Ruth chooses to glean in the fields in order to provide food for herself and Naomi. Gleaning involved collecting leftover grain after harvest and was permitted by Israelite law for widows and the poor.⁵ Although Ruth is socially vulnerable as both a widow and a foreigner, she does not wait passively for rescue. Instead, she acts independently to improve her situation.</w:t>
        <w:br/>
        <w:br/>
        <w:t>Boaz notices Ruth while she is working and praises her loyalty towards Naomi. He allows her to glean safely on his land and instructs his workers not to harm her. On one hand, this interaction could be viewed as patriarchal because Boaz still has authority and power over Ruth economically and socially. Yet Ruth also demonstrates independence by placing herself in public spaces and working actively for survival. Tikva Frymer-Kensky notes that women in biblical narratives often survive through intelligence and adaptability rather than direct authority.⁶ Ruth fits this pattern very closely.</w:t>
        <w:br/>
        <w:br/>
        <w:t>Ruth’s identity as a Moabite woman also contributes to feminist and modern interpretations of the text. Moabites were often viewed negatively within Israelite tradition, and Deuteronomy even forbids Moabites from entering the assembly of the Lord.⁷ Ruth therefore exists as both a foreigner and a woman, placing her in a doubly marginalised position. Despite this, the narrative presents her positively and eventually places her within the ancestry of King David.</w:t>
        <w:br/>
        <w:br/>
        <w:t>Modern feminist and postcolonial scholars often focus on this outsider identity because it reflects themes of migration, belonging, and acceptance. Ruth leaves her homeland and enters a completely different culture where she must rebuild her life. In some ways, this resembles modern discussions about immigration and social integration. The fact that the text portrays Ruth positively despite her foreign identity suggests that the narrative challenges social prejudice and exclusion.</w:t>
        <w:br/>
        <w:br/>
        <w:t>At the same time, there are clear limitations to describing Ruth as a modern feminist narrative. The most obvious issue is that the story remains deeply tied to patriarchal structures. Ruth’s future security ultimately depends on marriage to Boaz. Without a male protector, both Ruth and Naomi would likely remain poor and vulnerable. The narrative never imagines a society where women can exist entirely independently from male authority.</w:t>
        <w:br/>
        <w:br/>
        <w:t>This issue becomes especially clear in chapter three during the threshing floor scene. Naomi tells Ruth to approach Boaz secretly at night after he has eaten and drunk. Ruth uncovers Boaz’s feet and lies beside him while he sleeps.⁸ The scene is intentionally ambiguous and has often been interpreted as sexually suggestive. Some scholars view Ruth’s actions positively because she takes initiative and pushes the narrative forward herself. Women in ancient literature rarely initiate encounters with men in this way.</w:t>
        <w:br/>
        <w:br/>
        <w:t>However, other scholars argue that the scene actually reveals how vulnerable women remain within patriarchal systems. Ruth risks her reputation and safety because marriage is her only realistic path to long-term stability. Katharine Doob Sakenfeld argues that Ruth succeeds not by escaping patriarchy but by working successfully within it.⁹ Ruth’s courage and intelligence are admirable, but they do not transform the social system itself. Boaz still holds power over the outcome.</w:t>
        <w:br/>
        <w:br/>
        <w:t>The ending of the narrative also weakens purely feminist interpretations. After Boaz marries Ruth, she gives birth to a son named Obed. The text quickly shifts focus away from Ruth herself and towards the continuation of the family line connected to King David.¹⁰ Ruth’s significance therefore becomes linked closely to motherhood and genealogy.</w:t>
        <w:br/>
        <w:br/>
        <w:t>This is one reason why some scholars warn against applying modern political ideas too directly onto ancient texts. Cheryl Exum argues that readers should avoid forcing contemporary feminist expectations onto biblical narratives.¹¹ Modern feminism usually involves ideas about equality, independence, and freedom from patriarchal oppression. Ruth does not fully support these ideas because it never questions whether women should depend on men economically or socially.</w:t>
        <w:br/>
        <w:br/>
        <w:t>At the same time, it would also be unfair to dismiss the feminist value of Ruth entirely. Compared with many ancient texts, the Book of Ruth presents women with remarkable dignity and emotional complexity. Naomi’s grief after losing her husband and sons is portrayed honestly and sympathetically. When she arrives back in Bethlehem, she says, “Call me Mara, because the Almighty has made my life very bitter.”¹² This openness about suffering and emotional pain makes Naomi feel deeply human.</w:t>
        <w:br/>
        <w:br/>
        <w:t>The relationship between Ruth and Boaz is also more respectful than many male-female relationships found elsewhere in the Bible. Boaz consistently treats Ruth kindly and protects her from harassment in the fields. When Ruth approaches him at the threshing floor, he responds carefully rather than exploiting her vulnerability. This mutual respect creates a relationship that feels more balanced than many biblical marriages, even if it still exists within patriarchal structures.</w:t>
        <w:br/>
        <w:br/>
        <w:t>Another interesting point is that Ruth combines traditional female virtues with independence and courage. Boaz describes her as a “worthy woman” or eshet chayil.¹³ Ruth is praised for qualities such as loyalty, humility, hard work, and self-sacrifice. These are traditional values associated with ideal womanhood in the ancient world. Yet Ruth also demonstrates initiative and bravery throughout the narrative. She chooses migration, supports Naomi actively, and approaches Boaz directly when necessary. This combination of traditional and independent qualities may explain why the text still appeals strongly to modern readers.</w:t>
        <w:br/>
        <w:br/>
        <w:t>Overall, the Book of Ruth occupies a middle position between traditional and feminist values. The narrative does not completely reject patriarchal ideas, but it also refuses to portray women as passive or unimportant. Instead, Ruth and Naomi find agency and influence within restrictive social systems. Their survival depends not on physical power but on intelligence, loyalty, courage, and cooperation.</w:t>
        <w:br/>
        <w:br/>
        <w:t>In conclusion, the Book of Ruth can partly be described as a modern-day feminist narrative because it emphasises female agency, resilience, solidarity, and emotional depth. Ruth and Naomi are active characters who shape the direction of the story through their decisions and actions. Ruth especially stands out because of her courage as both a woman and a foreigner living within a patriarchal society. Feminist scholars such as Phyllis Trible and Tikva Frymer-Kensky rightly highlight the unusual prominence and dignity given to women within the text.</w:t>
        <w:br/>
        <w:br/>
        <w:t>However, the narrative also remains deeply rooted within patriarchal structures. Ruth’s security still depends on marriage, male protection, and motherhood. The ending reinforces the importance of male genealogy rather than female independence. Because of this, the Book of Ruth cannot fully be described as feminist in the modern political sense. Instead, it is best understood as a complex text that contains strong feminist elements while still reflecting the social values of the ancient world. This balance is likely one reason why Ruth continues to attract discussion and interpretation today.</w:t>
        <w:br/>
      </w:r>
    </w:p>
    <w:p>
      <w:pPr>
        <w:pStyle w:val="Heading1"/>
      </w:pPr>
      <w:r>
        <w:t>Footnotes</w:t>
      </w:r>
    </w:p>
    <w:p>
      <w:r>
        <w:t>1. The Holy Bible: New International Version (Hodder &amp; Stoughton, 2011), Ruth 1:16.</w:t>
      </w:r>
    </w:p>
    <w:p>
      <w:r>
        <w:t>2. The Holy Bible: New International Version, Ruth 4:17.</w:t>
      </w:r>
    </w:p>
    <w:p>
      <w:r>
        <w:t>3. The Holy Bible: New International Version, Ruth 1:16.</w:t>
      </w:r>
    </w:p>
    <w:p>
      <w:r>
        <w:t>4. Phyllis Trible, God and the Rhetoric of Sexuality (Fortress Press, 1978), p. 166.</w:t>
      </w:r>
    </w:p>
    <w:p>
      <w:r>
        <w:t>5. The Holy Bible: New International Version, Leviticus 19:9-10.</w:t>
      </w:r>
    </w:p>
    <w:p>
      <w:r>
        <w:t>6. Tikva Frymer-Kensky, Reading the Women of the Bible (Schocken Books, 2002), p. 241.</w:t>
      </w:r>
    </w:p>
    <w:p>
      <w:r>
        <w:t>7. The Holy Bible: New International Version, Deuteronomy 23:3.</w:t>
      </w:r>
    </w:p>
    <w:p>
      <w:r>
        <w:t>8. The Holy Bible: New International Version, Ruth 3:7-9.</w:t>
      </w:r>
    </w:p>
    <w:p>
      <w:r>
        <w:t>9. Katharine Doob Sakenfeld, Ruth (John Knox Press, 1999), p. 68.</w:t>
      </w:r>
    </w:p>
    <w:p>
      <w:r>
        <w:t>10. The Holy Bible: New International Version, Ruth 4:17.</w:t>
      </w:r>
    </w:p>
    <w:p>
      <w:r>
        <w:t>11. J. Cheryl Exum, Fragmented Women: Feminist Subversions of Biblical Narratives (Sheffield Academic Press, 1993), p. 129.</w:t>
      </w:r>
    </w:p>
    <w:p>
      <w:r>
        <w:t>12. The Holy Bible: New International Version, Ruth 1:20.</w:t>
      </w:r>
    </w:p>
    <w:p>
      <w:r>
        <w:t>13. The Holy Bible: New International Version, Ruth 3:11.</w:t>
      </w:r>
    </w:p>
    <w:p>
      <w:pPr>
        <w:pStyle w:val="Heading1"/>
      </w:pPr>
      <w:r>
        <w:t>Bibliography</w:t>
      </w:r>
    </w:p>
    <w:p>
      <w:r>
        <w:t>Exum, J. Cheryl, Fragmented Women: Feminist Subversions of Biblical Narratives (Sheffield Academic Press, 1993)</w:t>
      </w:r>
    </w:p>
    <w:p>
      <w:r>
        <w:t>Frymer-Kensky, Tikva, Reading the Women of the Bible (Schocken Books, 2002)</w:t>
      </w:r>
    </w:p>
    <w:p>
      <w:r>
        <w:t>Sakenfeld, Katharine Doob, Ruth (John Knox Press, 1999)</w:t>
      </w:r>
    </w:p>
    <w:p>
      <w:r>
        <w:t>The Holy Bible: New International Version (Hodder &amp; Stoughton, 2011)</w:t>
      </w:r>
    </w:p>
    <w:p>
      <w:r>
        <w:t>Trible, Phyllis, God and the Rhetoric of Sexuality (Fortress Press, 1978)</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