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B2752" w14:textId="77777777" w:rsidR="003D7FEA" w:rsidRDefault="00000000">
      <w:pPr>
        <w:pStyle w:val="Heading1"/>
      </w:pPr>
      <w:r>
        <w:t>Personal Development Plan (PDP) Template</w:t>
      </w:r>
    </w:p>
    <w:p w14:paraId="04606410" w14:textId="77777777" w:rsidR="003D7FEA" w:rsidRDefault="00000000">
      <w:r>
        <w:t>Name: __________________________</w:t>
      </w:r>
    </w:p>
    <w:p w14:paraId="00EB6341" w14:textId="77777777" w:rsidR="003D7FEA" w:rsidRDefault="00000000">
      <w:r>
        <w:t>Role/Position: __________________________</w:t>
      </w:r>
    </w:p>
    <w:p w14:paraId="614B52E2" w14:textId="77777777" w:rsidR="003D7FEA" w:rsidRDefault="00000000">
      <w:r>
        <w:t>Department/Organisation: __________________________</w:t>
      </w:r>
    </w:p>
    <w:p w14:paraId="21B790A1" w14:textId="77777777" w:rsidR="003D7FEA" w:rsidRDefault="00000000">
      <w:r>
        <w:t>Date: __________________________</w:t>
      </w:r>
    </w:p>
    <w:p w14:paraId="1A343E57" w14:textId="77777777" w:rsidR="003D7FEA" w:rsidRDefault="00000000">
      <w:r>
        <w:t>Review Period: __________________________</w:t>
      </w:r>
    </w:p>
    <w:p w14:paraId="61485EE1" w14:textId="77777777" w:rsidR="003D7FEA" w:rsidRDefault="00000000">
      <w:pPr>
        <w:pStyle w:val="Heading2"/>
      </w:pPr>
      <w:r>
        <w:t>1. Self‑Assessment</w:t>
      </w:r>
    </w:p>
    <w:p w14:paraId="306CBE52" w14:textId="77777777" w:rsidR="003D7FEA" w:rsidRDefault="00000000">
      <w:r>
        <w:t>Identify your current strengths, skills, and areas for improvement.</w:t>
      </w:r>
    </w:p>
    <w:p w14:paraId="56CE2ECC" w14:textId="77777777" w:rsidR="003D7FEA" w:rsidRDefault="00000000">
      <w:r>
        <w:t>Strengths:</w:t>
      </w:r>
    </w:p>
    <w:p w14:paraId="3EE62E3D" w14:textId="77777777" w:rsidR="003D7FEA" w:rsidRDefault="00000000">
      <w:r>
        <w:t>____________________________________________________________</w:t>
      </w:r>
    </w:p>
    <w:p w14:paraId="1F88A3BE" w14:textId="77777777" w:rsidR="003D7FEA" w:rsidRDefault="00000000">
      <w:r>
        <w:t>Areas for Improvement:</w:t>
      </w:r>
    </w:p>
    <w:p w14:paraId="57FE71BC" w14:textId="77777777" w:rsidR="003D7FEA" w:rsidRDefault="00000000">
      <w:r>
        <w:t>____________________________________________________________</w:t>
      </w:r>
    </w:p>
    <w:p w14:paraId="575E1E99" w14:textId="77777777" w:rsidR="003D7FEA" w:rsidRDefault="00000000">
      <w:pPr>
        <w:pStyle w:val="Heading2"/>
      </w:pPr>
      <w:r>
        <w:t>2. Career Goals</w:t>
      </w:r>
    </w:p>
    <w:p w14:paraId="50C8C399" w14:textId="77777777" w:rsidR="003D7FEA" w:rsidRDefault="00000000">
      <w:r>
        <w:t>Short‑Term Goals (6–12 months):</w:t>
      </w:r>
    </w:p>
    <w:p w14:paraId="4104B3A0" w14:textId="77777777" w:rsidR="003D7FEA" w:rsidRDefault="00000000">
      <w:r>
        <w:t>____________________________________________________________</w:t>
      </w:r>
    </w:p>
    <w:p w14:paraId="6C6BE24E" w14:textId="77777777" w:rsidR="003D7FEA" w:rsidRDefault="00000000">
      <w:r>
        <w:t>Long‑Term Goals (2–5 years):</w:t>
      </w:r>
    </w:p>
    <w:p w14:paraId="01D5BABC" w14:textId="77777777" w:rsidR="003D7FEA" w:rsidRDefault="00000000">
      <w:r>
        <w:t>____________________________________________________________</w:t>
      </w:r>
    </w:p>
    <w:p w14:paraId="7F695D17" w14:textId="77777777" w:rsidR="003D7FEA" w:rsidRDefault="00000000">
      <w:pPr>
        <w:pStyle w:val="Heading2"/>
      </w:pPr>
      <w:r>
        <w:t>3. Development Objectives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8"/>
        <w:gridCol w:w="1704"/>
        <w:gridCol w:w="1693"/>
        <w:gridCol w:w="2048"/>
        <w:gridCol w:w="1693"/>
      </w:tblGrid>
      <w:tr w:rsidR="003D7FEA" w14:paraId="7491F799" w14:textId="77777777" w:rsidTr="00F23604">
        <w:tc>
          <w:tcPr>
            <w:tcW w:w="1728" w:type="dxa"/>
          </w:tcPr>
          <w:p w14:paraId="08252E4D" w14:textId="77777777" w:rsidR="003D7FEA" w:rsidRDefault="00000000">
            <w:r>
              <w:t>Development Area</w:t>
            </w:r>
          </w:p>
        </w:tc>
        <w:tc>
          <w:tcPr>
            <w:tcW w:w="1728" w:type="dxa"/>
          </w:tcPr>
          <w:p w14:paraId="156DFC98" w14:textId="77777777" w:rsidR="003D7FEA" w:rsidRDefault="00000000">
            <w:r>
              <w:t>Objective</w:t>
            </w:r>
          </w:p>
        </w:tc>
        <w:tc>
          <w:tcPr>
            <w:tcW w:w="1728" w:type="dxa"/>
          </w:tcPr>
          <w:p w14:paraId="378004AC" w14:textId="77777777" w:rsidR="003D7FEA" w:rsidRDefault="00000000">
            <w:r>
              <w:t>Action Steps</w:t>
            </w:r>
          </w:p>
        </w:tc>
        <w:tc>
          <w:tcPr>
            <w:tcW w:w="1728" w:type="dxa"/>
          </w:tcPr>
          <w:p w14:paraId="45400FD4" w14:textId="77777777" w:rsidR="003D7FEA" w:rsidRDefault="00000000">
            <w:r>
              <w:t>Resources/Support Needed</w:t>
            </w:r>
          </w:p>
        </w:tc>
        <w:tc>
          <w:tcPr>
            <w:tcW w:w="1728" w:type="dxa"/>
          </w:tcPr>
          <w:p w14:paraId="45AC0D95" w14:textId="77777777" w:rsidR="003D7FEA" w:rsidRDefault="00000000">
            <w:r>
              <w:t>Target Date</w:t>
            </w:r>
          </w:p>
        </w:tc>
      </w:tr>
      <w:tr w:rsidR="003D7FEA" w14:paraId="7495989F" w14:textId="77777777" w:rsidTr="00F23604">
        <w:tc>
          <w:tcPr>
            <w:tcW w:w="1728" w:type="dxa"/>
          </w:tcPr>
          <w:p w14:paraId="1ED4AD0F" w14:textId="77777777" w:rsidR="003D7FEA" w:rsidRDefault="00000000">
            <w:r>
              <w:t xml:space="preserve"> </w:t>
            </w:r>
          </w:p>
        </w:tc>
        <w:tc>
          <w:tcPr>
            <w:tcW w:w="1728" w:type="dxa"/>
          </w:tcPr>
          <w:p w14:paraId="5FFFD151" w14:textId="77777777" w:rsidR="003D7FEA" w:rsidRDefault="00000000">
            <w:r>
              <w:t xml:space="preserve"> </w:t>
            </w:r>
          </w:p>
        </w:tc>
        <w:tc>
          <w:tcPr>
            <w:tcW w:w="1728" w:type="dxa"/>
          </w:tcPr>
          <w:p w14:paraId="740E0B75" w14:textId="77777777" w:rsidR="003D7FEA" w:rsidRDefault="00000000">
            <w:r>
              <w:t xml:space="preserve"> </w:t>
            </w:r>
          </w:p>
        </w:tc>
        <w:tc>
          <w:tcPr>
            <w:tcW w:w="1728" w:type="dxa"/>
          </w:tcPr>
          <w:p w14:paraId="59DA6B15" w14:textId="77777777" w:rsidR="003D7FEA" w:rsidRDefault="00000000">
            <w:r>
              <w:t xml:space="preserve"> </w:t>
            </w:r>
          </w:p>
        </w:tc>
        <w:tc>
          <w:tcPr>
            <w:tcW w:w="1728" w:type="dxa"/>
          </w:tcPr>
          <w:p w14:paraId="2B4AEDE8" w14:textId="77777777" w:rsidR="003D7FEA" w:rsidRDefault="00000000">
            <w:r>
              <w:t xml:space="preserve"> </w:t>
            </w:r>
          </w:p>
        </w:tc>
      </w:tr>
      <w:tr w:rsidR="003D7FEA" w14:paraId="62F972C7" w14:textId="77777777" w:rsidTr="00F23604">
        <w:tc>
          <w:tcPr>
            <w:tcW w:w="1728" w:type="dxa"/>
          </w:tcPr>
          <w:p w14:paraId="2A0D0692" w14:textId="77777777" w:rsidR="003D7FEA" w:rsidRDefault="00000000">
            <w:r>
              <w:t xml:space="preserve"> </w:t>
            </w:r>
          </w:p>
        </w:tc>
        <w:tc>
          <w:tcPr>
            <w:tcW w:w="1728" w:type="dxa"/>
          </w:tcPr>
          <w:p w14:paraId="50C1DDCA" w14:textId="77777777" w:rsidR="003D7FEA" w:rsidRDefault="00000000">
            <w:r>
              <w:t xml:space="preserve"> </w:t>
            </w:r>
          </w:p>
        </w:tc>
        <w:tc>
          <w:tcPr>
            <w:tcW w:w="1728" w:type="dxa"/>
          </w:tcPr>
          <w:p w14:paraId="3866648D" w14:textId="77777777" w:rsidR="003D7FEA" w:rsidRDefault="00000000">
            <w:r>
              <w:t xml:space="preserve"> </w:t>
            </w:r>
          </w:p>
        </w:tc>
        <w:tc>
          <w:tcPr>
            <w:tcW w:w="1728" w:type="dxa"/>
          </w:tcPr>
          <w:p w14:paraId="4B2C4AB7" w14:textId="77777777" w:rsidR="003D7FEA" w:rsidRDefault="00000000">
            <w:r>
              <w:t xml:space="preserve"> </w:t>
            </w:r>
          </w:p>
        </w:tc>
        <w:tc>
          <w:tcPr>
            <w:tcW w:w="1728" w:type="dxa"/>
          </w:tcPr>
          <w:p w14:paraId="7D3B31FB" w14:textId="77777777" w:rsidR="003D7FEA" w:rsidRDefault="00000000">
            <w:r>
              <w:t xml:space="preserve"> </w:t>
            </w:r>
          </w:p>
        </w:tc>
      </w:tr>
      <w:tr w:rsidR="003D7FEA" w14:paraId="47883032" w14:textId="77777777" w:rsidTr="00F23604">
        <w:tc>
          <w:tcPr>
            <w:tcW w:w="1728" w:type="dxa"/>
          </w:tcPr>
          <w:p w14:paraId="16B51B3B" w14:textId="77777777" w:rsidR="003D7FEA" w:rsidRDefault="00000000">
            <w:r>
              <w:t xml:space="preserve"> </w:t>
            </w:r>
          </w:p>
        </w:tc>
        <w:tc>
          <w:tcPr>
            <w:tcW w:w="1728" w:type="dxa"/>
          </w:tcPr>
          <w:p w14:paraId="3CE25F3B" w14:textId="77777777" w:rsidR="003D7FEA" w:rsidRDefault="00000000">
            <w:r>
              <w:t xml:space="preserve"> </w:t>
            </w:r>
          </w:p>
        </w:tc>
        <w:tc>
          <w:tcPr>
            <w:tcW w:w="1728" w:type="dxa"/>
          </w:tcPr>
          <w:p w14:paraId="536C2822" w14:textId="77777777" w:rsidR="003D7FEA" w:rsidRDefault="00000000">
            <w:r>
              <w:t xml:space="preserve"> </w:t>
            </w:r>
          </w:p>
        </w:tc>
        <w:tc>
          <w:tcPr>
            <w:tcW w:w="1728" w:type="dxa"/>
          </w:tcPr>
          <w:p w14:paraId="774C880D" w14:textId="77777777" w:rsidR="003D7FEA" w:rsidRDefault="00000000">
            <w:r>
              <w:t xml:space="preserve"> </w:t>
            </w:r>
          </w:p>
        </w:tc>
        <w:tc>
          <w:tcPr>
            <w:tcW w:w="1728" w:type="dxa"/>
          </w:tcPr>
          <w:p w14:paraId="4E0C438C" w14:textId="77777777" w:rsidR="003D7FEA" w:rsidRDefault="00000000">
            <w:r>
              <w:t xml:space="preserve"> </w:t>
            </w:r>
          </w:p>
        </w:tc>
      </w:tr>
      <w:tr w:rsidR="003D7FEA" w14:paraId="7C7CC624" w14:textId="77777777" w:rsidTr="00F23604">
        <w:tc>
          <w:tcPr>
            <w:tcW w:w="1728" w:type="dxa"/>
          </w:tcPr>
          <w:p w14:paraId="4EADBBF0" w14:textId="77777777" w:rsidR="003D7FEA" w:rsidRDefault="00000000">
            <w:r>
              <w:t xml:space="preserve"> </w:t>
            </w:r>
          </w:p>
        </w:tc>
        <w:tc>
          <w:tcPr>
            <w:tcW w:w="1728" w:type="dxa"/>
          </w:tcPr>
          <w:p w14:paraId="7A0FD4DA" w14:textId="77777777" w:rsidR="003D7FEA" w:rsidRDefault="00000000">
            <w:r>
              <w:t xml:space="preserve"> </w:t>
            </w:r>
          </w:p>
        </w:tc>
        <w:tc>
          <w:tcPr>
            <w:tcW w:w="1728" w:type="dxa"/>
          </w:tcPr>
          <w:p w14:paraId="4C65BA43" w14:textId="77777777" w:rsidR="003D7FEA" w:rsidRDefault="00000000">
            <w:r>
              <w:t xml:space="preserve"> </w:t>
            </w:r>
          </w:p>
        </w:tc>
        <w:tc>
          <w:tcPr>
            <w:tcW w:w="1728" w:type="dxa"/>
          </w:tcPr>
          <w:p w14:paraId="75A77AF9" w14:textId="77777777" w:rsidR="003D7FEA" w:rsidRDefault="00000000">
            <w:r>
              <w:t xml:space="preserve"> </w:t>
            </w:r>
          </w:p>
        </w:tc>
        <w:tc>
          <w:tcPr>
            <w:tcW w:w="1728" w:type="dxa"/>
          </w:tcPr>
          <w:p w14:paraId="35258C1B" w14:textId="77777777" w:rsidR="003D7FEA" w:rsidRDefault="00000000">
            <w:r>
              <w:t xml:space="preserve"> </w:t>
            </w:r>
          </w:p>
        </w:tc>
      </w:tr>
    </w:tbl>
    <w:p w14:paraId="401AF7CD" w14:textId="1CA67BCE" w:rsidR="003D7FEA" w:rsidRDefault="003D7FEA"/>
    <w:sectPr w:rsidR="003D7FE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10440843">
    <w:abstractNumId w:val="8"/>
  </w:num>
  <w:num w:numId="2" w16cid:durableId="620839600">
    <w:abstractNumId w:val="6"/>
  </w:num>
  <w:num w:numId="3" w16cid:durableId="1696954733">
    <w:abstractNumId w:val="5"/>
  </w:num>
  <w:num w:numId="4" w16cid:durableId="840391897">
    <w:abstractNumId w:val="4"/>
  </w:num>
  <w:num w:numId="5" w16cid:durableId="852644395">
    <w:abstractNumId w:val="7"/>
  </w:num>
  <w:num w:numId="6" w16cid:durableId="854148513">
    <w:abstractNumId w:val="3"/>
  </w:num>
  <w:num w:numId="7" w16cid:durableId="179852805">
    <w:abstractNumId w:val="2"/>
  </w:num>
  <w:num w:numId="8" w16cid:durableId="1863741167">
    <w:abstractNumId w:val="1"/>
  </w:num>
  <w:num w:numId="9" w16cid:durableId="101845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675A6"/>
    <w:rsid w:val="0015074B"/>
    <w:rsid w:val="0029639D"/>
    <w:rsid w:val="00326F90"/>
    <w:rsid w:val="003D7FEA"/>
    <w:rsid w:val="00AA1D8D"/>
    <w:rsid w:val="00B47730"/>
    <w:rsid w:val="00CB0664"/>
    <w:rsid w:val="00F2360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226F7D"/>
  <w14:defaultImageDpi w14:val="300"/>
  <w15:docId w15:val="{1AB2C761-3156-4914-8A98-BCD5B4D02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Sujeewa Herath</cp:lastModifiedBy>
  <cp:revision>2</cp:revision>
  <dcterms:created xsi:type="dcterms:W3CDTF">2026-03-13T14:20:00Z</dcterms:created>
  <dcterms:modified xsi:type="dcterms:W3CDTF">2026-03-13T14:20:00Z</dcterms:modified>
  <cp:category/>
</cp:coreProperties>
</file>