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B39DC" w14:textId="77777777" w:rsidR="009669AB" w:rsidRPr="009C6A94" w:rsidRDefault="009669AB" w:rsidP="009669AB">
      <w:pPr>
        <w:rPr>
          <w:rFonts w:ascii="Arial" w:hAnsi="Arial" w:cs="Arial"/>
          <w:sz w:val="22"/>
        </w:rPr>
      </w:pPr>
    </w:p>
    <w:p w14:paraId="22452771" w14:textId="77777777" w:rsidR="009669AB" w:rsidRPr="009C6A94" w:rsidRDefault="009669AB" w:rsidP="009669AB">
      <w:pPr>
        <w:rPr>
          <w:rFonts w:ascii="Arial" w:hAnsi="Arial" w:cs="Arial"/>
          <w:sz w:val="48"/>
          <w:szCs w:val="48"/>
        </w:rPr>
      </w:pPr>
    </w:p>
    <w:p w14:paraId="5C2BEFF5" w14:textId="290790A7" w:rsidR="009669AB" w:rsidRPr="009C6A94" w:rsidRDefault="009669AB" w:rsidP="009669AB">
      <w:pPr>
        <w:rPr>
          <w:rFonts w:ascii="Arial" w:hAnsi="Arial" w:cs="Arial"/>
          <w:sz w:val="48"/>
          <w:szCs w:val="48"/>
        </w:rPr>
      </w:pPr>
      <w:r w:rsidRPr="009C6A94">
        <w:rPr>
          <w:rFonts w:ascii="Arial" w:hAnsi="Arial" w:cs="Arial"/>
          <w:sz w:val="48"/>
          <w:szCs w:val="48"/>
        </w:rPr>
        <w:t xml:space="preserve">Student Name: </w:t>
      </w:r>
      <w:proofErr w:type="spellStart"/>
      <w:r w:rsidRPr="009C6A94">
        <w:rPr>
          <w:rFonts w:ascii="Arial" w:hAnsi="Arial" w:cs="Arial"/>
          <w:sz w:val="48"/>
          <w:szCs w:val="48"/>
        </w:rPr>
        <w:t>Shamshun</w:t>
      </w:r>
      <w:proofErr w:type="spellEnd"/>
      <w:r w:rsidRPr="009C6A94">
        <w:rPr>
          <w:rFonts w:ascii="Arial" w:hAnsi="Arial" w:cs="Arial"/>
          <w:sz w:val="48"/>
          <w:szCs w:val="48"/>
        </w:rPr>
        <w:t xml:space="preserve"> Nahar </w:t>
      </w:r>
    </w:p>
    <w:p w14:paraId="6EAD902C" w14:textId="77777777" w:rsidR="009669AB" w:rsidRPr="009C6A94" w:rsidRDefault="009669AB" w:rsidP="009669AB">
      <w:pPr>
        <w:rPr>
          <w:rFonts w:ascii="Arial" w:hAnsi="Arial" w:cs="Arial"/>
          <w:sz w:val="48"/>
          <w:szCs w:val="48"/>
        </w:rPr>
      </w:pPr>
    </w:p>
    <w:p w14:paraId="1CA1772D" w14:textId="77777777" w:rsidR="009669AB" w:rsidRPr="009C6A94" w:rsidRDefault="009669AB" w:rsidP="009669AB">
      <w:pPr>
        <w:rPr>
          <w:rFonts w:ascii="Arial" w:hAnsi="Arial" w:cs="Arial"/>
          <w:sz w:val="48"/>
          <w:szCs w:val="48"/>
        </w:rPr>
      </w:pPr>
      <w:r w:rsidRPr="009C6A94">
        <w:rPr>
          <w:rFonts w:ascii="Arial" w:hAnsi="Arial" w:cs="Arial"/>
          <w:sz w:val="48"/>
          <w:szCs w:val="48"/>
        </w:rPr>
        <w:t>Student Number: 2511431</w:t>
      </w:r>
    </w:p>
    <w:p w14:paraId="508F6B42" w14:textId="77777777" w:rsidR="009669AB" w:rsidRPr="009C6A94" w:rsidRDefault="009669AB" w:rsidP="009669AB">
      <w:pPr>
        <w:rPr>
          <w:rFonts w:ascii="Arial" w:hAnsi="Arial" w:cs="Arial"/>
          <w:sz w:val="48"/>
          <w:szCs w:val="48"/>
        </w:rPr>
      </w:pPr>
    </w:p>
    <w:p w14:paraId="7965C5C5" w14:textId="7DFA87AE" w:rsidR="009669AB" w:rsidRPr="009C6A94" w:rsidRDefault="009669AB" w:rsidP="009669AB">
      <w:pPr>
        <w:rPr>
          <w:rFonts w:ascii="Arial" w:hAnsi="Arial" w:cs="Arial"/>
          <w:sz w:val="48"/>
          <w:szCs w:val="48"/>
        </w:rPr>
      </w:pPr>
      <w:r w:rsidRPr="009C6A94">
        <w:rPr>
          <w:rFonts w:ascii="Arial" w:hAnsi="Arial" w:cs="Arial"/>
          <w:sz w:val="48"/>
          <w:szCs w:val="48"/>
        </w:rPr>
        <w:t xml:space="preserve">Module: </w:t>
      </w:r>
      <w:r w:rsidR="009C6A94" w:rsidRPr="009C6A94">
        <w:rPr>
          <w:rFonts w:ascii="Arial" w:hAnsi="Arial" w:cs="Arial"/>
          <w:sz w:val="48"/>
          <w:szCs w:val="48"/>
        </w:rPr>
        <w:t>Professional Development within Health and Social Care</w:t>
      </w:r>
    </w:p>
    <w:p w14:paraId="48FFFC24" w14:textId="77777777" w:rsidR="009669AB" w:rsidRPr="009C6A94" w:rsidRDefault="009669AB" w:rsidP="009669AB">
      <w:pPr>
        <w:rPr>
          <w:rFonts w:ascii="Arial" w:hAnsi="Arial" w:cs="Arial"/>
          <w:sz w:val="48"/>
          <w:szCs w:val="48"/>
        </w:rPr>
      </w:pPr>
    </w:p>
    <w:p w14:paraId="50612142" w14:textId="4AB7A804" w:rsidR="009669AB" w:rsidRPr="009C6A94" w:rsidRDefault="009669AB" w:rsidP="009669AB">
      <w:pPr>
        <w:rPr>
          <w:rFonts w:ascii="Arial" w:hAnsi="Arial" w:cs="Arial"/>
          <w:sz w:val="48"/>
          <w:szCs w:val="48"/>
        </w:rPr>
      </w:pPr>
      <w:r w:rsidRPr="009C6A94">
        <w:rPr>
          <w:rFonts w:ascii="Arial" w:hAnsi="Arial" w:cs="Arial"/>
          <w:sz w:val="48"/>
          <w:szCs w:val="48"/>
        </w:rPr>
        <w:t>Module code: LCHS40</w:t>
      </w:r>
      <w:r w:rsidR="009C6A94" w:rsidRPr="009C6A94">
        <w:rPr>
          <w:rFonts w:ascii="Arial" w:hAnsi="Arial" w:cs="Arial"/>
          <w:sz w:val="48"/>
          <w:szCs w:val="48"/>
        </w:rPr>
        <w:t>09</w:t>
      </w:r>
    </w:p>
    <w:p w14:paraId="7A663003" w14:textId="77777777" w:rsidR="009669AB" w:rsidRPr="009C6A94" w:rsidRDefault="009669AB" w:rsidP="009669AB">
      <w:pPr>
        <w:rPr>
          <w:rFonts w:ascii="Arial" w:hAnsi="Arial" w:cs="Arial"/>
          <w:sz w:val="48"/>
          <w:szCs w:val="48"/>
        </w:rPr>
      </w:pPr>
    </w:p>
    <w:p w14:paraId="3945C335" w14:textId="14524FE5" w:rsidR="009669AB" w:rsidRPr="009C6A94" w:rsidRDefault="009669AB" w:rsidP="009669AB">
      <w:pPr>
        <w:rPr>
          <w:rFonts w:ascii="Arial" w:hAnsi="Arial" w:cs="Arial"/>
          <w:sz w:val="48"/>
          <w:szCs w:val="48"/>
        </w:rPr>
      </w:pPr>
      <w:r w:rsidRPr="009C6A94">
        <w:rPr>
          <w:rFonts w:ascii="Arial" w:hAnsi="Arial" w:cs="Arial"/>
          <w:sz w:val="48"/>
          <w:szCs w:val="48"/>
        </w:rPr>
        <w:t xml:space="preserve">Module Leader: </w:t>
      </w:r>
      <w:r w:rsidR="009C6A94" w:rsidRPr="009C6A94">
        <w:rPr>
          <w:rFonts w:ascii="Arial" w:hAnsi="Arial" w:cs="Arial"/>
          <w:sz w:val="48"/>
          <w:szCs w:val="48"/>
        </w:rPr>
        <w:t>Odette Jack</w:t>
      </w:r>
    </w:p>
    <w:p w14:paraId="470F44B8" w14:textId="77777777" w:rsidR="009669AB" w:rsidRPr="009C6A94" w:rsidRDefault="009669AB" w:rsidP="009669AB">
      <w:pPr>
        <w:rPr>
          <w:rFonts w:ascii="Arial" w:hAnsi="Arial" w:cs="Arial"/>
          <w:sz w:val="48"/>
          <w:szCs w:val="48"/>
        </w:rPr>
      </w:pPr>
    </w:p>
    <w:p w14:paraId="43F7D7CA" w14:textId="77777777" w:rsidR="009669AB" w:rsidRPr="009C6A94" w:rsidRDefault="009669AB" w:rsidP="009669AB">
      <w:pPr>
        <w:rPr>
          <w:rFonts w:ascii="Arial" w:hAnsi="Arial" w:cs="Arial"/>
          <w:sz w:val="48"/>
          <w:szCs w:val="48"/>
        </w:rPr>
      </w:pPr>
    </w:p>
    <w:p w14:paraId="445EA71D" w14:textId="77777777" w:rsidR="009669AB" w:rsidRPr="009C6A94" w:rsidRDefault="009669AB" w:rsidP="009669AB">
      <w:pPr>
        <w:rPr>
          <w:rFonts w:ascii="Arial" w:hAnsi="Arial" w:cs="Arial"/>
          <w:sz w:val="48"/>
          <w:szCs w:val="48"/>
        </w:rPr>
      </w:pPr>
    </w:p>
    <w:p w14:paraId="533D113F" w14:textId="77777777" w:rsidR="009C6A94" w:rsidRDefault="009C6A94" w:rsidP="009669AB">
      <w:pPr>
        <w:rPr>
          <w:rFonts w:ascii="Arial" w:hAnsi="Arial" w:cs="Arial"/>
          <w:sz w:val="48"/>
          <w:szCs w:val="48"/>
          <w:u w:val="single"/>
        </w:rPr>
      </w:pPr>
    </w:p>
    <w:p w14:paraId="6260995C" w14:textId="77777777" w:rsidR="009C6A94" w:rsidRDefault="009C6A94" w:rsidP="009669AB">
      <w:pPr>
        <w:rPr>
          <w:rFonts w:ascii="Arial" w:hAnsi="Arial" w:cs="Arial"/>
          <w:sz w:val="48"/>
          <w:szCs w:val="48"/>
          <w:u w:val="single"/>
        </w:rPr>
      </w:pPr>
    </w:p>
    <w:p w14:paraId="7E3DDBB9" w14:textId="68CB82AA" w:rsidR="009669AB" w:rsidRPr="009C6A94" w:rsidRDefault="009669AB" w:rsidP="009669AB">
      <w:pPr>
        <w:rPr>
          <w:rFonts w:ascii="Arial" w:hAnsi="Arial" w:cs="Arial"/>
          <w:sz w:val="48"/>
          <w:szCs w:val="48"/>
          <w:u w:val="single"/>
        </w:rPr>
      </w:pPr>
      <w:r w:rsidRPr="009C6A94">
        <w:rPr>
          <w:rFonts w:ascii="Arial" w:hAnsi="Arial" w:cs="Arial"/>
          <w:sz w:val="48"/>
          <w:szCs w:val="48"/>
          <w:u w:val="single"/>
        </w:rPr>
        <w:t xml:space="preserve">Assignment title: </w:t>
      </w:r>
      <w:r w:rsidR="009C6A94" w:rsidRPr="009C6A94">
        <w:rPr>
          <w:rFonts w:ascii="Arial" w:hAnsi="Arial" w:cs="Arial"/>
          <w:sz w:val="48"/>
          <w:szCs w:val="48"/>
          <w:u w:val="single"/>
        </w:rPr>
        <w:t>Component 2: Personal Development Portfolio</w:t>
      </w:r>
    </w:p>
    <w:p w14:paraId="10AD4D81" w14:textId="77777777" w:rsidR="009669AB" w:rsidRPr="009C6A94" w:rsidRDefault="009669AB" w:rsidP="00D4575A">
      <w:pPr>
        <w:spacing w:after="20" w:line="360" w:lineRule="auto"/>
        <w:jc w:val="center"/>
        <w:rPr>
          <w:rFonts w:ascii="Arial" w:hAnsi="Arial" w:cs="Arial"/>
          <w:b/>
          <w:sz w:val="48"/>
          <w:szCs w:val="48"/>
          <w:u w:val="single"/>
        </w:rPr>
      </w:pPr>
    </w:p>
    <w:p w14:paraId="346CB18E" w14:textId="77777777" w:rsidR="009669AB" w:rsidRPr="009C6A94" w:rsidRDefault="009669AB" w:rsidP="00D4575A">
      <w:pPr>
        <w:spacing w:after="20" w:line="360" w:lineRule="auto"/>
        <w:jc w:val="center"/>
        <w:rPr>
          <w:rFonts w:ascii="Arial" w:hAnsi="Arial" w:cs="Arial"/>
          <w:b/>
          <w:sz w:val="48"/>
          <w:szCs w:val="48"/>
          <w:u w:val="single"/>
        </w:rPr>
      </w:pPr>
    </w:p>
    <w:p w14:paraId="7AFD84D7" w14:textId="77777777" w:rsidR="009669AB" w:rsidRPr="009C6A94" w:rsidRDefault="009669AB" w:rsidP="00D4575A">
      <w:pPr>
        <w:spacing w:after="20" w:line="360" w:lineRule="auto"/>
        <w:jc w:val="center"/>
        <w:rPr>
          <w:rFonts w:ascii="Arial" w:hAnsi="Arial" w:cs="Arial"/>
          <w:b/>
          <w:sz w:val="22"/>
          <w:u w:val="single"/>
        </w:rPr>
      </w:pPr>
    </w:p>
    <w:p w14:paraId="6787ADC1" w14:textId="77777777" w:rsidR="009669AB" w:rsidRPr="009C6A94" w:rsidRDefault="009669AB" w:rsidP="00D4575A">
      <w:pPr>
        <w:spacing w:after="20" w:line="360" w:lineRule="auto"/>
        <w:jc w:val="center"/>
        <w:rPr>
          <w:rFonts w:ascii="Arial" w:hAnsi="Arial" w:cs="Arial"/>
          <w:b/>
          <w:sz w:val="22"/>
          <w:u w:val="single"/>
        </w:rPr>
      </w:pPr>
    </w:p>
    <w:p w14:paraId="00FD6D03" w14:textId="77777777" w:rsidR="009669AB" w:rsidRPr="009C6A94" w:rsidRDefault="009669AB" w:rsidP="009C6A94">
      <w:pPr>
        <w:spacing w:after="20" w:line="360" w:lineRule="auto"/>
        <w:rPr>
          <w:rFonts w:ascii="Arial" w:hAnsi="Arial" w:cs="Arial"/>
          <w:b/>
          <w:sz w:val="22"/>
          <w:u w:val="single"/>
        </w:rPr>
      </w:pPr>
    </w:p>
    <w:p w14:paraId="6CDAD043" w14:textId="3B2A71AC" w:rsidR="00522B9B" w:rsidRPr="009C6A94" w:rsidRDefault="00522B9B" w:rsidP="00D4575A">
      <w:pPr>
        <w:spacing w:after="20" w:line="360" w:lineRule="auto"/>
        <w:jc w:val="center"/>
        <w:rPr>
          <w:rFonts w:ascii="Arial" w:hAnsi="Arial" w:cs="Arial"/>
          <w:b/>
          <w:sz w:val="22"/>
          <w:u w:val="single"/>
        </w:rPr>
      </w:pPr>
      <w:r w:rsidRPr="009C6A94">
        <w:rPr>
          <w:rFonts w:ascii="Arial" w:hAnsi="Arial" w:cs="Arial"/>
          <w:b/>
          <w:sz w:val="22"/>
          <w:u w:val="single"/>
        </w:rPr>
        <w:lastRenderedPageBreak/>
        <w:t>TASK 1</w:t>
      </w:r>
      <w:r w:rsidR="009C6A94" w:rsidRPr="009C6A94">
        <w:rPr>
          <w:rFonts w:ascii="Arial" w:hAnsi="Arial" w:cs="Arial"/>
          <w:b/>
          <w:sz w:val="22"/>
          <w:u w:val="single"/>
        </w:rPr>
        <w:t xml:space="preserve"> OF 4</w:t>
      </w:r>
    </w:p>
    <w:p w14:paraId="6A66B958" w14:textId="5913EF93" w:rsidR="00833AC9" w:rsidRPr="009C6A94" w:rsidRDefault="00000000" w:rsidP="00D4575A">
      <w:pPr>
        <w:spacing w:after="20" w:line="360" w:lineRule="auto"/>
        <w:jc w:val="center"/>
        <w:rPr>
          <w:rFonts w:ascii="Arial" w:hAnsi="Arial" w:cs="Arial"/>
          <w:sz w:val="22"/>
        </w:rPr>
      </w:pPr>
      <w:r w:rsidRPr="009C6A94">
        <w:rPr>
          <w:rFonts w:ascii="Arial" w:hAnsi="Arial" w:cs="Arial"/>
          <w:b/>
          <w:sz w:val="22"/>
        </w:rPr>
        <w:t>SHAMSHUN NAHAR</w:t>
      </w:r>
    </w:p>
    <w:p w14:paraId="01E16001" w14:textId="77777777" w:rsidR="00833AC9" w:rsidRPr="009C6A94" w:rsidRDefault="00000000" w:rsidP="00D4575A">
      <w:pPr>
        <w:spacing w:after="100" w:line="360" w:lineRule="auto"/>
        <w:jc w:val="center"/>
        <w:rPr>
          <w:rFonts w:ascii="Arial" w:hAnsi="Arial" w:cs="Arial"/>
          <w:sz w:val="22"/>
        </w:rPr>
      </w:pPr>
      <w:r w:rsidRPr="009C6A94">
        <w:rPr>
          <w:rFonts w:ascii="Arial" w:hAnsi="Arial" w:cs="Arial"/>
          <w:b/>
          <w:sz w:val="22"/>
        </w:rPr>
        <w:t>CARE WORKER | HEALTH &amp; SOCIAL CARE</w:t>
      </w:r>
    </w:p>
    <w:p w14:paraId="3E2CC395" w14:textId="77777777" w:rsidR="00833AC9" w:rsidRPr="009C6A94" w:rsidRDefault="00000000" w:rsidP="00D4575A">
      <w:pPr>
        <w:spacing w:after="100" w:line="360" w:lineRule="auto"/>
        <w:jc w:val="center"/>
        <w:rPr>
          <w:rFonts w:ascii="Arial" w:hAnsi="Arial" w:cs="Arial"/>
          <w:sz w:val="22"/>
        </w:rPr>
      </w:pPr>
      <w:r w:rsidRPr="009C6A94">
        <w:rPr>
          <w:rFonts w:ascii="Arial" w:hAnsi="Arial" w:cs="Arial"/>
          <w:sz w:val="22"/>
        </w:rPr>
        <w:t xml:space="preserve">London, </w:t>
      </w:r>
      <w:proofErr w:type="gramStart"/>
      <w:r w:rsidRPr="009C6A94">
        <w:rPr>
          <w:rFonts w:ascii="Arial" w:hAnsi="Arial" w:cs="Arial"/>
          <w:sz w:val="22"/>
        </w:rPr>
        <w:t>UK  |</w:t>
      </w:r>
      <w:proofErr w:type="gramEnd"/>
      <w:r w:rsidRPr="009C6A94">
        <w:rPr>
          <w:rFonts w:ascii="Arial" w:hAnsi="Arial" w:cs="Arial"/>
          <w:sz w:val="22"/>
        </w:rPr>
        <w:t xml:space="preserve">  07359 </w:t>
      </w:r>
      <w:proofErr w:type="gramStart"/>
      <w:r w:rsidRPr="009C6A94">
        <w:rPr>
          <w:rFonts w:ascii="Arial" w:hAnsi="Arial" w:cs="Arial"/>
          <w:sz w:val="22"/>
        </w:rPr>
        <w:t>566603  |</w:t>
      </w:r>
      <w:proofErr w:type="gramEnd"/>
      <w:r w:rsidRPr="009C6A94">
        <w:rPr>
          <w:rFonts w:ascii="Arial" w:hAnsi="Arial" w:cs="Arial"/>
          <w:sz w:val="22"/>
        </w:rPr>
        <w:t xml:space="preserve">  sumi121bd@gmail.com</w:t>
      </w:r>
    </w:p>
    <w:p w14:paraId="5657EDF7" w14:textId="77777777" w:rsidR="00833AC9" w:rsidRPr="009C6A94" w:rsidRDefault="00000000" w:rsidP="00D4575A">
      <w:pPr>
        <w:pStyle w:val="CVHeading"/>
        <w:spacing w:line="360" w:lineRule="auto"/>
        <w:jc w:val="both"/>
        <w:rPr>
          <w:rFonts w:ascii="Arial" w:hAnsi="Arial" w:cs="Arial"/>
          <w:color w:val="auto"/>
        </w:rPr>
      </w:pPr>
      <w:r w:rsidRPr="009C6A94">
        <w:rPr>
          <w:rFonts w:ascii="Arial" w:hAnsi="Arial" w:cs="Arial"/>
          <w:color w:val="auto"/>
        </w:rPr>
        <w:t>PROFESSIONAL PROFILE</w:t>
      </w:r>
    </w:p>
    <w:p w14:paraId="06510E7A" w14:textId="77777777" w:rsidR="00833AC9" w:rsidRPr="009C6A94" w:rsidRDefault="00000000" w:rsidP="00D4575A">
      <w:pPr>
        <w:spacing w:after="60" w:line="360" w:lineRule="auto"/>
        <w:jc w:val="both"/>
        <w:rPr>
          <w:rFonts w:ascii="Arial" w:hAnsi="Arial" w:cs="Arial"/>
          <w:sz w:val="22"/>
        </w:rPr>
      </w:pPr>
      <w:r w:rsidRPr="009C6A94">
        <w:rPr>
          <w:rFonts w:ascii="Arial" w:hAnsi="Arial" w:cs="Arial"/>
          <w:sz w:val="22"/>
        </w:rPr>
        <w:t>Compassionate, reliable and conscientious aspiring care worker with strong experience supporting people through customer service, hospitality, volunteering and family care. Skilled in active listening, maintaining clean and safe environments, meal preparation, practical support and responding calmly to individual needs. Multilingual and confident working with people from different backgrounds. Seeking a Care Worker role where I can promote dignity, independence, wellbeing and person-centred support while following care plans and reporting concerns appropriately.</w:t>
      </w:r>
    </w:p>
    <w:p w14:paraId="1F177BEB" w14:textId="77777777" w:rsidR="00D4575A" w:rsidRPr="009C6A94" w:rsidRDefault="00D4575A" w:rsidP="00D4575A">
      <w:pPr>
        <w:spacing w:after="60" w:line="360" w:lineRule="auto"/>
        <w:jc w:val="both"/>
        <w:rPr>
          <w:rFonts w:ascii="Arial" w:hAnsi="Arial" w:cs="Arial"/>
          <w:sz w:val="22"/>
        </w:rPr>
      </w:pPr>
    </w:p>
    <w:p w14:paraId="1CB269F4" w14:textId="706ACA47" w:rsidR="00D4575A" w:rsidRPr="009C6A94" w:rsidRDefault="00000000" w:rsidP="00D4575A">
      <w:pPr>
        <w:pStyle w:val="CVHeading"/>
        <w:spacing w:line="360" w:lineRule="auto"/>
        <w:jc w:val="both"/>
        <w:rPr>
          <w:rFonts w:ascii="Arial" w:hAnsi="Arial" w:cs="Arial"/>
          <w:color w:val="auto"/>
        </w:rPr>
      </w:pPr>
      <w:r w:rsidRPr="009C6A94">
        <w:rPr>
          <w:rFonts w:ascii="Arial" w:hAnsi="Arial" w:cs="Arial"/>
          <w:color w:val="auto"/>
        </w:rPr>
        <w:t>KEY SKILLS</w:t>
      </w:r>
    </w:p>
    <w:tbl>
      <w:tblPr>
        <w:tblW w:w="0" w:type="auto"/>
        <w:jc w:val="center"/>
        <w:tblLayout w:type="fixed"/>
        <w:tblLook w:val="04A0" w:firstRow="1" w:lastRow="0" w:firstColumn="1" w:lastColumn="0" w:noHBand="0" w:noVBand="1"/>
      </w:tblPr>
      <w:tblGrid>
        <w:gridCol w:w="5256"/>
        <w:gridCol w:w="5256"/>
      </w:tblGrid>
      <w:tr w:rsidR="00833AC9" w:rsidRPr="009C6A94" w14:paraId="694EB89A" w14:textId="77777777">
        <w:trPr>
          <w:jc w:val="center"/>
        </w:trPr>
        <w:tc>
          <w:tcPr>
            <w:tcW w:w="5256" w:type="dxa"/>
            <w:tcMar>
              <w:top w:w="25" w:type="dxa"/>
              <w:left w:w="50" w:type="dxa"/>
              <w:bottom w:w="25" w:type="dxa"/>
              <w:right w:w="50" w:type="dxa"/>
            </w:tcMar>
          </w:tcPr>
          <w:p w14:paraId="4C1BE2A1"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Compassionate communication &amp; active listening</w:t>
            </w:r>
          </w:p>
        </w:tc>
        <w:tc>
          <w:tcPr>
            <w:tcW w:w="5256" w:type="dxa"/>
            <w:tcMar>
              <w:top w:w="25" w:type="dxa"/>
              <w:left w:w="50" w:type="dxa"/>
              <w:bottom w:w="25" w:type="dxa"/>
              <w:right w:w="50" w:type="dxa"/>
            </w:tcMar>
          </w:tcPr>
          <w:p w14:paraId="64D20D22"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Teamwork &amp; independent working</w:t>
            </w:r>
          </w:p>
        </w:tc>
      </w:tr>
      <w:tr w:rsidR="00833AC9" w:rsidRPr="009C6A94" w14:paraId="0E33EFDB" w14:textId="77777777">
        <w:trPr>
          <w:jc w:val="center"/>
        </w:trPr>
        <w:tc>
          <w:tcPr>
            <w:tcW w:w="5184" w:type="dxa"/>
            <w:tcMar>
              <w:top w:w="25" w:type="dxa"/>
              <w:left w:w="50" w:type="dxa"/>
              <w:bottom w:w="25" w:type="dxa"/>
              <w:right w:w="50" w:type="dxa"/>
            </w:tcMar>
          </w:tcPr>
          <w:p w14:paraId="0C0CD154"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Personal care awareness, dignity &amp; respect</w:t>
            </w:r>
          </w:p>
        </w:tc>
        <w:tc>
          <w:tcPr>
            <w:tcW w:w="5184" w:type="dxa"/>
            <w:tcMar>
              <w:top w:w="25" w:type="dxa"/>
              <w:left w:w="50" w:type="dxa"/>
              <w:bottom w:w="25" w:type="dxa"/>
              <w:right w:w="50" w:type="dxa"/>
            </w:tcMar>
          </w:tcPr>
          <w:p w14:paraId="62C72DC6"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Time management &amp; reliability</w:t>
            </w:r>
          </w:p>
        </w:tc>
      </w:tr>
      <w:tr w:rsidR="00833AC9" w:rsidRPr="009C6A94" w14:paraId="6B90EBC0" w14:textId="77777777">
        <w:trPr>
          <w:jc w:val="center"/>
        </w:trPr>
        <w:tc>
          <w:tcPr>
            <w:tcW w:w="5184" w:type="dxa"/>
            <w:tcMar>
              <w:top w:w="25" w:type="dxa"/>
              <w:left w:w="50" w:type="dxa"/>
              <w:bottom w:w="25" w:type="dxa"/>
              <w:right w:w="50" w:type="dxa"/>
            </w:tcMar>
          </w:tcPr>
          <w:p w14:paraId="79855FC0"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Meal planning, preparation &amp; practical support</w:t>
            </w:r>
          </w:p>
        </w:tc>
        <w:tc>
          <w:tcPr>
            <w:tcW w:w="5184" w:type="dxa"/>
            <w:tcMar>
              <w:top w:w="25" w:type="dxa"/>
              <w:left w:w="50" w:type="dxa"/>
              <w:bottom w:w="25" w:type="dxa"/>
              <w:right w:w="50" w:type="dxa"/>
            </w:tcMar>
          </w:tcPr>
          <w:p w14:paraId="0CB735A0"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Record keeping, organisation &amp; attention to detail</w:t>
            </w:r>
          </w:p>
        </w:tc>
      </w:tr>
      <w:tr w:rsidR="00833AC9" w:rsidRPr="009C6A94" w14:paraId="0E044CE8" w14:textId="77777777">
        <w:trPr>
          <w:jc w:val="center"/>
        </w:trPr>
        <w:tc>
          <w:tcPr>
            <w:tcW w:w="5184" w:type="dxa"/>
            <w:tcMar>
              <w:top w:w="25" w:type="dxa"/>
              <w:left w:w="50" w:type="dxa"/>
              <w:bottom w:w="25" w:type="dxa"/>
              <w:right w:w="50" w:type="dxa"/>
            </w:tcMar>
          </w:tcPr>
          <w:p w14:paraId="31B12088"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Health, safety, hygiene &amp; cleanliness</w:t>
            </w:r>
          </w:p>
        </w:tc>
        <w:tc>
          <w:tcPr>
            <w:tcW w:w="5184" w:type="dxa"/>
            <w:tcMar>
              <w:top w:w="25" w:type="dxa"/>
              <w:left w:w="50" w:type="dxa"/>
              <w:bottom w:w="25" w:type="dxa"/>
              <w:right w:w="50" w:type="dxa"/>
            </w:tcMar>
          </w:tcPr>
          <w:p w14:paraId="7339DDF1"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IT skills</w:t>
            </w:r>
          </w:p>
        </w:tc>
      </w:tr>
      <w:tr w:rsidR="00833AC9" w:rsidRPr="009C6A94" w14:paraId="3451C333" w14:textId="77777777">
        <w:trPr>
          <w:jc w:val="center"/>
        </w:trPr>
        <w:tc>
          <w:tcPr>
            <w:tcW w:w="5184" w:type="dxa"/>
            <w:tcMar>
              <w:top w:w="25" w:type="dxa"/>
              <w:left w:w="50" w:type="dxa"/>
              <w:bottom w:w="25" w:type="dxa"/>
              <w:right w:w="50" w:type="dxa"/>
            </w:tcMar>
          </w:tcPr>
          <w:p w14:paraId="5607188D"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Observation and reporting of concerns</w:t>
            </w:r>
          </w:p>
        </w:tc>
        <w:tc>
          <w:tcPr>
            <w:tcW w:w="5184" w:type="dxa"/>
            <w:tcMar>
              <w:top w:w="25" w:type="dxa"/>
              <w:left w:w="50" w:type="dxa"/>
              <w:bottom w:w="25" w:type="dxa"/>
              <w:right w:w="50" w:type="dxa"/>
            </w:tcMar>
          </w:tcPr>
          <w:p w14:paraId="6945C2DF" w14:textId="77777777" w:rsidR="00833AC9" w:rsidRPr="009C6A94" w:rsidRDefault="00000000" w:rsidP="00D4575A">
            <w:pPr>
              <w:spacing w:after="0" w:line="360" w:lineRule="auto"/>
              <w:jc w:val="both"/>
              <w:rPr>
                <w:rFonts w:ascii="Arial" w:hAnsi="Arial" w:cs="Arial"/>
                <w:sz w:val="22"/>
              </w:rPr>
            </w:pPr>
            <w:r w:rsidRPr="009C6A94">
              <w:rPr>
                <w:rFonts w:ascii="Arial" w:hAnsi="Arial" w:cs="Arial"/>
                <w:b/>
                <w:sz w:val="22"/>
              </w:rPr>
              <w:t xml:space="preserve">• </w:t>
            </w:r>
            <w:r w:rsidRPr="009C6A94">
              <w:rPr>
                <w:rFonts w:ascii="Arial" w:hAnsi="Arial" w:cs="Arial"/>
                <w:sz w:val="22"/>
              </w:rPr>
              <w:t>Languages: English, Bangla, Urdu &amp; Hindi</w:t>
            </w:r>
          </w:p>
        </w:tc>
      </w:tr>
    </w:tbl>
    <w:p w14:paraId="66AD8745" w14:textId="4BDEF92F" w:rsidR="00D4575A" w:rsidRPr="009C6A94" w:rsidRDefault="00000000" w:rsidP="00D4575A">
      <w:pPr>
        <w:pStyle w:val="CVHeading"/>
        <w:spacing w:line="360" w:lineRule="auto"/>
        <w:jc w:val="both"/>
        <w:rPr>
          <w:rFonts w:ascii="Arial" w:hAnsi="Arial" w:cs="Arial"/>
          <w:color w:val="auto"/>
        </w:rPr>
      </w:pPr>
      <w:r w:rsidRPr="009C6A94">
        <w:rPr>
          <w:rFonts w:ascii="Arial" w:hAnsi="Arial" w:cs="Arial"/>
          <w:color w:val="auto"/>
        </w:rPr>
        <w:t>RELEVANT EXPERIENCE</w:t>
      </w:r>
    </w:p>
    <w:p w14:paraId="668455B2" w14:textId="77777777" w:rsidR="00833AC9" w:rsidRPr="009C6A94" w:rsidRDefault="00000000" w:rsidP="00D4575A">
      <w:pPr>
        <w:spacing w:before="40" w:after="20" w:line="360" w:lineRule="auto"/>
        <w:jc w:val="both"/>
        <w:rPr>
          <w:rFonts w:ascii="Arial" w:hAnsi="Arial" w:cs="Arial"/>
          <w:sz w:val="22"/>
        </w:rPr>
      </w:pPr>
      <w:r w:rsidRPr="009C6A94">
        <w:rPr>
          <w:rFonts w:ascii="Arial" w:hAnsi="Arial" w:cs="Arial"/>
          <w:b/>
          <w:sz w:val="22"/>
        </w:rPr>
        <w:t>Work Experience Volunteer</w:t>
      </w:r>
      <w:r w:rsidRPr="009C6A94">
        <w:rPr>
          <w:rFonts w:ascii="Arial" w:hAnsi="Arial" w:cs="Arial"/>
          <w:sz w:val="22"/>
        </w:rPr>
        <w:t xml:space="preserve"> | King’s College Hospital NHS Foundation Trust</w:t>
      </w:r>
      <w:r w:rsidRPr="009C6A94">
        <w:rPr>
          <w:rFonts w:ascii="Arial" w:hAnsi="Arial" w:cs="Arial"/>
          <w:i/>
          <w:sz w:val="22"/>
        </w:rPr>
        <w:t xml:space="preserve">   20 Jun 2026 – 30 Jul 2026</w:t>
      </w:r>
    </w:p>
    <w:p w14:paraId="7DD8719D" w14:textId="77777777" w:rsidR="00833AC9" w:rsidRPr="009C6A94" w:rsidRDefault="00000000" w:rsidP="00D4575A">
      <w:pPr>
        <w:spacing w:after="20" w:line="360" w:lineRule="auto"/>
        <w:ind w:left="230" w:hanging="173"/>
        <w:jc w:val="both"/>
        <w:rPr>
          <w:rFonts w:ascii="Arial" w:hAnsi="Arial" w:cs="Arial"/>
          <w:sz w:val="22"/>
        </w:rPr>
      </w:pPr>
      <w:r w:rsidRPr="009C6A94">
        <w:rPr>
          <w:rFonts w:ascii="Arial" w:hAnsi="Arial" w:cs="Arial"/>
          <w:b/>
          <w:sz w:val="22"/>
        </w:rPr>
        <w:t xml:space="preserve">• </w:t>
      </w:r>
      <w:r w:rsidRPr="009C6A94">
        <w:rPr>
          <w:rFonts w:ascii="Arial" w:hAnsi="Arial" w:cs="Arial"/>
          <w:sz w:val="22"/>
        </w:rPr>
        <w:t>Completed a health-care work experience placement, gaining exposure to a professional hospital environment and the importance of respectful, safe and confidential practice.</w:t>
      </w:r>
    </w:p>
    <w:p w14:paraId="738BA013" w14:textId="77777777" w:rsidR="00833AC9" w:rsidRPr="009C6A94" w:rsidRDefault="00000000" w:rsidP="00D4575A">
      <w:pPr>
        <w:spacing w:after="20" w:line="360" w:lineRule="auto"/>
        <w:ind w:left="230" w:hanging="173"/>
        <w:jc w:val="both"/>
        <w:rPr>
          <w:rFonts w:ascii="Arial" w:hAnsi="Arial" w:cs="Arial"/>
          <w:sz w:val="22"/>
        </w:rPr>
      </w:pPr>
      <w:r w:rsidRPr="009C6A94">
        <w:rPr>
          <w:rFonts w:ascii="Arial" w:hAnsi="Arial" w:cs="Arial"/>
          <w:b/>
          <w:sz w:val="22"/>
        </w:rPr>
        <w:t xml:space="preserve">• </w:t>
      </w:r>
      <w:r w:rsidRPr="009C6A94">
        <w:rPr>
          <w:rFonts w:ascii="Arial" w:hAnsi="Arial" w:cs="Arial"/>
          <w:sz w:val="22"/>
        </w:rPr>
        <w:t>Observed how staff communicate with patients and colleagues and how concerns about health and wellbeing are escalated appropriately.</w:t>
      </w:r>
    </w:p>
    <w:p w14:paraId="311FDE49" w14:textId="567D91A5" w:rsidR="00D4575A" w:rsidRPr="009C6A94" w:rsidRDefault="00000000" w:rsidP="00C6518A">
      <w:pPr>
        <w:spacing w:after="20" w:line="360" w:lineRule="auto"/>
        <w:ind w:left="230" w:hanging="173"/>
        <w:jc w:val="both"/>
        <w:rPr>
          <w:rFonts w:ascii="Arial" w:hAnsi="Arial" w:cs="Arial"/>
          <w:sz w:val="22"/>
        </w:rPr>
      </w:pPr>
      <w:r w:rsidRPr="009C6A94">
        <w:rPr>
          <w:rFonts w:ascii="Arial" w:hAnsi="Arial" w:cs="Arial"/>
          <w:b/>
          <w:sz w:val="22"/>
        </w:rPr>
        <w:t xml:space="preserve">• </w:t>
      </w:r>
      <w:r w:rsidRPr="009C6A94">
        <w:rPr>
          <w:rFonts w:ascii="Arial" w:hAnsi="Arial" w:cs="Arial"/>
          <w:sz w:val="22"/>
        </w:rPr>
        <w:t>Developed awareness of teamwork, infection prevention, dignity and the need for accurate care-related information.</w:t>
      </w:r>
    </w:p>
    <w:p w14:paraId="74D83470" w14:textId="77777777" w:rsidR="00833AC9" w:rsidRPr="009C6A94" w:rsidRDefault="00000000" w:rsidP="00D4575A">
      <w:pPr>
        <w:spacing w:before="40" w:after="20" w:line="360" w:lineRule="auto"/>
        <w:rPr>
          <w:rFonts w:ascii="Arial" w:hAnsi="Arial" w:cs="Arial"/>
          <w:sz w:val="22"/>
        </w:rPr>
      </w:pPr>
      <w:r w:rsidRPr="009C6A94">
        <w:rPr>
          <w:rFonts w:ascii="Arial" w:hAnsi="Arial" w:cs="Arial"/>
          <w:b/>
          <w:sz w:val="22"/>
        </w:rPr>
        <w:t>Homemaker &amp; Family Care</w:t>
      </w:r>
      <w:r w:rsidRPr="009C6A94">
        <w:rPr>
          <w:rFonts w:ascii="Arial" w:hAnsi="Arial" w:cs="Arial"/>
          <w:sz w:val="22"/>
        </w:rPr>
        <w:t xml:space="preserve"> | Family Home</w:t>
      </w:r>
      <w:r w:rsidRPr="009C6A94">
        <w:rPr>
          <w:rFonts w:ascii="Arial" w:hAnsi="Arial" w:cs="Arial"/>
          <w:i/>
          <w:sz w:val="22"/>
        </w:rPr>
        <w:t xml:space="preserve">   2015 – 2025</w:t>
      </w:r>
    </w:p>
    <w:p w14:paraId="25609298"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Managed daily household routines, including meal planning, food purchasing and preparation.</w:t>
      </w:r>
    </w:p>
    <w:p w14:paraId="04E485E6"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Maintained a clean and safe home environment and promoted good hygiene practices.</w:t>
      </w:r>
    </w:p>
    <w:p w14:paraId="4DF17044"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Provided practical care and support to family members when unwell, using patience, empathy and attentive listening.</w:t>
      </w:r>
    </w:p>
    <w:p w14:paraId="426CC4E2" w14:textId="77777777" w:rsidR="00833AC9" w:rsidRPr="009C6A94" w:rsidRDefault="00000000" w:rsidP="00D4575A">
      <w:pPr>
        <w:spacing w:before="40" w:after="20" w:line="360" w:lineRule="auto"/>
        <w:rPr>
          <w:rFonts w:ascii="Arial" w:hAnsi="Arial" w:cs="Arial"/>
          <w:sz w:val="22"/>
        </w:rPr>
      </w:pPr>
      <w:r w:rsidRPr="009C6A94">
        <w:rPr>
          <w:rFonts w:ascii="Arial" w:hAnsi="Arial" w:cs="Arial"/>
          <w:b/>
          <w:sz w:val="22"/>
        </w:rPr>
        <w:t>Charity Shop Volunteer</w:t>
      </w:r>
      <w:r w:rsidRPr="009C6A94">
        <w:rPr>
          <w:rFonts w:ascii="Arial" w:hAnsi="Arial" w:cs="Arial"/>
          <w:sz w:val="22"/>
        </w:rPr>
        <w:t xml:space="preserve"> | PDSA Charity Shop, London, UK</w:t>
      </w:r>
      <w:r w:rsidRPr="009C6A94">
        <w:rPr>
          <w:rFonts w:ascii="Arial" w:hAnsi="Arial" w:cs="Arial"/>
          <w:i/>
          <w:sz w:val="22"/>
        </w:rPr>
        <w:t xml:space="preserve">   Present – Saturdays</w:t>
      </w:r>
    </w:p>
    <w:p w14:paraId="61C9E652"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Support customers in a friendly and helpful manner and communicate with people from varied backgrounds.</w:t>
      </w:r>
    </w:p>
    <w:p w14:paraId="1995B7ED"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lastRenderedPageBreak/>
        <w:t xml:space="preserve">• </w:t>
      </w:r>
      <w:r w:rsidRPr="009C6A94">
        <w:rPr>
          <w:rFonts w:ascii="Arial" w:hAnsi="Arial" w:cs="Arial"/>
          <w:sz w:val="22"/>
        </w:rPr>
        <w:t>Sort, organise and display donated items while keeping the environment tidy, safe and welcoming.</w:t>
      </w:r>
    </w:p>
    <w:p w14:paraId="4BBAA019" w14:textId="6F02900C" w:rsidR="00833AC9" w:rsidRPr="009C6A94" w:rsidRDefault="00000000" w:rsidP="00D31936">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Work cooperatively with the team and complete day-to-day duties reliably.</w:t>
      </w:r>
    </w:p>
    <w:p w14:paraId="519CCCC7" w14:textId="77777777" w:rsidR="00833AC9" w:rsidRPr="009C6A94" w:rsidRDefault="00000000" w:rsidP="00D4575A">
      <w:pPr>
        <w:pStyle w:val="CVHeading"/>
        <w:spacing w:line="360" w:lineRule="auto"/>
        <w:rPr>
          <w:rFonts w:ascii="Arial" w:hAnsi="Arial" w:cs="Arial"/>
          <w:color w:val="auto"/>
        </w:rPr>
      </w:pPr>
      <w:r w:rsidRPr="009C6A94">
        <w:rPr>
          <w:rFonts w:ascii="Arial" w:hAnsi="Arial" w:cs="Arial"/>
          <w:color w:val="auto"/>
        </w:rPr>
        <w:t>EMPLOYMENT HISTORY</w:t>
      </w:r>
    </w:p>
    <w:p w14:paraId="0768C523" w14:textId="77777777" w:rsidR="00833AC9" w:rsidRPr="009C6A94" w:rsidRDefault="00000000" w:rsidP="00D4575A">
      <w:pPr>
        <w:spacing w:before="40" w:after="20" w:line="360" w:lineRule="auto"/>
        <w:rPr>
          <w:rFonts w:ascii="Arial" w:hAnsi="Arial" w:cs="Arial"/>
          <w:sz w:val="22"/>
        </w:rPr>
      </w:pPr>
      <w:r w:rsidRPr="009C6A94">
        <w:rPr>
          <w:rFonts w:ascii="Arial" w:hAnsi="Arial" w:cs="Arial"/>
          <w:b/>
          <w:sz w:val="22"/>
        </w:rPr>
        <w:t>Sales Assistant</w:t>
      </w:r>
      <w:r w:rsidRPr="009C6A94">
        <w:rPr>
          <w:rFonts w:ascii="Arial" w:hAnsi="Arial" w:cs="Arial"/>
          <w:sz w:val="22"/>
        </w:rPr>
        <w:t xml:space="preserve"> | Blue Star Clothing Store, London, UK</w:t>
      </w:r>
      <w:r w:rsidRPr="009C6A94">
        <w:rPr>
          <w:rFonts w:ascii="Arial" w:hAnsi="Arial" w:cs="Arial"/>
          <w:i/>
          <w:sz w:val="22"/>
        </w:rPr>
        <w:t xml:space="preserve">   Feb 2021 – Apr 2025</w:t>
      </w:r>
    </w:p>
    <w:p w14:paraId="595F9732"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Assisted customers with individual needs and provided patient, respectful and high-quality service.</w:t>
      </w:r>
    </w:p>
    <w:p w14:paraId="43383DF1"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Maintained organised stock displays and a clean, safe environment.</w:t>
      </w:r>
    </w:p>
    <w:p w14:paraId="5FAD2C27"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Handled cash transactions and sales records accurately, demonstrating trustworthiness and attention to detail.</w:t>
      </w:r>
    </w:p>
    <w:p w14:paraId="1183B9B3"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Worked effectively during busy periods and contributed to daily team operations.</w:t>
      </w:r>
    </w:p>
    <w:p w14:paraId="0577C03A" w14:textId="332E87AA" w:rsidR="00833AC9" w:rsidRPr="009C6A94" w:rsidRDefault="00000000" w:rsidP="00D4575A">
      <w:pPr>
        <w:spacing w:before="40" w:after="20" w:line="360" w:lineRule="auto"/>
        <w:rPr>
          <w:rFonts w:ascii="Arial" w:hAnsi="Arial" w:cs="Arial"/>
          <w:sz w:val="22"/>
        </w:rPr>
      </w:pPr>
      <w:r w:rsidRPr="009C6A94">
        <w:rPr>
          <w:rFonts w:ascii="Arial" w:hAnsi="Arial" w:cs="Arial"/>
          <w:b/>
          <w:sz w:val="22"/>
        </w:rPr>
        <w:t>Wait</w:t>
      </w:r>
      <w:r w:rsidR="00D31936" w:rsidRPr="009C6A94">
        <w:rPr>
          <w:rFonts w:ascii="Arial" w:hAnsi="Arial" w:cs="Arial"/>
          <w:b/>
          <w:sz w:val="22"/>
        </w:rPr>
        <w:t>ress</w:t>
      </w:r>
      <w:r w:rsidRPr="009C6A94">
        <w:rPr>
          <w:rFonts w:ascii="Arial" w:hAnsi="Arial" w:cs="Arial"/>
          <w:sz w:val="22"/>
        </w:rPr>
        <w:t>| Flamingo Pink Restaurant, London, UK</w:t>
      </w:r>
      <w:r w:rsidRPr="009C6A94">
        <w:rPr>
          <w:rFonts w:ascii="Arial" w:hAnsi="Arial" w:cs="Arial"/>
          <w:i/>
          <w:sz w:val="22"/>
        </w:rPr>
        <w:t xml:space="preserve">   Sep 2020 – Jul 2023</w:t>
      </w:r>
    </w:p>
    <w:p w14:paraId="5E162D63"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Provided courteous service in a busy environment and listened carefully to customer requests.</w:t>
      </w:r>
    </w:p>
    <w:p w14:paraId="13D81146"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Took orders accurately and communicated clearly with kitchen colleagues.</w:t>
      </w:r>
    </w:p>
    <w:p w14:paraId="304C8BEA" w14:textId="440A4F6C" w:rsidR="00D4575A" w:rsidRPr="009C6A94" w:rsidRDefault="00000000" w:rsidP="00D31936">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Maintained cleanliness and hygiene standards and stayed calm while managing competing priorities.</w:t>
      </w:r>
    </w:p>
    <w:p w14:paraId="2DBA4A43" w14:textId="33B7E157" w:rsidR="00833AC9" w:rsidRPr="009C6A94" w:rsidRDefault="00000000" w:rsidP="00D4575A">
      <w:pPr>
        <w:pStyle w:val="CVHeading"/>
        <w:spacing w:line="360" w:lineRule="auto"/>
        <w:rPr>
          <w:rFonts w:ascii="Arial" w:hAnsi="Arial" w:cs="Arial"/>
          <w:color w:val="auto"/>
        </w:rPr>
      </w:pPr>
      <w:r w:rsidRPr="009C6A94">
        <w:rPr>
          <w:rFonts w:ascii="Arial" w:hAnsi="Arial" w:cs="Arial"/>
          <w:color w:val="auto"/>
        </w:rPr>
        <w:t>EDUCATION</w:t>
      </w:r>
    </w:p>
    <w:p w14:paraId="5EBFBE89" w14:textId="40D21507" w:rsidR="00833AC9" w:rsidRPr="009C6A94" w:rsidRDefault="00D4575A" w:rsidP="00D4575A">
      <w:pPr>
        <w:spacing w:after="20" w:line="360" w:lineRule="auto"/>
        <w:rPr>
          <w:rFonts w:ascii="Arial" w:hAnsi="Arial" w:cs="Arial"/>
          <w:sz w:val="22"/>
        </w:rPr>
      </w:pPr>
      <w:r w:rsidRPr="009C6A94">
        <w:rPr>
          <w:rFonts w:ascii="Arial" w:hAnsi="Arial" w:cs="Arial"/>
          <w:b/>
          <w:bCs/>
          <w:i/>
          <w:iCs/>
          <w:sz w:val="22"/>
        </w:rPr>
        <w:t xml:space="preserve">Certificate of Higher Education Skills for the Workplace (Health and Social </w:t>
      </w:r>
      <w:r w:rsidR="00C6518A" w:rsidRPr="009C6A94">
        <w:rPr>
          <w:rFonts w:ascii="Arial" w:hAnsi="Arial" w:cs="Arial"/>
          <w:b/>
          <w:bCs/>
          <w:i/>
          <w:iCs/>
          <w:sz w:val="22"/>
        </w:rPr>
        <w:t>Care) -</w:t>
      </w:r>
      <w:r w:rsidRPr="009C6A94">
        <w:rPr>
          <w:rFonts w:ascii="Arial" w:hAnsi="Arial" w:cs="Arial"/>
          <w:b/>
          <w:bCs/>
          <w:i/>
          <w:iCs/>
          <w:sz w:val="22"/>
        </w:rPr>
        <w:t xml:space="preserve"> London</w:t>
      </w:r>
      <w:r w:rsidR="00000000" w:rsidRPr="009C6A94">
        <w:rPr>
          <w:rFonts w:ascii="Arial" w:hAnsi="Arial" w:cs="Arial"/>
          <w:sz w:val="22"/>
        </w:rPr>
        <w:t xml:space="preserve">| </w:t>
      </w:r>
      <w:r w:rsidRPr="009C6A94">
        <w:rPr>
          <w:rFonts w:ascii="Arial" w:hAnsi="Arial" w:cs="Arial"/>
          <w:sz w:val="22"/>
        </w:rPr>
        <w:t>University of Wales Trinity St David</w:t>
      </w:r>
      <w:r w:rsidR="00000000" w:rsidRPr="009C6A94">
        <w:rPr>
          <w:rFonts w:ascii="Arial" w:hAnsi="Arial" w:cs="Arial"/>
          <w:sz w:val="22"/>
        </w:rPr>
        <w:t xml:space="preserve">, UK   </w:t>
      </w:r>
      <w:r w:rsidRPr="009C6A94">
        <w:rPr>
          <w:rFonts w:ascii="Arial" w:hAnsi="Arial" w:cs="Arial"/>
          <w:i/>
          <w:sz w:val="22"/>
        </w:rPr>
        <w:t xml:space="preserve">Oct </w:t>
      </w:r>
      <w:r w:rsidR="00000000" w:rsidRPr="009C6A94">
        <w:rPr>
          <w:rFonts w:ascii="Arial" w:hAnsi="Arial" w:cs="Arial"/>
          <w:i/>
          <w:sz w:val="22"/>
        </w:rPr>
        <w:t>202</w:t>
      </w:r>
      <w:r w:rsidRPr="009C6A94">
        <w:rPr>
          <w:rFonts w:ascii="Arial" w:hAnsi="Arial" w:cs="Arial"/>
          <w:i/>
          <w:sz w:val="22"/>
        </w:rPr>
        <w:t>5</w:t>
      </w:r>
      <w:r w:rsidR="00000000" w:rsidRPr="009C6A94">
        <w:rPr>
          <w:rFonts w:ascii="Arial" w:hAnsi="Arial" w:cs="Arial"/>
          <w:i/>
          <w:sz w:val="22"/>
        </w:rPr>
        <w:t xml:space="preserve"> – </w:t>
      </w:r>
      <w:r w:rsidRPr="009C6A94">
        <w:rPr>
          <w:rFonts w:ascii="Arial" w:hAnsi="Arial" w:cs="Arial"/>
          <w:i/>
          <w:sz w:val="22"/>
        </w:rPr>
        <w:t>Sep</w:t>
      </w:r>
      <w:r w:rsidR="00000000" w:rsidRPr="009C6A94">
        <w:rPr>
          <w:rFonts w:ascii="Arial" w:hAnsi="Arial" w:cs="Arial"/>
          <w:i/>
          <w:sz w:val="22"/>
        </w:rPr>
        <w:t xml:space="preserve"> 202</w:t>
      </w:r>
      <w:r w:rsidRPr="009C6A94">
        <w:rPr>
          <w:rFonts w:ascii="Arial" w:hAnsi="Arial" w:cs="Arial"/>
          <w:i/>
          <w:sz w:val="22"/>
        </w:rPr>
        <w:t>26</w:t>
      </w:r>
    </w:p>
    <w:p w14:paraId="21FAEC25" w14:textId="77777777" w:rsidR="00833AC9" w:rsidRPr="009C6A94" w:rsidRDefault="00000000" w:rsidP="00D4575A">
      <w:pPr>
        <w:spacing w:after="20" w:line="360" w:lineRule="auto"/>
        <w:rPr>
          <w:rFonts w:ascii="Arial" w:hAnsi="Arial" w:cs="Arial"/>
          <w:sz w:val="22"/>
        </w:rPr>
      </w:pPr>
      <w:r w:rsidRPr="009C6A94">
        <w:rPr>
          <w:rFonts w:ascii="Arial" w:hAnsi="Arial" w:cs="Arial"/>
          <w:b/>
          <w:sz w:val="22"/>
        </w:rPr>
        <w:t>Higher Secondary Certificate – Humanities</w:t>
      </w:r>
      <w:r w:rsidRPr="009C6A94">
        <w:rPr>
          <w:rFonts w:ascii="Arial" w:hAnsi="Arial" w:cs="Arial"/>
          <w:sz w:val="22"/>
        </w:rPr>
        <w:t xml:space="preserve"> | Mirza Golam Hafiz College, Rajshahi, Bangladesh   </w:t>
      </w:r>
      <w:r w:rsidRPr="009C6A94">
        <w:rPr>
          <w:rFonts w:ascii="Arial" w:hAnsi="Arial" w:cs="Arial"/>
          <w:i/>
          <w:sz w:val="22"/>
        </w:rPr>
        <w:t>Sep 2009 – Jul 2011</w:t>
      </w:r>
    </w:p>
    <w:p w14:paraId="324215E4" w14:textId="77777777" w:rsidR="00833AC9" w:rsidRPr="009C6A94" w:rsidRDefault="00000000" w:rsidP="00D4575A">
      <w:pPr>
        <w:pStyle w:val="CVHeading"/>
        <w:spacing w:line="360" w:lineRule="auto"/>
        <w:rPr>
          <w:rFonts w:ascii="Arial" w:hAnsi="Arial" w:cs="Arial"/>
          <w:color w:val="auto"/>
        </w:rPr>
      </w:pPr>
      <w:r w:rsidRPr="009C6A94">
        <w:rPr>
          <w:rFonts w:ascii="Arial" w:hAnsi="Arial" w:cs="Arial"/>
          <w:color w:val="auto"/>
        </w:rPr>
        <w:t>ACHIEVEMENTS &amp; DEVELOPMENT</w:t>
      </w:r>
    </w:p>
    <w:p w14:paraId="2C4EAC7D"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Secured and completed work experience at King’s College Hospital NHS Foundation Trust to build direct understanding of health-care environments.</w:t>
      </w:r>
    </w:p>
    <w:p w14:paraId="613BF706"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Built a consistent record of customer-facing and voluntary work requiring reliability, communication, organisation and respectful support.</w:t>
      </w:r>
    </w:p>
    <w:p w14:paraId="5480832F" w14:textId="77777777" w:rsidR="00833AC9" w:rsidRPr="009C6A94" w:rsidRDefault="00000000" w:rsidP="00D4575A">
      <w:pPr>
        <w:spacing w:after="20" w:line="360" w:lineRule="auto"/>
        <w:ind w:left="230" w:hanging="173"/>
        <w:rPr>
          <w:rFonts w:ascii="Arial" w:hAnsi="Arial" w:cs="Arial"/>
          <w:sz w:val="22"/>
        </w:rPr>
      </w:pPr>
      <w:r w:rsidRPr="009C6A94">
        <w:rPr>
          <w:rFonts w:ascii="Arial" w:hAnsi="Arial" w:cs="Arial"/>
          <w:b/>
          <w:sz w:val="22"/>
        </w:rPr>
        <w:t xml:space="preserve">• </w:t>
      </w:r>
      <w:r w:rsidRPr="009C6A94">
        <w:rPr>
          <w:rFonts w:ascii="Arial" w:hAnsi="Arial" w:cs="Arial"/>
          <w:sz w:val="22"/>
        </w:rPr>
        <w:t>Developed multilingual communication skills that can help build rapport with people from diverse communities.</w:t>
      </w:r>
    </w:p>
    <w:p w14:paraId="61359264" w14:textId="77777777" w:rsidR="00833AC9" w:rsidRPr="009C6A94" w:rsidRDefault="00000000" w:rsidP="00D4575A">
      <w:pPr>
        <w:pStyle w:val="CVHeading"/>
        <w:spacing w:line="360" w:lineRule="auto"/>
        <w:rPr>
          <w:rFonts w:ascii="Arial" w:hAnsi="Arial" w:cs="Arial"/>
          <w:color w:val="auto"/>
        </w:rPr>
      </w:pPr>
      <w:r w:rsidRPr="009C6A94">
        <w:rPr>
          <w:rFonts w:ascii="Arial" w:hAnsi="Arial" w:cs="Arial"/>
          <w:color w:val="auto"/>
        </w:rPr>
        <w:t>INTERESTS &amp; HOBBIES</w:t>
      </w:r>
    </w:p>
    <w:p w14:paraId="5F3DEAE1" w14:textId="77777777" w:rsidR="00833AC9" w:rsidRPr="009C6A94" w:rsidRDefault="00000000" w:rsidP="00D4575A">
      <w:pPr>
        <w:spacing w:after="60" w:line="360" w:lineRule="auto"/>
        <w:rPr>
          <w:rFonts w:ascii="Arial" w:hAnsi="Arial" w:cs="Arial"/>
          <w:sz w:val="22"/>
        </w:rPr>
      </w:pPr>
      <w:r w:rsidRPr="009C6A94">
        <w:rPr>
          <w:rFonts w:ascii="Arial" w:hAnsi="Arial" w:cs="Arial"/>
          <w:sz w:val="22"/>
        </w:rPr>
        <w:t>Reading, travelling, cooking, walking, films and series, and socialising with family and friends. Cooking and walking support my interest in healthy daily routines, while reading and travelling help me remain curious about different people and cultures.</w:t>
      </w:r>
    </w:p>
    <w:p w14:paraId="6568B0CC" w14:textId="77777777" w:rsidR="00833AC9" w:rsidRPr="009C6A94" w:rsidRDefault="00000000" w:rsidP="00D4575A">
      <w:pPr>
        <w:pStyle w:val="CVHeading"/>
        <w:spacing w:line="360" w:lineRule="auto"/>
        <w:jc w:val="both"/>
        <w:rPr>
          <w:rFonts w:ascii="Arial" w:hAnsi="Arial" w:cs="Arial"/>
          <w:color w:val="auto"/>
        </w:rPr>
      </w:pPr>
      <w:r w:rsidRPr="009C6A94">
        <w:rPr>
          <w:rFonts w:ascii="Arial" w:hAnsi="Arial" w:cs="Arial"/>
          <w:color w:val="auto"/>
        </w:rPr>
        <w:t>REFERENCES</w:t>
      </w:r>
    </w:p>
    <w:p w14:paraId="5D8ACF97" w14:textId="0C86CF77" w:rsidR="00D4575A" w:rsidRPr="009C6A94" w:rsidRDefault="00D4575A" w:rsidP="00D4575A">
      <w:pPr>
        <w:spacing w:line="360" w:lineRule="auto"/>
        <w:rPr>
          <w:rFonts w:ascii="Arial" w:hAnsi="Arial" w:cs="Arial"/>
          <w:sz w:val="22"/>
        </w:rPr>
      </w:pPr>
      <w:r w:rsidRPr="009C6A94">
        <w:rPr>
          <w:rFonts w:ascii="Arial" w:hAnsi="Arial" w:cs="Arial"/>
          <w:sz w:val="22"/>
        </w:rPr>
        <w:t>Imam Hussain</w:t>
      </w:r>
      <w:r w:rsidRPr="009C6A94">
        <w:rPr>
          <w:rFonts w:ascii="Arial" w:hAnsi="Arial" w:cs="Arial"/>
          <w:sz w:val="22"/>
        </w:rPr>
        <w:t xml:space="preserve"> </w:t>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Ripon Mia</w:t>
      </w:r>
    </w:p>
    <w:p w14:paraId="612A2820" w14:textId="77011277" w:rsidR="00D4575A" w:rsidRPr="009C6A94" w:rsidRDefault="00D4575A" w:rsidP="00D4575A">
      <w:pPr>
        <w:spacing w:line="360" w:lineRule="auto"/>
        <w:rPr>
          <w:rFonts w:ascii="Arial" w:hAnsi="Arial" w:cs="Arial"/>
          <w:sz w:val="22"/>
        </w:rPr>
      </w:pPr>
      <w:r w:rsidRPr="009C6A94">
        <w:rPr>
          <w:rFonts w:ascii="Arial" w:hAnsi="Arial" w:cs="Arial"/>
          <w:sz w:val="22"/>
        </w:rPr>
        <w:t xml:space="preserve">Care Worker, </w:t>
      </w:r>
      <w:proofErr w:type="spellStart"/>
      <w:r w:rsidRPr="009C6A94">
        <w:rPr>
          <w:rFonts w:ascii="Arial" w:hAnsi="Arial" w:cs="Arial"/>
          <w:sz w:val="22"/>
        </w:rPr>
        <w:t>Brightpath</w:t>
      </w:r>
      <w:proofErr w:type="spellEnd"/>
      <w:r w:rsidRPr="009C6A94">
        <w:rPr>
          <w:rFonts w:ascii="Arial" w:hAnsi="Arial" w:cs="Arial"/>
          <w:sz w:val="22"/>
        </w:rPr>
        <w:t xml:space="preserve"> Healthcare</w:t>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t xml:space="preserve">paralegal at Londinium solicitors </w:t>
      </w:r>
    </w:p>
    <w:p w14:paraId="438B4AA3" w14:textId="2D68822D" w:rsidR="00D4575A" w:rsidRPr="009C6A94" w:rsidRDefault="00D4575A" w:rsidP="00D4575A">
      <w:pPr>
        <w:spacing w:line="360" w:lineRule="auto"/>
        <w:rPr>
          <w:rFonts w:ascii="Arial" w:hAnsi="Arial" w:cs="Arial"/>
          <w:sz w:val="22"/>
        </w:rPr>
      </w:pPr>
      <w:r w:rsidRPr="009C6A94">
        <w:rPr>
          <w:rFonts w:ascii="Arial" w:hAnsi="Arial" w:cs="Arial"/>
          <w:sz w:val="22"/>
        </w:rPr>
        <w:t xml:space="preserve">Email: </w:t>
      </w:r>
      <w:hyperlink r:id="rId8" w:history="1">
        <w:r w:rsidRPr="009C6A94">
          <w:rPr>
            <w:rStyle w:val="Hyperlink"/>
            <w:rFonts w:ascii="Arial" w:hAnsi="Arial" w:cs="Arial"/>
            <w:color w:val="auto"/>
            <w:sz w:val="22"/>
            <w:u w:val="none"/>
          </w:rPr>
          <w:t>imam560@gmail.com</w:t>
        </w:r>
      </w:hyperlink>
      <w:r w:rsidRPr="009C6A94">
        <w:rPr>
          <w:rFonts w:ascii="Arial" w:hAnsi="Arial" w:cs="Arial"/>
          <w:sz w:val="22"/>
        </w:rPr>
        <w:t xml:space="preserve"> </w:t>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ab/>
      </w:r>
      <w:r w:rsidRPr="009C6A94">
        <w:rPr>
          <w:rFonts w:ascii="Arial" w:hAnsi="Arial" w:cs="Arial"/>
          <w:sz w:val="22"/>
        </w:rPr>
        <w:t>Email: repon777748@yahoo.com</w:t>
      </w:r>
    </w:p>
    <w:p w14:paraId="5B23DDD7" w14:textId="77777777" w:rsidR="00C6518A" w:rsidRDefault="00C6518A" w:rsidP="00D31936">
      <w:pPr>
        <w:spacing w:line="360" w:lineRule="auto"/>
        <w:rPr>
          <w:rFonts w:ascii="Arial" w:hAnsi="Arial" w:cs="Arial"/>
          <w:b/>
          <w:bCs/>
          <w:sz w:val="22"/>
          <w:u w:val="single"/>
        </w:rPr>
      </w:pPr>
    </w:p>
    <w:p w14:paraId="33A0504E" w14:textId="2A495A8F" w:rsidR="00000000" w:rsidRPr="009C6A94" w:rsidRDefault="00D31936" w:rsidP="00D31936">
      <w:pPr>
        <w:spacing w:line="360" w:lineRule="auto"/>
        <w:rPr>
          <w:rFonts w:ascii="Arial" w:hAnsi="Arial" w:cs="Arial"/>
          <w:b/>
          <w:bCs/>
          <w:sz w:val="22"/>
          <w:u w:val="single"/>
        </w:rPr>
      </w:pPr>
      <w:r w:rsidRPr="009C6A94">
        <w:rPr>
          <w:rFonts w:ascii="Arial" w:hAnsi="Arial" w:cs="Arial"/>
          <w:b/>
          <w:bCs/>
          <w:sz w:val="22"/>
          <w:u w:val="single"/>
        </w:rPr>
        <w:lastRenderedPageBreak/>
        <w:t>T</w:t>
      </w:r>
      <w:r w:rsidR="00522B9B" w:rsidRPr="009C6A94">
        <w:rPr>
          <w:rFonts w:ascii="Arial" w:hAnsi="Arial" w:cs="Arial"/>
          <w:b/>
          <w:bCs/>
          <w:sz w:val="22"/>
          <w:u w:val="single"/>
        </w:rPr>
        <w:t xml:space="preserve">ASK </w:t>
      </w:r>
      <w:r w:rsidRPr="009C6A94">
        <w:rPr>
          <w:rFonts w:ascii="Arial" w:hAnsi="Arial" w:cs="Arial"/>
          <w:b/>
          <w:bCs/>
          <w:sz w:val="22"/>
          <w:u w:val="single"/>
        </w:rPr>
        <w:t>2</w:t>
      </w:r>
      <w:r w:rsidR="009C6A94" w:rsidRPr="009C6A94">
        <w:rPr>
          <w:rFonts w:ascii="Arial" w:hAnsi="Arial" w:cs="Arial"/>
          <w:b/>
          <w:bCs/>
          <w:sz w:val="22"/>
          <w:u w:val="single"/>
        </w:rPr>
        <w:t xml:space="preserve"> OF 4</w:t>
      </w:r>
    </w:p>
    <w:p w14:paraId="3C9A773A" w14:textId="77777777" w:rsidR="00D31936" w:rsidRPr="009C6A94" w:rsidRDefault="00D31936" w:rsidP="00D31936">
      <w:pPr>
        <w:spacing w:line="360" w:lineRule="auto"/>
        <w:rPr>
          <w:rFonts w:ascii="Arial" w:hAnsi="Arial" w:cs="Arial"/>
          <w:sz w:val="22"/>
        </w:rPr>
      </w:pPr>
    </w:p>
    <w:p w14:paraId="23A48572" w14:textId="77777777" w:rsidR="00D31936" w:rsidRPr="009C6A94" w:rsidRDefault="00D31936" w:rsidP="00D31936">
      <w:pPr>
        <w:spacing w:line="360" w:lineRule="auto"/>
        <w:jc w:val="both"/>
        <w:rPr>
          <w:rFonts w:ascii="Arial" w:hAnsi="Arial" w:cs="Arial"/>
          <w:b/>
          <w:bCs/>
          <w:sz w:val="22"/>
          <w:lang w:val="en-GB"/>
        </w:rPr>
      </w:pPr>
      <w:r w:rsidRPr="009C6A94">
        <w:rPr>
          <w:rFonts w:ascii="Arial" w:hAnsi="Arial" w:cs="Arial"/>
          <w:b/>
          <w:bCs/>
          <w:sz w:val="22"/>
          <w:lang w:val="en-GB"/>
        </w:rPr>
        <w:t>Personal Statement</w:t>
      </w:r>
    </w:p>
    <w:p w14:paraId="79A024A4" w14:textId="77777777" w:rsidR="00D31936" w:rsidRPr="009C6A94" w:rsidRDefault="00D31936" w:rsidP="00D31936">
      <w:pPr>
        <w:spacing w:line="360" w:lineRule="auto"/>
        <w:jc w:val="both"/>
        <w:rPr>
          <w:rFonts w:ascii="Arial" w:hAnsi="Arial" w:cs="Arial"/>
          <w:sz w:val="22"/>
          <w:lang w:val="en-GB"/>
        </w:rPr>
      </w:pPr>
      <w:r w:rsidRPr="009C6A94">
        <w:rPr>
          <w:rFonts w:ascii="Arial" w:hAnsi="Arial" w:cs="Arial"/>
          <w:sz w:val="22"/>
          <w:lang w:val="en-GB"/>
        </w:rPr>
        <w:t>I would like to work as a Care Worker because I enjoy helping people and I want to build my future career in health and social care. For me, care work is about more than helping someone with their daily routine. It is also about listening to them, understanding their individual needs and making sure they feel respected, safe and comfortable. My career aim is to gain more practical experience in care and gradually develop my knowledge and confidence so that I can progress within the health and social care sector.</w:t>
      </w:r>
    </w:p>
    <w:p w14:paraId="71280505" w14:textId="77777777" w:rsidR="00D31936" w:rsidRPr="009C6A94" w:rsidRDefault="00D31936" w:rsidP="00D31936">
      <w:pPr>
        <w:spacing w:line="360" w:lineRule="auto"/>
        <w:jc w:val="both"/>
        <w:rPr>
          <w:rFonts w:ascii="Arial" w:hAnsi="Arial" w:cs="Arial"/>
          <w:sz w:val="22"/>
          <w:lang w:val="en-GB"/>
        </w:rPr>
      </w:pPr>
    </w:p>
    <w:p w14:paraId="0FAA8EF2" w14:textId="77777777" w:rsidR="00D31936" w:rsidRPr="009C6A94" w:rsidRDefault="00D31936" w:rsidP="00D31936">
      <w:pPr>
        <w:spacing w:line="360" w:lineRule="auto"/>
        <w:jc w:val="both"/>
        <w:rPr>
          <w:rFonts w:ascii="Arial" w:hAnsi="Arial" w:cs="Arial"/>
          <w:sz w:val="22"/>
          <w:lang w:val="en-GB"/>
        </w:rPr>
      </w:pPr>
      <w:r w:rsidRPr="009C6A94">
        <w:rPr>
          <w:rFonts w:ascii="Arial" w:hAnsi="Arial" w:cs="Arial"/>
          <w:sz w:val="22"/>
          <w:lang w:val="en-GB"/>
        </w:rPr>
        <w:t>I am studying the Certificate of Higher Education Skills for the Workplace (Health and Social Care) at the University of Wales Trinity Saint David (UWTSD). My studies have given me a better understanding of the type of responsibilities I may have when working with people who need care and support. I have completed modules related to this career, including Introduction to Health and Social Care, Introduction to Public Health, Psychology in Health and Social Care, Professional Career Development within Health and Social Care, Academic and Employability Skills, and Digital Skills and Research Methods.</w:t>
      </w:r>
    </w:p>
    <w:p w14:paraId="60E8ABCE" w14:textId="77777777" w:rsidR="00522B9B" w:rsidRPr="009C6A94" w:rsidRDefault="00522B9B" w:rsidP="00D31936">
      <w:pPr>
        <w:spacing w:line="360" w:lineRule="auto"/>
        <w:jc w:val="both"/>
        <w:rPr>
          <w:rFonts w:ascii="Arial" w:hAnsi="Arial" w:cs="Arial"/>
          <w:sz w:val="22"/>
          <w:lang w:val="en-GB"/>
        </w:rPr>
      </w:pPr>
    </w:p>
    <w:p w14:paraId="1D3A903D" w14:textId="77777777" w:rsidR="00D31936" w:rsidRPr="009C6A94" w:rsidRDefault="00D31936" w:rsidP="00D31936">
      <w:pPr>
        <w:spacing w:line="360" w:lineRule="auto"/>
        <w:jc w:val="both"/>
        <w:rPr>
          <w:rFonts w:ascii="Arial" w:hAnsi="Arial" w:cs="Arial"/>
          <w:sz w:val="22"/>
          <w:lang w:val="en-GB"/>
        </w:rPr>
      </w:pPr>
      <w:r w:rsidRPr="009C6A94">
        <w:rPr>
          <w:rFonts w:ascii="Arial" w:hAnsi="Arial" w:cs="Arial"/>
          <w:sz w:val="22"/>
          <w:lang w:val="en-GB"/>
        </w:rPr>
        <w:t>These modules have been useful because they have helped me look at care from different perspectives. For example, studying health and social care and psychology has helped me understand that every person has different physical, emotional and social needs. I have also learned more about professional behaviour, communication and developing the skills needed for employment. I believe this knowledge will be useful when supporting clients with their everyday needs.</w:t>
      </w:r>
    </w:p>
    <w:p w14:paraId="70EB5716" w14:textId="77777777" w:rsidR="00522B9B" w:rsidRPr="009C6A94" w:rsidRDefault="00522B9B" w:rsidP="00D31936">
      <w:pPr>
        <w:spacing w:line="360" w:lineRule="auto"/>
        <w:jc w:val="both"/>
        <w:rPr>
          <w:rFonts w:ascii="Arial" w:hAnsi="Arial" w:cs="Arial"/>
          <w:sz w:val="22"/>
          <w:lang w:val="en-GB"/>
        </w:rPr>
      </w:pPr>
    </w:p>
    <w:p w14:paraId="6ABC4215" w14:textId="77777777" w:rsidR="00D31936" w:rsidRPr="009C6A94" w:rsidRDefault="00D31936" w:rsidP="00D31936">
      <w:pPr>
        <w:spacing w:line="360" w:lineRule="auto"/>
        <w:jc w:val="both"/>
        <w:rPr>
          <w:rFonts w:ascii="Arial" w:hAnsi="Arial" w:cs="Arial"/>
          <w:sz w:val="22"/>
          <w:lang w:val="en-GB"/>
        </w:rPr>
      </w:pPr>
      <w:r w:rsidRPr="009C6A94">
        <w:rPr>
          <w:rFonts w:ascii="Arial" w:hAnsi="Arial" w:cs="Arial"/>
          <w:sz w:val="22"/>
          <w:lang w:val="en-GB"/>
        </w:rPr>
        <w:t>I also completed work experience at King’s College Hospital NHS Foundation Trust from 20 June to 30 July 2026. This gave me the opportunity to experience a real healthcare environment and helped me understand the importance of being respectful, responsible and professional when working around patients and healthcare staff. It also increased my interest in developing a career where I can support other people.</w:t>
      </w:r>
    </w:p>
    <w:p w14:paraId="53401C3C" w14:textId="77777777" w:rsidR="00D31936" w:rsidRPr="009C6A94" w:rsidRDefault="00D31936" w:rsidP="00D31936">
      <w:pPr>
        <w:spacing w:line="360" w:lineRule="auto"/>
        <w:jc w:val="both"/>
        <w:rPr>
          <w:rFonts w:ascii="Arial" w:hAnsi="Arial" w:cs="Arial"/>
          <w:sz w:val="22"/>
          <w:lang w:val="en-GB"/>
        </w:rPr>
      </w:pPr>
      <w:r w:rsidRPr="009C6A94">
        <w:rPr>
          <w:rFonts w:ascii="Arial" w:hAnsi="Arial" w:cs="Arial"/>
          <w:sz w:val="22"/>
          <w:lang w:val="en-GB"/>
        </w:rPr>
        <w:t>My previous experiences have helped me develop skills that I can bring to care work. Through caring for family members, I have experience with preparing meals, maintaining a clean and safe home and providing practical help when someone is unwell. I have also worked as a Sales Assistant and Waiter and currently volunteer at a PDSA Charity Shop. These experiences have taught me how to communicate with different people, listen carefully, work as part of a team and remain calm when situations become busy.</w:t>
      </w:r>
    </w:p>
    <w:p w14:paraId="745C027A" w14:textId="77777777" w:rsidR="00522B9B" w:rsidRPr="009C6A94" w:rsidRDefault="00522B9B" w:rsidP="00D31936">
      <w:pPr>
        <w:spacing w:line="360" w:lineRule="auto"/>
        <w:jc w:val="both"/>
        <w:rPr>
          <w:rFonts w:ascii="Arial" w:hAnsi="Arial" w:cs="Arial"/>
          <w:sz w:val="22"/>
          <w:lang w:val="en-GB"/>
        </w:rPr>
      </w:pPr>
    </w:p>
    <w:p w14:paraId="5D880642" w14:textId="77777777" w:rsidR="00D31936" w:rsidRPr="009C6A94" w:rsidRDefault="00D31936" w:rsidP="00D31936">
      <w:pPr>
        <w:spacing w:line="360" w:lineRule="auto"/>
        <w:jc w:val="both"/>
        <w:rPr>
          <w:rFonts w:ascii="Arial" w:hAnsi="Arial" w:cs="Arial"/>
          <w:sz w:val="22"/>
          <w:lang w:val="en-GB"/>
        </w:rPr>
      </w:pPr>
      <w:r w:rsidRPr="009C6A94">
        <w:rPr>
          <w:rFonts w:ascii="Arial" w:hAnsi="Arial" w:cs="Arial"/>
          <w:sz w:val="22"/>
          <w:lang w:val="en-GB"/>
        </w:rPr>
        <w:t xml:space="preserve">I would describe myself as patient, caring, reliable and willing to learn. I can speak English, Bangla, Urdu and Hindi, which can also help me communicate with people from different backgrounds. I understand that a Care </w:t>
      </w:r>
      <w:r w:rsidRPr="009C6A94">
        <w:rPr>
          <w:rFonts w:ascii="Arial" w:hAnsi="Arial" w:cs="Arial"/>
          <w:sz w:val="22"/>
          <w:lang w:val="en-GB"/>
        </w:rPr>
        <w:lastRenderedPageBreak/>
        <w:t>Worker may need to help clients with personal care, food, activities and other daily needs while observing their wellbeing and reporting concerns when necessary.</w:t>
      </w:r>
    </w:p>
    <w:p w14:paraId="1113EAD7" w14:textId="77777777" w:rsidR="00D31936" w:rsidRPr="009C6A94" w:rsidRDefault="00D31936" w:rsidP="00D31936">
      <w:pPr>
        <w:spacing w:line="360" w:lineRule="auto"/>
        <w:jc w:val="both"/>
        <w:rPr>
          <w:rFonts w:ascii="Arial" w:hAnsi="Arial" w:cs="Arial"/>
          <w:sz w:val="22"/>
          <w:lang w:val="en-GB"/>
        </w:rPr>
      </w:pPr>
    </w:p>
    <w:p w14:paraId="5EB5CD55" w14:textId="77777777" w:rsidR="00522B9B" w:rsidRPr="009C6A94" w:rsidRDefault="00D31936" w:rsidP="00522B9B">
      <w:pPr>
        <w:spacing w:line="360" w:lineRule="auto"/>
        <w:jc w:val="both"/>
        <w:rPr>
          <w:rFonts w:ascii="Arial" w:hAnsi="Arial" w:cs="Arial"/>
          <w:sz w:val="22"/>
          <w:lang w:val="en-GB"/>
        </w:rPr>
      </w:pPr>
      <w:r w:rsidRPr="009C6A94">
        <w:rPr>
          <w:rFonts w:ascii="Arial" w:hAnsi="Arial" w:cs="Arial"/>
          <w:sz w:val="22"/>
        </w:rPr>
        <w:t xml:space="preserve">An important part of my caring experience comes from raising and looking after my two sons. </w:t>
      </w:r>
      <w:r w:rsidR="00522B9B" w:rsidRPr="009C6A94">
        <w:rPr>
          <w:rFonts w:ascii="Arial" w:hAnsi="Arial" w:cs="Arial"/>
          <w:sz w:val="22"/>
          <w:lang w:val="en-GB"/>
        </w:rPr>
        <w:t>Raising my two sons has given me valuable caring experience. I have always looked after their daily needs, including preparing meals, helping with hygiene, keeping the home safe and caring for them when they were unwell. Being a mother has taught me to be patient, responsible and understanding. I have also learned to notice when something is wrong and respond calmly.</w:t>
      </w:r>
    </w:p>
    <w:p w14:paraId="5FE0D800" w14:textId="77777777" w:rsidR="00522B9B" w:rsidRPr="009C6A94" w:rsidRDefault="00522B9B" w:rsidP="00522B9B">
      <w:pPr>
        <w:spacing w:line="360" w:lineRule="auto"/>
        <w:jc w:val="both"/>
        <w:rPr>
          <w:rFonts w:ascii="Arial" w:hAnsi="Arial" w:cs="Arial"/>
          <w:sz w:val="22"/>
          <w:lang w:val="en-GB"/>
        </w:rPr>
      </w:pPr>
    </w:p>
    <w:p w14:paraId="7F931782"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t>As my sons have grown, I have supported them while encouraging them to become more independent. This has taught me that caring is not only about practical help but also about listening, giving emotional support and making someone feel safe and respected. These experiences have developed my communication, patience and caring skills, which I believe will be useful in my role as a Care Worker.</w:t>
      </w:r>
    </w:p>
    <w:p w14:paraId="1DCB0DF6" w14:textId="48F9CA11" w:rsidR="00522B9B" w:rsidRPr="009C6A94" w:rsidRDefault="00522B9B" w:rsidP="00D31936">
      <w:pPr>
        <w:spacing w:line="360" w:lineRule="auto"/>
        <w:jc w:val="both"/>
        <w:rPr>
          <w:rFonts w:ascii="Arial" w:hAnsi="Arial" w:cs="Arial"/>
          <w:sz w:val="22"/>
        </w:rPr>
      </w:pPr>
    </w:p>
    <w:p w14:paraId="4664F15C" w14:textId="287EA6A0" w:rsidR="00D31936" w:rsidRPr="009C6A94" w:rsidRDefault="00D31936" w:rsidP="00D31936">
      <w:pPr>
        <w:spacing w:line="360" w:lineRule="auto"/>
        <w:jc w:val="both"/>
        <w:rPr>
          <w:rFonts w:ascii="Arial" w:hAnsi="Arial" w:cs="Arial"/>
          <w:sz w:val="22"/>
          <w:lang w:val="en-GB"/>
        </w:rPr>
      </w:pPr>
      <w:r w:rsidRPr="009C6A94">
        <w:rPr>
          <w:rFonts w:ascii="Arial" w:hAnsi="Arial" w:cs="Arial"/>
          <w:sz w:val="22"/>
          <w:lang w:val="en-GB"/>
        </w:rPr>
        <w:t>I believe my education, life experience and personal qualities would allow me to make a positive contribution to an employer. Most importantly, I would treat the people I support with kindness, dignity and respect. I am keen to continue learning through practical experience and develop myself into a confident and responsible Care Worker.</w:t>
      </w:r>
    </w:p>
    <w:p w14:paraId="096E122E" w14:textId="77777777" w:rsidR="00D31936" w:rsidRPr="009C6A94" w:rsidRDefault="00D31936" w:rsidP="00D31936">
      <w:pPr>
        <w:spacing w:line="360" w:lineRule="auto"/>
        <w:jc w:val="both"/>
        <w:rPr>
          <w:rFonts w:ascii="Arial" w:hAnsi="Arial" w:cs="Arial"/>
          <w:sz w:val="22"/>
        </w:rPr>
      </w:pPr>
    </w:p>
    <w:p w14:paraId="43F70A81" w14:textId="77777777" w:rsidR="00D31936" w:rsidRPr="009C6A94" w:rsidRDefault="00D31936" w:rsidP="00D31936">
      <w:pPr>
        <w:spacing w:line="360" w:lineRule="auto"/>
        <w:jc w:val="both"/>
        <w:rPr>
          <w:rFonts w:ascii="Arial" w:hAnsi="Arial" w:cs="Arial"/>
          <w:sz w:val="22"/>
        </w:rPr>
      </w:pPr>
    </w:p>
    <w:p w14:paraId="21C10115" w14:textId="10D424A6" w:rsidR="00522B9B" w:rsidRPr="009C6A94" w:rsidRDefault="00522B9B" w:rsidP="00D31936">
      <w:pPr>
        <w:spacing w:line="360" w:lineRule="auto"/>
        <w:jc w:val="both"/>
        <w:rPr>
          <w:rFonts w:ascii="Arial" w:hAnsi="Arial" w:cs="Arial"/>
          <w:b/>
          <w:bCs/>
          <w:sz w:val="22"/>
          <w:u w:val="single"/>
        </w:rPr>
      </w:pPr>
      <w:r w:rsidRPr="009C6A94">
        <w:rPr>
          <w:rFonts w:ascii="Arial" w:hAnsi="Arial" w:cs="Arial"/>
          <w:b/>
          <w:bCs/>
          <w:sz w:val="22"/>
          <w:u w:val="single"/>
        </w:rPr>
        <w:t xml:space="preserve">TASK 3 </w:t>
      </w:r>
      <w:r w:rsidR="009C6A94" w:rsidRPr="009C6A94">
        <w:rPr>
          <w:rFonts w:ascii="Arial" w:hAnsi="Arial" w:cs="Arial"/>
          <w:b/>
          <w:bCs/>
          <w:sz w:val="22"/>
          <w:u w:val="single"/>
        </w:rPr>
        <w:t>OF 4</w:t>
      </w:r>
    </w:p>
    <w:p w14:paraId="190E1CC4" w14:textId="77777777" w:rsidR="00522B9B" w:rsidRPr="009C6A94" w:rsidRDefault="00522B9B" w:rsidP="00D31936">
      <w:pPr>
        <w:spacing w:line="360" w:lineRule="auto"/>
        <w:jc w:val="both"/>
        <w:rPr>
          <w:rFonts w:ascii="Arial" w:hAnsi="Arial" w:cs="Arial"/>
          <w:sz w:val="22"/>
        </w:rPr>
      </w:pPr>
    </w:p>
    <w:p w14:paraId="6AFB0F47" w14:textId="77777777" w:rsidR="00522B9B" w:rsidRPr="009C6A94" w:rsidRDefault="00522B9B" w:rsidP="00522B9B">
      <w:pPr>
        <w:spacing w:line="360" w:lineRule="auto"/>
        <w:jc w:val="both"/>
        <w:rPr>
          <w:rFonts w:ascii="Arial" w:hAnsi="Arial" w:cs="Arial"/>
          <w:b/>
          <w:bCs/>
          <w:sz w:val="22"/>
          <w:lang w:val="en-GB"/>
        </w:rPr>
      </w:pPr>
      <w:r w:rsidRPr="009C6A94">
        <w:rPr>
          <w:rFonts w:ascii="Arial" w:hAnsi="Arial" w:cs="Arial"/>
          <w:b/>
          <w:bCs/>
          <w:sz w:val="22"/>
          <w:lang w:val="en-GB"/>
        </w:rPr>
        <w:t>a) SWOT Analysis – Care Worker</w:t>
      </w:r>
    </w:p>
    <w:p w14:paraId="3C860CA8"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t>Strengths:</w:t>
      </w:r>
      <w:r w:rsidRPr="009C6A94">
        <w:rPr>
          <w:rFonts w:ascii="Arial" w:hAnsi="Arial" w:cs="Arial"/>
          <w:sz w:val="22"/>
          <w:lang w:val="en-GB"/>
        </w:rPr>
        <w:br/>
        <w:t>I feel that one of my main strengths is that I am a caring and patient person. I am a good listener and I enjoy helping others. Looking after my family, working with customers and completing work experience in a hospital have helped me become more responsible and confident when communicating with different people. My Health and Social Care studies have also helped me understand more about caring for people and their wellbeing.</w:t>
      </w:r>
    </w:p>
    <w:p w14:paraId="7DA0583A"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t>Weaknesses:</w:t>
      </w:r>
      <w:r w:rsidRPr="009C6A94">
        <w:rPr>
          <w:rFonts w:ascii="Arial" w:hAnsi="Arial" w:cs="Arial"/>
          <w:sz w:val="22"/>
          <w:lang w:val="en-GB"/>
        </w:rPr>
        <w:br/>
        <w:t>One of my weaknesses is that I do not yet have much paid experience as a Care Worker. I also need more practical training in areas such as first aid, safeguarding, moving and handling, and infection control. I hope to improve these areas through training and work experience.</w:t>
      </w:r>
    </w:p>
    <w:p w14:paraId="0B65A90D"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lastRenderedPageBreak/>
        <w:t>Opportunities:</w:t>
      </w:r>
      <w:r w:rsidRPr="009C6A94">
        <w:rPr>
          <w:rFonts w:ascii="Arial" w:hAnsi="Arial" w:cs="Arial"/>
          <w:sz w:val="22"/>
          <w:lang w:val="en-GB"/>
        </w:rPr>
        <w:br/>
        <w:t>My current Health and Social Care course gives me the opportunity to develop my knowledge and prepare for care work. I can also apply for care jobs and volunteering opportunities to gain more practical experience.</w:t>
      </w:r>
    </w:p>
    <w:p w14:paraId="5613147D"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t>Threats:</w:t>
      </w:r>
      <w:r w:rsidRPr="009C6A94">
        <w:rPr>
          <w:rFonts w:ascii="Arial" w:hAnsi="Arial" w:cs="Arial"/>
          <w:sz w:val="22"/>
          <w:lang w:val="en-GB"/>
        </w:rPr>
        <w:br/>
        <w:t>Care work can sometimes be physically and emotionally challenging. Another challenge for me may be balancing my studies, family responsibilities and work. There may also be other applicants who already have more care experience.</w:t>
      </w:r>
    </w:p>
    <w:p w14:paraId="3505E52A" w14:textId="77777777" w:rsidR="00522B9B" w:rsidRPr="009C6A94" w:rsidRDefault="00522B9B" w:rsidP="00522B9B">
      <w:pPr>
        <w:spacing w:line="360" w:lineRule="auto"/>
        <w:jc w:val="both"/>
        <w:rPr>
          <w:rFonts w:ascii="Arial" w:hAnsi="Arial" w:cs="Arial"/>
          <w:b/>
          <w:bCs/>
          <w:sz w:val="22"/>
          <w:lang w:val="en-GB"/>
        </w:rPr>
      </w:pPr>
      <w:r w:rsidRPr="009C6A94">
        <w:rPr>
          <w:rFonts w:ascii="Arial" w:hAnsi="Arial" w:cs="Arial"/>
          <w:b/>
          <w:bCs/>
          <w:sz w:val="22"/>
          <w:lang w:val="en-GB"/>
        </w:rPr>
        <w:t>b) Personal Development Plan (PDP)</w:t>
      </w:r>
    </w:p>
    <w:p w14:paraId="3E35495C"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t>My first goal is to gain more practical care experience within the next 6–12 months by applying for Care Worker or volunteering opportunities.</w:t>
      </w:r>
    </w:p>
    <w:p w14:paraId="1D4C24BE"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t>My second goal is to complete useful training, including safeguarding, first aid, moving and handling, and infection control, within the next year.</w:t>
      </w:r>
    </w:p>
    <w:p w14:paraId="0D2A4A18" w14:textId="77777777" w:rsidR="00522B9B" w:rsidRPr="009C6A94" w:rsidRDefault="00522B9B" w:rsidP="00522B9B">
      <w:pPr>
        <w:spacing w:line="360" w:lineRule="auto"/>
        <w:jc w:val="both"/>
        <w:rPr>
          <w:rFonts w:ascii="Arial" w:hAnsi="Arial" w:cs="Arial"/>
          <w:sz w:val="22"/>
          <w:lang w:val="en-GB"/>
        </w:rPr>
      </w:pPr>
      <w:r w:rsidRPr="009C6A94">
        <w:rPr>
          <w:rFonts w:ascii="Arial" w:hAnsi="Arial" w:cs="Arial"/>
          <w:sz w:val="22"/>
          <w:lang w:val="en-GB"/>
        </w:rPr>
        <w:t>My third goal is to complete my Health and Social Care studies and continue developing my career over the next two years. I will check my progress every three months by looking at the training I have completed, feedback I receive, my work experience and the skills I still need to improve.</w:t>
      </w:r>
    </w:p>
    <w:p w14:paraId="3AAE163B" w14:textId="77777777" w:rsidR="009669AB" w:rsidRPr="009C6A94" w:rsidRDefault="009669AB" w:rsidP="00522B9B">
      <w:pPr>
        <w:spacing w:line="360" w:lineRule="auto"/>
        <w:jc w:val="both"/>
        <w:rPr>
          <w:rFonts w:ascii="Arial" w:hAnsi="Arial" w:cs="Arial"/>
          <w:sz w:val="22"/>
          <w:lang w:val="en-GB"/>
        </w:rPr>
      </w:pPr>
    </w:p>
    <w:p w14:paraId="2B267962" w14:textId="77777777" w:rsidR="009669AB" w:rsidRPr="009C6A94" w:rsidRDefault="009669AB" w:rsidP="00522B9B">
      <w:pPr>
        <w:spacing w:line="360" w:lineRule="auto"/>
        <w:jc w:val="both"/>
        <w:rPr>
          <w:rFonts w:ascii="Arial" w:hAnsi="Arial" w:cs="Arial"/>
          <w:sz w:val="22"/>
          <w:lang w:val="en-GB"/>
        </w:rPr>
      </w:pPr>
    </w:p>
    <w:p w14:paraId="161BF379" w14:textId="5FAF272C" w:rsidR="009669AB" w:rsidRPr="009C6A94" w:rsidRDefault="009669AB" w:rsidP="00522B9B">
      <w:pPr>
        <w:spacing w:line="360" w:lineRule="auto"/>
        <w:jc w:val="both"/>
        <w:rPr>
          <w:rFonts w:ascii="Arial" w:hAnsi="Arial" w:cs="Arial"/>
          <w:b/>
          <w:bCs/>
          <w:sz w:val="22"/>
          <w:u w:val="single"/>
          <w:lang w:val="en-GB"/>
        </w:rPr>
      </w:pPr>
      <w:r w:rsidRPr="009C6A94">
        <w:rPr>
          <w:rFonts w:ascii="Arial" w:hAnsi="Arial" w:cs="Arial"/>
          <w:b/>
          <w:bCs/>
          <w:sz w:val="22"/>
          <w:u w:val="single"/>
          <w:lang w:val="en-GB"/>
        </w:rPr>
        <w:t>TASK 4</w:t>
      </w:r>
      <w:r w:rsidR="009C6A94" w:rsidRPr="009C6A94">
        <w:rPr>
          <w:rFonts w:ascii="Arial" w:hAnsi="Arial" w:cs="Arial"/>
          <w:b/>
          <w:bCs/>
          <w:sz w:val="22"/>
          <w:u w:val="single"/>
          <w:lang w:val="en-GB"/>
        </w:rPr>
        <w:t xml:space="preserve"> OF 4</w:t>
      </w:r>
    </w:p>
    <w:p w14:paraId="296A1E13" w14:textId="77777777" w:rsidR="009669AB" w:rsidRPr="009C6A94" w:rsidRDefault="009669AB" w:rsidP="00522B9B">
      <w:pPr>
        <w:spacing w:line="360" w:lineRule="auto"/>
        <w:jc w:val="both"/>
        <w:rPr>
          <w:rFonts w:ascii="Arial" w:hAnsi="Arial" w:cs="Arial"/>
          <w:sz w:val="22"/>
          <w:lang w:val="en-GB"/>
        </w:rPr>
      </w:pPr>
    </w:p>
    <w:p w14:paraId="65C9599E" w14:textId="77777777" w:rsidR="009669AB" w:rsidRPr="009C6A94" w:rsidRDefault="009669AB" w:rsidP="009669AB">
      <w:pPr>
        <w:spacing w:line="360" w:lineRule="auto"/>
        <w:jc w:val="both"/>
        <w:rPr>
          <w:rFonts w:ascii="Arial" w:hAnsi="Arial" w:cs="Arial"/>
          <w:b/>
          <w:bCs/>
          <w:sz w:val="22"/>
          <w:lang w:val="en-GB"/>
        </w:rPr>
      </w:pPr>
      <w:r w:rsidRPr="009C6A94">
        <w:rPr>
          <w:rFonts w:ascii="Arial" w:hAnsi="Arial" w:cs="Arial"/>
          <w:b/>
          <w:bCs/>
          <w:sz w:val="22"/>
          <w:lang w:val="en-GB"/>
        </w:rPr>
        <w:t>Critical Reflection on Component 1 Presentation Using Gibbs’ Reflective Cycle</w:t>
      </w:r>
    </w:p>
    <w:p w14:paraId="6ABD38AC" w14:textId="77777777" w:rsidR="009669AB" w:rsidRPr="009C6A94" w:rsidRDefault="009669AB" w:rsidP="009669AB">
      <w:pPr>
        <w:spacing w:line="360" w:lineRule="auto"/>
        <w:jc w:val="both"/>
        <w:rPr>
          <w:rFonts w:ascii="Arial" w:hAnsi="Arial" w:cs="Arial"/>
          <w:b/>
          <w:bCs/>
          <w:sz w:val="22"/>
          <w:lang w:val="en-GB"/>
        </w:rPr>
      </w:pPr>
    </w:p>
    <w:p w14:paraId="787FFEED"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 xml:space="preserve">For this reflection, I am using </w:t>
      </w:r>
      <w:r w:rsidRPr="009C6A94">
        <w:rPr>
          <w:rFonts w:ascii="Arial" w:hAnsi="Arial" w:cs="Arial"/>
          <w:b/>
          <w:bCs/>
          <w:sz w:val="22"/>
          <w:lang w:val="en-GB"/>
        </w:rPr>
        <w:t>Gibbs’ Reflective Cycle (1988)</w:t>
      </w:r>
      <w:r w:rsidRPr="009C6A94">
        <w:rPr>
          <w:rFonts w:ascii="Arial" w:hAnsi="Arial" w:cs="Arial"/>
          <w:sz w:val="22"/>
          <w:lang w:val="en-GB"/>
        </w:rPr>
        <w:t xml:space="preserve"> to look back at my LCHS4009 Component 1 presentation. Gibbs’ model includes six stages: description, feelings, evaluation, analysis, conclusion and action plan. I found this model useful because it allowed me to think honestly about my experience, including how I felt, what went well, what did not go as well as expected and what I can improve in the future.</w:t>
      </w:r>
    </w:p>
    <w:p w14:paraId="6163C5F4"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b/>
          <w:bCs/>
          <w:sz w:val="22"/>
          <w:lang w:val="en-GB"/>
        </w:rPr>
        <w:t>Description</w:t>
      </w:r>
    </w:p>
    <w:p w14:paraId="4BAE0538"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 xml:space="preserve">For Component 1, I had to prepare and deliver an individual PowerPoint presentation about an important professional skill in health and social care. I needed to explain the </w:t>
      </w:r>
      <w:proofErr w:type="gramStart"/>
      <w:r w:rsidRPr="009C6A94">
        <w:rPr>
          <w:rFonts w:ascii="Arial" w:hAnsi="Arial" w:cs="Arial"/>
          <w:sz w:val="22"/>
          <w:lang w:val="en-GB"/>
        </w:rPr>
        <w:t>skill,</w:t>
      </w:r>
      <w:proofErr w:type="gramEnd"/>
      <w:r w:rsidRPr="009C6A94">
        <w:rPr>
          <w:rFonts w:ascii="Arial" w:hAnsi="Arial" w:cs="Arial"/>
          <w:sz w:val="22"/>
          <w:lang w:val="en-GB"/>
        </w:rPr>
        <w:t xml:space="preserve"> discuss why it is important in professional practice and give a practical example of how it could be used in a health and social care setting. I also needed to include academic sources and a relevant model or framework. Preparing for the assessment involved research, organising information, referencing and practising my presentation skills.</w:t>
      </w:r>
    </w:p>
    <w:p w14:paraId="6E0B1E8A"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b/>
          <w:bCs/>
          <w:sz w:val="22"/>
          <w:lang w:val="en-GB"/>
        </w:rPr>
        <w:t>Feelings</w:t>
      </w:r>
    </w:p>
    <w:p w14:paraId="3B9F953C"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 xml:space="preserve">Before the presentation, I felt quite nervous because speaking in front of my lecturer and classmates was very different from completing a written assignment. I was worried that I might forget what I wanted to say or speak too quickly because of my nerves. At the same time, I also felt positive because I had prepared my </w:t>
      </w:r>
      <w:r w:rsidRPr="009C6A94">
        <w:rPr>
          <w:rFonts w:ascii="Arial" w:hAnsi="Arial" w:cs="Arial"/>
          <w:sz w:val="22"/>
          <w:lang w:val="en-GB"/>
        </w:rPr>
        <w:lastRenderedPageBreak/>
        <w:t>slides and knew my topic. Once I started presenting, I slowly became more comfortable. When it was finished, I felt relieved and proud that I had completed it. However, when I thought about my performance afterwards, I realised that my nervousness had affected my confidence and the delivery of some parts of the presentation.</w:t>
      </w:r>
    </w:p>
    <w:p w14:paraId="742CF76F"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b/>
          <w:bCs/>
          <w:sz w:val="22"/>
          <w:lang w:val="en-GB"/>
        </w:rPr>
        <w:t>Evaluation</w:t>
      </w:r>
    </w:p>
    <w:p w14:paraId="7C1D58F4"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There were things that went well and other areas that could have been better. One positive part was my preparation. I researched my topic and organised the slides so that the information followed a clear order. I also tried to connect the skill with real health and social care practice instead of simply explaining its definition. I believe this made my presentation more relevant because skills such as communication, teamwork and reflection are important for providing safe and person-centred care.</w:t>
      </w:r>
    </w:p>
    <w:p w14:paraId="0CEA7DC2"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 xml:space="preserve">On the other hand, I could have delivered the presentation more confidently. Sometimes I was thinking too much about remembering my next point instead of communicating naturally with the audience. This affected my eye contact and speaking pace. My lecturer's verbal feedback was to </w:t>
      </w:r>
      <w:r w:rsidRPr="009C6A94">
        <w:rPr>
          <w:rFonts w:ascii="Arial" w:hAnsi="Arial" w:cs="Arial"/>
          <w:b/>
          <w:bCs/>
          <w:sz w:val="22"/>
          <w:lang w:val="en-GB"/>
        </w:rPr>
        <w:t>focus more on evaluation and analysis</w:t>
      </w:r>
      <w:r w:rsidRPr="009C6A94">
        <w:rPr>
          <w:rFonts w:ascii="Arial" w:hAnsi="Arial" w:cs="Arial"/>
          <w:sz w:val="22"/>
          <w:lang w:val="en-GB"/>
        </w:rPr>
        <w:t>. This made me realise that although I had included useful information, I needed to go further by discussing the meaning and importance of my points rather than mainly describing them.</w:t>
      </w:r>
    </w:p>
    <w:p w14:paraId="1AE72B5C"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b/>
          <w:bCs/>
          <w:sz w:val="22"/>
          <w:lang w:val="en-GB"/>
        </w:rPr>
        <w:t>Analysis</w:t>
      </w:r>
    </w:p>
    <w:p w14:paraId="31771E85"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Looking back, I think my nervousness was mainly caused by my limited experience of giving formal presentations. I understood my subject, but I realised that understanding information and communicating it confidently are two different things. The LCHS4009 learning materials explain that communication involves tone, pace, clarity, non-verbal communication and active listening. This helped me understand why eye contact, confidence and the way I speak are just as important as the information written on my slides.</w:t>
      </w:r>
    </w:p>
    <w:p w14:paraId="41DAB3B3"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The lecturer's feedback also helped me understand the difference between description and deeper analysis. I could have explained more clearly why my chosen skill matters, what could happen if it is not used effectively and how it affects service users and professionals. This experience is relevant to my future career because care professionals need to communicate clearly with service users, families and colleagues. Therefore, improving my communication and analytical skills will help me both academically and professionally.</w:t>
      </w:r>
    </w:p>
    <w:p w14:paraId="7E2CBCA1"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b/>
          <w:bCs/>
          <w:sz w:val="22"/>
          <w:lang w:val="en-GB"/>
        </w:rPr>
        <w:t>Conclusion</w:t>
      </w:r>
    </w:p>
    <w:p w14:paraId="154D6E31"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Overall, the presentation was a valuable learning experience. I learned that good preparation helped me understand my topic, but I still need to improve my confidence and ability to analyse information in greater depth. If I completed the presentation again, I would practise more, depend less on my slides and focus on eye contact, pace and audience engagement. I would also include more evaluation and analysis, following my lecturer's feedback.</w:t>
      </w:r>
    </w:p>
    <w:p w14:paraId="56891176"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b/>
          <w:bCs/>
          <w:sz w:val="22"/>
          <w:lang w:val="en-GB"/>
        </w:rPr>
        <w:t>Action Plan</w:t>
      </w:r>
    </w:p>
    <w:p w14:paraId="636FB687" w14:textId="77777777" w:rsidR="009669AB" w:rsidRPr="009C6A94" w:rsidRDefault="009669AB" w:rsidP="009669AB">
      <w:pPr>
        <w:spacing w:line="360" w:lineRule="auto"/>
        <w:jc w:val="both"/>
        <w:rPr>
          <w:rFonts w:ascii="Arial" w:hAnsi="Arial" w:cs="Arial"/>
          <w:sz w:val="22"/>
          <w:lang w:val="en-GB"/>
        </w:rPr>
      </w:pPr>
      <w:r w:rsidRPr="009C6A94">
        <w:rPr>
          <w:rFonts w:ascii="Arial" w:hAnsi="Arial" w:cs="Arial"/>
          <w:sz w:val="22"/>
          <w:lang w:val="en-GB"/>
        </w:rPr>
        <w:t xml:space="preserve">For future presentations, I will begin preparing earlier and practise several times before presenting. I will time myself and practise in front of family members or classmates so that I can receive feedback. I will also use short notes instead of depending heavily on my slides. During future assignments, I will ask myself questions such as </w:t>
      </w:r>
      <w:r w:rsidRPr="009C6A94">
        <w:rPr>
          <w:rFonts w:ascii="Arial" w:hAnsi="Arial" w:cs="Arial"/>
          <w:b/>
          <w:bCs/>
          <w:sz w:val="22"/>
          <w:lang w:val="en-GB"/>
        </w:rPr>
        <w:t>“why is this important?”</w:t>
      </w:r>
      <w:r w:rsidRPr="009C6A94">
        <w:rPr>
          <w:rFonts w:ascii="Arial" w:hAnsi="Arial" w:cs="Arial"/>
          <w:sz w:val="22"/>
          <w:lang w:val="en-GB"/>
        </w:rPr>
        <w:t xml:space="preserve">, </w:t>
      </w:r>
      <w:r w:rsidRPr="009C6A94">
        <w:rPr>
          <w:rFonts w:ascii="Arial" w:hAnsi="Arial" w:cs="Arial"/>
          <w:b/>
          <w:bCs/>
          <w:sz w:val="22"/>
          <w:lang w:val="en-GB"/>
        </w:rPr>
        <w:t>“what does this mean?”</w:t>
      </w:r>
      <w:r w:rsidRPr="009C6A94">
        <w:rPr>
          <w:rFonts w:ascii="Arial" w:hAnsi="Arial" w:cs="Arial"/>
          <w:sz w:val="22"/>
          <w:lang w:val="en-GB"/>
        </w:rPr>
        <w:t xml:space="preserve"> and </w:t>
      </w:r>
      <w:r w:rsidRPr="009C6A94">
        <w:rPr>
          <w:rFonts w:ascii="Arial" w:hAnsi="Arial" w:cs="Arial"/>
          <w:b/>
          <w:bCs/>
          <w:sz w:val="22"/>
          <w:lang w:val="en-GB"/>
        </w:rPr>
        <w:t>“what is the impact?”</w:t>
      </w:r>
      <w:r w:rsidRPr="009C6A94">
        <w:rPr>
          <w:rFonts w:ascii="Arial" w:hAnsi="Arial" w:cs="Arial"/>
          <w:sz w:val="22"/>
          <w:lang w:val="en-GB"/>
        </w:rPr>
        <w:t xml:space="preserve"> to develop stronger </w:t>
      </w:r>
      <w:r w:rsidRPr="009C6A94">
        <w:rPr>
          <w:rFonts w:ascii="Arial" w:hAnsi="Arial" w:cs="Arial"/>
          <w:sz w:val="22"/>
          <w:lang w:val="en-GB"/>
        </w:rPr>
        <w:lastRenderedPageBreak/>
        <w:t>evaluation and analysis. I will also take more opportunities to speak during class discussions and group activities. After each presentation, I will reflect on the feedback I receive and identify what has improved and what I still need to work on. This will help me become a more confident communicator and prepare me for my future career in health and social care.</w:t>
      </w:r>
    </w:p>
    <w:p w14:paraId="7F98C708" w14:textId="77777777" w:rsidR="009669AB" w:rsidRPr="009C6A94" w:rsidRDefault="009669AB" w:rsidP="00522B9B">
      <w:pPr>
        <w:spacing w:line="360" w:lineRule="auto"/>
        <w:jc w:val="both"/>
        <w:rPr>
          <w:rFonts w:ascii="Arial" w:hAnsi="Arial" w:cs="Arial"/>
          <w:sz w:val="22"/>
          <w:lang w:val="en-GB"/>
        </w:rPr>
      </w:pPr>
    </w:p>
    <w:p w14:paraId="329F0D9A" w14:textId="77777777" w:rsidR="00522B9B" w:rsidRDefault="00522B9B" w:rsidP="00D31936">
      <w:pPr>
        <w:spacing w:line="360" w:lineRule="auto"/>
        <w:jc w:val="both"/>
        <w:rPr>
          <w:rFonts w:ascii="Arial" w:hAnsi="Arial" w:cs="Arial"/>
          <w:sz w:val="22"/>
        </w:rPr>
      </w:pPr>
    </w:p>
    <w:p w14:paraId="4A326FCD" w14:textId="77777777" w:rsidR="009C6A94" w:rsidRPr="009C6A94" w:rsidRDefault="009C6A94" w:rsidP="009C6A94">
      <w:pPr>
        <w:spacing w:line="360" w:lineRule="auto"/>
        <w:jc w:val="both"/>
        <w:rPr>
          <w:rFonts w:ascii="Arial" w:hAnsi="Arial" w:cs="Arial"/>
          <w:b/>
          <w:bCs/>
          <w:sz w:val="22"/>
          <w:lang w:val="en-GB"/>
        </w:rPr>
      </w:pPr>
      <w:r w:rsidRPr="009C6A94">
        <w:rPr>
          <w:rFonts w:ascii="Arial" w:hAnsi="Arial" w:cs="Arial"/>
          <w:b/>
          <w:bCs/>
          <w:sz w:val="22"/>
          <w:lang w:val="en-GB"/>
        </w:rPr>
        <w:t>Reference List</w:t>
      </w:r>
    </w:p>
    <w:p w14:paraId="0BF7EC82" w14:textId="77777777" w:rsidR="009C6A94" w:rsidRPr="009C6A94" w:rsidRDefault="009C6A94" w:rsidP="009C6A94">
      <w:pPr>
        <w:spacing w:line="360" w:lineRule="auto"/>
        <w:jc w:val="both"/>
        <w:rPr>
          <w:rFonts w:ascii="Arial" w:hAnsi="Arial" w:cs="Arial"/>
          <w:sz w:val="22"/>
          <w:lang w:val="en-GB"/>
        </w:rPr>
      </w:pPr>
      <w:r w:rsidRPr="009C6A94">
        <w:rPr>
          <w:rFonts w:ascii="Arial" w:hAnsi="Arial" w:cs="Arial"/>
          <w:sz w:val="22"/>
          <w:lang w:val="en-GB"/>
        </w:rPr>
        <w:t xml:space="preserve">Gibbs, G. (1988) </w:t>
      </w:r>
      <w:r w:rsidRPr="009C6A94">
        <w:rPr>
          <w:rFonts w:ascii="Arial" w:hAnsi="Arial" w:cs="Arial"/>
          <w:i/>
          <w:iCs/>
          <w:sz w:val="22"/>
          <w:lang w:val="en-GB"/>
        </w:rPr>
        <w:t>Learning by doing: A guide to teaching and learning methods</w:t>
      </w:r>
      <w:r w:rsidRPr="009C6A94">
        <w:rPr>
          <w:rFonts w:ascii="Arial" w:hAnsi="Arial" w:cs="Arial"/>
          <w:sz w:val="22"/>
          <w:lang w:val="en-GB"/>
        </w:rPr>
        <w:t>. Oxford: Further Education Unit.</w:t>
      </w:r>
    </w:p>
    <w:p w14:paraId="4138F352" w14:textId="7A74B8CC" w:rsidR="009C6A94" w:rsidRPr="009C6A94" w:rsidRDefault="009C6A94" w:rsidP="009C6A94">
      <w:pPr>
        <w:spacing w:line="360" w:lineRule="auto"/>
        <w:jc w:val="both"/>
        <w:rPr>
          <w:rFonts w:ascii="Arial" w:hAnsi="Arial" w:cs="Arial"/>
          <w:sz w:val="22"/>
          <w:lang w:val="en-GB"/>
        </w:rPr>
      </w:pPr>
      <w:r w:rsidRPr="009C6A94">
        <w:rPr>
          <w:rFonts w:ascii="Arial" w:hAnsi="Arial" w:cs="Arial"/>
          <w:sz w:val="22"/>
          <w:lang w:val="en-GB"/>
        </w:rPr>
        <w:t xml:space="preserve">NHS (2023) </w:t>
      </w:r>
      <w:r w:rsidRPr="009C6A94">
        <w:rPr>
          <w:rFonts w:ascii="Arial" w:hAnsi="Arial" w:cs="Arial"/>
          <w:i/>
          <w:iCs/>
          <w:sz w:val="22"/>
          <w:lang w:val="en-GB"/>
        </w:rPr>
        <w:t>Personal development planning</w:t>
      </w:r>
      <w:r w:rsidRPr="009C6A94">
        <w:rPr>
          <w:rFonts w:ascii="Arial" w:hAnsi="Arial" w:cs="Arial"/>
          <w:sz w:val="22"/>
          <w:lang w:val="en-GB"/>
        </w:rPr>
        <w:t xml:space="preserve">. Available at: NHS Health Careers (Accessed: </w:t>
      </w:r>
      <w:r>
        <w:rPr>
          <w:rFonts w:ascii="Arial" w:hAnsi="Arial" w:cs="Arial"/>
          <w:sz w:val="22"/>
          <w:lang w:val="en-GB"/>
        </w:rPr>
        <w:t>18</w:t>
      </w:r>
      <w:r w:rsidRPr="009C6A94">
        <w:rPr>
          <w:rFonts w:ascii="Arial" w:hAnsi="Arial" w:cs="Arial"/>
          <w:sz w:val="22"/>
          <w:lang w:val="en-GB"/>
        </w:rPr>
        <w:t xml:space="preserve"> August 2026).</w:t>
      </w:r>
    </w:p>
    <w:p w14:paraId="40DB5E31" w14:textId="77777777" w:rsidR="009C6A94" w:rsidRPr="009C6A94" w:rsidRDefault="009C6A94" w:rsidP="009C6A94">
      <w:pPr>
        <w:spacing w:line="360" w:lineRule="auto"/>
        <w:jc w:val="both"/>
        <w:rPr>
          <w:rFonts w:ascii="Arial" w:hAnsi="Arial" w:cs="Arial"/>
          <w:sz w:val="22"/>
          <w:lang w:val="en-GB"/>
        </w:rPr>
      </w:pPr>
      <w:r w:rsidRPr="009C6A94">
        <w:rPr>
          <w:rFonts w:ascii="Arial" w:hAnsi="Arial" w:cs="Arial"/>
          <w:sz w:val="22"/>
          <w:lang w:val="en-GB"/>
        </w:rPr>
        <w:t xml:space="preserve">Tuckman, B.W. (1965) ‘Developmental sequence in small groups’, </w:t>
      </w:r>
      <w:r w:rsidRPr="009C6A94">
        <w:rPr>
          <w:rFonts w:ascii="Arial" w:hAnsi="Arial" w:cs="Arial"/>
          <w:i/>
          <w:iCs/>
          <w:sz w:val="22"/>
          <w:lang w:val="en-GB"/>
        </w:rPr>
        <w:t>Psychological Bulletin</w:t>
      </w:r>
      <w:r w:rsidRPr="009C6A94">
        <w:rPr>
          <w:rFonts w:ascii="Arial" w:hAnsi="Arial" w:cs="Arial"/>
          <w:sz w:val="22"/>
          <w:lang w:val="en-GB"/>
        </w:rPr>
        <w:t>, 63(6), pp. 384–399.</w:t>
      </w:r>
    </w:p>
    <w:p w14:paraId="3AB949A1" w14:textId="77777777" w:rsidR="009C6A94" w:rsidRPr="009C6A94" w:rsidRDefault="009C6A94" w:rsidP="009C6A94">
      <w:pPr>
        <w:spacing w:line="360" w:lineRule="auto"/>
        <w:jc w:val="both"/>
        <w:rPr>
          <w:rFonts w:ascii="Arial" w:hAnsi="Arial" w:cs="Arial"/>
          <w:sz w:val="22"/>
          <w:lang w:val="en-GB"/>
        </w:rPr>
      </w:pPr>
      <w:r w:rsidRPr="009C6A94">
        <w:rPr>
          <w:rFonts w:ascii="Arial" w:hAnsi="Arial" w:cs="Arial"/>
          <w:sz w:val="22"/>
          <w:lang w:val="en-GB"/>
        </w:rPr>
        <w:t xml:space="preserve">University of Wales Trinity Saint David (2026) </w:t>
      </w:r>
      <w:r w:rsidRPr="009C6A94">
        <w:rPr>
          <w:rFonts w:ascii="Arial" w:hAnsi="Arial" w:cs="Arial"/>
          <w:i/>
          <w:iCs/>
          <w:sz w:val="22"/>
          <w:lang w:val="en-GB"/>
        </w:rPr>
        <w:t>LCHS4009 Professional Career Development within Health and Social Care: Personal Management Skills I</w:t>
      </w:r>
      <w:r w:rsidRPr="009C6A94">
        <w:rPr>
          <w:rFonts w:ascii="Arial" w:hAnsi="Arial" w:cs="Arial"/>
          <w:sz w:val="22"/>
          <w:lang w:val="en-GB"/>
        </w:rPr>
        <w:t>. Module teaching materials. University of Wales Trinity Saint David.</w:t>
      </w:r>
    </w:p>
    <w:p w14:paraId="50FB1716" w14:textId="77777777" w:rsidR="009C6A94" w:rsidRPr="009C6A94" w:rsidRDefault="009C6A94" w:rsidP="009C6A94">
      <w:pPr>
        <w:spacing w:line="360" w:lineRule="auto"/>
        <w:jc w:val="both"/>
        <w:rPr>
          <w:rFonts w:ascii="Arial" w:hAnsi="Arial" w:cs="Arial"/>
          <w:sz w:val="22"/>
          <w:lang w:val="en-GB"/>
        </w:rPr>
      </w:pPr>
      <w:r w:rsidRPr="009C6A94">
        <w:rPr>
          <w:rFonts w:ascii="Arial" w:hAnsi="Arial" w:cs="Arial"/>
          <w:sz w:val="22"/>
          <w:lang w:val="en-GB"/>
        </w:rPr>
        <w:t xml:space="preserve">University of Wales Trinity Saint David (2026) </w:t>
      </w:r>
      <w:r w:rsidRPr="009C6A94">
        <w:rPr>
          <w:rFonts w:ascii="Arial" w:hAnsi="Arial" w:cs="Arial"/>
          <w:i/>
          <w:iCs/>
          <w:sz w:val="22"/>
          <w:lang w:val="en-GB"/>
        </w:rPr>
        <w:t>Questions for Conducting a Personal SWOT Analysis</w:t>
      </w:r>
      <w:r w:rsidRPr="009C6A94">
        <w:rPr>
          <w:rFonts w:ascii="Arial" w:hAnsi="Arial" w:cs="Arial"/>
          <w:sz w:val="22"/>
          <w:lang w:val="en-GB"/>
        </w:rPr>
        <w:t>. LCHS4009 Professional Career Development within Health and Social Care teaching materials. University of Wales Trinity Saint David.</w:t>
      </w:r>
    </w:p>
    <w:p w14:paraId="4BB17C09" w14:textId="77777777" w:rsidR="009C6A94" w:rsidRPr="009C6A94" w:rsidRDefault="009C6A94" w:rsidP="009C6A94">
      <w:pPr>
        <w:spacing w:line="360" w:lineRule="auto"/>
        <w:jc w:val="both"/>
        <w:rPr>
          <w:rFonts w:ascii="Arial" w:hAnsi="Arial" w:cs="Arial"/>
          <w:sz w:val="22"/>
          <w:lang w:val="en-GB"/>
        </w:rPr>
      </w:pPr>
      <w:r w:rsidRPr="009C6A94">
        <w:rPr>
          <w:rFonts w:ascii="Arial" w:hAnsi="Arial" w:cs="Arial"/>
          <w:sz w:val="22"/>
          <w:lang w:val="en-GB"/>
        </w:rPr>
        <w:t xml:space="preserve">University of Wales Trinity Saint David (2026) </w:t>
      </w:r>
      <w:r w:rsidRPr="009C6A94">
        <w:rPr>
          <w:rFonts w:ascii="Arial" w:hAnsi="Arial" w:cs="Arial"/>
          <w:i/>
          <w:iCs/>
          <w:sz w:val="22"/>
          <w:lang w:val="en-GB"/>
        </w:rPr>
        <w:t>Personal Development Plan: PDP Practice Template</w:t>
      </w:r>
      <w:r w:rsidRPr="009C6A94">
        <w:rPr>
          <w:rFonts w:ascii="Arial" w:hAnsi="Arial" w:cs="Arial"/>
          <w:sz w:val="22"/>
          <w:lang w:val="en-GB"/>
        </w:rPr>
        <w:t>. LCHS4009 Professional Career Development within Health and Social Care teaching materials. University of Wales Trinity Saint David.</w:t>
      </w:r>
    </w:p>
    <w:p w14:paraId="67F5851C" w14:textId="77777777" w:rsidR="009C6A94" w:rsidRPr="009C6A94" w:rsidRDefault="009C6A94" w:rsidP="00D31936">
      <w:pPr>
        <w:spacing w:line="360" w:lineRule="auto"/>
        <w:jc w:val="both"/>
        <w:rPr>
          <w:rFonts w:ascii="Arial" w:hAnsi="Arial" w:cs="Arial"/>
          <w:sz w:val="22"/>
        </w:rPr>
      </w:pPr>
    </w:p>
    <w:sectPr w:rsidR="009C6A94" w:rsidRPr="009C6A94" w:rsidSect="00034616">
      <w:footerReference w:type="default" r:id="rId9"/>
      <w:pgSz w:w="12240" w:h="15840"/>
      <w:pgMar w:top="648" w:right="864" w:bottom="648"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3BCF2" w14:textId="77777777" w:rsidR="00262772" w:rsidRDefault="00262772">
      <w:pPr>
        <w:spacing w:after="0"/>
      </w:pPr>
      <w:r>
        <w:separator/>
      </w:r>
    </w:p>
  </w:endnote>
  <w:endnote w:type="continuationSeparator" w:id="0">
    <w:p w14:paraId="67FC4206" w14:textId="77777777" w:rsidR="00262772" w:rsidRDefault="002627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978021"/>
      <w:docPartObj>
        <w:docPartGallery w:val="Page Numbers (Bottom of Page)"/>
        <w:docPartUnique/>
      </w:docPartObj>
    </w:sdtPr>
    <w:sdtEndPr>
      <w:rPr>
        <w:color w:val="7F7F7F" w:themeColor="background1" w:themeShade="7F"/>
        <w:spacing w:val="60"/>
      </w:rPr>
    </w:sdtEndPr>
    <w:sdtContent>
      <w:p w14:paraId="540123E0" w14:textId="2C7A3B2C" w:rsidR="009C6A94" w:rsidRDefault="009C6A9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E464AEA" w14:textId="1F3D8035" w:rsidR="00833AC9" w:rsidRDefault="00833AC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D93AC" w14:textId="77777777" w:rsidR="00262772" w:rsidRDefault="00262772">
      <w:pPr>
        <w:spacing w:after="0"/>
      </w:pPr>
      <w:r>
        <w:separator/>
      </w:r>
    </w:p>
  </w:footnote>
  <w:footnote w:type="continuationSeparator" w:id="0">
    <w:p w14:paraId="029D1B75" w14:textId="77777777" w:rsidR="00262772" w:rsidRDefault="0026277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08941071">
    <w:abstractNumId w:val="8"/>
  </w:num>
  <w:num w:numId="2" w16cid:durableId="104426716">
    <w:abstractNumId w:val="6"/>
  </w:num>
  <w:num w:numId="3" w16cid:durableId="568536616">
    <w:abstractNumId w:val="5"/>
  </w:num>
  <w:num w:numId="4" w16cid:durableId="1218660702">
    <w:abstractNumId w:val="4"/>
  </w:num>
  <w:num w:numId="5" w16cid:durableId="2073850309">
    <w:abstractNumId w:val="7"/>
  </w:num>
  <w:num w:numId="6" w16cid:durableId="1965846136">
    <w:abstractNumId w:val="3"/>
  </w:num>
  <w:num w:numId="7" w16cid:durableId="8147214">
    <w:abstractNumId w:val="2"/>
  </w:num>
  <w:num w:numId="8" w16cid:durableId="1286622844">
    <w:abstractNumId w:val="1"/>
  </w:num>
  <w:num w:numId="9" w16cid:durableId="199245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62772"/>
    <w:rsid w:val="0029639D"/>
    <w:rsid w:val="00326F90"/>
    <w:rsid w:val="00522B9B"/>
    <w:rsid w:val="00833AC9"/>
    <w:rsid w:val="00921532"/>
    <w:rsid w:val="009669AB"/>
    <w:rsid w:val="009C6A94"/>
    <w:rsid w:val="00AA1D8D"/>
    <w:rsid w:val="00B47730"/>
    <w:rsid w:val="00C6518A"/>
    <w:rsid w:val="00CB0664"/>
    <w:rsid w:val="00D31936"/>
    <w:rsid w:val="00D4575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D26C52"/>
  <w14:defaultImageDpi w14:val="300"/>
  <w15:docId w15:val="{E4BD2166-B504-48A3-881F-116B2C16F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0" w:lineRule="auto"/>
    </w:pPr>
    <w:rPr>
      <w:rFonts w:ascii="Aptos" w:hAnsi="Aptos"/>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VHeading">
    <w:name w:val="CV Heading"/>
    <w:pPr>
      <w:keepNext/>
      <w:spacing w:before="100" w:after="40"/>
    </w:pPr>
    <w:rPr>
      <w:rFonts w:ascii="Aptos Display" w:hAnsi="Aptos Display"/>
      <w:b/>
      <w:color w:val="1F4E79"/>
    </w:rPr>
  </w:style>
  <w:style w:type="character" w:styleId="Hyperlink">
    <w:name w:val="Hyperlink"/>
    <w:basedOn w:val="DefaultParagraphFont"/>
    <w:uiPriority w:val="99"/>
    <w:unhideWhenUsed/>
    <w:rsid w:val="00D4575A"/>
    <w:rPr>
      <w:color w:val="0000FF" w:themeColor="hyperlink"/>
      <w:u w:val="single"/>
    </w:rPr>
  </w:style>
  <w:style w:type="character" w:styleId="UnresolvedMention">
    <w:name w:val="Unresolved Mention"/>
    <w:basedOn w:val="DefaultParagraphFont"/>
    <w:uiPriority w:val="99"/>
    <w:semiHidden/>
    <w:unhideWhenUsed/>
    <w:rsid w:val="00D45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am560@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2488</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Ripon kobir</cp:lastModifiedBy>
  <cp:revision>3</cp:revision>
  <dcterms:created xsi:type="dcterms:W3CDTF">2026-08-21T03:20:00Z</dcterms:created>
  <dcterms:modified xsi:type="dcterms:W3CDTF">2026-08-21T03:21:00Z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d71a4452-729f-44d3-8e2e-4fd232caf7d1</vt:lpwstr>
  </property>
</Properties>
</file>