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9128A" w14:textId="2B93D241" w:rsidR="00B50F79" w:rsidRPr="00622619" w:rsidRDefault="00622619" w:rsidP="00622619">
      <w:pPr>
        <w:pStyle w:val="Heading1"/>
        <w:spacing w:line="360" w:lineRule="auto"/>
        <w:jc w:val="center"/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BMHP6020 Element 1 - </w:t>
      </w:r>
      <w:r w:rsidRPr="00622619">
        <w:rPr>
          <w:rFonts w:ascii="Aptos" w:hAnsi="Aptos"/>
          <w:sz w:val="32"/>
          <w:szCs w:val="32"/>
        </w:rPr>
        <w:t>Research Proposal Checklist</w:t>
      </w:r>
    </w:p>
    <w:p w14:paraId="6A83C793" w14:textId="77777777" w:rsidR="00622619" w:rsidRDefault="00622619" w:rsidP="00622619">
      <w:pPr>
        <w:spacing w:line="360" w:lineRule="auto"/>
        <w:jc w:val="both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 xml:space="preserve">This checklist is designed to help </w:t>
      </w:r>
      <w:r>
        <w:rPr>
          <w:rFonts w:ascii="Aptos" w:hAnsi="Aptos"/>
          <w:sz w:val="24"/>
          <w:szCs w:val="24"/>
        </w:rPr>
        <w:t>you</w:t>
      </w:r>
      <w:r w:rsidRPr="00622619">
        <w:rPr>
          <w:rFonts w:ascii="Aptos" w:hAnsi="Aptos"/>
          <w:sz w:val="24"/>
          <w:szCs w:val="24"/>
        </w:rPr>
        <w:t xml:space="preserve"> ensure that </w:t>
      </w:r>
      <w:r>
        <w:rPr>
          <w:rFonts w:ascii="Aptos" w:hAnsi="Aptos"/>
          <w:sz w:val="24"/>
          <w:szCs w:val="24"/>
        </w:rPr>
        <w:t>your</w:t>
      </w:r>
      <w:r w:rsidRPr="00622619">
        <w:rPr>
          <w:rFonts w:ascii="Aptos" w:hAnsi="Aptos"/>
          <w:sz w:val="24"/>
          <w:szCs w:val="24"/>
        </w:rPr>
        <w:t xml:space="preserve"> research proposal meets the required standards and includes all necessary components. </w:t>
      </w:r>
    </w:p>
    <w:p w14:paraId="45A9333D" w14:textId="2A4D174E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 xml:space="preserve">Use this document as a guide while drafting and reviewing your proposal </w:t>
      </w:r>
      <w:r w:rsidRPr="00622619">
        <w:rPr>
          <w:rFonts w:ascii="Aptos" w:hAnsi="Aptos"/>
          <w:sz w:val="24"/>
          <w:szCs w:val="24"/>
        </w:rPr>
        <w:t>before submission.</w:t>
      </w:r>
    </w:p>
    <w:p w14:paraId="071F95C9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1. Research Title</w:t>
      </w:r>
    </w:p>
    <w:p w14:paraId="61C205B3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Is the title clear, concise, and specific?</w:t>
      </w:r>
    </w:p>
    <w:p w14:paraId="6B61A161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Does it accurately reflect the focus of your research?</w:t>
      </w:r>
    </w:p>
    <w:p w14:paraId="1B790206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avoided overly broad or vague wording?</w:t>
      </w:r>
    </w:p>
    <w:p w14:paraId="0C4F565B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2. Research Aim</w:t>
      </w:r>
    </w:p>
    <w:p w14:paraId="5AB0A10C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Does the aim clearly state the overall purpose of your study?</w:t>
      </w:r>
    </w:p>
    <w:p w14:paraId="451F27D8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Is it aligned with your research topic and rationale?</w:t>
      </w:r>
    </w:p>
    <w:p w14:paraId="5748652E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Is it feasible within the given time frame and resources?</w:t>
      </w:r>
    </w:p>
    <w:p w14:paraId="0F5E7C24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3. Research Objectives</w:t>
      </w:r>
    </w:p>
    <w:p w14:paraId="36CD302B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broken down the aim into 3-5 SMART objectives?</w:t>
      </w:r>
    </w:p>
    <w:p w14:paraId="78BDB936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Are your objectives Specific, Measurable, Achievable, Relevant, and Time-bound?</w:t>
      </w:r>
    </w:p>
    <w:p w14:paraId="2177336C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Do your objectives guide the direction of your research?</w:t>
      </w:r>
    </w:p>
    <w:p w14:paraId="74FC71CD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4. Background &amp; Rationale</w:t>
      </w:r>
    </w:p>
    <w:p w14:paraId="13A6AED3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provided a strong justification for your research?</w:t>
      </w:r>
    </w:p>
    <w:p w14:paraId="7C8D971C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Does your rationale highlight the importance of your study within Health &amp; Social Care?</w:t>
      </w:r>
    </w:p>
    <w:p w14:paraId="5EEB11CB" w14:textId="77777777" w:rsidR="00B50F7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identified gaps in existing research that your study aims to address?</w:t>
      </w:r>
    </w:p>
    <w:p w14:paraId="7B168610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5. Research Methods</w:t>
      </w:r>
    </w:p>
    <w:p w14:paraId="2A22148A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clearly outlined your approach to secondary research?</w:t>
      </w:r>
    </w:p>
    <w:p w14:paraId="787ACE5E" w14:textId="28BBCE5C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lastRenderedPageBreak/>
        <w:t>☐</w:t>
      </w:r>
      <w:r w:rsidRPr="00622619">
        <w:rPr>
          <w:rFonts w:ascii="Aptos" w:hAnsi="Aptos"/>
          <w:sz w:val="24"/>
          <w:szCs w:val="24"/>
        </w:rPr>
        <w:t xml:space="preserve"> Have you identified credible sources (e.g., academic journals, </w:t>
      </w:r>
      <w:r>
        <w:rPr>
          <w:rFonts w:ascii="Aptos" w:hAnsi="Aptos"/>
          <w:sz w:val="24"/>
          <w:szCs w:val="24"/>
        </w:rPr>
        <w:t>statistical databases</w:t>
      </w:r>
      <w:r w:rsidRPr="00622619">
        <w:rPr>
          <w:rFonts w:ascii="Aptos" w:hAnsi="Aptos"/>
          <w:sz w:val="24"/>
          <w:szCs w:val="24"/>
        </w:rPr>
        <w:t>, government reports)?</w:t>
      </w:r>
    </w:p>
    <w:p w14:paraId="1A4BDCFE" w14:textId="67DBC44D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 xml:space="preserve">Are </w:t>
      </w:r>
      <w:r w:rsidRPr="00622619">
        <w:rPr>
          <w:rFonts w:ascii="Aptos" w:hAnsi="Aptos"/>
          <w:sz w:val="24"/>
          <w:szCs w:val="24"/>
        </w:rPr>
        <w:t>your method</w:t>
      </w:r>
      <w:r>
        <w:rPr>
          <w:rFonts w:ascii="Aptos" w:hAnsi="Aptos"/>
          <w:sz w:val="24"/>
          <w:szCs w:val="24"/>
        </w:rPr>
        <w:t>s</w:t>
      </w:r>
      <w:r w:rsidRPr="00622619">
        <w:rPr>
          <w:rFonts w:ascii="Aptos" w:hAnsi="Aptos"/>
          <w:sz w:val="24"/>
          <w:szCs w:val="24"/>
        </w:rPr>
        <w:t xml:space="preserve"> appropriate for answering your research question?</w:t>
      </w:r>
    </w:p>
    <w:p w14:paraId="6B69C507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6. Ethical Considerations</w:t>
      </w:r>
    </w:p>
    <w:p w14:paraId="53B885B1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ensured that your research follows ethical guidelines?</w:t>
      </w:r>
    </w:p>
    <w:p w14:paraId="68EDC3B8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Are you avoiding plagiarism by properly citing all sources?</w:t>
      </w:r>
    </w:p>
    <w:p w14:paraId="047A63AE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considered issues such as bias, misrepresentation, and academic integrity?</w:t>
      </w:r>
    </w:p>
    <w:p w14:paraId="664ECB06" w14:textId="3D0E794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 xml:space="preserve">7. Resources </w:t>
      </w:r>
    </w:p>
    <w:p w14:paraId="77CF8396" w14:textId="56BB7396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identified </w:t>
      </w:r>
      <w:r>
        <w:rPr>
          <w:rFonts w:ascii="Aptos" w:hAnsi="Aptos"/>
          <w:sz w:val="24"/>
          <w:szCs w:val="24"/>
        </w:rPr>
        <w:t xml:space="preserve">the </w:t>
      </w:r>
      <w:r w:rsidRPr="00622619">
        <w:rPr>
          <w:rFonts w:ascii="Aptos" w:hAnsi="Aptos"/>
          <w:sz w:val="24"/>
          <w:szCs w:val="24"/>
        </w:rPr>
        <w:t xml:space="preserve">key </w:t>
      </w:r>
      <w:r>
        <w:rPr>
          <w:rFonts w:ascii="Aptos" w:hAnsi="Aptos"/>
          <w:sz w:val="24"/>
          <w:szCs w:val="24"/>
        </w:rPr>
        <w:t>res</w:t>
      </w:r>
      <w:r w:rsidRPr="00622619">
        <w:rPr>
          <w:rFonts w:ascii="Aptos" w:hAnsi="Aptos"/>
          <w:sz w:val="24"/>
          <w:szCs w:val="24"/>
        </w:rPr>
        <w:t>ources for your research?</w:t>
      </w:r>
    </w:p>
    <w:p w14:paraId="6EF80C99" w14:textId="06D273AE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 xml:space="preserve">Is there enough information out there for your study? </w:t>
      </w:r>
    </w:p>
    <w:p w14:paraId="3D083435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used </w:t>
      </w:r>
      <w:r w:rsidRPr="00622619">
        <w:rPr>
          <w:rFonts w:ascii="Aptos" w:hAnsi="Aptos"/>
          <w:sz w:val="24"/>
          <w:szCs w:val="24"/>
        </w:rPr>
        <w:t>library databases such as Google Scholar, PubMed, or UWTSD Library resources?</w:t>
      </w:r>
    </w:p>
    <w:p w14:paraId="7EC79B02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8. Research Timeline</w:t>
      </w:r>
    </w:p>
    <w:p w14:paraId="4A92A00D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created a structured timeline for your research process?</w:t>
      </w:r>
    </w:p>
    <w:p w14:paraId="7612E42B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Does your plan include time for literature review, drafting, and revisions?</w:t>
      </w:r>
    </w:p>
    <w:p w14:paraId="4DC83078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allocated buffer time for unexpected delays?</w:t>
      </w:r>
    </w:p>
    <w:p w14:paraId="13F84656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9. Formatting &amp; Structure</w:t>
      </w:r>
    </w:p>
    <w:p w14:paraId="36AF0372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Is your proposal formatted according to university guidelines?</w:t>
      </w:r>
    </w:p>
    <w:p w14:paraId="7323FAB6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structured your work with clear headings and logical flow?</w:t>
      </w:r>
    </w:p>
    <w:p w14:paraId="46561134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checked spelling, grammar, and sentence structure?</w:t>
      </w:r>
    </w:p>
    <w:p w14:paraId="6EDEBFBF" w14:textId="77777777" w:rsidR="00B50F79" w:rsidRPr="00622619" w:rsidRDefault="00622619" w:rsidP="00622619">
      <w:pPr>
        <w:pStyle w:val="Heading2"/>
        <w:spacing w:line="360" w:lineRule="auto"/>
        <w:rPr>
          <w:rFonts w:ascii="Aptos" w:hAnsi="Aptos"/>
          <w:sz w:val="28"/>
          <w:szCs w:val="28"/>
        </w:rPr>
      </w:pPr>
      <w:r w:rsidRPr="00622619">
        <w:rPr>
          <w:rFonts w:ascii="Aptos" w:hAnsi="Aptos"/>
          <w:sz w:val="28"/>
          <w:szCs w:val="28"/>
        </w:rPr>
        <w:t>10. Final Review &amp; Submission</w:t>
      </w:r>
    </w:p>
    <w:p w14:paraId="726EE3A4" w14:textId="77777777" w:rsidR="00B50F7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reviewed your work against this checklist?</w:t>
      </w:r>
    </w:p>
    <w:p w14:paraId="1DFCFB68" w14:textId="77777777" w:rsidR="00B50F7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>☐</w:t>
      </w:r>
      <w:r w:rsidRPr="00622619">
        <w:rPr>
          <w:rFonts w:ascii="Aptos" w:hAnsi="Aptos"/>
          <w:sz w:val="24"/>
          <w:szCs w:val="24"/>
        </w:rPr>
        <w:t xml:space="preserve"> Have you checked for any last-minute errors before submission?</w:t>
      </w:r>
    </w:p>
    <w:p w14:paraId="4A3AE78E" w14:textId="7506BC60" w:rsidR="00622619" w:rsidRPr="00622619" w:rsidRDefault="00622619" w:rsidP="00622619">
      <w:pPr>
        <w:spacing w:line="360" w:lineRule="auto"/>
        <w:rPr>
          <w:rFonts w:ascii="Aptos" w:hAnsi="Aptos"/>
          <w:sz w:val="24"/>
          <w:szCs w:val="24"/>
        </w:rPr>
      </w:pPr>
      <w:r w:rsidRPr="00622619">
        <w:rPr>
          <w:rFonts w:ascii="Aptos" w:hAnsi="Aptos"/>
          <w:sz w:val="24"/>
          <w:szCs w:val="24"/>
        </w:rPr>
        <w:t xml:space="preserve">☐ Have you uploaded your proposal to </w:t>
      </w:r>
      <w:r>
        <w:rPr>
          <w:rFonts w:ascii="Aptos" w:hAnsi="Aptos"/>
          <w:sz w:val="24"/>
          <w:szCs w:val="24"/>
        </w:rPr>
        <w:t xml:space="preserve">the draft </w:t>
      </w:r>
      <w:r w:rsidRPr="00622619">
        <w:rPr>
          <w:rFonts w:ascii="Aptos" w:hAnsi="Aptos"/>
          <w:sz w:val="24"/>
          <w:szCs w:val="24"/>
        </w:rPr>
        <w:t>Turnitin via Moodle</w:t>
      </w:r>
      <w:r>
        <w:rPr>
          <w:rFonts w:ascii="Aptos" w:hAnsi="Aptos"/>
          <w:sz w:val="24"/>
          <w:szCs w:val="24"/>
        </w:rPr>
        <w:t xml:space="preserve"> to check for similarity</w:t>
      </w:r>
      <w:r w:rsidRPr="00622619">
        <w:rPr>
          <w:rFonts w:ascii="Aptos" w:hAnsi="Aptos"/>
          <w:sz w:val="24"/>
          <w:szCs w:val="24"/>
        </w:rPr>
        <w:t>?</w:t>
      </w:r>
    </w:p>
    <w:sectPr w:rsidR="00622619" w:rsidRPr="00622619" w:rsidSect="00622619">
      <w:pgSz w:w="12240" w:h="15840"/>
      <w:pgMar w:top="851" w:right="1440" w:bottom="851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1526F" w14:textId="77777777" w:rsidR="00622619" w:rsidRDefault="00622619" w:rsidP="00622619">
      <w:pPr>
        <w:spacing w:after="0" w:line="240" w:lineRule="auto"/>
      </w:pPr>
      <w:r>
        <w:separator/>
      </w:r>
    </w:p>
  </w:endnote>
  <w:endnote w:type="continuationSeparator" w:id="0">
    <w:p w14:paraId="1D748122" w14:textId="77777777" w:rsidR="00622619" w:rsidRDefault="00622619" w:rsidP="00622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0EF9F" w14:textId="77777777" w:rsidR="00622619" w:rsidRDefault="00622619" w:rsidP="00622619">
      <w:pPr>
        <w:spacing w:after="0" w:line="240" w:lineRule="auto"/>
      </w:pPr>
      <w:r>
        <w:separator/>
      </w:r>
    </w:p>
  </w:footnote>
  <w:footnote w:type="continuationSeparator" w:id="0">
    <w:p w14:paraId="6C2273DC" w14:textId="77777777" w:rsidR="00622619" w:rsidRDefault="00622619" w:rsidP="006226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59556796">
    <w:abstractNumId w:val="8"/>
  </w:num>
  <w:num w:numId="2" w16cid:durableId="2087149769">
    <w:abstractNumId w:val="6"/>
  </w:num>
  <w:num w:numId="3" w16cid:durableId="402069961">
    <w:abstractNumId w:val="5"/>
  </w:num>
  <w:num w:numId="4" w16cid:durableId="142233835">
    <w:abstractNumId w:val="4"/>
  </w:num>
  <w:num w:numId="5" w16cid:durableId="598685302">
    <w:abstractNumId w:val="7"/>
  </w:num>
  <w:num w:numId="6" w16cid:durableId="908619016">
    <w:abstractNumId w:val="3"/>
  </w:num>
  <w:num w:numId="7" w16cid:durableId="1722635869">
    <w:abstractNumId w:val="2"/>
  </w:num>
  <w:num w:numId="8" w16cid:durableId="738016110">
    <w:abstractNumId w:val="1"/>
  </w:num>
  <w:num w:numId="9" w16cid:durableId="362217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22619"/>
    <w:rsid w:val="00AA1D8D"/>
    <w:rsid w:val="00B47730"/>
    <w:rsid w:val="00B50F79"/>
    <w:rsid w:val="00CB0664"/>
    <w:rsid w:val="00E86E3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3E4D61"/>
  <w14:defaultImageDpi w14:val="300"/>
  <w15:docId w15:val="{610999E0-DB96-44A1-9365-84CC91FC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Chloe Harries</cp:lastModifiedBy>
  <cp:revision>2</cp:revision>
  <dcterms:created xsi:type="dcterms:W3CDTF">2025-02-10T17:01:00Z</dcterms:created>
  <dcterms:modified xsi:type="dcterms:W3CDTF">2025-02-10T17:01:00Z</dcterms:modified>
  <cp:category/>
</cp:coreProperties>
</file>