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ExamTitle"/>
        <w:jc w:val="center"/>
      </w:pPr>
      <w:r>
        <w:rPr>
          <w:b w:val="0"/>
          <w:i w:val="0"/>
        </w:rPr>
        <w:t>Artificial Intelligence</w:t>
      </w:r>
    </w:p>
    <w:p>
      <w:pPr>
        <w:pStyle w:val="ExamSubtitle"/>
        <w:jc w:val="center"/>
      </w:pPr>
      <w:r>
        <w:rPr>
          <w:b w:val="0"/>
          <w:i w:val="0"/>
        </w:rPr>
        <w:t>In-Class Test</w:t>
      </w:r>
    </w:p>
    <w:p>
      <w:pPr>
        <w:pStyle w:val="ExamSubtitle"/>
        <w:jc w:val="center"/>
      </w:pPr>
      <w:r>
        <w:rPr>
          <w:b w:val="0"/>
          <w:i w:val="0"/>
        </w:rPr>
        <w:t>Duration: 1 Hour    |    Total Marks: 50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80"/>
      </w:tblGrid>
      <w:tr>
        <w:tc>
          <w:tcPr>
            <w:tcW w:type="dxa" w:w="10080"/>
            <w:vAlign w:val="top"/>
            <w:shd w:fill="F2F2F2"/>
          </w:tcPr>
          <w:p>
            <w:pPr>
              <w:spacing w:after="60"/>
            </w:pPr>
            <w:r>
              <w:rPr>
                <w:rFonts w:ascii="Arial" w:hAnsi="Arial"/>
                <w:b/>
                <w:sz w:val="21"/>
              </w:rPr>
              <w:t>Instructions to Students</w:t>
            </w:r>
          </w:p>
          <w:p>
            <w:pPr>
              <w:pStyle w:val="ListBullet"/>
              <w:spacing w:after="20"/>
              <w:ind w:left="360"/>
            </w:pPr>
            <w:r>
              <w:t>Answer Section A and Section B as instructed.</w:t>
            </w:r>
          </w:p>
          <w:p>
            <w:pPr>
              <w:pStyle w:val="ListBullet"/>
              <w:spacing w:after="20"/>
              <w:ind w:left="360"/>
            </w:pPr>
            <w:r>
              <w:t>Write your answers clearly and support them with examples where required.</w:t>
            </w:r>
          </w:p>
          <w:p>
            <w:pPr>
              <w:pStyle w:val="ListBullet"/>
              <w:spacing w:after="20"/>
              <w:ind w:left="360"/>
            </w:pPr>
            <w:r>
              <w:t>Marks are shown at the end of each question.</w:t>
            </w:r>
          </w:p>
          <w:p>
            <w:pPr>
              <w:pStyle w:val="ListBullet"/>
              <w:spacing w:after="20"/>
              <w:ind w:left="360"/>
            </w:pPr>
            <w:r>
              <w:t>This test is based on topics covered in class so far.</w:t>
            </w:r>
          </w:p>
        </w:tc>
      </w:tr>
    </w:tbl>
    <w:p>
      <w:pPr>
        <w:pStyle w:val="SectionHeading"/>
        <w:jc w:val="center"/>
      </w:pPr>
      <w:r>
        <w:rPr>
          <w:b w:val="0"/>
          <w:i w:val="0"/>
        </w:rPr>
        <w:t>Section A: [25 Marks]</w:t>
      </w:r>
    </w:p>
    <w:p>
      <w:pPr>
        <w:pStyle w:val="InstructionRed"/>
        <w:jc w:val="center"/>
      </w:pPr>
      <w:r>
        <w:rPr>
          <w:b w:val="0"/>
          <w:i w:val="0"/>
        </w:rPr>
        <w:t>Answer ONE Question from the TWO questions in this section.</w:t>
      </w:r>
    </w:p>
    <w:p>
      <w:pPr>
        <w:pStyle w:val="QuestionHeading"/>
      </w:pPr>
      <w:r>
        <w:rPr>
          <w:b/>
          <w:i w:val="0"/>
        </w:rPr>
        <w:t xml:space="preserve">Question 1: </w:t>
      </w:r>
      <w:r>
        <w:t xml:space="preserve">Rule-Based Systems, Expert Systems, Fuzzy Logic and Agents </w:t>
      </w:r>
      <w:r>
        <w:rPr>
          <w:b/>
          <w:i w:val="0"/>
        </w:rPr>
        <w:t>[25 Marks]</w:t>
      </w:r>
    </w:p>
    <w:p>
      <w:r>
        <w:rPr>
          <w:b w:val="0"/>
          <w:i w:val="0"/>
        </w:rPr>
        <w:t>Rule-based reasoning is one of the earliest and most interpretable approaches in Artificial Intelligence. Expert systems use rules and specialist knowledge to support decision-making, while fuzzy logic allows AI systems to handle uncertainty and partial truth. AI agents also use perception, reasoning and action to interact with their environments.</w:t>
      </w:r>
    </w:p>
    <w:p>
      <w:r>
        <w:rPr>
          <w:b/>
          <w:i w:val="0"/>
        </w:rPr>
        <w:t xml:space="preserve">1.1 </w:t>
      </w:r>
      <w:r>
        <w:t>Define the following terms clearly within the context of Artificial Intelligence:</w:t>
      </w:r>
    </w:p>
    <w:p>
      <w:r>
        <w:rPr>
          <w:b w:val="0"/>
          <w:i w:val="0"/>
        </w:rPr>
        <w:t>a) Rule-based system</w:t>
      </w:r>
    </w:p>
    <w:p>
      <w:r>
        <w:rPr>
          <w:b w:val="0"/>
          <w:i w:val="0"/>
        </w:rPr>
        <w:t>b) Expert system</w:t>
      </w:r>
    </w:p>
    <w:p>
      <w:r>
        <w:rPr>
          <w:b w:val="0"/>
          <w:i w:val="0"/>
        </w:rPr>
        <w:t>c) Fuzzy logic</w:t>
      </w:r>
    </w:p>
    <w:p>
      <w:r>
        <w:rPr>
          <w:b w:val="0"/>
          <w:i w:val="0"/>
        </w:rPr>
        <w:t>d) Rational agent</w:t>
      </w:r>
    </w:p>
    <w:p>
      <w:r>
        <w:rPr>
          <w:b w:val="0"/>
          <w:i w:val="0"/>
        </w:rPr>
        <w:t>e) Knowledge base</w:t>
      </w:r>
    </w:p>
    <w:p>
      <w:pPr>
        <w:spacing w:after="120"/>
        <w:jc w:val="right"/>
      </w:pPr>
      <w:r>
        <w:rPr>
          <w:b/>
        </w:rPr>
        <w:t>[5 Marks]</w:t>
      </w:r>
    </w:p>
    <w:p>
      <w:r>
        <w:rPr>
          <w:b/>
          <w:i w:val="0"/>
        </w:rPr>
        <w:t xml:space="preserve">1.2 </w:t>
      </w:r>
      <w:r>
        <w:t>Describe the main components of an expert system and explain how they interact during problem-solving. Include in your answer:</w:t>
      </w:r>
    </w:p>
    <w:p>
      <w:pPr>
        <w:pStyle w:val="ListBullet"/>
        <w:spacing w:after="30"/>
        <w:ind w:left="504"/>
      </w:pPr>
      <w:r>
        <w:t>Knowledge base</w:t>
      </w:r>
    </w:p>
    <w:p>
      <w:pPr>
        <w:pStyle w:val="ListBullet"/>
        <w:spacing w:after="30"/>
        <w:ind w:left="504"/>
      </w:pPr>
      <w:r>
        <w:t>Inference engine</w:t>
      </w:r>
    </w:p>
    <w:p>
      <w:pPr>
        <w:pStyle w:val="ListBullet"/>
        <w:spacing w:after="30"/>
        <w:ind w:left="504"/>
      </w:pPr>
      <w:r>
        <w:t>Working memory or case-specific facts</w:t>
      </w:r>
    </w:p>
    <w:p>
      <w:pPr>
        <w:pStyle w:val="ListBullet"/>
        <w:spacing w:after="30"/>
        <w:ind w:left="504"/>
      </w:pPr>
      <w:r>
        <w:t>User interface</w:t>
      </w:r>
    </w:p>
    <w:p>
      <w:pPr>
        <w:spacing w:after="120"/>
        <w:jc w:val="right"/>
      </w:pPr>
      <w:r>
        <w:rPr>
          <w:b/>
        </w:rPr>
        <w:t>[6 Marks]</w:t>
      </w:r>
    </w:p>
    <w:p>
      <w:r>
        <w:rPr>
          <w:b/>
          <w:i w:val="0"/>
        </w:rPr>
        <w:t xml:space="preserve">1.3 </w:t>
      </w:r>
      <w:r>
        <w:t xml:space="preserve">Explain how </w:t>
      </w:r>
      <w:r>
        <w:rPr>
          <w:b/>
          <w:i w:val="0"/>
        </w:rPr>
        <w:t>IF-THEN production rules</w:t>
      </w:r>
      <w:r>
        <w:t xml:space="preserve"> are used to represent expert knowledge in a rule-based system. Using a brief textual example, explain the difference between:</w:t>
      </w:r>
    </w:p>
    <w:p>
      <w:pPr>
        <w:pStyle w:val="ListBullet"/>
        <w:spacing w:after="30"/>
        <w:ind w:left="504"/>
      </w:pPr>
      <w:r>
        <w:t>Forward chaining</w:t>
      </w:r>
    </w:p>
    <w:p>
      <w:pPr>
        <w:pStyle w:val="ListBullet"/>
        <w:spacing w:after="30"/>
        <w:ind w:left="504"/>
      </w:pPr>
      <w:r>
        <w:t>Backward chaining</w:t>
      </w:r>
    </w:p>
    <w:p>
      <w:pPr>
        <w:spacing w:after="120"/>
        <w:jc w:val="right"/>
      </w:pPr>
      <w:r>
        <w:rPr>
          <w:b/>
        </w:rPr>
        <w:t>[5 Marks]</w:t>
      </w:r>
    </w:p>
    <w:p>
      <w:r>
        <w:rPr>
          <w:b/>
          <w:i w:val="0"/>
        </w:rPr>
        <w:t xml:space="preserve">1.4 </w:t>
      </w:r>
      <w:r>
        <w:t>Explain how fuzzy logic can be integrated into rule-based systems to handle uncertainty and partial truth. In your answer:</w:t>
      </w:r>
    </w:p>
    <w:p>
      <w:pPr>
        <w:pStyle w:val="ListBullet"/>
        <w:spacing w:after="30"/>
        <w:ind w:left="504"/>
      </w:pPr>
      <w:r>
        <w:t>Describe how fuzzy membership values differ from binary logic.</w:t>
      </w:r>
    </w:p>
    <w:p>
      <w:pPr>
        <w:pStyle w:val="ListBullet"/>
        <w:spacing w:after="30"/>
        <w:ind w:left="504"/>
      </w:pPr>
      <w:r>
        <w:t>Explain the role of fuzzification and defuzzification.</w:t>
      </w:r>
    </w:p>
    <w:p>
      <w:pPr>
        <w:pStyle w:val="ListBullet"/>
        <w:spacing w:after="30"/>
        <w:ind w:left="504"/>
      </w:pPr>
      <w:r>
        <w:t>Give one real-world example, such as fan speed control, healthcare, finance, or vehicle control.</w:t>
      </w:r>
    </w:p>
    <w:p>
      <w:pPr>
        <w:spacing w:after="120"/>
        <w:jc w:val="right"/>
      </w:pPr>
      <w:r>
        <w:rPr>
          <w:b/>
        </w:rPr>
        <w:t>[5 Marks]</w:t>
      </w:r>
    </w:p>
    <w:p>
      <w:r>
        <w:rPr>
          <w:b/>
          <w:i w:val="0"/>
        </w:rPr>
        <w:t xml:space="preserve">1.5 </w:t>
      </w:r>
      <w:r>
        <w:t xml:space="preserve">Compare </w:t>
      </w:r>
      <w:r>
        <w:rPr>
          <w:b w:val="0"/>
          <w:i/>
        </w:rPr>
        <w:t>simple reflex agents</w:t>
      </w:r>
      <w:r>
        <w:t xml:space="preserve"> and </w:t>
      </w:r>
      <w:r>
        <w:rPr>
          <w:b w:val="0"/>
          <w:i/>
        </w:rPr>
        <w:t>learning agents</w:t>
      </w:r>
      <w:r>
        <w:t>. In your answer, explain how each type of agent chooses actions and give one example of each.</w:t>
      </w:r>
    </w:p>
    <w:p>
      <w:pPr>
        <w:spacing w:after="120"/>
        <w:jc w:val="right"/>
      </w:pPr>
      <w:r>
        <w:rPr>
          <w:b/>
        </w:rPr>
        <w:t>[4 Marks]</w:t>
      </w:r>
    </w:p>
    <w:p>
      <w:pPr>
        <w:pStyle w:val="QuestionHeading"/>
      </w:pPr>
      <w:r>
        <w:rPr>
          <w:b/>
          <w:i w:val="0"/>
        </w:rPr>
        <w:t xml:space="preserve">Question 2: </w:t>
      </w:r>
      <w:r>
        <w:t xml:space="preserve">Natural Language Processing and Large Language Models </w:t>
      </w:r>
      <w:r>
        <w:rPr>
          <w:b/>
          <w:i w:val="0"/>
        </w:rPr>
        <w:t>[25 Marks]</w:t>
      </w:r>
    </w:p>
    <w:p>
      <w:r>
        <w:rPr>
          <w:b w:val="0"/>
          <w:i w:val="0"/>
        </w:rPr>
        <w:t>Natural Language Processing enables AI systems to understand, interpret and generate human language. Modern Large Language Models extend these ideas by using deep learning, tokenisation, prompt engineering and large-scale language modelling.</w:t>
      </w:r>
    </w:p>
    <w:p>
      <w:r>
        <w:rPr>
          <w:b/>
          <w:i w:val="0"/>
        </w:rPr>
        <w:t xml:space="preserve">2.1 </w:t>
      </w:r>
      <w:r>
        <w:t>Define the following NLP terms clearly and provide a brief example for each:</w:t>
      </w:r>
    </w:p>
    <w:p>
      <w:r>
        <w:rPr>
          <w:b w:val="0"/>
          <w:i w:val="0"/>
        </w:rPr>
        <w:t>a) Tokenisation</w:t>
      </w:r>
    </w:p>
    <w:p>
      <w:r>
        <w:rPr>
          <w:b w:val="0"/>
          <w:i w:val="0"/>
        </w:rPr>
        <w:t>b) Stemming vs lemmatisation</w:t>
      </w:r>
    </w:p>
    <w:p>
      <w:r>
        <w:rPr>
          <w:b w:val="0"/>
          <w:i w:val="0"/>
        </w:rPr>
        <w:t>c) Part-of-speech tagging</w:t>
      </w:r>
    </w:p>
    <w:p>
      <w:r>
        <w:rPr>
          <w:b w:val="0"/>
          <w:i w:val="0"/>
        </w:rPr>
        <w:t>d) Named entity recognition</w:t>
      </w:r>
    </w:p>
    <w:p>
      <w:r>
        <w:rPr>
          <w:b w:val="0"/>
          <w:i w:val="0"/>
        </w:rPr>
        <w:t>e) Word embeddings</w:t>
      </w:r>
    </w:p>
    <w:p>
      <w:pPr>
        <w:spacing w:after="120"/>
        <w:jc w:val="right"/>
      </w:pPr>
      <w:r>
        <w:rPr>
          <w:b/>
        </w:rPr>
        <w:t>[5 Marks]</w:t>
      </w:r>
    </w:p>
    <w:p>
      <w:r>
        <w:rPr>
          <w:b/>
          <w:i w:val="0"/>
        </w:rPr>
        <w:t xml:space="preserve">2.2 </w:t>
      </w:r>
      <w:r>
        <w:t>Explain the main stages of a typical NLP pipeline and describe the role of each stage in processing raw text into useful output. Include:</w:t>
      </w:r>
    </w:p>
    <w:p>
      <w:pPr>
        <w:pStyle w:val="ListBullet"/>
        <w:spacing w:after="30"/>
        <w:ind w:left="504"/>
      </w:pPr>
      <w:r>
        <w:t>Text preprocessing</w:t>
      </w:r>
    </w:p>
    <w:p>
      <w:pPr>
        <w:pStyle w:val="ListBullet"/>
        <w:spacing w:after="30"/>
        <w:ind w:left="504"/>
      </w:pPr>
      <w:r>
        <w:t>Feature extraction</w:t>
      </w:r>
    </w:p>
    <w:p>
      <w:pPr>
        <w:pStyle w:val="ListBullet"/>
        <w:spacing w:after="30"/>
        <w:ind w:left="504"/>
      </w:pPr>
      <w:r>
        <w:t>Model inference</w:t>
      </w:r>
    </w:p>
    <w:p>
      <w:pPr>
        <w:pStyle w:val="ListBullet"/>
        <w:spacing w:after="30"/>
        <w:ind w:left="504"/>
      </w:pPr>
      <w:r>
        <w:t>Post-processing</w:t>
      </w:r>
    </w:p>
    <w:p>
      <w:pPr>
        <w:spacing w:after="120"/>
        <w:jc w:val="right"/>
      </w:pPr>
      <w:r>
        <w:rPr>
          <w:b/>
        </w:rPr>
        <w:t>[6 Marks]</w:t>
      </w:r>
    </w:p>
    <w:p>
      <w:r>
        <w:rPr>
          <w:b/>
          <w:i w:val="0"/>
        </w:rPr>
        <w:t xml:space="preserve">2.3 </w:t>
      </w:r>
      <w:r>
        <w:t xml:space="preserve">Compare </w:t>
      </w:r>
      <w:r>
        <w:rPr>
          <w:b w:val="0"/>
          <w:i/>
        </w:rPr>
        <w:t>statistical language models</w:t>
      </w:r>
      <w:r>
        <w:t xml:space="preserve"> and </w:t>
      </w:r>
      <w:r>
        <w:rPr>
          <w:b w:val="0"/>
          <w:i/>
        </w:rPr>
        <w:t>neural language models</w:t>
      </w:r>
      <w:r>
        <w:t>. In your answer, explain why neural models are better at handling:</w:t>
      </w:r>
    </w:p>
    <w:p>
      <w:pPr>
        <w:pStyle w:val="ListBullet"/>
        <w:spacing w:after="30"/>
        <w:ind w:left="504"/>
      </w:pPr>
      <w:r>
        <w:t>Long-range dependencies</w:t>
      </w:r>
    </w:p>
    <w:p>
      <w:pPr>
        <w:pStyle w:val="ListBullet"/>
        <w:spacing w:after="30"/>
        <w:ind w:left="504"/>
      </w:pPr>
      <w:r>
        <w:t>Contextual meaning</w:t>
      </w:r>
    </w:p>
    <w:p>
      <w:pPr>
        <w:spacing w:after="120"/>
        <w:jc w:val="right"/>
      </w:pPr>
      <w:r>
        <w:rPr>
          <w:b/>
        </w:rPr>
        <w:t>[5 Marks]</w:t>
      </w:r>
    </w:p>
    <w:p>
      <w:r>
        <w:rPr>
          <w:b/>
          <w:i w:val="0"/>
        </w:rPr>
        <w:t xml:space="preserve">2.4 </w:t>
      </w:r>
      <w:r>
        <w:t>Explain the following Large Language Model concepts:</w:t>
      </w:r>
    </w:p>
    <w:p>
      <w:r>
        <w:rPr>
          <w:b w:val="0"/>
          <w:i w:val="0"/>
        </w:rPr>
        <w:t>a) Prompt</w:t>
      </w:r>
    </w:p>
    <w:p>
      <w:r>
        <w:rPr>
          <w:b w:val="0"/>
          <w:i w:val="0"/>
        </w:rPr>
        <w:t>b) Completion</w:t>
      </w:r>
    </w:p>
    <w:p>
      <w:r>
        <w:rPr>
          <w:b w:val="0"/>
          <w:i w:val="0"/>
        </w:rPr>
        <w:t>c) Token</w:t>
      </w:r>
    </w:p>
    <w:p>
      <w:r>
        <w:rPr>
          <w:b w:val="0"/>
          <w:i w:val="0"/>
        </w:rPr>
        <w:t>d) Context window</w:t>
      </w:r>
    </w:p>
    <w:p>
      <w:r>
        <w:rPr>
          <w:b w:val="0"/>
          <w:i w:val="0"/>
        </w:rPr>
        <w:t>e) Zero-shot vs few-shot prompting</w:t>
      </w:r>
    </w:p>
    <w:p>
      <w:pPr>
        <w:spacing w:after="120"/>
        <w:jc w:val="right"/>
      </w:pPr>
      <w:r>
        <w:rPr>
          <w:b/>
        </w:rPr>
        <w:t>[5 Marks]</w:t>
      </w:r>
    </w:p>
    <w:p>
      <w:r>
        <w:rPr>
          <w:b/>
          <w:i w:val="0"/>
        </w:rPr>
        <w:t xml:space="preserve">2.5 </w:t>
      </w:r>
      <w:r>
        <w:t>Discuss one real-world NLP or LLM application, such as a chatbot, translation system, summarisation tool, or question-answering system. In your answer, explain:</w:t>
      </w:r>
    </w:p>
    <w:p>
      <w:pPr>
        <w:pStyle w:val="ListBullet"/>
        <w:spacing w:after="30"/>
        <w:ind w:left="504"/>
      </w:pPr>
      <w:r>
        <w:t>What the system does</w:t>
      </w:r>
    </w:p>
    <w:p>
      <w:pPr>
        <w:pStyle w:val="ListBullet"/>
        <w:spacing w:after="30"/>
        <w:ind w:left="504"/>
      </w:pPr>
      <w:r>
        <w:t>One technical challenge</w:t>
      </w:r>
    </w:p>
    <w:p>
      <w:pPr>
        <w:pStyle w:val="ListBullet"/>
        <w:spacing w:after="30"/>
        <w:ind w:left="504"/>
      </w:pPr>
      <w:r>
        <w:t>One ethical challenge</w:t>
      </w:r>
    </w:p>
    <w:p>
      <w:pPr>
        <w:spacing w:after="120"/>
        <w:jc w:val="right"/>
      </w:pPr>
      <w:r>
        <w:rPr>
          <w:b/>
        </w:rPr>
        <w:t>[4 Marks]</w:t>
      </w:r>
    </w:p>
    <w:p>
      <w:r>
        <w:br w:type="page"/>
      </w:r>
    </w:p>
    <w:p>
      <w:pPr>
        <w:pStyle w:val="SectionHeading"/>
        <w:jc w:val="center"/>
      </w:pPr>
      <w:r>
        <w:rPr>
          <w:b w:val="0"/>
          <w:i w:val="0"/>
        </w:rPr>
        <w:t>Section B: [25 Marks]</w:t>
      </w:r>
    </w:p>
    <w:p>
      <w:pPr>
        <w:pStyle w:val="InstructionRed"/>
        <w:jc w:val="center"/>
      </w:pPr>
      <w:r>
        <w:rPr>
          <w:b w:val="0"/>
          <w:i w:val="0"/>
        </w:rPr>
        <w:t>Answer ALL questions in this section.</w:t>
      </w:r>
    </w:p>
    <w:p>
      <w:pPr>
        <w:pStyle w:val="QuestionHeading"/>
      </w:pPr>
      <w:r>
        <w:rPr>
          <w:b/>
          <w:i w:val="0"/>
        </w:rPr>
        <w:t xml:space="preserve">Question 3: </w:t>
      </w:r>
      <w:r>
        <w:t xml:space="preserve">Responsible AI, LLMs and Applied AI Systems </w:t>
      </w:r>
      <w:r>
        <w:rPr>
          <w:b/>
          <w:i w:val="0"/>
        </w:rPr>
        <w:t>[25 Marks]</w:t>
      </w:r>
    </w:p>
    <w:p>
      <w:r>
        <w:rPr>
          <w:b w:val="0"/>
          <w:i w:val="0"/>
        </w:rPr>
        <w:t>AI systems are increasingly used in real-world domains such as education, healthcare, finance, recruitment and transport. These systems can improve decision-making but may also create risks related to bias, privacy, hallucinations, transparency and accountability.</w:t>
      </w:r>
    </w:p>
    <w:p>
      <w:r>
        <w:rPr>
          <w:b/>
          <w:i w:val="0"/>
        </w:rPr>
        <w:t xml:space="preserve">3.1 </w:t>
      </w:r>
      <w:r>
        <w:t>Define the following terms in the context of AI ethics and Responsible AI:</w:t>
      </w:r>
    </w:p>
    <w:p>
      <w:r>
        <w:rPr>
          <w:b w:val="0"/>
          <w:i w:val="0"/>
        </w:rPr>
        <w:t>a) Algorithmic bias</w:t>
      </w:r>
    </w:p>
    <w:p>
      <w:r>
        <w:rPr>
          <w:b w:val="0"/>
          <w:i w:val="0"/>
        </w:rPr>
        <w:t>b) Transparency</w:t>
      </w:r>
    </w:p>
    <w:p>
      <w:r>
        <w:rPr>
          <w:b w:val="0"/>
          <w:i w:val="0"/>
        </w:rPr>
        <w:t>c) Explainability</w:t>
      </w:r>
    </w:p>
    <w:p>
      <w:r>
        <w:rPr>
          <w:b w:val="0"/>
          <w:i w:val="0"/>
        </w:rPr>
        <w:t>d) Privacy and security</w:t>
      </w:r>
    </w:p>
    <w:p>
      <w:r>
        <w:rPr>
          <w:b w:val="0"/>
          <w:i w:val="0"/>
        </w:rPr>
        <w:t>e) Robustness</w:t>
      </w:r>
    </w:p>
    <w:p>
      <w:pPr>
        <w:spacing w:after="120"/>
        <w:jc w:val="right"/>
      </w:pPr>
      <w:r>
        <w:rPr>
          <w:b/>
        </w:rPr>
        <w:t>[5 Marks]</w:t>
      </w:r>
    </w:p>
    <w:p>
      <w:r>
        <w:rPr>
          <w:b/>
          <w:i w:val="0"/>
        </w:rPr>
        <w:t xml:space="preserve">3.2 </w:t>
      </w:r>
      <w:r>
        <w:t xml:space="preserve">Identify and explain </w:t>
      </w:r>
      <w:r>
        <w:rPr>
          <w:b/>
          <w:i w:val="0"/>
        </w:rPr>
        <w:t>three major risks</w:t>
      </w:r>
      <w:r>
        <w:t xml:space="preserve"> that may arise when developing or deploying AI systems. You may discuss examples such as:</w:t>
      </w:r>
    </w:p>
    <w:p>
      <w:pPr>
        <w:pStyle w:val="ListBullet"/>
        <w:spacing w:after="30"/>
        <w:ind w:left="504"/>
      </w:pPr>
      <w:r>
        <w:t>Bias and unfair decision-making</w:t>
      </w:r>
    </w:p>
    <w:p>
      <w:pPr>
        <w:pStyle w:val="ListBullet"/>
        <w:spacing w:after="30"/>
        <w:ind w:left="504"/>
      </w:pPr>
      <w:r>
        <w:t>Hallucinations in generative AI</w:t>
      </w:r>
    </w:p>
    <w:p>
      <w:pPr>
        <w:pStyle w:val="ListBullet"/>
        <w:spacing w:after="30"/>
        <w:ind w:left="504"/>
      </w:pPr>
      <w:r>
        <w:t>Toxic or harmful output</w:t>
      </w:r>
    </w:p>
    <w:p>
      <w:pPr>
        <w:pStyle w:val="ListBullet"/>
        <w:spacing w:after="30"/>
        <w:ind w:left="504"/>
      </w:pPr>
      <w:r>
        <w:t>Privacy concerns</w:t>
      </w:r>
    </w:p>
    <w:p>
      <w:pPr>
        <w:pStyle w:val="ListBullet"/>
        <w:spacing w:after="30"/>
        <w:ind w:left="504"/>
      </w:pPr>
      <w:r>
        <w:t>Job displacement</w:t>
      </w:r>
    </w:p>
    <w:p>
      <w:pPr>
        <w:pStyle w:val="ListBullet"/>
        <w:spacing w:after="30"/>
        <w:ind w:left="504"/>
      </w:pPr>
      <w:r>
        <w:t>Intellectual property issues</w:t>
      </w:r>
    </w:p>
    <w:p>
      <w:pPr>
        <w:spacing w:after="120"/>
        <w:jc w:val="right"/>
      </w:pPr>
      <w:r>
        <w:rPr>
          <w:b/>
        </w:rPr>
        <w:t>[6 Marks]</w:t>
      </w:r>
    </w:p>
    <w:p>
      <w:r>
        <w:rPr>
          <w:b/>
          <w:i w:val="0"/>
        </w:rPr>
        <w:t xml:space="preserve">3.3 </w:t>
      </w:r>
      <w:r>
        <w:t xml:space="preserve">Describe </w:t>
      </w:r>
      <w:r>
        <w:rPr>
          <w:b/>
          <w:i w:val="0"/>
        </w:rPr>
        <w:t>two methods</w:t>
      </w:r>
      <w:r>
        <w:t xml:space="preserve"> that can be used to detect or reduce bias in AI systems. For each method, explain how it contributes to fairer and more responsible AI outcomes.</w:t>
      </w:r>
    </w:p>
    <w:p>
      <w:pPr>
        <w:spacing w:after="120"/>
        <w:jc w:val="right"/>
      </w:pPr>
      <w:r>
        <w:rPr>
          <w:b/>
        </w:rPr>
        <w:t>[5 Marks]</w:t>
      </w:r>
    </w:p>
    <w:p>
      <w:r>
        <w:rPr>
          <w:b/>
          <w:i w:val="0"/>
        </w:rPr>
        <w:t xml:space="preserve">3.4 </w:t>
      </w:r>
      <w:r>
        <w:t>A university wants to build a chatbot that answers student questions using internal documents such as policies, timetables and handbooks.</w:t>
      </w:r>
    </w:p>
    <w:p>
      <w:r>
        <w:rPr>
          <w:b w:val="0"/>
          <w:i w:val="0"/>
        </w:rPr>
        <w:t>Explain whether prompting, fine-tuning or Retrieval-Augmented Generation (RAG) would be most suitable for this system. In your answer, refer to:</w:t>
      </w:r>
    </w:p>
    <w:p>
      <w:pPr>
        <w:pStyle w:val="ListBullet"/>
        <w:spacing w:after="30"/>
        <w:ind w:left="504"/>
      </w:pPr>
      <w:r>
        <w:t>Access to private or updated documents</w:t>
      </w:r>
    </w:p>
    <w:p>
      <w:pPr>
        <w:pStyle w:val="ListBullet"/>
        <w:spacing w:after="30"/>
        <w:ind w:left="504"/>
      </w:pPr>
      <w:r>
        <w:t>Reliability of answers</w:t>
      </w:r>
    </w:p>
    <w:p>
      <w:pPr>
        <w:pStyle w:val="ListBullet"/>
        <w:spacing w:after="30"/>
        <w:ind w:left="504"/>
      </w:pPr>
      <w:r>
        <w:t>Limitations such as retrieval quality or context window size</w:t>
      </w:r>
    </w:p>
    <w:p>
      <w:pPr>
        <w:spacing w:after="120"/>
        <w:jc w:val="right"/>
      </w:pPr>
      <w:r>
        <w:rPr>
          <w:b/>
        </w:rPr>
        <w:t>[5 Marks]</w:t>
      </w:r>
    </w:p>
    <w:p>
      <w:r>
        <w:rPr>
          <w:b/>
          <w:i w:val="0"/>
        </w:rPr>
        <w:t xml:space="preserve">3.5 </w:t>
      </w:r>
      <w:r>
        <w:t xml:space="preserve">A hospital wants to use AI to improve diagnosis accuracy and reduce patient waiting times. Identify </w:t>
      </w:r>
      <w:r>
        <w:rPr>
          <w:b/>
          <w:i w:val="0"/>
        </w:rPr>
        <w:t>two AI subdomains</w:t>
      </w:r>
      <w:r>
        <w:t xml:space="preserve"> that could support this system and briefly explain how each could be used. Examples may include:</w:t>
      </w:r>
    </w:p>
    <w:p>
      <w:pPr>
        <w:pStyle w:val="ListBullet"/>
        <w:spacing w:after="30"/>
        <w:ind w:left="504"/>
      </w:pPr>
      <w:r>
        <w:t>Machine Learning</w:t>
      </w:r>
    </w:p>
    <w:p>
      <w:pPr>
        <w:pStyle w:val="ListBullet"/>
        <w:spacing w:after="30"/>
        <w:ind w:left="504"/>
      </w:pPr>
      <w:r>
        <w:t>Natural Language Processing</w:t>
      </w:r>
    </w:p>
    <w:p>
      <w:pPr>
        <w:pStyle w:val="ListBullet"/>
        <w:spacing w:after="30"/>
        <w:ind w:left="504"/>
      </w:pPr>
      <w:r>
        <w:t>Computer Vision</w:t>
      </w:r>
    </w:p>
    <w:p>
      <w:pPr>
        <w:pStyle w:val="ListBullet"/>
        <w:spacing w:after="30"/>
        <w:ind w:left="504"/>
      </w:pPr>
      <w:r>
        <w:t>Expert Systems</w:t>
      </w:r>
    </w:p>
    <w:p>
      <w:pPr>
        <w:pStyle w:val="ListBullet"/>
        <w:spacing w:after="30"/>
        <w:ind w:left="504"/>
      </w:pPr>
      <w:r>
        <w:t>AI Agents</w:t>
      </w:r>
    </w:p>
    <w:p>
      <w:pPr>
        <w:spacing w:after="120"/>
        <w:jc w:val="right"/>
      </w:pPr>
      <w:r>
        <w:rPr>
          <w:b/>
        </w:rPr>
        <w:t>[4 Marks]</w:t>
      </w:r>
    </w:p>
    <w:p>
      <w:pPr>
        <w:pStyle w:val="ExamSubtitle"/>
        <w:jc w:val="center"/>
      </w:pPr>
      <w:r>
        <w:rPr>
          <w:b w:val="0"/>
          <w:i w:val="0"/>
        </w:rPr>
        <w:t>End of Test</w:t>
      </w:r>
    </w:p>
    <w:sectPr w:rsidR="00FC693F" w:rsidRPr="0006063C" w:rsidSect="00034616">
      <w:footerReference w:type="default" r:id="rId9"/>
      <w:pgSz w:w="12240" w:h="15840"/>
      <w:pgMar w:top="936" w:right="1080" w:bottom="936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sz w:val="16"/>
      </w:rPr>
      <w:t>AI In-Class Test | 50 Marks | 1 Hour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2" w:lineRule="auto"/>
    </w:pPr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ExamTitle">
    <w:name w:val="Exam Title"/>
    <w:pPr>
      <w:spacing w:before="0" w:after="40" w:line="252" w:lineRule="auto"/>
    </w:pPr>
    <w:rPr>
      <w:rFonts w:ascii="Arial" w:hAnsi="Arial" w:eastAsia="Arial"/>
      <w:b/>
      <w:sz w:val="32"/>
    </w:rPr>
  </w:style>
  <w:style w:type="paragraph" w:customStyle="1" w:styleId="ExamSubtitle">
    <w:name w:val="Exam Subtitle"/>
    <w:pPr>
      <w:spacing w:before="0" w:after="40" w:line="252" w:lineRule="auto"/>
    </w:pPr>
    <w:rPr>
      <w:rFonts w:ascii="Arial" w:hAnsi="Arial" w:eastAsia="Arial"/>
      <w:b/>
      <w:sz w:val="22"/>
    </w:rPr>
  </w:style>
  <w:style w:type="paragraph" w:customStyle="1" w:styleId="SectionHeading">
    <w:name w:val="Section Heading"/>
    <w:pPr>
      <w:keepNext/>
      <w:spacing w:before="200" w:after="80" w:line="252" w:lineRule="auto"/>
    </w:pPr>
    <w:rPr>
      <w:rFonts w:ascii="Arial" w:hAnsi="Arial" w:eastAsia="Arial"/>
      <w:b/>
      <w:sz w:val="28"/>
    </w:rPr>
  </w:style>
  <w:style w:type="paragraph" w:customStyle="1" w:styleId="QuestionHeading">
    <w:name w:val="Question Heading"/>
    <w:pPr>
      <w:keepNext/>
      <w:spacing w:before="160" w:after="60" w:line="252" w:lineRule="auto"/>
    </w:pPr>
    <w:rPr>
      <w:rFonts w:ascii="Arial" w:hAnsi="Arial" w:eastAsia="Arial"/>
      <w:b/>
      <w:sz w:val="22"/>
    </w:rPr>
  </w:style>
  <w:style w:type="paragraph" w:customStyle="1" w:styleId="InstructionRed">
    <w:name w:val="Instruction Red"/>
    <w:pPr>
      <w:keepNext/>
      <w:spacing w:before="0" w:after="120" w:line="252" w:lineRule="auto"/>
    </w:pPr>
    <w:rPr>
      <w:rFonts w:ascii="Arial" w:hAnsi="Arial" w:eastAsia="Arial"/>
      <w:b w:val="0"/>
      <w:color w:val="FF0000"/>
      <w:sz w:val="22"/>
    </w:rPr>
  </w:style>
  <w:style w:type="paragraph" w:customStyle="1" w:styleId="SmallBold">
    <w:name w:val="Small Bold"/>
    <w:pPr>
      <w:spacing w:before="0" w:after="80" w:line="252" w:lineRule="auto"/>
    </w:pPr>
    <w:rPr>
      <w:rFonts w:ascii="Arial" w:hAnsi="Arial" w:eastAsia="Arial"/>
      <w:b/>
      <w:sz w:val="21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