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E9DBD" w14:textId="77777777" w:rsidR="005671B1" w:rsidRDefault="005671B1">
      <w:pPr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</w:pPr>
      <w:r>
        <w:rPr>
          <w:rFonts w:eastAsia="DengXian"/>
          <w:noProof/>
          <w:lang w:eastAsia="zh-CN"/>
        </w:rPr>
        <w:drawing>
          <wp:inline distT="0" distB="0" distL="0" distR="0" wp14:anchorId="6A27EB01" wp14:editId="1A10A6E3">
            <wp:extent cx="5486400" cy="2445356"/>
            <wp:effectExtent l="0" t="0" r="0" b="0"/>
            <wp:docPr id="107799892" name="Picture 4" descr="University of Wales Trinity Saint David - myda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4535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A0C9FBE" w14:textId="3D8A0F06" w:rsidR="005671B1" w:rsidRPr="00427CE9" w:rsidRDefault="005671B1" w:rsidP="00B374C6">
      <w:pPr>
        <w:autoSpaceDN w:val="0"/>
        <w:spacing w:line="240" w:lineRule="auto"/>
        <w:rPr>
          <w:rFonts w:ascii="Arial" w:eastAsia="DengXian" w:hAnsi="Arial" w:cs="Arial"/>
          <w:kern w:val="3"/>
          <w:sz w:val="36"/>
          <w:szCs w:val="36"/>
          <w:lang w:eastAsia="zh-CN"/>
        </w:rPr>
      </w:pPr>
      <w:r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 xml:space="preserve">Module name: </w:t>
      </w:r>
      <w:r w:rsidRPr="00427CE9">
        <w:rPr>
          <w:rFonts w:ascii="Arial" w:eastAsia="Arial" w:hAnsi="Arial" w:cs="Arial"/>
          <w:color w:val="000000"/>
          <w:sz w:val="36"/>
          <w:szCs w:val="36"/>
          <w:lang w:eastAsia="en-GB"/>
        </w:rPr>
        <w:t>Employability and Career Development</w:t>
      </w:r>
      <w:r w:rsidRPr="00427CE9">
        <w:rPr>
          <w:rFonts w:ascii="Arial" w:eastAsia="Arial" w:hAnsi="Arial" w:cs="Arial"/>
          <w:b/>
          <w:bCs/>
          <w:color w:val="000000"/>
          <w:sz w:val="36"/>
          <w:szCs w:val="36"/>
          <w:lang w:eastAsia="en-GB"/>
        </w:rPr>
        <w:t xml:space="preserve">    </w:t>
      </w:r>
    </w:p>
    <w:p w14:paraId="119437E4" w14:textId="77777777" w:rsidR="00B90D6D" w:rsidRDefault="00B90D6D" w:rsidP="00B374C6">
      <w:pPr>
        <w:autoSpaceDN w:val="0"/>
        <w:spacing w:line="240" w:lineRule="auto"/>
        <w:rPr>
          <w:rFonts w:ascii="Arial" w:eastAsia="DengXian" w:hAnsi="Arial" w:cs="Arial"/>
          <w:kern w:val="3"/>
          <w:sz w:val="36"/>
          <w:szCs w:val="36"/>
          <w:lang w:eastAsia="zh-CN"/>
        </w:rPr>
      </w:pPr>
    </w:p>
    <w:p w14:paraId="1159030F" w14:textId="67786A55" w:rsidR="005671B1" w:rsidRPr="00427CE9" w:rsidRDefault="005671B1" w:rsidP="00B374C6">
      <w:pPr>
        <w:autoSpaceDN w:val="0"/>
        <w:spacing w:line="240" w:lineRule="auto"/>
        <w:rPr>
          <w:rFonts w:ascii="Arial" w:eastAsia="DengXian" w:hAnsi="Arial" w:cs="Arial"/>
          <w:kern w:val="3"/>
          <w:sz w:val="36"/>
          <w:szCs w:val="36"/>
          <w:lang w:eastAsia="zh-CN"/>
        </w:rPr>
      </w:pPr>
      <w:r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 xml:space="preserve">Module </w:t>
      </w:r>
      <w:proofErr w:type="gramStart"/>
      <w:r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>Code:LCLM</w:t>
      </w:r>
      <w:proofErr w:type="gramEnd"/>
      <w:r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>4005</w:t>
      </w:r>
    </w:p>
    <w:p w14:paraId="350FDFDC" w14:textId="77777777" w:rsidR="00B90D6D" w:rsidRDefault="00B90D6D" w:rsidP="00B374C6">
      <w:pPr>
        <w:autoSpaceDN w:val="0"/>
        <w:spacing w:line="240" w:lineRule="auto"/>
        <w:rPr>
          <w:rFonts w:ascii="Arial" w:eastAsia="DengXian" w:hAnsi="Arial" w:cs="Arial"/>
          <w:kern w:val="3"/>
          <w:sz w:val="36"/>
          <w:szCs w:val="36"/>
          <w:lang w:eastAsia="zh-CN"/>
        </w:rPr>
      </w:pPr>
    </w:p>
    <w:p w14:paraId="1ED7116C" w14:textId="7E30E6B6" w:rsidR="005671B1" w:rsidRPr="00427CE9" w:rsidRDefault="005671B1" w:rsidP="00B374C6">
      <w:pPr>
        <w:autoSpaceDN w:val="0"/>
        <w:spacing w:line="240" w:lineRule="auto"/>
        <w:rPr>
          <w:rFonts w:ascii="Arial" w:eastAsia="DengXian" w:hAnsi="Arial" w:cs="Arial"/>
          <w:kern w:val="3"/>
          <w:sz w:val="36"/>
          <w:szCs w:val="36"/>
          <w:lang w:eastAsia="zh-CN"/>
        </w:rPr>
      </w:pPr>
      <w:r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 xml:space="preserve">Student Name: Shidjey Eugenie Sauhi ep </w:t>
      </w:r>
      <w:proofErr w:type="spellStart"/>
      <w:r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>N’gom</w:t>
      </w:r>
      <w:proofErr w:type="spellEnd"/>
    </w:p>
    <w:p w14:paraId="088F5E4B" w14:textId="77777777" w:rsidR="00B90D6D" w:rsidRDefault="00B90D6D" w:rsidP="00B374C6">
      <w:pPr>
        <w:autoSpaceDN w:val="0"/>
        <w:spacing w:line="240" w:lineRule="auto"/>
        <w:rPr>
          <w:rFonts w:ascii="Arial" w:eastAsia="DengXian" w:hAnsi="Arial" w:cs="Arial"/>
          <w:kern w:val="3"/>
          <w:sz w:val="36"/>
          <w:szCs w:val="36"/>
          <w:lang w:eastAsia="zh-CN"/>
        </w:rPr>
      </w:pPr>
    </w:p>
    <w:p w14:paraId="3BC40DD6" w14:textId="3D0BCB9F" w:rsidR="005671B1" w:rsidRPr="00427CE9" w:rsidRDefault="005671B1" w:rsidP="00B374C6">
      <w:pPr>
        <w:autoSpaceDN w:val="0"/>
        <w:spacing w:line="240" w:lineRule="auto"/>
        <w:rPr>
          <w:rFonts w:ascii="Arial" w:eastAsia="DengXian" w:hAnsi="Arial" w:cs="Arial"/>
          <w:kern w:val="3"/>
          <w:sz w:val="36"/>
          <w:szCs w:val="36"/>
          <w:lang w:eastAsia="zh-CN"/>
        </w:rPr>
      </w:pPr>
      <w:r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>Student ID: 2436214</w:t>
      </w:r>
    </w:p>
    <w:p w14:paraId="33FB82AC" w14:textId="77777777" w:rsidR="00B90D6D" w:rsidRDefault="00B90D6D" w:rsidP="00B374C6">
      <w:pPr>
        <w:autoSpaceDN w:val="0"/>
        <w:spacing w:line="240" w:lineRule="auto"/>
        <w:rPr>
          <w:rFonts w:ascii="Arial" w:eastAsia="DengXian" w:hAnsi="Arial" w:cs="Arial"/>
          <w:kern w:val="3"/>
          <w:sz w:val="36"/>
          <w:szCs w:val="36"/>
          <w:lang w:eastAsia="zh-CN"/>
        </w:rPr>
      </w:pPr>
    </w:p>
    <w:p w14:paraId="6B53AE05" w14:textId="1238FC0E" w:rsidR="005671B1" w:rsidRPr="00427CE9" w:rsidRDefault="005671B1" w:rsidP="00B374C6">
      <w:pPr>
        <w:autoSpaceDN w:val="0"/>
        <w:spacing w:line="240" w:lineRule="auto"/>
        <w:rPr>
          <w:rFonts w:ascii="Arial" w:eastAsia="DengXian" w:hAnsi="Arial" w:cs="Arial"/>
          <w:kern w:val="3"/>
          <w:sz w:val="36"/>
          <w:szCs w:val="36"/>
          <w:lang w:eastAsia="zh-CN"/>
        </w:rPr>
      </w:pPr>
      <w:r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>Lecturer name:</w:t>
      </w:r>
      <w:r w:rsidR="00427CE9"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 xml:space="preserve"> Tao</w:t>
      </w:r>
      <w:r w:rsidR="000C3A1D">
        <w:rPr>
          <w:rFonts w:ascii="Arial" w:eastAsia="DengXian" w:hAnsi="Arial" w:cs="Arial"/>
          <w:kern w:val="3"/>
          <w:sz w:val="36"/>
          <w:szCs w:val="36"/>
          <w:lang w:eastAsia="zh-CN"/>
        </w:rPr>
        <w:t>n</w:t>
      </w:r>
      <w:r w:rsidR="00427CE9"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 xml:space="preserve">ga Kaonga </w:t>
      </w:r>
      <w:proofErr w:type="spellStart"/>
      <w:r w:rsidR="00427CE9"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>Sobere</w:t>
      </w:r>
      <w:proofErr w:type="spellEnd"/>
      <w:r w:rsidR="00427CE9"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 xml:space="preserve"> </w:t>
      </w:r>
      <w:proofErr w:type="spellStart"/>
      <w:r w:rsidR="00427CE9" w:rsidRPr="00427CE9">
        <w:rPr>
          <w:rFonts w:ascii="Arial" w:eastAsia="DengXian" w:hAnsi="Arial" w:cs="Arial"/>
          <w:kern w:val="3"/>
          <w:sz w:val="36"/>
          <w:szCs w:val="36"/>
          <w:lang w:eastAsia="zh-CN"/>
        </w:rPr>
        <w:t>Snithers</w:t>
      </w:r>
      <w:proofErr w:type="spellEnd"/>
    </w:p>
    <w:p w14:paraId="18CF4B28" w14:textId="2107F8C0" w:rsidR="00902E5C" w:rsidRDefault="00902E5C">
      <w:pPr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  <w:br w:type="page"/>
      </w:r>
    </w:p>
    <w:p w14:paraId="1624FAB0" w14:textId="67C6795E" w:rsidR="00427CE9" w:rsidRDefault="00427CE9" w:rsidP="000C3A1D">
      <w:pPr>
        <w:spacing w:after="0"/>
        <w:jc w:val="right"/>
        <w:rPr>
          <w:b/>
          <w:bCs/>
        </w:rPr>
      </w:pPr>
      <w:r>
        <w:rPr>
          <w:b/>
          <w:bCs/>
        </w:rPr>
        <w:lastRenderedPageBreak/>
        <w:t>CV</w:t>
      </w:r>
    </w:p>
    <w:p w14:paraId="2FC31FD5" w14:textId="38A8C335" w:rsidR="00427CE9" w:rsidRPr="000C3A1D" w:rsidRDefault="000C3A1D" w:rsidP="000C3A1D">
      <w:pPr>
        <w:spacing w:after="0"/>
        <w:rPr>
          <w:rFonts w:ascii="Arial" w:hAnsi="Arial" w:cs="Arial"/>
        </w:rPr>
      </w:pPr>
      <w:r w:rsidRPr="000C3A1D">
        <w:rPr>
          <w:rFonts w:ascii="Arial" w:hAnsi="Arial" w:cs="Arial"/>
        </w:rPr>
        <w:t xml:space="preserve">Shidjey Eugenie Sauhi ep </w:t>
      </w:r>
      <w:proofErr w:type="spellStart"/>
      <w:r w:rsidRPr="000C3A1D">
        <w:rPr>
          <w:rFonts w:ascii="Arial" w:hAnsi="Arial" w:cs="Arial"/>
        </w:rPr>
        <w:t>N’gom</w:t>
      </w:r>
      <w:proofErr w:type="spellEnd"/>
    </w:p>
    <w:p w14:paraId="2F60F936" w14:textId="268B2D2B" w:rsidR="000C3A1D" w:rsidRPr="000C3A1D" w:rsidRDefault="000C3A1D" w:rsidP="000C3A1D">
      <w:pPr>
        <w:spacing w:after="0"/>
        <w:rPr>
          <w:rFonts w:ascii="Arial" w:hAnsi="Arial" w:cs="Arial"/>
        </w:rPr>
      </w:pPr>
      <w:r w:rsidRPr="000C3A1D">
        <w:rPr>
          <w:rFonts w:ascii="Arial" w:hAnsi="Arial" w:cs="Arial"/>
        </w:rPr>
        <w:t xml:space="preserve">Address: Quay Place Campus, </w:t>
      </w:r>
    </w:p>
    <w:p w14:paraId="5F7271B5" w14:textId="61D9F51E" w:rsidR="000C3A1D" w:rsidRPr="000C3A1D" w:rsidRDefault="000C3A1D" w:rsidP="000C3A1D">
      <w:pPr>
        <w:spacing w:after="0"/>
        <w:rPr>
          <w:rFonts w:ascii="Arial" w:hAnsi="Arial" w:cs="Arial"/>
        </w:rPr>
      </w:pPr>
      <w:r w:rsidRPr="000C3A1D">
        <w:rPr>
          <w:rFonts w:ascii="Arial" w:hAnsi="Arial" w:cs="Arial"/>
        </w:rPr>
        <w:t>92-93 Edward St,</w:t>
      </w:r>
    </w:p>
    <w:p w14:paraId="0CEFF4AE" w14:textId="70813886" w:rsidR="000C3A1D" w:rsidRPr="000C3A1D" w:rsidRDefault="000C3A1D" w:rsidP="000C3A1D">
      <w:pPr>
        <w:spacing w:after="0"/>
        <w:rPr>
          <w:rFonts w:ascii="Arial" w:hAnsi="Arial" w:cs="Arial"/>
        </w:rPr>
      </w:pPr>
      <w:r w:rsidRPr="000C3A1D">
        <w:rPr>
          <w:rFonts w:ascii="Arial" w:hAnsi="Arial" w:cs="Arial"/>
        </w:rPr>
        <w:t>Birmingham B1 2RA</w:t>
      </w:r>
    </w:p>
    <w:p w14:paraId="60518A5E" w14:textId="0D03E025" w:rsidR="000C3A1D" w:rsidRPr="000C3A1D" w:rsidRDefault="000C3A1D" w:rsidP="000C3A1D">
      <w:pPr>
        <w:spacing w:after="0"/>
        <w:rPr>
          <w:rFonts w:ascii="Arial" w:hAnsi="Arial" w:cs="Arial"/>
        </w:rPr>
      </w:pPr>
      <w:r w:rsidRPr="000C3A1D">
        <w:rPr>
          <w:rFonts w:ascii="Arial" w:hAnsi="Arial" w:cs="Arial"/>
        </w:rPr>
        <w:t>Tel: 01212293000</w:t>
      </w:r>
    </w:p>
    <w:p w14:paraId="7B1DD20C" w14:textId="77777777" w:rsidR="000C3A1D" w:rsidRDefault="000C3A1D" w:rsidP="000C3A1D">
      <w:pPr>
        <w:spacing w:after="0"/>
        <w:rPr>
          <w:b/>
          <w:bCs/>
        </w:rPr>
      </w:pPr>
    </w:p>
    <w:p w14:paraId="11A5FD35" w14:textId="77777777" w:rsidR="00427CE9" w:rsidRDefault="00427CE9" w:rsidP="00427CE9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</w:pPr>
      <w:r w:rsidRPr="00A826F8"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  <w:t>Personal Statement</w:t>
      </w:r>
      <w:r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  <w:t xml:space="preserve"> </w:t>
      </w:r>
    </w:p>
    <w:p w14:paraId="27EFA4BC" w14:textId="77777777" w:rsidR="00427CE9" w:rsidRDefault="00427CE9" w:rsidP="00427CE9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36"/>
          <w:lang w:val="en-GB" w:eastAsia="fr-FR"/>
        </w:rPr>
      </w:pPr>
      <w:r w:rsidRPr="00C615B6">
        <w:rPr>
          <w:rFonts w:ascii="Arial" w:eastAsia="Times New Roman" w:hAnsi="Arial" w:cs="Arial"/>
          <w:lang w:val="en-GB" w:eastAsia="fr-FR"/>
        </w:rPr>
        <w:t>I am a skilled and passionate seamstress with strong training in garment construction and over eight years of hands</w:t>
      </w:r>
      <w:r w:rsidRPr="00C615B6">
        <w:rPr>
          <w:rFonts w:ascii="Cambria Math" w:eastAsia="Times New Roman" w:hAnsi="Cambria Math" w:cs="Cambria Math"/>
          <w:lang w:val="en-GB" w:eastAsia="fr-FR"/>
        </w:rPr>
        <w:t>‑</w:t>
      </w:r>
      <w:r w:rsidRPr="00C615B6">
        <w:rPr>
          <w:rFonts w:ascii="Arial" w:eastAsia="Times New Roman" w:hAnsi="Arial" w:cs="Arial"/>
          <w:lang w:val="en-GB" w:eastAsia="fr-FR"/>
        </w:rPr>
        <w:t>on experience. I specialise in creating and altering women’s clothing, producing elegant, well</w:t>
      </w:r>
      <w:r w:rsidRPr="00C615B6">
        <w:rPr>
          <w:rFonts w:ascii="Cambria Math" w:eastAsia="Times New Roman" w:hAnsi="Cambria Math" w:cs="Cambria Math"/>
          <w:lang w:val="en-GB" w:eastAsia="fr-FR"/>
        </w:rPr>
        <w:t>‑</w:t>
      </w:r>
      <w:r w:rsidRPr="00C615B6">
        <w:rPr>
          <w:rFonts w:ascii="Arial" w:eastAsia="Times New Roman" w:hAnsi="Arial" w:cs="Arial"/>
          <w:lang w:val="en-GB" w:eastAsia="fr-FR"/>
        </w:rPr>
        <w:t>fitted pieces with care and precision. Sewing is truly my passion, and I take pride in making clients feel confident in what they wear. I am now looking to bring my craftsmanship, creativity, and reliability to a team that values quality and professional tailoring.</w:t>
      </w:r>
    </w:p>
    <w:p w14:paraId="3083E022" w14:textId="77777777" w:rsidR="00427CE9" w:rsidRDefault="00427CE9" w:rsidP="00427CE9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</w:pPr>
      <w:r w:rsidRPr="00FB63D0">
        <w:rPr>
          <w:rFonts w:ascii="Arial" w:eastAsia="Times New Roman" w:hAnsi="Arial" w:cs="Arial"/>
          <w:b/>
          <w:bCs/>
          <w:sz w:val="24"/>
          <w:szCs w:val="24"/>
          <w:lang w:val="en-GB" w:eastAsia="fr-FR"/>
        </w:rPr>
        <w:t>Employment History</w:t>
      </w:r>
    </w:p>
    <w:p w14:paraId="2A1AAEE6" w14:textId="68B44CA8" w:rsidR="0087081C" w:rsidRPr="00B374C6" w:rsidRDefault="00427CE9" w:rsidP="00B374C6">
      <w:pPr>
        <w:pStyle w:val="ListParagraph"/>
        <w:numPr>
          <w:ilvl w:val="0"/>
          <w:numId w:val="17"/>
        </w:numPr>
        <w:spacing w:before="120" w:after="0" w:line="240" w:lineRule="auto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B374C6">
        <w:rPr>
          <w:rFonts w:ascii="Arial" w:hAnsi="Arial" w:cs="Arial"/>
          <w:color w:val="000000" w:themeColor="text1"/>
          <w:sz w:val="24"/>
          <w:szCs w:val="24"/>
        </w:rPr>
        <w:t>Sewing Workshop</w:t>
      </w:r>
      <w:r w:rsidR="00403A86" w:rsidRPr="00B374C6">
        <w:rPr>
          <w:rFonts w:ascii="Arial" w:hAnsi="Arial" w:cs="Arial"/>
          <w:color w:val="000000" w:themeColor="text1"/>
          <w:sz w:val="24"/>
          <w:szCs w:val="24"/>
        </w:rPr>
        <w:t xml:space="preserve"> Beauty</w:t>
      </w:r>
      <w:r w:rsidR="00837BE6" w:rsidRPr="00B374C6">
        <w:rPr>
          <w:rFonts w:ascii="Arial" w:hAnsi="Arial" w:cs="Arial"/>
          <w:color w:val="000000" w:themeColor="text1"/>
          <w:sz w:val="24"/>
          <w:szCs w:val="24"/>
        </w:rPr>
        <w:t>.</w:t>
      </w:r>
      <w:r w:rsidR="00403A86" w:rsidRPr="00B374C6">
        <w:rPr>
          <w:rFonts w:ascii="Arial" w:hAnsi="Arial" w:cs="Arial"/>
          <w:color w:val="000000" w:themeColor="text1"/>
          <w:sz w:val="24"/>
          <w:szCs w:val="24"/>
        </w:rPr>
        <w:t xml:space="preserve"> My Job was a</w:t>
      </w:r>
      <w:r w:rsidR="00403A86" w:rsidRPr="00B374C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seamstress</w:t>
      </w:r>
      <w:r w:rsidRPr="00B374C6">
        <w:rPr>
          <w:rFonts w:ascii="Arial" w:hAnsi="Arial" w:cs="Arial"/>
          <w:color w:val="000000" w:themeColor="text1"/>
          <w:sz w:val="24"/>
          <w:szCs w:val="24"/>
        </w:rPr>
        <w:t xml:space="preserve"> (Ivory Coast) </w:t>
      </w:r>
      <w:r w:rsidR="00403A86" w:rsidRPr="00B374C6">
        <w:rPr>
          <w:rFonts w:ascii="Arial" w:hAnsi="Arial" w:cs="Arial"/>
          <w:color w:val="000000" w:themeColor="text1"/>
          <w:sz w:val="24"/>
          <w:szCs w:val="24"/>
        </w:rPr>
        <w:t>01/</w:t>
      </w:r>
      <w:r w:rsidRPr="00B374C6">
        <w:rPr>
          <w:rFonts w:ascii="Arial" w:hAnsi="Arial" w:cs="Arial"/>
          <w:color w:val="000000" w:themeColor="text1"/>
          <w:sz w:val="24"/>
          <w:szCs w:val="24"/>
        </w:rPr>
        <w:t>1993</w:t>
      </w:r>
      <w:r w:rsidR="00837BE6" w:rsidRPr="00B374C6">
        <w:rPr>
          <w:rFonts w:ascii="Arial" w:hAnsi="Arial" w:cs="Arial"/>
          <w:color w:val="000000" w:themeColor="text1"/>
          <w:sz w:val="24"/>
          <w:szCs w:val="24"/>
        </w:rPr>
        <w:t xml:space="preserve"> to 12/1994</w:t>
      </w:r>
    </w:p>
    <w:p w14:paraId="2CAF87A6" w14:textId="2A32D869" w:rsidR="00427CE9" w:rsidRPr="00B374C6" w:rsidRDefault="00427CE9" w:rsidP="00B374C6">
      <w:pPr>
        <w:pStyle w:val="ListParagraph"/>
        <w:numPr>
          <w:ilvl w:val="0"/>
          <w:numId w:val="17"/>
        </w:numPr>
        <w:spacing w:before="120" w:after="0" w:line="240" w:lineRule="auto"/>
        <w:outlineLvl w:val="1"/>
        <w:rPr>
          <w:rFonts w:ascii="Arial" w:eastAsia="Times New Roman" w:hAnsi="Arial" w:cs="Arial"/>
          <w:sz w:val="24"/>
          <w:szCs w:val="24"/>
          <w:lang w:val="en-GB" w:eastAsia="fr-FR"/>
        </w:rPr>
      </w:pPr>
      <w:r w:rsidRPr="00B374C6">
        <w:rPr>
          <w:rFonts w:ascii="Arial" w:hAnsi="Arial" w:cs="Arial"/>
          <w:sz w:val="24"/>
          <w:szCs w:val="24"/>
        </w:rPr>
        <w:t xml:space="preserve">Home care </w:t>
      </w:r>
      <w:r w:rsidR="0087081C" w:rsidRPr="00B374C6">
        <w:rPr>
          <w:rFonts w:ascii="Arial" w:hAnsi="Arial" w:cs="Arial"/>
          <w:sz w:val="24"/>
          <w:szCs w:val="24"/>
        </w:rPr>
        <w:t>worker, Casa</w:t>
      </w:r>
      <w:r w:rsidR="0087081C" w:rsidRPr="00B374C6">
        <w:rPr>
          <w:rFonts w:ascii="Segoe UI Variable Text" w:eastAsia="Times New Roman" w:hAnsi="Segoe UI Variable Text" w:cs="Times New Roman"/>
          <w:lang w:val="en-GB" w:eastAsia="fr-FR"/>
        </w:rPr>
        <w:t xml:space="preserve"> </w:t>
      </w:r>
      <w:r w:rsidR="0087081C" w:rsidRPr="00B374C6">
        <w:rPr>
          <w:rFonts w:ascii="Segoe UI Variable Text" w:eastAsia="Times New Roman" w:hAnsi="Segoe UI Variable Text" w:cs="Times New Roman"/>
          <w:color w:val="0D0D0D"/>
          <w:lang w:val="en-GB" w:eastAsia="fr-FR"/>
        </w:rPr>
        <w:t xml:space="preserve">di </w:t>
      </w:r>
      <w:proofErr w:type="spellStart"/>
      <w:r w:rsidR="0087081C" w:rsidRPr="00B374C6">
        <w:rPr>
          <w:rFonts w:ascii="Segoe UI Variable Text" w:eastAsia="Times New Roman" w:hAnsi="Segoe UI Variable Text" w:cs="Times New Roman"/>
          <w:color w:val="0D0D0D"/>
          <w:lang w:val="en-GB" w:eastAsia="fr-FR"/>
        </w:rPr>
        <w:t>Riposo</w:t>
      </w:r>
      <w:proofErr w:type="spellEnd"/>
      <w:r w:rsidR="0087081C" w:rsidRPr="00B374C6">
        <w:rPr>
          <w:rFonts w:ascii="Segoe UI Variable Text" w:eastAsia="Times New Roman" w:hAnsi="Segoe UI Variable Text" w:cs="Times New Roman"/>
          <w:color w:val="0D0D0D"/>
          <w:lang w:val="en-GB" w:eastAsia="fr-FR"/>
        </w:rPr>
        <w:t xml:space="preserve"> RSA Santa Lucia </w:t>
      </w:r>
      <w:proofErr w:type="spellStart"/>
      <w:r w:rsidR="0087081C" w:rsidRPr="00B374C6">
        <w:rPr>
          <w:rFonts w:ascii="Segoe UI Variable Text" w:eastAsia="Times New Roman" w:hAnsi="Segoe UI Variable Text" w:cs="Times New Roman"/>
          <w:color w:val="0D0D0D"/>
          <w:lang w:val="en-GB" w:eastAsia="fr-FR"/>
        </w:rPr>
        <w:t>Residenza</w:t>
      </w:r>
      <w:proofErr w:type="spellEnd"/>
      <w:r w:rsidR="0087081C" w:rsidRPr="00B374C6">
        <w:rPr>
          <w:rFonts w:ascii="Segoe UI Variable Text" w:eastAsia="Times New Roman" w:hAnsi="Segoe UI Variable Text" w:cs="Times New Roman"/>
          <w:color w:val="0D0D0D"/>
          <w:lang w:val="en-GB" w:eastAsia="fr-FR"/>
        </w:rPr>
        <w:t xml:space="preserve"> per Anziani Milano</w:t>
      </w:r>
      <w:r w:rsidR="0001168A" w:rsidRPr="00B374C6">
        <w:rPr>
          <w:rFonts w:ascii="Segoe UI Variable Text" w:eastAsia="Times New Roman" w:hAnsi="Segoe UI Variable Text" w:cs="Times New Roman"/>
          <w:color w:val="0D0D0D"/>
          <w:lang w:val="en-GB" w:eastAsia="fr-FR"/>
        </w:rPr>
        <w:t>.</w:t>
      </w:r>
      <w:r w:rsidRPr="00B374C6">
        <w:rPr>
          <w:rFonts w:ascii="Arial" w:hAnsi="Arial" w:cs="Arial"/>
          <w:sz w:val="24"/>
          <w:szCs w:val="24"/>
        </w:rPr>
        <w:t xml:space="preserve"> </w:t>
      </w:r>
      <w:r w:rsidR="0001168A" w:rsidRPr="00B374C6">
        <w:rPr>
          <w:rFonts w:ascii="Arial" w:hAnsi="Arial" w:cs="Arial"/>
          <w:sz w:val="24"/>
          <w:szCs w:val="24"/>
        </w:rPr>
        <w:t xml:space="preserve">My position was </w:t>
      </w:r>
      <w:r w:rsidR="0001168A" w:rsidRPr="00B374C6">
        <w:rPr>
          <w:rFonts w:ascii="Arial" w:hAnsi="Arial" w:cs="Arial"/>
          <w:b/>
          <w:bCs/>
          <w:sz w:val="24"/>
          <w:szCs w:val="24"/>
        </w:rPr>
        <w:t>carer</w:t>
      </w:r>
      <w:r w:rsidR="0001168A" w:rsidRPr="00B374C6">
        <w:rPr>
          <w:rFonts w:ascii="Arial" w:hAnsi="Arial" w:cs="Arial"/>
          <w:sz w:val="24"/>
          <w:szCs w:val="24"/>
        </w:rPr>
        <w:t xml:space="preserve"> </w:t>
      </w:r>
      <w:r w:rsidRPr="00B374C6">
        <w:rPr>
          <w:rFonts w:ascii="Arial" w:hAnsi="Arial" w:cs="Arial"/>
          <w:sz w:val="24"/>
          <w:szCs w:val="24"/>
        </w:rPr>
        <w:t xml:space="preserve">(Italy) </w:t>
      </w:r>
      <w:r w:rsidR="00E52292" w:rsidRPr="00B374C6">
        <w:rPr>
          <w:rFonts w:ascii="Arial" w:hAnsi="Arial" w:cs="Arial"/>
          <w:sz w:val="24"/>
          <w:szCs w:val="24"/>
        </w:rPr>
        <w:t>03/</w:t>
      </w:r>
      <w:r w:rsidRPr="00B374C6">
        <w:rPr>
          <w:rFonts w:ascii="Arial" w:hAnsi="Arial" w:cs="Arial"/>
          <w:sz w:val="24"/>
          <w:szCs w:val="24"/>
        </w:rPr>
        <w:t>1996</w:t>
      </w:r>
      <w:r w:rsidR="00C90943" w:rsidRPr="00B374C6">
        <w:rPr>
          <w:rFonts w:ascii="Arial" w:hAnsi="Arial" w:cs="Arial"/>
          <w:sz w:val="24"/>
          <w:szCs w:val="24"/>
        </w:rPr>
        <w:t xml:space="preserve"> to 08/1997</w:t>
      </w:r>
    </w:p>
    <w:p w14:paraId="64F3BB67" w14:textId="45AE7B22" w:rsidR="00427CE9" w:rsidRPr="00B374C6" w:rsidRDefault="00427CE9" w:rsidP="00B374C6">
      <w:pPr>
        <w:pStyle w:val="ListParagraph"/>
        <w:numPr>
          <w:ilvl w:val="0"/>
          <w:numId w:val="17"/>
        </w:numPr>
        <w:spacing w:before="120" w:after="0"/>
        <w:rPr>
          <w:rFonts w:ascii="Arial" w:hAnsi="Arial" w:cs="Arial"/>
          <w:b/>
          <w:bCs/>
          <w:sz w:val="24"/>
          <w:szCs w:val="24"/>
        </w:rPr>
      </w:pPr>
      <w:r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>Textile worker</w:t>
      </w:r>
      <w:r w:rsidR="0087081C"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>,</w:t>
      </w:r>
      <w:r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87081C"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>Pandelis</w:t>
      </w:r>
      <w:r w:rsidR="0001168A"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, my position was </w:t>
      </w:r>
      <w:r w:rsidR="0001168A" w:rsidRPr="00B374C6">
        <w:rPr>
          <w:rStyle w:val="Strong"/>
          <w:rFonts w:ascii="Arial" w:hAnsi="Arial" w:cs="Arial"/>
          <w:sz w:val="24"/>
          <w:szCs w:val="24"/>
        </w:rPr>
        <w:t>seamstress</w:t>
      </w:r>
      <w:r w:rsidR="0087081C"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>,</w:t>
      </w:r>
      <w:r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C90943"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>09/</w:t>
      </w:r>
      <w:r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>2000</w:t>
      </w:r>
      <w:r w:rsidR="00C90943" w:rsidRPr="00B374C6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 to 09/2001</w:t>
      </w:r>
    </w:p>
    <w:p w14:paraId="75693EEC" w14:textId="77777777" w:rsidR="00427CE9" w:rsidRDefault="00427CE9" w:rsidP="00427CE9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  <w:r w:rsidRPr="00384224">
        <w:rPr>
          <w:rFonts w:ascii="Arial" w:hAnsi="Arial" w:cs="Arial"/>
          <w:color w:val="000000" w:themeColor="text1"/>
          <w:sz w:val="24"/>
          <w:szCs w:val="24"/>
        </w:rPr>
        <w:t>Education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history</w:t>
      </w:r>
    </w:p>
    <w:p w14:paraId="5185811F" w14:textId="77777777" w:rsidR="0001168A" w:rsidRPr="0001168A" w:rsidRDefault="0001168A" w:rsidP="0001168A"/>
    <w:p w14:paraId="4385A909" w14:textId="77777777" w:rsidR="0001168A" w:rsidRDefault="0001168A" w:rsidP="0001168A">
      <w:pPr>
        <w:spacing w:after="120"/>
        <w:rPr>
          <w:rFonts w:ascii="Arial" w:hAnsi="Arial" w:cs="Arial"/>
          <w:sz w:val="24"/>
          <w:szCs w:val="24"/>
        </w:rPr>
      </w:pPr>
      <w:r w:rsidRPr="006F021C">
        <w:rPr>
          <w:rFonts w:ascii="Arial" w:hAnsi="Arial" w:cs="Arial"/>
          <w:sz w:val="24"/>
          <w:szCs w:val="24"/>
        </w:rPr>
        <w:t xml:space="preserve">University of Wales Trinity Saint David </w:t>
      </w:r>
      <w:r>
        <w:rPr>
          <w:rFonts w:ascii="Arial" w:hAnsi="Arial" w:cs="Arial"/>
          <w:sz w:val="24"/>
          <w:szCs w:val="24"/>
        </w:rPr>
        <w:t>(Business Management) 05/2025-05/2026</w:t>
      </w:r>
    </w:p>
    <w:p w14:paraId="4DB3430A" w14:textId="77777777" w:rsidR="00427CE9" w:rsidRPr="006F021C" w:rsidRDefault="00427CE9" w:rsidP="0001168A">
      <w:pPr>
        <w:spacing w:after="120"/>
        <w:rPr>
          <w:rFonts w:ascii="Arial" w:hAnsi="Arial" w:cs="Arial"/>
          <w:sz w:val="24"/>
          <w:szCs w:val="24"/>
        </w:rPr>
      </w:pPr>
      <w:r w:rsidRPr="006F021C">
        <w:rPr>
          <w:rFonts w:ascii="Arial" w:hAnsi="Arial" w:cs="Arial"/>
          <w:sz w:val="24"/>
          <w:szCs w:val="24"/>
        </w:rPr>
        <w:t>Primary school (Ivory Coast)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11FA6CE" w14:textId="77777777" w:rsidR="00427CE9" w:rsidRPr="006F021C" w:rsidRDefault="00427CE9" w:rsidP="0001168A">
      <w:pPr>
        <w:spacing w:after="120"/>
        <w:rPr>
          <w:rFonts w:ascii="Arial" w:hAnsi="Arial" w:cs="Arial"/>
          <w:sz w:val="24"/>
          <w:szCs w:val="24"/>
        </w:rPr>
      </w:pPr>
      <w:r w:rsidRPr="006F021C">
        <w:rPr>
          <w:rFonts w:ascii="Arial" w:hAnsi="Arial" w:cs="Arial"/>
          <w:sz w:val="24"/>
          <w:szCs w:val="24"/>
        </w:rPr>
        <w:t>Secondary school (</w:t>
      </w:r>
      <w:r>
        <w:rPr>
          <w:rFonts w:ascii="Arial" w:hAnsi="Arial" w:cs="Arial"/>
          <w:sz w:val="24"/>
          <w:szCs w:val="24"/>
        </w:rPr>
        <w:t>Ivory</w:t>
      </w:r>
      <w:r w:rsidRPr="006F021C">
        <w:rPr>
          <w:rFonts w:ascii="Arial" w:hAnsi="Arial" w:cs="Arial"/>
          <w:sz w:val="24"/>
          <w:szCs w:val="24"/>
        </w:rPr>
        <w:t xml:space="preserve"> Coast)</w:t>
      </w:r>
    </w:p>
    <w:p w14:paraId="664F144F" w14:textId="77777777" w:rsidR="00427CE9" w:rsidRDefault="00427CE9" w:rsidP="0001168A">
      <w:pPr>
        <w:spacing w:after="120"/>
        <w:rPr>
          <w:rFonts w:ascii="Arial" w:hAnsi="Arial" w:cs="Arial"/>
          <w:sz w:val="24"/>
          <w:szCs w:val="24"/>
        </w:rPr>
      </w:pPr>
      <w:r w:rsidRPr="006F021C">
        <w:rPr>
          <w:rFonts w:ascii="Arial" w:hAnsi="Arial" w:cs="Arial"/>
          <w:sz w:val="24"/>
          <w:szCs w:val="24"/>
        </w:rPr>
        <w:t>Sewing School (Ivory Coast)</w:t>
      </w:r>
    </w:p>
    <w:p w14:paraId="59A2EB22" w14:textId="77777777" w:rsidR="0001168A" w:rsidRPr="006F021C" w:rsidRDefault="0001168A" w:rsidP="0001168A">
      <w:pPr>
        <w:spacing w:after="120"/>
        <w:rPr>
          <w:rFonts w:ascii="Arial" w:hAnsi="Arial" w:cs="Arial"/>
          <w:sz w:val="24"/>
          <w:szCs w:val="24"/>
        </w:rPr>
      </w:pPr>
    </w:p>
    <w:p w14:paraId="43F3ABAD" w14:textId="683DDCDF" w:rsidR="00427CE9" w:rsidRDefault="00427CE9" w:rsidP="00427C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1-First semester</w:t>
      </w:r>
      <w:r w:rsidR="00347D98">
        <w:rPr>
          <w:rFonts w:ascii="Arial" w:hAnsi="Arial" w:cs="Arial"/>
          <w:sz w:val="24"/>
          <w:szCs w:val="24"/>
        </w:rPr>
        <w:t xml:space="preserve"> </w:t>
      </w:r>
      <w:r w:rsidR="006B54E7">
        <w:rPr>
          <w:rFonts w:ascii="Arial" w:hAnsi="Arial" w:cs="Arial"/>
          <w:sz w:val="24"/>
          <w:szCs w:val="24"/>
        </w:rPr>
        <w:t>Academic Skills</w:t>
      </w:r>
      <w:r>
        <w:rPr>
          <w:rFonts w:ascii="Arial" w:hAnsi="Arial" w:cs="Arial"/>
          <w:sz w:val="24"/>
          <w:szCs w:val="24"/>
        </w:rPr>
        <w:t xml:space="preserve"> </w:t>
      </w:r>
      <w:r w:rsidR="00B374C6">
        <w:rPr>
          <w:rFonts w:ascii="Arial" w:hAnsi="Arial" w:cs="Arial"/>
          <w:sz w:val="24"/>
          <w:szCs w:val="24"/>
        </w:rPr>
        <w:t xml:space="preserve">and digital skills </w:t>
      </w:r>
      <w:r>
        <w:rPr>
          <w:rFonts w:ascii="Arial" w:hAnsi="Arial" w:cs="Arial"/>
          <w:sz w:val="24"/>
          <w:szCs w:val="24"/>
        </w:rPr>
        <w:t>(Pass)</w:t>
      </w:r>
    </w:p>
    <w:p w14:paraId="760DF3C6" w14:textId="4C574261" w:rsidR="00427CE9" w:rsidRDefault="00427CE9" w:rsidP="00427C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2- </w:t>
      </w:r>
      <w:r w:rsidR="00347D98">
        <w:rPr>
          <w:rFonts w:ascii="Arial" w:hAnsi="Arial" w:cs="Arial"/>
          <w:sz w:val="24"/>
          <w:szCs w:val="24"/>
        </w:rPr>
        <w:t xml:space="preserve">Second </w:t>
      </w:r>
      <w:r w:rsidR="006B54E7">
        <w:rPr>
          <w:rFonts w:ascii="Arial" w:hAnsi="Arial" w:cs="Arial"/>
          <w:sz w:val="24"/>
          <w:szCs w:val="24"/>
        </w:rPr>
        <w:t>semester</w:t>
      </w:r>
      <w:r w:rsidR="00B374C6">
        <w:rPr>
          <w:rFonts w:ascii="Arial" w:hAnsi="Arial" w:cs="Arial"/>
          <w:sz w:val="24"/>
          <w:szCs w:val="24"/>
        </w:rPr>
        <w:t>:</w:t>
      </w:r>
      <w:r w:rsidR="006B54E7">
        <w:rPr>
          <w:rFonts w:ascii="Arial" w:hAnsi="Arial" w:cs="Arial"/>
          <w:sz w:val="24"/>
          <w:szCs w:val="24"/>
        </w:rPr>
        <w:t xml:space="preserve"> Effective Teamworking and communication, and problem-solving</w:t>
      </w:r>
      <w:r w:rsidR="00B374C6">
        <w:rPr>
          <w:rFonts w:ascii="Arial" w:hAnsi="Arial" w:cs="Arial"/>
          <w:sz w:val="24"/>
          <w:szCs w:val="24"/>
        </w:rPr>
        <w:t xml:space="preserve"> and decision-making</w:t>
      </w:r>
      <w:r>
        <w:rPr>
          <w:rFonts w:ascii="Arial" w:hAnsi="Arial" w:cs="Arial"/>
          <w:sz w:val="24"/>
          <w:szCs w:val="24"/>
        </w:rPr>
        <w:t xml:space="preserve"> (pass)</w:t>
      </w:r>
    </w:p>
    <w:p w14:paraId="104DE14D" w14:textId="77777777" w:rsidR="00427CE9" w:rsidRDefault="00427CE9" w:rsidP="00427C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3- third semester (still studying)</w:t>
      </w:r>
    </w:p>
    <w:p w14:paraId="230B9243" w14:textId="77777777" w:rsidR="00427CE9" w:rsidRDefault="00427CE9" w:rsidP="00983C2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32"/>
          <w:szCs w:val="32"/>
          <w:lang w:val="en-GB" w:eastAsia="fr-FR"/>
        </w:rPr>
      </w:pPr>
    </w:p>
    <w:p w14:paraId="43507173" w14:textId="77777777" w:rsidR="00427CE9" w:rsidRPr="002A7149" w:rsidRDefault="00427CE9" w:rsidP="00427CE9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lang w:eastAsia="fr-FR"/>
        </w:rPr>
      </w:pPr>
    </w:p>
    <w:p w14:paraId="001D2FF5" w14:textId="77777777" w:rsidR="00427CE9" w:rsidRPr="00B374C6" w:rsidRDefault="00427CE9" w:rsidP="00427CE9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b/>
          <w:bCs/>
          <w:kern w:val="36"/>
          <w:sz w:val="24"/>
          <w:szCs w:val="24"/>
          <w:lang w:val="en-GB" w:eastAsia="fr-FR"/>
        </w:rPr>
        <w:t>Skill Area</w:t>
      </w:r>
    </w:p>
    <w:p w14:paraId="369768C1" w14:textId="77777777" w:rsidR="0001168A" w:rsidRPr="00B374C6" w:rsidRDefault="00427CE9" w:rsidP="0001168A">
      <w:pPr>
        <w:pStyle w:val="ListParagraph"/>
        <w:numPr>
          <w:ilvl w:val="0"/>
          <w:numId w:val="16"/>
        </w:num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  <w:t>Machine and hand sewing,</w:t>
      </w:r>
    </w:p>
    <w:p w14:paraId="67AC6DAD" w14:textId="22175B8B" w:rsidR="0001168A" w:rsidRPr="00B374C6" w:rsidRDefault="00427CE9" w:rsidP="0001168A">
      <w:pPr>
        <w:pStyle w:val="ListParagraph"/>
        <w:numPr>
          <w:ilvl w:val="0"/>
          <w:numId w:val="16"/>
        </w:num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  <w:t>Garment construction,</w:t>
      </w:r>
    </w:p>
    <w:p w14:paraId="40E02493" w14:textId="547E54E2" w:rsidR="0001168A" w:rsidRPr="00B374C6" w:rsidRDefault="00427CE9" w:rsidP="0001168A">
      <w:pPr>
        <w:pStyle w:val="ListParagraph"/>
        <w:numPr>
          <w:ilvl w:val="0"/>
          <w:numId w:val="16"/>
        </w:num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  <w:t>Pattern cutting and adjustments</w:t>
      </w:r>
    </w:p>
    <w:p w14:paraId="68CF732E" w14:textId="30F8D0FE" w:rsidR="0001168A" w:rsidRPr="00B374C6" w:rsidRDefault="00427CE9" w:rsidP="0001168A">
      <w:pPr>
        <w:pStyle w:val="ListParagraph"/>
        <w:numPr>
          <w:ilvl w:val="0"/>
          <w:numId w:val="16"/>
        </w:num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  <w:t>Alterations and tailoring</w:t>
      </w:r>
    </w:p>
    <w:p w14:paraId="20BA3358" w14:textId="25C69B60" w:rsidR="0001168A" w:rsidRPr="00B374C6" w:rsidRDefault="00427CE9" w:rsidP="0001168A">
      <w:pPr>
        <w:pStyle w:val="ListParagraph"/>
        <w:numPr>
          <w:ilvl w:val="0"/>
          <w:numId w:val="16"/>
        </w:num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  <w:t>Accurate measurements and fittings</w:t>
      </w:r>
    </w:p>
    <w:p w14:paraId="0374D90E" w14:textId="6CBB6401" w:rsidR="0001168A" w:rsidRPr="00B374C6" w:rsidRDefault="00427CE9" w:rsidP="0001168A">
      <w:pPr>
        <w:pStyle w:val="ListParagraph"/>
        <w:numPr>
          <w:ilvl w:val="0"/>
          <w:numId w:val="16"/>
        </w:num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  <w:t>Attention to detail,</w:t>
      </w:r>
    </w:p>
    <w:p w14:paraId="01D538F9" w14:textId="0739CB00" w:rsidR="0001168A" w:rsidRPr="00B374C6" w:rsidRDefault="00427CE9" w:rsidP="0001168A">
      <w:pPr>
        <w:pStyle w:val="ListParagraph"/>
        <w:numPr>
          <w:ilvl w:val="0"/>
          <w:numId w:val="16"/>
        </w:num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  <w:t>Creativity and design sense,</w:t>
      </w:r>
    </w:p>
    <w:p w14:paraId="0CFEA0F3" w14:textId="561F6D64" w:rsidR="0001168A" w:rsidRPr="00B374C6" w:rsidRDefault="00427CE9" w:rsidP="0001168A">
      <w:pPr>
        <w:pStyle w:val="ListParagraph"/>
        <w:numPr>
          <w:ilvl w:val="0"/>
          <w:numId w:val="16"/>
        </w:num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  <w:t>Customer service,</w:t>
      </w:r>
    </w:p>
    <w:p w14:paraId="7AC5820C" w14:textId="0457536B" w:rsidR="00427CE9" w:rsidRPr="00B374C6" w:rsidRDefault="00427CE9" w:rsidP="0001168A">
      <w:pPr>
        <w:pStyle w:val="ListParagraph"/>
        <w:numPr>
          <w:ilvl w:val="0"/>
          <w:numId w:val="16"/>
        </w:num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  <w:r w:rsidRPr="00B374C6"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  <w:t>Teamwork and reliability.</w:t>
      </w:r>
    </w:p>
    <w:p w14:paraId="34AE536E" w14:textId="77777777" w:rsidR="0001168A" w:rsidRPr="0076664E" w:rsidRDefault="0001168A" w:rsidP="0001168A">
      <w:pPr>
        <w:spacing w:before="100" w:beforeAutospacing="1"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val="en-GB" w:eastAsia="fr-FR"/>
        </w:rPr>
      </w:pPr>
    </w:p>
    <w:p w14:paraId="7D556385" w14:textId="6036F010" w:rsidR="00427CE9" w:rsidRPr="0001168A" w:rsidRDefault="00427CE9" w:rsidP="0001168A">
      <w:pPr>
        <w:spacing w:after="0"/>
        <w:rPr>
          <w:rFonts w:ascii="Arial" w:hAnsi="Arial" w:cs="Arial"/>
          <w:sz w:val="24"/>
          <w:szCs w:val="24"/>
        </w:rPr>
      </w:pPr>
      <w:r w:rsidRPr="0001168A">
        <w:rPr>
          <w:rFonts w:ascii="Arial" w:hAnsi="Arial" w:cs="Arial"/>
          <w:color w:val="000000" w:themeColor="text1"/>
          <w:sz w:val="24"/>
          <w:szCs w:val="24"/>
        </w:rPr>
        <w:t>Certificates</w:t>
      </w:r>
      <w:r w:rsidR="00B374C6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2EA71CE1" w14:textId="77777777" w:rsidR="0001168A" w:rsidRDefault="00427CE9" w:rsidP="0001168A">
      <w:pPr>
        <w:spacing w:after="0"/>
        <w:rPr>
          <w:rFonts w:ascii="Arial" w:hAnsi="Arial" w:cs="Arial"/>
          <w:sz w:val="24"/>
          <w:szCs w:val="24"/>
        </w:rPr>
      </w:pPr>
      <w:r w:rsidRPr="0076664E">
        <w:rPr>
          <w:rFonts w:ascii="Arial" w:hAnsi="Arial" w:cs="Arial"/>
          <w:sz w:val="24"/>
          <w:szCs w:val="24"/>
        </w:rPr>
        <w:t xml:space="preserve">Sewing certificate </w:t>
      </w:r>
    </w:p>
    <w:p w14:paraId="04C3A253" w14:textId="77777777" w:rsidR="00B374C6" w:rsidRDefault="00B374C6" w:rsidP="0001168A">
      <w:pPr>
        <w:spacing w:after="0"/>
        <w:rPr>
          <w:rFonts w:ascii="Arial" w:hAnsi="Arial" w:cs="Arial"/>
          <w:sz w:val="24"/>
          <w:szCs w:val="24"/>
        </w:rPr>
      </w:pPr>
    </w:p>
    <w:p w14:paraId="49A66AEA" w14:textId="36A49292" w:rsidR="00427CE9" w:rsidRPr="0001168A" w:rsidRDefault="00427CE9" w:rsidP="0001168A">
      <w:pPr>
        <w:spacing w:after="0"/>
        <w:rPr>
          <w:rFonts w:ascii="Arial" w:hAnsi="Arial" w:cs="Arial"/>
          <w:sz w:val="24"/>
          <w:szCs w:val="24"/>
        </w:rPr>
      </w:pPr>
      <w:r w:rsidRPr="0001168A">
        <w:rPr>
          <w:rFonts w:ascii="Arial" w:hAnsi="Arial" w:cs="Arial"/>
          <w:color w:val="000000" w:themeColor="text1"/>
          <w:sz w:val="24"/>
          <w:szCs w:val="24"/>
        </w:rPr>
        <w:t>References</w:t>
      </w:r>
      <w:r w:rsidR="00B374C6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10607C96" w14:textId="77777777" w:rsidR="00427CE9" w:rsidRPr="0076664E" w:rsidRDefault="00427CE9" w:rsidP="0001168A">
      <w:pPr>
        <w:spacing w:after="0"/>
        <w:rPr>
          <w:rFonts w:ascii="Arial" w:hAnsi="Arial" w:cs="Arial"/>
          <w:sz w:val="24"/>
          <w:szCs w:val="24"/>
        </w:rPr>
      </w:pPr>
      <w:r w:rsidRPr="0076664E">
        <w:rPr>
          <w:rFonts w:ascii="Arial" w:hAnsi="Arial" w:cs="Arial"/>
          <w:sz w:val="24"/>
          <w:szCs w:val="24"/>
        </w:rPr>
        <w:t>Available upon request.</w:t>
      </w:r>
    </w:p>
    <w:p w14:paraId="4FDAE8E8" w14:textId="77777777" w:rsidR="00427CE9" w:rsidRDefault="00427CE9">
      <w:pPr>
        <w:rPr>
          <w:rFonts w:ascii="Arial" w:eastAsia="Times New Roman" w:hAnsi="Arial" w:cs="Arial"/>
          <w:b/>
          <w:bCs/>
          <w:sz w:val="32"/>
          <w:szCs w:val="32"/>
          <w:lang w:val="en-GB" w:eastAsia="fr-FR"/>
        </w:rPr>
      </w:pPr>
      <w:r>
        <w:rPr>
          <w:rFonts w:ascii="Arial" w:eastAsia="Times New Roman" w:hAnsi="Arial" w:cs="Arial"/>
          <w:b/>
          <w:bCs/>
          <w:sz w:val="32"/>
          <w:szCs w:val="32"/>
          <w:lang w:val="en-GB" w:eastAsia="fr-FR"/>
        </w:rPr>
        <w:br w:type="page"/>
      </w:r>
    </w:p>
    <w:p w14:paraId="3959D7B1" w14:textId="0DF6CB1E" w:rsidR="00D45D6A" w:rsidRPr="00B036B8" w:rsidRDefault="00D45D6A" w:rsidP="00983C2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8"/>
          <w:szCs w:val="28"/>
          <w:lang w:val="en-GB" w:eastAsia="fr-FR"/>
        </w:rPr>
      </w:pPr>
      <w:r w:rsidRPr="00B036B8">
        <w:rPr>
          <w:rFonts w:ascii="Arial" w:eastAsia="Times New Roman" w:hAnsi="Arial" w:cs="Arial"/>
          <w:b/>
          <w:bCs/>
          <w:sz w:val="28"/>
          <w:szCs w:val="28"/>
          <w:lang w:val="en-GB" w:eastAsia="fr-FR"/>
        </w:rPr>
        <w:lastRenderedPageBreak/>
        <w:t>Cover Letter</w:t>
      </w:r>
    </w:p>
    <w:p w14:paraId="0B47A035" w14:textId="77777777" w:rsidR="00414EE6" w:rsidRDefault="00983C26" w:rsidP="00414EE6">
      <w:pPr>
        <w:pStyle w:val="ListParagraph"/>
        <w:spacing w:line="240" w:lineRule="auto"/>
        <w:jc w:val="right"/>
      </w:pPr>
      <w:r w:rsidRPr="00983C26">
        <w:rPr>
          <w:rFonts w:ascii="Arial" w:eastAsia="Times New Roman" w:hAnsi="Arial" w:cs="Arial"/>
          <w:b/>
          <w:bCs/>
          <w:lang w:val="en-GB" w:eastAsia="fr-FR"/>
        </w:rPr>
        <w:t xml:space="preserve">Shidjey Eugénie Sauhi Ep </w:t>
      </w:r>
      <w:proofErr w:type="spellStart"/>
      <w:r w:rsidRPr="00983C26">
        <w:rPr>
          <w:rFonts w:ascii="Arial" w:eastAsia="Times New Roman" w:hAnsi="Arial" w:cs="Arial"/>
          <w:b/>
          <w:bCs/>
          <w:lang w:val="en-GB" w:eastAsia="fr-FR"/>
        </w:rPr>
        <w:t>N'gom</w:t>
      </w:r>
      <w:proofErr w:type="spellEnd"/>
      <w:r w:rsidRPr="00983C26">
        <w:rPr>
          <w:rFonts w:ascii="Arial" w:eastAsia="Times New Roman" w:hAnsi="Arial" w:cs="Arial"/>
          <w:lang w:val="en-GB" w:eastAsia="fr-FR"/>
        </w:rPr>
        <w:br/>
      </w:r>
      <w:r w:rsidR="00414EE6">
        <w:t>Quay Place Campus, 92-93 Edward St,</w:t>
      </w:r>
    </w:p>
    <w:p w14:paraId="7E63BB92" w14:textId="77777777" w:rsidR="00414EE6" w:rsidRDefault="00414EE6" w:rsidP="00414EE6">
      <w:pPr>
        <w:pStyle w:val="ListParagraph"/>
        <w:spacing w:line="240" w:lineRule="auto"/>
        <w:jc w:val="right"/>
      </w:pPr>
      <w:r>
        <w:t xml:space="preserve"> Birmingham B1 2RA </w:t>
      </w:r>
    </w:p>
    <w:p w14:paraId="690558DF" w14:textId="7F551717" w:rsidR="00983C26" w:rsidRPr="00414EE6" w:rsidRDefault="00414EE6" w:rsidP="00414EE6">
      <w:pPr>
        <w:pStyle w:val="ListParagraph"/>
        <w:spacing w:line="240" w:lineRule="auto"/>
        <w:jc w:val="right"/>
      </w:pPr>
      <w:r>
        <w:t>Phone: 01212293000</w:t>
      </w:r>
    </w:p>
    <w:p w14:paraId="0D2F5EA6" w14:textId="77777777" w:rsidR="00983C26" w:rsidRPr="00983C26" w:rsidRDefault="00983C26" w:rsidP="00B036B8">
      <w:pPr>
        <w:spacing w:after="100" w:afterAutospacing="1" w:line="240" w:lineRule="auto"/>
        <w:rPr>
          <w:rFonts w:ascii="Arial" w:eastAsia="Times New Roman" w:hAnsi="Arial" w:cs="Arial"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>Hiring Manager</w:t>
      </w:r>
    </w:p>
    <w:p w14:paraId="6D4EAE8A" w14:textId="6B3A5E86" w:rsidR="00983C26" w:rsidRPr="00634DD0" w:rsidRDefault="00427CE9" w:rsidP="00B036B8">
      <w:pPr>
        <w:spacing w:after="100" w:afterAutospacing="1" w:line="240" w:lineRule="auto"/>
        <w:rPr>
          <w:rFonts w:ascii="Arial" w:eastAsia="Times New Roman" w:hAnsi="Arial" w:cs="Arial"/>
          <w:sz w:val="24"/>
          <w:szCs w:val="24"/>
          <w:lang w:val="en-GB" w:eastAsia="fr-FR"/>
        </w:rPr>
      </w:pPr>
      <w:proofErr w:type="spellStart"/>
      <w:r w:rsidRPr="00634DD0">
        <w:rPr>
          <w:rFonts w:ascii="Arial" w:hAnsi="Arial" w:cs="Arial"/>
          <w:color w:val="2D2D2D"/>
          <w:sz w:val="24"/>
          <w:szCs w:val="24"/>
        </w:rPr>
        <w:t>Tailorations</w:t>
      </w:r>
      <w:proofErr w:type="spellEnd"/>
      <w:r w:rsidR="00333D2C">
        <w:rPr>
          <w:rFonts w:ascii="Arial" w:hAnsi="Arial" w:cs="Arial"/>
          <w:color w:val="2D2D2D"/>
          <w:sz w:val="24"/>
          <w:szCs w:val="24"/>
        </w:rPr>
        <w:t xml:space="preserve"> Ltd. </w:t>
      </w:r>
    </w:p>
    <w:p w14:paraId="7E8AD2B9" w14:textId="19F65A91" w:rsidR="00983C26" w:rsidRPr="00983C26" w:rsidRDefault="00427CE9" w:rsidP="00B036B8">
      <w:pPr>
        <w:spacing w:after="100" w:afterAutospacing="1" w:line="240" w:lineRule="auto"/>
        <w:rPr>
          <w:rFonts w:ascii="Arial" w:eastAsia="Times New Roman" w:hAnsi="Arial" w:cs="Arial"/>
          <w:lang w:val="en-GB" w:eastAsia="fr-FR"/>
        </w:rPr>
      </w:pPr>
      <w:r>
        <w:rPr>
          <w:rFonts w:ascii="Noto Sans" w:hAnsi="Noto Sans" w:cs="Noto Sans"/>
          <w:color w:val="2D2D2D"/>
          <w:shd w:val="clear" w:color="auto" w:fill="FFFFFF"/>
        </w:rPr>
        <w:t>8 Chapel Street, Bromsgrove B60 2BQ</w:t>
      </w:r>
    </w:p>
    <w:p w14:paraId="2EC3074F" w14:textId="38570E9F" w:rsidR="00983C26" w:rsidRDefault="00983C26" w:rsidP="00414EE6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>1</w:t>
      </w:r>
      <w:r w:rsidR="00634DD0">
        <w:rPr>
          <w:rFonts w:ascii="Arial" w:eastAsia="Times New Roman" w:hAnsi="Arial" w:cs="Arial"/>
          <w:lang w:val="en-GB" w:eastAsia="fr-FR"/>
        </w:rPr>
        <w:t>6</w:t>
      </w:r>
      <w:r w:rsidRPr="00983C26">
        <w:rPr>
          <w:rFonts w:ascii="Arial" w:eastAsia="Times New Roman" w:hAnsi="Arial" w:cs="Arial"/>
          <w:lang w:val="en-GB" w:eastAsia="fr-FR"/>
        </w:rPr>
        <w:t xml:space="preserve"> February 2026</w:t>
      </w:r>
    </w:p>
    <w:p w14:paraId="140F0899" w14:textId="37AA1C22" w:rsidR="00427CE9" w:rsidRPr="00983C26" w:rsidRDefault="00427CE9" w:rsidP="00414EE6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n-GB" w:eastAsia="fr-FR"/>
        </w:rPr>
      </w:pPr>
      <w:r>
        <w:rPr>
          <w:rFonts w:ascii="Arial" w:eastAsia="Times New Roman" w:hAnsi="Arial" w:cs="Arial"/>
          <w:lang w:val="en-GB" w:eastAsia="fr-FR"/>
        </w:rPr>
        <w:t>Subject: Job Title</w:t>
      </w:r>
      <w:r w:rsidR="00C10744">
        <w:rPr>
          <w:rFonts w:ascii="Arial" w:eastAsia="Times New Roman" w:hAnsi="Arial" w:cs="Arial"/>
          <w:lang w:val="en-GB" w:eastAsia="fr-FR"/>
        </w:rPr>
        <w:t xml:space="preserve">: seamstress </w:t>
      </w:r>
    </w:p>
    <w:p w14:paraId="0AFC1E2B" w14:textId="77777777" w:rsidR="00983C26" w:rsidRPr="00983C26" w:rsidRDefault="00983C26" w:rsidP="00983C26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>Dear Hiring Manager,</w:t>
      </w:r>
    </w:p>
    <w:p w14:paraId="051E2181" w14:textId="77777777" w:rsidR="00983C26" w:rsidRPr="00983C26" w:rsidRDefault="00983C26" w:rsidP="00983C26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 xml:space="preserve">I wish to apply for the role of </w:t>
      </w:r>
      <w:r w:rsidRPr="00983C26">
        <w:rPr>
          <w:rFonts w:ascii="Arial" w:eastAsia="Times New Roman" w:hAnsi="Arial" w:cs="Arial"/>
          <w:b/>
          <w:bCs/>
          <w:lang w:val="en-GB" w:eastAsia="fr-FR"/>
        </w:rPr>
        <w:t>Seamstress/Tailor</w:t>
      </w:r>
      <w:r w:rsidRPr="00983C26">
        <w:rPr>
          <w:rFonts w:ascii="Arial" w:eastAsia="Times New Roman" w:hAnsi="Arial" w:cs="Arial"/>
          <w:lang w:val="en-GB" w:eastAsia="fr-FR"/>
        </w:rPr>
        <w:t xml:space="preserve">, currently being advertised on </w:t>
      </w:r>
      <w:r w:rsidRPr="00983C26">
        <w:rPr>
          <w:rFonts w:ascii="Arial" w:eastAsia="Times New Roman" w:hAnsi="Arial" w:cs="Arial"/>
          <w:b/>
          <w:bCs/>
          <w:lang w:val="en-GB" w:eastAsia="fr-FR"/>
        </w:rPr>
        <w:t>your website/Indeed</w:t>
      </w:r>
      <w:r w:rsidRPr="00983C26">
        <w:rPr>
          <w:rFonts w:ascii="Arial" w:eastAsia="Times New Roman" w:hAnsi="Arial" w:cs="Arial"/>
          <w:lang w:val="en-GB" w:eastAsia="fr-FR"/>
        </w:rPr>
        <w:t>. Please find enclosed my CV for your consideration.</w:t>
      </w:r>
    </w:p>
    <w:p w14:paraId="6FF80915" w14:textId="77777777" w:rsidR="00983C26" w:rsidRPr="00983C26" w:rsidRDefault="00983C26" w:rsidP="00983C26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 xml:space="preserve">As you can see from my attached CV, I have over </w:t>
      </w:r>
      <w:r w:rsidRPr="00983C26">
        <w:rPr>
          <w:rFonts w:ascii="Arial" w:eastAsia="Times New Roman" w:hAnsi="Arial" w:cs="Arial"/>
          <w:b/>
          <w:bCs/>
          <w:lang w:val="en-GB" w:eastAsia="fr-FR"/>
        </w:rPr>
        <w:t>eight years of experience</w:t>
      </w:r>
      <w:r w:rsidRPr="00983C26">
        <w:rPr>
          <w:rFonts w:ascii="Arial" w:eastAsia="Times New Roman" w:hAnsi="Arial" w:cs="Arial"/>
          <w:lang w:val="en-GB" w:eastAsia="fr-FR"/>
        </w:rPr>
        <w:t xml:space="preserve"> in the </w:t>
      </w:r>
      <w:r w:rsidRPr="00983C26">
        <w:rPr>
          <w:rFonts w:ascii="Arial" w:eastAsia="Times New Roman" w:hAnsi="Arial" w:cs="Arial"/>
          <w:b/>
          <w:bCs/>
          <w:lang w:val="en-GB" w:eastAsia="fr-FR"/>
        </w:rPr>
        <w:t>sewing and fashion industry</w:t>
      </w:r>
      <w:r w:rsidRPr="00983C26">
        <w:rPr>
          <w:rFonts w:ascii="Arial" w:eastAsia="Times New Roman" w:hAnsi="Arial" w:cs="Arial"/>
          <w:lang w:val="en-GB" w:eastAsia="fr-FR"/>
        </w:rPr>
        <w:t>, and I believe my strong technical skills, attention to detail, and ability to create high-quality garments during this time make me the perfect candidate for the role.</w:t>
      </w:r>
    </w:p>
    <w:p w14:paraId="198165D0" w14:textId="77777777" w:rsidR="00983C26" w:rsidRPr="00983C26" w:rsidRDefault="00983C26" w:rsidP="00983C26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 xml:space="preserve">In my current role as a </w:t>
      </w:r>
      <w:r w:rsidRPr="00983C26">
        <w:rPr>
          <w:rFonts w:ascii="Arial" w:eastAsia="Times New Roman" w:hAnsi="Arial" w:cs="Arial"/>
          <w:b/>
          <w:bCs/>
          <w:lang w:val="en-GB" w:eastAsia="fr-FR"/>
        </w:rPr>
        <w:t>Seamstress/Tailoring Assistant at a local tailor shop in Norwich</w:t>
      </w:r>
      <w:r w:rsidRPr="00983C26">
        <w:rPr>
          <w:rFonts w:ascii="Arial" w:eastAsia="Times New Roman" w:hAnsi="Arial" w:cs="Arial"/>
          <w:lang w:val="en-GB" w:eastAsia="fr-FR"/>
        </w:rPr>
        <w:t>, I have been responsible for performing alterations, repairs, fittings, and garment construction using both machine and hand sewing techniques. Through this experience, I have developed accuracy, speed, and the ability to meet deadlines while maintaining excellent quality standards and customer satisfaction.</w:t>
      </w:r>
    </w:p>
    <w:p w14:paraId="142BA7B8" w14:textId="77777777" w:rsidR="00983C26" w:rsidRPr="00983C26" w:rsidRDefault="00983C26" w:rsidP="00983C26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 xml:space="preserve">All of this, coupled with my enthusiasm and dedication, </w:t>
      </w:r>
      <w:r w:rsidRPr="00983C26">
        <w:rPr>
          <w:rFonts w:ascii="Arial" w:eastAsia="Times New Roman" w:hAnsi="Arial" w:cs="Arial"/>
          <w:b/>
          <w:bCs/>
          <w:lang w:val="en-GB" w:eastAsia="fr-FR"/>
        </w:rPr>
        <w:t>strong sewing skills, creativity, teamwork, and good customer service</w:t>
      </w:r>
      <w:r w:rsidRPr="00983C26">
        <w:rPr>
          <w:rFonts w:ascii="Arial" w:eastAsia="Times New Roman" w:hAnsi="Arial" w:cs="Arial"/>
          <w:lang w:val="en-GB" w:eastAsia="fr-FR"/>
        </w:rPr>
        <w:t>, has helped me consistently deliver elegant, well-fitted garments and build positive relationships with clients.</w:t>
      </w:r>
    </w:p>
    <w:p w14:paraId="69CDF86F" w14:textId="77777777" w:rsidR="00983C26" w:rsidRPr="00983C26" w:rsidRDefault="00983C26" w:rsidP="00983C26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 xml:space="preserve">I am confident that I can bring this level of success with me to your organisation and help </w:t>
      </w:r>
      <w:r w:rsidRPr="00983C26">
        <w:rPr>
          <w:rFonts w:ascii="Arial" w:eastAsia="Times New Roman" w:hAnsi="Arial" w:cs="Arial"/>
          <w:b/>
          <w:bCs/>
          <w:lang w:val="en-GB" w:eastAsia="fr-FR"/>
        </w:rPr>
        <w:t>your company</w:t>
      </w:r>
      <w:r w:rsidRPr="00983C26">
        <w:rPr>
          <w:rFonts w:ascii="Arial" w:eastAsia="Times New Roman" w:hAnsi="Arial" w:cs="Arial"/>
          <w:lang w:val="en-GB" w:eastAsia="fr-FR"/>
        </w:rPr>
        <w:t xml:space="preserve"> build upon its reputation as a provider of high-quality and professional tailoring services. With my previous experience and expertise, I believe my contribution will have </w:t>
      </w:r>
      <w:r w:rsidRPr="00983C26">
        <w:rPr>
          <w:rFonts w:ascii="Arial" w:eastAsia="Times New Roman" w:hAnsi="Arial" w:cs="Arial"/>
          <w:b/>
          <w:bCs/>
          <w:lang w:val="en-GB" w:eastAsia="fr-FR"/>
        </w:rPr>
        <w:t>a positive impact on both customer satisfaction and production efficiency</w:t>
      </w:r>
      <w:r w:rsidRPr="00983C26">
        <w:rPr>
          <w:rFonts w:ascii="Arial" w:eastAsia="Times New Roman" w:hAnsi="Arial" w:cs="Arial"/>
          <w:lang w:val="en-GB" w:eastAsia="fr-FR"/>
        </w:rPr>
        <w:t>.</w:t>
      </w:r>
    </w:p>
    <w:p w14:paraId="1DC0BC2D" w14:textId="77777777" w:rsidR="00983C26" w:rsidRPr="00983C26" w:rsidRDefault="00983C26" w:rsidP="00983C26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>Thank you for considering my application. I look forward to hearing from you and discussing my application further.</w:t>
      </w:r>
    </w:p>
    <w:p w14:paraId="0EE4DB71" w14:textId="1769CD83" w:rsidR="00E67CDE" w:rsidRDefault="00983C26" w:rsidP="00427CE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val="en-GB" w:eastAsia="fr-FR"/>
        </w:rPr>
      </w:pPr>
      <w:r w:rsidRPr="00983C26">
        <w:rPr>
          <w:rFonts w:ascii="Arial" w:eastAsia="Times New Roman" w:hAnsi="Arial" w:cs="Arial"/>
          <w:lang w:val="en-GB" w:eastAsia="fr-FR"/>
        </w:rPr>
        <w:t>Yours sincerely,</w:t>
      </w:r>
      <w:r w:rsidRPr="00983C26">
        <w:rPr>
          <w:rFonts w:ascii="Arial" w:eastAsia="Times New Roman" w:hAnsi="Arial" w:cs="Arial"/>
          <w:lang w:val="en-GB" w:eastAsia="fr-FR"/>
        </w:rPr>
        <w:br/>
      </w:r>
      <w:r w:rsidRPr="00983C26">
        <w:rPr>
          <w:rFonts w:ascii="Arial" w:eastAsia="Times New Roman" w:hAnsi="Arial" w:cs="Arial"/>
          <w:b/>
          <w:bCs/>
          <w:lang w:val="en-GB" w:eastAsia="fr-FR"/>
        </w:rPr>
        <w:t xml:space="preserve">Shidjey Eugénie Sauhi Ep </w:t>
      </w:r>
      <w:proofErr w:type="spellStart"/>
      <w:r w:rsidRPr="00983C26">
        <w:rPr>
          <w:rFonts w:ascii="Arial" w:eastAsia="Times New Roman" w:hAnsi="Arial" w:cs="Arial"/>
          <w:b/>
          <w:bCs/>
          <w:lang w:val="en-GB" w:eastAsia="fr-FR"/>
        </w:rPr>
        <w:t>N'gom</w:t>
      </w:r>
      <w:proofErr w:type="spellEnd"/>
    </w:p>
    <w:p w14:paraId="08A92EDA" w14:textId="77777777" w:rsidR="00F858F5" w:rsidRDefault="00F858F5" w:rsidP="00427CE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val="en-GB" w:eastAsia="fr-FR"/>
        </w:rPr>
      </w:pPr>
    </w:p>
    <w:p w14:paraId="145A0DD6" w14:textId="6A511016" w:rsidR="00F858F5" w:rsidRPr="00F858F5" w:rsidRDefault="00937377" w:rsidP="00F858F5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lang w:val="en-GB" w:eastAsia="fr-FR"/>
        </w:rPr>
      </w:pPr>
      <w:proofErr w:type="spellStart"/>
      <w:r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lang w:val="en-GB" w:eastAsia="fr-FR"/>
        </w:rPr>
        <w:t>Tailoration</w:t>
      </w:r>
      <w:r w:rsidR="00B036B8"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lang w:val="en-GB" w:eastAsia="fr-FR"/>
        </w:rPr>
        <w:t>s</w:t>
      </w:r>
      <w:proofErr w:type="spellEnd"/>
      <w:r w:rsidR="00333D2C"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lang w:val="en-GB" w:eastAsia="fr-FR"/>
        </w:rPr>
        <w:t xml:space="preserve"> Ltd</w:t>
      </w:r>
      <w:r w:rsidR="00B036B8"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lang w:val="en-GB" w:eastAsia="fr-FR"/>
        </w:rPr>
        <w:t>:</w:t>
      </w:r>
      <w:r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lang w:val="en-GB" w:eastAsia="fr-FR"/>
        </w:rPr>
        <w:t xml:space="preserve"> </w:t>
      </w:r>
      <w:r w:rsidR="00F858F5" w:rsidRPr="00F858F5"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lang w:val="en-GB" w:eastAsia="fr-FR"/>
        </w:rPr>
        <w:t>Full job description</w:t>
      </w:r>
    </w:p>
    <w:p w14:paraId="5DD17839" w14:textId="77777777" w:rsidR="00F858F5" w:rsidRPr="00F858F5" w:rsidRDefault="00F858F5" w:rsidP="00F858F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val="en-GB" w:eastAsia="fr-FR"/>
        </w:rPr>
      </w:pPr>
      <w:r w:rsidRPr="00F858F5">
        <w:rPr>
          <w:rFonts w:ascii="Arial" w:eastAsia="Times New Roman" w:hAnsi="Arial" w:cs="Arial"/>
          <w:color w:val="000000" w:themeColor="text1"/>
          <w:sz w:val="24"/>
          <w:szCs w:val="24"/>
          <w:lang w:val="en-GB" w:eastAsia="fr-FR"/>
        </w:rPr>
        <w:t>An opportunity has arisen for a seamstress to join our team.</w:t>
      </w:r>
    </w:p>
    <w:p w14:paraId="47FE065D" w14:textId="77777777" w:rsidR="00F858F5" w:rsidRPr="00C10744" w:rsidRDefault="00F858F5" w:rsidP="00F858F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val="en-GB" w:eastAsia="fr-FR"/>
        </w:rPr>
      </w:pPr>
      <w:r w:rsidRPr="00F858F5">
        <w:rPr>
          <w:rFonts w:ascii="Arial" w:eastAsia="Times New Roman" w:hAnsi="Arial" w:cs="Arial"/>
          <w:color w:val="000000" w:themeColor="text1"/>
          <w:sz w:val="24"/>
          <w:szCs w:val="24"/>
          <w:lang w:val="en-GB" w:eastAsia="fr-FR"/>
        </w:rPr>
        <w:t xml:space="preserve">We are based by the High Street in Bromsgrove and specialise in clothing alterations and repairs. We are friendly, popular, well established and a respected place offering a heightened customer experience and </w:t>
      </w:r>
      <w:proofErr w:type="gramStart"/>
      <w:r w:rsidRPr="00F858F5">
        <w:rPr>
          <w:rFonts w:ascii="Arial" w:eastAsia="Times New Roman" w:hAnsi="Arial" w:cs="Arial"/>
          <w:color w:val="000000" w:themeColor="text1"/>
          <w:sz w:val="24"/>
          <w:szCs w:val="24"/>
          <w:lang w:val="en-GB" w:eastAsia="fr-FR"/>
        </w:rPr>
        <w:t>high quality</w:t>
      </w:r>
      <w:proofErr w:type="gramEnd"/>
      <w:r w:rsidRPr="00F858F5">
        <w:rPr>
          <w:rFonts w:ascii="Arial" w:eastAsia="Times New Roman" w:hAnsi="Arial" w:cs="Arial"/>
          <w:color w:val="000000" w:themeColor="text1"/>
          <w:sz w:val="24"/>
          <w:szCs w:val="24"/>
          <w:lang w:val="en-GB" w:eastAsia="fr-FR"/>
        </w:rPr>
        <w:t xml:space="preserve"> sewing, always.</w:t>
      </w:r>
    </w:p>
    <w:p w14:paraId="71CF7466" w14:textId="77777777" w:rsidR="00F858F5" w:rsidRPr="00C10744" w:rsidRDefault="00F858F5" w:rsidP="00F858F5">
      <w:pPr>
        <w:pStyle w:val="NormalWeb"/>
        <w:shd w:val="clear" w:color="auto" w:fill="FFFFFF"/>
        <w:rPr>
          <w:rFonts w:ascii="Arial" w:hAnsi="Arial" w:cs="Arial"/>
          <w:color w:val="000000" w:themeColor="text1"/>
          <w:lang w:val="en-GB"/>
        </w:rPr>
      </w:pPr>
      <w:r w:rsidRPr="00C10744">
        <w:rPr>
          <w:rFonts w:ascii="Arial" w:hAnsi="Arial" w:cs="Arial"/>
          <w:color w:val="000000" w:themeColor="text1"/>
          <w:lang w:val="en-GB"/>
        </w:rPr>
        <w:t>The perfect candidate will have experience in a similar position.</w:t>
      </w:r>
    </w:p>
    <w:p w14:paraId="3EB15E46" w14:textId="77777777" w:rsidR="00F858F5" w:rsidRPr="00C10744" w:rsidRDefault="00F858F5" w:rsidP="00F858F5">
      <w:pPr>
        <w:pStyle w:val="NormalWeb"/>
        <w:shd w:val="clear" w:color="auto" w:fill="FFFFFF"/>
        <w:rPr>
          <w:rFonts w:ascii="Arial" w:hAnsi="Arial" w:cs="Arial"/>
          <w:color w:val="000000" w:themeColor="text1"/>
          <w:lang w:val="en-GB"/>
        </w:rPr>
      </w:pPr>
      <w:r w:rsidRPr="00C10744">
        <w:rPr>
          <w:rFonts w:ascii="Arial" w:hAnsi="Arial" w:cs="Arial"/>
          <w:color w:val="000000" w:themeColor="text1"/>
          <w:lang w:val="en-GB"/>
        </w:rPr>
        <w:t>Relevant qualifications will be considered.</w:t>
      </w:r>
    </w:p>
    <w:p w14:paraId="357A6897" w14:textId="77777777" w:rsidR="00F858F5" w:rsidRPr="00C10744" w:rsidRDefault="00F858F5" w:rsidP="00F858F5">
      <w:pPr>
        <w:pStyle w:val="NormalWeb"/>
        <w:shd w:val="clear" w:color="auto" w:fill="FFFFFF"/>
        <w:rPr>
          <w:rFonts w:ascii="Arial" w:hAnsi="Arial" w:cs="Arial"/>
          <w:color w:val="000000" w:themeColor="text1"/>
          <w:lang w:val="en-GB"/>
        </w:rPr>
      </w:pPr>
      <w:r w:rsidRPr="00C10744">
        <w:rPr>
          <w:rFonts w:ascii="Arial" w:hAnsi="Arial" w:cs="Arial"/>
          <w:color w:val="000000" w:themeColor="text1"/>
          <w:lang w:val="en-GB"/>
        </w:rPr>
        <w:t>Experience in fitting items of clothing and customer service is advantageous but not essential as training will be provided.</w:t>
      </w:r>
    </w:p>
    <w:p w14:paraId="340B356F" w14:textId="77777777" w:rsidR="00F858F5" w:rsidRPr="00C10744" w:rsidRDefault="00F858F5" w:rsidP="00F858F5">
      <w:pPr>
        <w:pStyle w:val="NormalWeb"/>
        <w:shd w:val="clear" w:color="auto" w:fill="FFFFFF"/>
        <w:rPr>
          <w:rFonts w:ascii="Arial" w:hAnsi="Arial" w:cs="Arial"/>
          <w:color w:val="000000" w:themeColor="text1"/>
          <w:lang w:val="en-GB"/>
        </w:rPr>
      </w:pPr>
      <w:r w:rsidRPr="00C10744">
        <w:rPr>
          <w:rFonts w:ascii="Arial" w:hAnsi="Arial" w:cs="Arial"/>
          <w:color w:val="000000" w:themeColor="text1"/>
          <w:lang w:val="en-GB"/>
        </w:rPr>
        <w:t xml:space="preserve">We work from Tuesday till Friday from 10am till 4.30pm with lunch break from 1.30pm till 2pm and Saturday from 9.30am </w:t>
      </w:r>
      <w:proofErr w:type="spellStart"/>
      <w:r w:rsidRPr="00C10744">
        <w:rPr>
          <w:rFonts w:ascii="Arial" w:hAnsi="Arial" w:cs="Arial"/>
          <w:color w:val="000000" w:themeColor="text1"/>
          <w:lang w:val="en-GB"/>
        </w:rPr>
        <w:t>untill</w:t>
      </w:r>
      <w:proofErr w:type="spellEnd"/>
      <w:r w:rsidRPr="00C10744">
        <w:rPr>
          <w:rFonts w:ascii="Arial" w:hAnsi="Arial" w:cs="Arial"/>
          <w:color w:val="000000" w:themeColor="text1"/>
          <w:lang w:val="en-GB"/>
        </w:rPr>
        <w:t xml:space="preserve"> 12.30pm.</w:t>
      </w:r>
    </w:p>
    <w:p w14:paraId="2D0DAF3A" w14:textId="77777777" w:rsidR="00F858F5" w:rsidRPr="00C10744" w:rsidRDefault="00F858F5" w:rsidP="00F858F5">
      <w:pPr>
        <w:pStyle w:val="NormalWeb"/>
        <w:shd w:val="clear" w:color="auto" w:fill="FFFFFF"/>
        <w:rPr>
          <w:rFonts w:ascii="Arial" w:hAnsi="Arial" w:cs="Arial"/>
          <w:color w:val="000000" w:themeColor="text1"/>
          <w:lang w:val="en-GB"/>
        </w:rPr>
      </w:pPr>
      <w:r w:rsidRPr="00C10744">
        <w:rPr>
          <w:rFonts w:ascii="Arial" w:hAnsi="Arial" w:cs="Arial"/>
          <w:color w:val="000000" w:themeColor="text1"/>
          <w:lang w:val="en-GB"/>
        </w:rPr>
        <w:t>English language is essential.</w:t>
      </w:r>
    </w:p>
    <w:p w14:paraId="01081DFD" w14:textId="1D3D00E7" w:rsidR="00F858F5" w:rsidRPr="00C10744" w:rsidRDefault="00F858F5" w:rsidP="00F858F5">
      <w:pPr>
        <w:pStyle w:val="NormalWeb"/>
        <w:shd w:val="clear" w:color="auto" w:fill="FFFFFF"/>
        <w:rPr>
          <w:rFonts w:ascii="Arial" w:hAnsi="Arial" w:cs="Arial"/>
          <w:color w:val="000000" w:themeColor="text1"/>
          <w:lang w:val="en-GB"/>
        </w:rPr>
      </w:pPr>
      <w:r w:rsidRPr="00C10744">
        <w:rPr>
          <w:rFonts w:ascii="Arial" w:hAnsi="Arial" w:cs="Arial"/>
          <w:color w:val="000000" w:themeColor="text1"/>
          <w:lang w:val="en-GB"/>
        </w:rPr>
        <w:t>Job Types: Full-time, Part-time.</w:t>
      </w:r>
    </w:p>
    <w:p w14:paraId="56D2390A" w14:textId="77777777" w:rsidR="00F858F5" w:rsidRPr="00F858F5" w:rsidRDefault="00F858F5" w:rsidP="00F858F5">
      <w:pPr>
        <w:shd w:val="clear" w:color="auto" w:fill="FFFFFF"/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595959"/>
          <w:sz w:val="24"/>
          <w:szCs w:val="24"/>
          <w:lang w:val="en-GB" w:eastAsia="fr-FR"/>
        </w:rPr>
      </w:pPr>
    </w:p>
    <w:p w14:paraId="5D2903CA" w14:textId="77777777" w:rsidR="00F858F5" w:rsidRPr="00427CE9" w:rsidRDefault="00F858F5" w:rsidP="00427CE9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en-GB" w:eastAsia="fr-FR"/>
        </w:rPr>
      </w:pPr>
    </w:p>
    <w:p w14:paraId="432B630D" w14:textId="77777777" w:rsidR="00026BBD" w:rsidRDefault="00026BBD"/>
    <w:sectPr w:rsidR="00026BBD" w:rsidSect="0038422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Variable Text">
    <w:panose1 w:val="00000000000000000000"/>
    <w:charset w:val="00"/>
    <w:family w:val="auto"/>
    <w:pitch w:val="variable"/>
    <w:sig w:usb0="A00002FF" w:usb1="0000000B" w:usb2="00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691819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D40D48"/>
    <w:multiLevelType w:val="hybridMultilevel"/>
    <w:tmpl w:val="5876F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C0251"/>
    <w:multiLevelType w:val="multilevel"/>
    <w:tmpl w:val="FD240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C55184"/>
    <w:multiLevelType w:val="hybridMultilevel"/>
    <w:tmpl w:val="D1EE1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A2AD2"/>
    <w:multiLevelType w:val="multilevel"/>
    <w:tmpl w:val="D6E0F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E251D7"/>
    <w:multiLevelType w:val="hybridMultilevel"/>
    <w:tmpl w:val="06B80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330F15"/>
    <w:multiLevelType w:val="multilevel"/>
    <w:tmpl w:val="85800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0841AA"/>
    <w:multiLevelType w:val="multilevel"/>
    <w:tmpl w:val="B166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AB558E"/>
    <w:multiLevelType w:val="hybridMultilevel"/>
    <w:tmpl w:val="C8200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50172">
    <w:abstractNumId w:val="8"/>
  </w:num>
  <w:num w:numId="2" w16cid:durableId="287319763">
    <w:abstractNumId w:val="6"/>
  </w:num>
  <w:num w:numId="3" w16cid:durableId="726613557">
    <w:abstractNumId w:val="5"/>
  </w:num>
  <w:num w:numId="4" w16cid:durableId="1477146538">
    <w:abstractNumId w:val="4"/>
  </w:num>
  <w:num w:numId="5" w16cid:durableId="1181354219">
    <w:abstractNumId w:val="7"/>
  </w:num>
  <w:num w:numId="6" w16cid:durableId="1198659979">
    <w:abstractNumId w:val="3"/>
  </w:num>
  <w:num w:numId="7" w16cid:durableId="1638680057">
    <w:abstractNumId w:val="2"/>
  </w:num>
  <w:num w:numId="8" w16cid:durableId="1446192521">
    <w:abstractNumId w:val="1"/>
  </w:num>
  <w:num w:numId="9" w16cid:durableId="1877963504">
    <w:abstractNumId w:val="0"/>
  </w:num>
  <w:num w:numId="10" w16cid:durableId="1996493330">
    <w:abstractNumId w:val="10"/>
  </w:num>
  <w:num w:numId="11" w16cid:durableId="1800830840">
    <w:abstractNumId w:val="15"/>
  </w:num>
  <w:num w:numId="12" w16cid:durableId="1083801366">
    <w:abstractNumId w:val="14"/>
  </w:num>
  <w:num w:numId="13" w16cid:durableId="1227109384">
    <w:abstractNumId w:val="12"/>
  </w:num>
  <w:num w:numId="14" w16cid:durableId="2032106013">
    <w:abstractNumId w:val="9"/>
  </w:num>
  <w:num w:numId="15" w16cid:durableId="1491292008">
    <w:abstractNumId w:val="13"/>
  </w:num>
  <w:num w:numId="16" w16cid:durableId="1259800310">
    <w:abstractNumId w:val="11"/>
  </w:num>
  <w:num w:numId="17" w16cid:durableId="49403165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168A"/>
    <w:rsid w:val="00012775"/>
    <w:rsid w:val="00026BBD"/>
    <w:rsid w:val="00034616"/>
    <w:rsid w:val="000560AC"/>
    <w:rsid w:val="0006063C"/>
    <w:rsid w:val="000C3A1D"/>
    <w:rsid w:val="00103C48"/>
    <w:rsid w:val="00136F8A"/>
    <w:rsid w:val="0015074B"/>
    <w:rsid w:val="00174B18"/>
    <w:rsid w:val="001D347E"/>
    <w:rsid w:val="002823D9"/>
    <w:rsid w:val="0029639D"/>
    <w:rsid w:val="002A7149"/>
    <w:rsid w:val="00314B84"/>
    <w:rsid w:val="00326F90"/>
    <w:rsid w:val="00333D2C"/>
    <w:rsid w:val="0033498B"/>
    <w:rsid w:val="003453CF"/>
    <w:rsid w:val="00347D98"/>
    <w:rsid w:val="003740AA"/>
    <w:rsid w:val="00383A09"/>
    <w:rsid w:val="00384224"/>
    <w:rsid w:val="003928F8"/>
    <w:rsid w:val="003C721F"/>
    <w:rsid w:val="00403A86"/>
    <w:rsid w:val="00413A01"/>
    <w:rsid w:val="00414EE6"/>
    <w:rsid w:val="00427CE9"/>
    <w:rsid w:val="00442572"/>
    <w:rsid w:val="004C42CE"/>
    <w:rsid w:val="00525292"/>
    <w:rsid w:val="005671B1"/>
    <w:rsid w:val="005F6429"/>
    <w:rsid w:val="00634DD0"/>
    <w:rsid w:val="00651E66"/>
    <w:rsid w:val="006B54E7"/>
    <w:rsid w:val="006C0D89"/>
    <w:rsid w:val="006F021C"/>
    <w:rsid w:val="006F5CE0"/>
    <w:rsid w:val="007601C2"/>
    <w:rsid w:val="0076664E"/>
    <w:rsid w:val="007F4182"/>
    <w:rsid w:val="00837BE6"/>
    <w:rsid w:val="0087081C"/>
    <w:rsid w:val="00881A9E"/>
    <w:rsid w:val="008E02E8"/>
    <w:rsid w:val="00902E5C"/>
    <w:rsid w:val="00905CC1"/>
    <w:rsid w:val="00937377"/>
    <w:rsid w:val="00983C26"/>
    <w:rsid w:val="00A2672D"/>
    <w:rsid w:val="00A826F8"/>
    <w:rsid w:val="00A96334"/>
    <w:rsid w:val="00AA1D8D"/>
    <w:rsid w:val="00AB1A86"/>
    <w:rsid w:val="00AF0FFB"/>
    <w:rsid w:val="00B036B8"/>
    <w:rsid w:val="00B25CF7"/>
    <w:rsid w:val="00B374C6"/>
    <w:rsid w:val="00B47730"/>
    <w:rsid w:val="00B51CE8"/>
    <w:rsid w:val="00B5708E"/>
    <w:rsid w:val="00B90D6D"/>
    <w:rsid w:val="00C10744"/>
    <w:rsid w:val="00C46B88"/>
    <w:rsid w:val="00C615B6"/>
    <w:rsid w:val="00C90943"/>
    <w:rsid w:val="00CB0664"/>
    <w:rsid w:val="00D45D6A"/>
    <w:rsid w:val="00D53C2B"/>
    <w:rsid w:val="00E16889"/>
    <w:rsid w:val="00E52292"/>
    <w:rsid w:val="00E67CDE"/>
    <w:rsid w:val="00E7657B"/>
    <w:rsid w:val="00E86B06"/>
    <w:rsid w:val="00EF686A"/>
    <w:rsid w:val="00F01A27"/>
    <w:rsid w:val="00F30EDE"/>
    <w:rsid w:val="00F44450"/>
    <w:rsid w:val="00F858F5"/>
    <w:rsid w:val="00FB63D0"/>
    <w:rsid w:val="00FC693F"/>
    <w:rsid w:val="00FF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D2E9F2"/>
  <w14:defaultImageDpi w14:val="300"/>
  <w15:docId w15:val="{687A54E9-E769-4E7D-B637-904F1D32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012775"/>
  </w:style>
  <w:style w:type="character" w:styleId="Hyperlink">
    <w:name w:val="Hyperlink"/>
    <w:basedOn w:val="DefaultParagraphFont"/>
    <w:uiPriority w:val="99"/>
    <w:unhideWhenUsed/>
    <w:rsid w:val="00383A0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3A0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85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CommentReference">
    <w:name w:val="annotation reference"/>
    <w:basedOn w:val="DefaultParagraphFont"/>
    <w:uiPriority w:val="99"/>
    <w:semiHidden/>
    <w:unhideWhenUsed/>
    <w:rsid w:val="007F41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41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41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41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418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682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Shidjey Eugenie Sauhi Ep. N'Gom (2436214)</cp:lastModifiedBy>
  <cp:revision>2</cp:revision>
  <dcterms:created xsi:type="dcterms:W3CDTF">2026-02-22T17:21:00Z</dcterms:created>
  <dcterms:modified xsi:type="dcterms:W3CDTF">2026-02-22T17:21:00Z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5b528c1c-5071-499c-a1e6-3aee032a61ef</vt:lpwstr>
  </property>
</Properties>
</file>