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8DA70" w14:textId="77777777" w:rsidR="007E3B2A" w:rsidRDefault="007E3B2A" w:rsidP="007E3B2A">
      <w:pPr>
        <w:jc w:val="center"/>
        <w:rPr>
          <w:b/>
          <w:color w:val="5B2C83"/>
          <w:sz w:val="40"/>
        </w:rPr>
      </w:pPr>
      <w:r>
        <w:rPr>
          <w:b/>
          <w:noProof/>
          <w:color w:val="5B2C83"/>
          <w:sz w:val="40"/>
        </w:rPr>
        <w:drawing>
          <wp:inline distT="0" distB="0" distL="0" distR="0" wp14:anchorId="41B759ED" wp14:editId="4249C499">
            <wp:extent cx="4956048" cy="1024128"/>
            <wp:effectExtent l="0" t="0" r="0" b="5080"/>
            <wp:docPr id="1835689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89765" name="Picture 1835689765"/>
                    <pic:cNvPicPr/>
                  </pic:nvPicPr>
                  <pic:blipFill>
                    <a:blip r:embed="rId8"/>
                    <a:stretch>
                      <a:fillRect/>
                    </a:stretch>
                  </pic:blipFill>
                  <pic:spPr>
                    <a:xfrm>
                      <a:off x="0" y="0"/>
                      <a:ext cx="4956048" cy="1024128"/>
                    </a:xfrm>
                    <a:prstGeom prst="rect">
                      <a:avLst/>
                    </a:prstGeom>
                  </pic:spPr>
                </pic:pic>
              </a:graphicData>
            </a:graphic>
          </wp:inline>
        </w:drawing>
      </w:r>
    </w:p>
    <w:p w14:paraId="1400E769" w14:textId="77777777" w:rsidR="00EF282D" w:rsidRPr="000D5202" w:rsidRDefault="005A3E0C">
      <w:pPr>
        <w:jc w:val="center"/>
        <w:rPr>
          <w:rFonts w:ascii="ADLaM Display" w:hAnsi="ADLaM Display" w:cs="ADLaM Display"/>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5202">
        <w:rPr>
          <w:rFonts w:ascii="ADLaM Display" w:hAnsi="ADLaM Display" w:cs="ADLaM Display"/>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ACCB6017 Usability Engineering</w:t>
      </w:r>
      <w:r w:rsidRPr="000D5202">
        <w:rPr>
          <w:rFonts w:ascii="ADLaM Display" w:hAnsi="ADLaM Display" w:cs="ADLaM Display"/>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User Requirements and Prototype</w:t>
      </w:r>
    </w:p>
    <w:p w14:paraId="01BA7021" w14:textId="77777777" w:rsidR="00C65828" w:rsidRPr="00C65828" w:rsidRDefault="00346ADA">
      <w:pPr>
        <w:jc w:val="center"/>
        <w:rPr>
          <w:rFonts w:ascii="ADLaM Display" w:hAnsi="ADLaM Display" w:cs="ADLaM Display"/>
          <w:b/>
        </w:rPr>
      </w:pPr>
      <w:r>
        <w:rPr>
          <w:rFonts w:ascii="ADLaM Display" w:hAnsi="ADLaM Display" w:cs="ADLaM Display"/>
          <w:b/>
          <w:noProof/>
        </w:rPr>
        <w:drawing>
          <wp:inline distT="0" distB="0" distL="0" distR="0" wp14:anchorId="65A217F9" wp14:editId="2D65CA7F">
            <wp:extent cx="5401067" cy="3172974"/>
            <wp:effectExtent l="0" t="0" r="0" b="8890"/>
            <wp:docPr id="428019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1953" name="Picture 42801953"/>
                    <pic:cNvPicPr/>
                  </pic:nvPicPr>
                  <pic:blipFill>
                    <a:blip r:embed="rId9"/>
                    <a:stretch>
                      <a:fillRect/>
                    </a:stretch>
                  </pic:blipFill>
                  <pic:spPr>
                    <a:xfrm>
                      <a:off x="0" y="0"/>
                      <a:ext cx="5401067" cy="3172974"/>
                    </a:xfrm>
                    <a:prstGeom prst="rect">
                      <a:avLst/>
                    </a:prstGeom>
                  </pic:spPr>
                </pic:pic>
              </a:graphicData>
            </a:graphic>
          </wp:inline>
        </w:drawing>
      </w:r>
    </w:p>
    <w:p w14:paraId="686C5251" w14:textId="77777777" w:rsidR="00EF282D" w:rsidRPr="003A67E9" w:rsidRDefault="005A3E0C" w:rsidP="003D7811">
      <w:pPr>
        <w:jc w:val="center"/>
        <w:rPr>
          <w:sz w:val="44"/>
          <w:szCs w:val="44"/>
        </w:rPr>
      </w:pPr>
      <w:r w:rsidRPr="003A67E9">
        <w:rPr>
          <w:b/>
          <w:color w:val="1F4E79"/>
          <w:sz w:val="44"/>
          <w:szCs w:val="44"/>
        </w:rPr>
        <w:t>UWTSD Pandemic: Campus Outbreak Response</w:t>
      </w:r>
    </w:p>
    <w:p w14:paraId="1E9ECD57" w14:textId="77777777" w:rsidR="003D7811" w:rsidRPr="003A67E9" w:rsidRDefault="003D7811" w:rsidP="003D7811">
      <w:pPr>
        <w:jc w:val="center"/>
        <w:rPr>
          <w:szCs w:val="21"/>
        </w:rPr>
      </w:pPr>
    </w:p>
    <w:tbl>
      <w:tblPr>
        <w:tblStyle w:val="TableGrid"/>
        <w:tblW w:w="0" w:type="auto"/>
        <w:jc w:val="center"/>
        <w:tblLook w:val="04A0" w:firstRow="1" w:lastRow="0" w:firstColumn="1" w:lastColumn="0" w:noHBand="0" w:noVBand="1"/>
      </w:tblPr>
      <w:tblGrid>
        <w:gridCol w:w="2517"/>
        <w:gridCol w:w="2518"/>
        <w:gridCol w:w="2518"/>
        <w:gridCol w:w="2517"/>
      </w:tblGrid>
      <w:tr w:rsidR="00EF282D" w:rsidRPr="003A67E9" w14:paraId="6025DC29" w14:textId="77777777" w:rsidTr="003A67E9">
        <w:trPr>
          <w:jc w:val="center"/>
        </w:trPr>
        <w:tc>
          <w:tcPr>
            <w:tcW w:w="2517" w:type="dxa"/>
            <w:shd w:val="clear" w:color="auto" w:fill="1F4E79"/>
          </w:tcPr>
          <w:p w14:paraId="4D3839E7" w14:textId="77777777" w:rsidR="00EF282D" w:rsidRPr="003A67E9" w:rsidRDefault="005A3E0C">
            <w:pPr>
              <w:rPr>
                <w:szCs w:val="21"/>
              </w:rPr>
            </w:pPr>
            <w:r w:rsidRPr="003A67E9">
              <w:rPr>
                <w:b/>
                <w:color w:val="FFFFFF"/>
                <w:szCs w:val="21"/>
              </w:rPr>
              <w:t>Student</w:t>
            </w:r>
          </w:p>
        </w:tc>
        <w:tc>
          <w:tcPr>
            <w:tcW w:w="2518" w:type="dxa"/>
            <w:shd w:val="clear" w:color="auto" w:fill="1F4E79"/>
          </w:tcPr>
          <w:p w14:paraId="01122EB6" w14:textId="77777777" w:rsidR="00EF282D" w:rsidRPr="003A67E9" w:rsidRDefault="005A3E0C">
            <w:pPr>
              <w:rPr>
                <w:szCs w:val="21"/>
              </w:rPr>
            </w:pPr>
            <w:r w:rsidRPr="003A67E9">
              <w:rPr>
                <w:b/>
                <w:color w:val="FFFFFF"/>
                <w:szCs w:val="21"/>
              </w:rPr>
              <w:t>Module</w:t>
            </w:r>
          </w:p>
        </w:tc>
        <w:tc>
          <w:tcPr>
            <w:tcW w:w="2518" w:type="dxa"/>
            <w:shd w:val="clear" w:color="auto" w:fill="1F4E79"/>
          </w:tcPr>
          <w:p w14:paraId="31969CCA" w14:textId="77777777" w:rsidR="00EF282D" w:rsidRPr="003A67E9" w:rsidRDefault="005A3E0C">
            <w:pPr>
              <w:rPr>
                <w:szCs w:val="21"/>
              </w:rPr>
            </w:pPr>
            <w:r w:rsidRPr="003A67E9">
              <w:rPr>
                <w:b/>
                <w:color w:val="FFFFFF"/>
                <w:szCs w:val="21"/>
              </w:rPr>
              <w:t>Assessment</w:t>
            </w:r>
          </w:p>
        </w:tc>
        <w:tc>
          <w:tcPr>
            <w:tcW w:w="2517" w:type="dxa"/>
            <w:shd w:val="clear" w:color="auto" w:fill="1F4E79"/>
          </w:tcPr>
          <w:p w14:paraId="7A09AC59" w14:textId="77777777" w:rsidR="00EF282D" w:rsidRPr="003A67E9" w:rsidRDefault="005A3E0C">
            <w:pPr>
              <w:rPr>
                <w:szCs w:val="21"/>
              </w:rPr>
            </w:pPr>
            <w:r w:rsidRPr="003A67E9">
              <w:rPr>
                <w:b/>
                <w:color w:val="FFFFFF"/>
                <w:szCs w:val="21"/>
              </w:rPr>
              <w:t>Game Type</w:t>
            </w:r>
          </w:p>
        </w:tc>
      </w:tr>
      <w:tr w:rsidR="00EF282D" w:rsidRPr="003A67E9" w14:paraId="63BF7AFF" w14:textId="77777777" w:rsidTr="003A67E9">
        <w:trPr>
          <w:jc w:val="center"/>
        </w:trPr>
        <w:tc>
          <w:tcPr>
            <w:tcW w:w="2517" w:type="dxa"/>
          </w:tcPr>
          <w:p w14:paraId="277C02DD" w14:textId="77777777" w:rsidR="00EF282D" w:rsidRPr="003A67E9" w:rsidRDefault="005A3E0C">
            <w:pPr>
              <w:rPr>
                <w:szCs w:val="21"/>
              </w:rPr>
            </w:pPr>
            <w:r w:rsidRPr="003A67E9">
              <w:rPr>
                <w:szCs w:val="21"/>
              </w:rPr>
              <w:t>Abubarkar Dembele</w:t>
            </w:r>
          </w:p>
        </w:tc>
        <w:tc>
          <w:tcPr>
            <w:tcW w:w="2518" w:type="dxa"/>
          </w:tcPr>
          <w:p w14:paraId="5B869653" w14:textId="77777777" w:rsidR="00EF282D" w:rsidRPr="003A67E9" w:rsidRDefault="005A3E0C">
            <w:pPr>
              <w:rPr>
                <w:szCs w:val="21"/>
              </w:rPr>
            </w:pPr>
            <w:r w:rsidRPr="003A67E9">
              <w:rPr>
                <w:szCs w:val="21"/>
              </w:rPr>
              <w:t>ACCB6017 Usability Engineering</w:t>
            </w:r>
          </w:p>
        </w:tc>
        <w:tc>
          <w:tcPr>
            <w:tcW w:w="2518" w:type="dxa"/>
          </w:tcPr>
          <w:p w14:paraId="5541D747" w14:textId="77777777" w:rsidR="00EF282D" w:rsidRPr="003A67E9" w:rsidRDefault="005A3E0C">
            <w:pPr>
              <w:rPr>
                <w:szCs w:val="21"/>
              </w:rPr>
            </w:pPr>
            <w:r w:rsidRPr="003A67E9">
              <w:rPr>
                <w:szCs w:val="21"/>
              </w:rPr>
              <w:t>Component 1: User Requirements and Prototype</w:t>
            </w:r>
          </w:p>
        </w:tc>
        <w:tc>
          <w:tcPr>
            <w:tcW w:w="2517" w:type="dxa"/>
          </w:tcPr>
          <w:p w14:paraId="59EC9290" w14:textId="77777777" w:rsidR="00EF282D" w:rsidRPr="003A67E9" w:rsidRDefault="005A3E0C">
            <w:pPr>
              <w:rPr>
                <w:szCs w:val="21"/>
              </w:rPr>
            </w:pPr>
            <w:r w:rsidRPr="003A67E9">
              <w:rPr>
                <w:szCs w:val="21"/>
              </w:rPr>
              <w:t>UWTSD version of Pandemic board game</w:t>
            </w:r>
          </w:p>
        </w:tc>
      </w:tr>
      <w:tr w:rsidR="003A67E9" w:rsidRPr="003A67E9" w14:paraId="228AC38F" w14:textId="77777777" w:rsidTr="003B239F">
        <w:trPr>
          <w:jc w:val="center"/>
        </w:trPr>
        <w:tc>
          <w:tcPr>
            <w:tcW w:w="2517" w:type="dxa"/>
          </w:tcPr>
          <w:p w14:paraId="43DE7CED" w14:textId="77777777" w:rsidR="003A67E9" w:rsidRPr="003A67E9" w:rsidRDefault="003A67E9">
            <w:pPr>
              <w:rPr>
                <w:szCs w:val="21"/>
              </w:rPr>
            </w:pPr>
            <w:r w:rsidRPr="003A67E9">
              <w:rPr>
                <w:rFonts w:eastAsia="Arial"/>
                <w:szCs w:val="21"/>
              </w:rPr>
              <w:t>Student ID</w:t>
            </w:r>
          </w:p>
        </w:tc>
        <w:tc>
          <w:tcPr>
            <w:tcW w:w="2518" w:type="dxa"/>
          </w:tcPr>
          <w:p w14:paraId="496B6657" w14:textId="06689626" w:rsidR="003A67E9" w:rsidRPr="003A67E9" w:rsidRDefault="003B239F">
            <w:pPr>
              <w:rPr>
                <w:szCs w:val="21"/>
              </w:rPr>
            </w:pPr>
            <w:r>
              <w:rPr>
                <w:szCs w:val="21"/>
              </w:rPr>
              <w:t>212</w:t>
            </w:r>
            <w:r w:rsidR="00A80771">
              <w:rPr>
                <w:szCs w:val="21"/>
              </w:rPr>
              <w:t>80</w:t>
            </w:r>
            <w:r>
              <w:rPr>
                <w:szCs w:val="21"/>
              </w:rPr>
              <w:t>85</w:t>
            </w:r>
          </w:p>
        </w:tc>
        <w:tc>
          <w:tcPr>
            <w:tcW w:w="2518" w:type="dxa"/>
            <w:shd w:val="clear" w:color="auto" w:fill="7030A0"/>
          </w:tcPr>
          <w:p w14:paraId="3841F411" w14:textId="77777777" w:rsidR="003A67E9" w:rsidRPr="003B239F" w:rsidRDefault="003A67E9">
            <w:pPr>
              <w:rPr>
                <w:color w:val="000000" w:themeColor="text1"/>
                <w:szCs w:val="21"/>
              </w:rPr>
            </w:pPr>
          </w:p>
        </w:tc>
        <w:tc>
          <w:tcPr>
            <w:tcW w:w="2517" w:type="dxa"/>
            <w:shd w:val="clear" w:color="auto" w:fill="7030A0"/>
          </w:tcPr>
          <w:p w14:paraId="553D0F8F" w14:textId="77777777" w:rsidR="003A67E9" w:rsidRPr="003A67E9" w:rsidRDefault="003A67E9">
            <w:pPr>
              <w:rPr>
                <w:szCs w:val="21"/>
              </w:rPr>
            </w:pPr>
          </w:p>
        </w:tc>
      </w:tr>
      <w:tr w:rsidR="003A67E9" w:rsidRPr="003A67E9" w14:paraId="0EFFCE12" w14:textId="77777777" w:rsidTr="003B239F">
        <w:trPr>
          <w:jc w:val="center"/>
        </w:trPr>
        <w:tc>
          <w:tcPr>
            <w:tcW w:w="2517" w:type="dxa"/>
          </w:tcPr>
          <w:p w14:paraId="407CF9EC" w14:textId="77777777" w:rsidR="003A67E9" w:rsidRPr="003A67E9" w:rsidRDefault="003A67E9">
            <w:pPr>
              <w:rPr>
                <w:szCs w:val="21"/>
              </w:rPr>
            </w:pPr>
          </w:p>
        </w:tc>
        <w:tc>
          <w:tcPr>
            <w:tcW w:w="2518" w:type="dxa"/>
          </w:tcPr>
          <w:p w14:paraId="158CBCB0" w14:textId="77777777" w:rsidR="003A67E9" w:rsidRPr="003A67E9" w:rsidRDefault="003A67E9">
            <w:pPr>
              <w:rPr>
                <w:szCs w:val="21"/>
              </w:rPr>
            </w:pPr>
          </w:p>
        </w:tc>
        <w:tc>
          <w:tcPr>
            <w:tcW w:w="2518" w:type="dxa"/>
            <w:shd w:val="clear" w:color="auto" w:fill="7030A0"/>
          </w:tcPr>
          <w:p w14:paraId="532F5945" w14:textId="77777777" w:rsidR="003A67E9" w:rsidRPr="003A67E9" w:rsidRDefault="003A67E9">
            <w:pPr>
              <w:rPr>
                <w:szCs w:val="21"/>
              </w:rPr>
            </w:pPr>
          </w:p>
        </w:tc>
        <w:tc>
          <w:tcPr>
            <w:tcW w:w="2517" w:type="dxa"/>
            <w:shd w:val="clear" w:color="auto" w:fill="7030A0"/>
          </w:tcPr>
          <w:p w14:paraId="5A8081C8" w14:textId="77777777" w:rsidR="003A67E9" w:rsidRPr="003A67E9" w:rsidRDefault="003A67E9">
            <w:pPr>
              <w:rPr>
                <w:szCs w:val="21"/>
              </w:rPr>
            </w:pPr>
          </w:p>
        </w:tc>
      </w:tr>
    </w:tbl>
    <w:p w14:paraId="0691380C" w14:textId="77777777" w:rsidR="00EF282D" w:rsidRDefault="00EF282D"/>
    <w:p w14:paraId="627C2959" w14:textId="77777777" w:rsidR="00B8396F" w:rsidRDefault="00B8396F" w:rsidP="00B8396F">
      <w:pPr>
        <w:pBdr>
          <w:bottom w:val="single" w:sz="4" w:space="1" w:color="auto"/>
        </w:pBdr>
      </w:pPr>
    </w:p>
    <w:p w14:paraId="0C1FDDFC" w14:textId="77777777" w:rsidR="00EF282D" w:rsidRDefault="00EF282D">
      <w:pPr>
        <w:pStyle w:val="BodyText"/>
      </w:pPr>
    </w:p>
    <w:p w14:paraId="3D93B3CF" w14:textId="77777777" w:rsidR="00EF282D" w:rsidRDefault="005A3E0C">
      <w:r>
        <w:br w:type="page"/>
      </w:r>
    </w:p>
    <w:sdt>
      <w:sdtPr>
        <w:rPr>
          <w:rFonts w:ascii="Arial" w:eastAsiaTheme="minorEastAsia" w:hAnsi="Arial" w:cstheme="minorBidi"/>
          <w:b w:val="0"/>
          <w:bCs w:val="0"/>
          <w:color w:val="auto"/>
          <w:sz w:val="21"/>
          <w:szCs w:val="22"/>
        </w:rPr>
        <w:id w:val="-129016343"/>
        <w:docPartObj>
          <w:docPartGallery w:val="Table of Contents"/>
          <w:docPartUnique/>
        </w:docPartObj>
      </w:sdtPr>
      <w:sdtEndPr>
        <w:rPr>
          <w:noProof/>
        </w:rPr>
      </w:sdtEndPr>
      <w:sdtContent>
        <w:p w14:paraId="3C678A4B" w14:textId="516DCB97" w:rsidR="00FB2D65" w:rsidRDefault="00FB2D65">
          <w:pPr>
            <w:pStyle w:val="TOCHeading"/>
          </w:pPr>
          <w:r>
            <w:t>Contents</w:t>
          </w:r>
        </w:p>
        <w:p w14:paraId="68C23B3A" w14:textId="02E7F5A7" w:rsidR="00FB2D65" w:rsidRDefault="00FB2D65">
          <w:pPr>
            <w:pStyle w:val="TOC1"/>
            <w:tabs>
              <w:tab w:val="right" w:leader="dot" w:pos="10070"/>
            </w:tabs>
            <w:rPr>
              <w:noProof/>
            </w:rPr>
          </w:pPr>
          <w:r>
            <w:fldChar w:fldCharType="begin"/>
          </w:r>
          <w:r>
            <w:instrText xml:space="preserve"> TOC \o "1-3" \h \z \u </w:instrText>
          </w:r>
          <w:r>
            <w:fldChar w:fldCharType="separate"/>
          </w:r>
          <w:hyperlink w:anchor="_Toc233920614" w:history="1">
            <w:r w:rsidRPr="00D903C9">
              <w:rPr>
                <w:rStyle w:val="Hyperlink"/>
                <w:noProof/>
              </w:rPr>
              <w:t>Priority Work Plan</w:t>
            </w:r>
            <w:r>
              <w:rPr>
                <w:noProof/>
                <w:webHidden/>
              </w:rPr>
              <w:tab/>
            </w:r>
            <w:r>
              <w:rPr>
                <w:noProof/>
                <w:webHidden/>
              </w:rPr>
              <w:fldChar w:fldCharType="begin"/>
            </w:r>
            <w:r>
              <w:rPr>
                <w:noProof/>
                <w:webHidden/>
              </w:rPr>
              <w:instrText xml:space="preserve"> PAGEREF _Toc233920614 \h </w:instrText>
            </w:r>
            <w:r>
              <w:rPr>
                <w:noProof/>
                <w:webHidden/>
              </w:rPr>
            </w:r>
            <w:r>
              <w:rPr>
                <w:noProof/>
                <w:webHidden/>
              </w:rPr>
              <w:fldChar w:fldCharType="separate"/>
            </w:r>
            <w:r>
              <w:rPr>
                <w:noProof/>
                <w:webHidden/>
              </w:rPr>
              <w:t>2</w:t>
            </w:r>
            <w:r>
              <w:rPr>
                <w:noProof/>
                <w:webHidden/>
              </w:rPr>
              <w:fldChar w:fldCharType="end"/>
            </w:r>
          </w:hyperlink>
        </w:p>
        <w:p w14:paraId="7E670FC9" w14:textId="6329FA36" w:rsidR="00FB2D65" w:rsidRDefault="00FB2D65">
          <w:pPr>
            <w:pStyle w:val="TOC1"/>
            <w:tabs>
              <w:tab w:val="right" w:leader="dot" w:pos="10070"/>
            </w:tabs>
            <w:rPr>
              <w:noProof/>
            </w:rPr>
          </w:pPr>
          <w:hyperlink w:anchor="_Toc233920615" w:history="1">
            <w:r w:rsidRPr="00D903C9">
              <w:rPr>
                <w:rStyle w:val="Hyperlink"/>
                <w:noProof/>
              </w:rPr>
              <w:t>Executive Summary</w:t>
            </w:r>
            <w:r>
              <w:rPr>
                <w:noProof/>
                <w:webHidden/>
              </w:rPr>
              <w:tab/>
            </w:r>
            <w:r>
              <w:rPr>
                <w:noProof/>
                <w:webHidden/>
              </w:rPr>
              <w:fldChar w:fldCharType="begin"/>
            </w:r>
            <w:r>
              <w:rPr>
                <w:noProof/>
                <w:webHidden/>
              </w:rPr>
              <w:instrText xml:space="preserve"> PAGEREF _Toc233920615 \h </w:instrText>
            </w:r>
            <w:r>
              <w:rPr>
                <w:noProof/>
                <w:webHidden/>
              </w:rPr>
            </w:r>
            <w:r>
              <w:rPr>
                <w:noProof/>
                <w:webHidden/>
              </w:rPr>
              <w:fldChar w:fldCharType="separate"/>
            </w:r>
            <w:r>
              <w:rPr>
                <w:noProof/>
                <w:webHidden/>
              </w:rPr>
              <w:t>2</w:t>
            </w:r>
            <w:r>
              <w:rPr>
                <w:noProof/>
                <w:webHidden/>
              </w:rPr>
              <w:fldChar w:fldCharType="end"/>
            </w:r>
          </w:hyperlink>
        </w:p>
        <w:p w14:paraId="52D58B8D" w14:textId="6EBC1D84" w:rsidR="00FB2D65" w:rsidRDefault="00FB2D65">
          <w:pPr>
            <w:pStyle w:val="TOC1"/>
            <w:tabs>
              <w:tab w:val="right" w:leader="dot" w:pos="10070"/>
            </w:tabs>
            <w:rPr>
              <w:noProof/>
            </w:rPr>
          </w:pPr>
          <w:hyperlink w:anchor="_Toc233920616" w:history="1">
            <w:r w:rsidRPr="00D903C9">
              <w:rPr>
                <w:rStyle w:val="Hyperlink"/>
                <w:noProof/>
              </w:rPr>
              <w:t>1. Introduction</w:t>
            </w:r>
            <w:r>
              <w:rPr>
                <w:noProof/>
                <w:webHidden/>
              </w:rPr>
              <w:tab/>
            </w:r>
            <w:r>
              <w:rPr>
                <w:noProof/>
                <w:webHidden/>
              </w:rPr>
              <w:fldChar w:fldCharType="begin"/>
            </w:r>
            <w:r>
              <w:rPr>
                <w:noProof/>
                <w:webHidden/>
              </w:rPr>
              <w:instrText xml:space="preserve"> PAGEREF _Toc233920616 \h </w:instrText>
            </w:r>
            <w:r>
              <w:rPr>
                <w:noProof/>
                <w:webHidden/>
              </w:rPr>
            </w:r>
            <w:r>
              <w:rPr>
                <w:noProof/>
                <w:webHidden/>
              </w:rPr>
              <w:fldChar w:fldCharType="separate"/>
            </w:r>
            <w:r>
              <w:rPr>
                <w:noProof/>
                <w:webHidden/>
              </w:rPr>
              <w:t>2</w:t>
            </w:r>
            <w:r>
              <w:rPr>
                <w:noProof/>
                <w:webHidden/>
              </w:rPr>
              <w:fldChar w:fldCharType="end"/>
            </w:r>
          </w:hyperlink>
        </w:p>
        <w:p w14:paraId="65579209" w14:textId="47D313C8" w:rsidR="00FB2D65" w:rsidRDefault="00FB2D65">
          <w:pPr>
            <w:pStyle w:val="TOC1"/>
            <w:tabs>
              <w:tab w:val="right" w:leader="dot" w:pos="10070"/>
            </w:tabs>
            <w:rPr>
              <w:noProof/>
            </w:rPr>
          </w:pPr>
          <w:hyperlink w:anchor="_Toc233920617" w:history="1">
            <w:r w:rsidRPr="00D903C9">
              <w:rPr>
                <w:rStyle w:val="Hyperlink"/>
                <w:noProof/>
              </w:rPr>
              <w:t>2. Game Concept</w:t>
            </w:r>
            <w:r>
              <w:rPr>
                <w:noProof/>
                <w:webHidden/>
              </w:rPr>
              <w:tab/>
            </w:r>
            <w:r>
              <w:rPr>
                <w:noProof/>
                <w:webHidden/>
              </w:rPr>
              <w:fldChar w:fldCharType="begin"/>
            </w:r>
            <w:r>
              <w:rPr>
                <w:noProof/>
                <w:webHidden/>
              </w:rPr>
              <w:instrText xml:space="preserve"> PAGEREF _Toc233920617 \h </w:instrText>
            </w:r>
            <w:r>
              <w:rPr>
                <w:noProof/>
                <w:webHidden/>
              </w:rPr>
            </w:r>
            <w:r>
              <w:rPr>
                <w:noProof/>
                <w:webHidden/>
              </w:rPr>
              <w:fldChar w:fldCharType="separate"/>
            </w:r>
            <w:r>
              <w:rPr>
                <w:noProof/>
                <w:webHidden/>
              </w:rPr>
              <w:t>3</w:t>
            </w:r>
            <w:r>
              <w:rPr>
                <w:noProof/>
                <w:webHidden/>
              </w:rPr>
              <w:fldChar w:fldCharType="end"/>
            </w:r>
          </w:hyperlink>
        </w:p>
        <w:p w14:paraId="6B8A6019" w14:textId="3ACEF7FE" w:rsidR="00FB2D65" w:rsidRDefault="00FB2D65">
          <w:pPr>
            <w:pStyle w:val="TOC2"/>
            <w:tabs>
              <w:tab w:val="right" w:leader="dot" w:pos="10070"/>
            </w:tabs>
            <w:rPr>
              <w:noProof/>
            </w:rPr>
          </w:pPr>
          <w:hyperlink w:anchor="_Toc233920618" w:history="1">
            <w:r w:rsidRPr="00D903C9">
              <w:rPr>
                <w:rStyle w:val="Hyperlink"/>
                <w:noProof/>
              </w:rPr>
              <w:t>2.1 Prototype Type, Fidelity and Functionality</w:t>
            </w:r>
            <w:r>
              <w:rPr>
                <w:noProof/>
                <w:webHidden/>
              </w:rPr>
              <w:tab/>
            </w:r>
            <w:r>
              <w:rPr>
                <w:noProof/>
                <w:webHidden/>
              </w:rPr>
              <w:fldChar w:fldCharType="begin"/>
            </w:r>
            <w:r>
              <w:rPr>
                <w:noProof/>
                <w:webHidden/>
              </w:rPr>
              <w:instrText xml:space="preserve"> PAGEREF _Toc233920618 \h </w:instrText>
            </w:r>
            <w:r>
              <w:rPr>
                <w:noProof/>
                <w:webHidden/>
              </w:rPr>
            </w:r>
            <w:r>
              <w:rPr>
                <w:noProof/>
                <w:webHidden/>
              </w:rPr>
              <w:fldChar w:fldCharType="separate"/>
            </w:r>
            <w:r>
              <w:rPr>
                <w:noProof/>
                <w:webHidden/>
              </w:rPr>
              <w:t>3</w:t>
            </w:r>
            <w:r>
              <w:rPr>
                <w:noProof/>
                <w:webHidden/>
              </w:rPr>
              <w:fldChar w:fldCharType="end"/>
            </w:r>
          </w:hyperlink>
        </w:p>
        <w:p w14:paraId="36959073" w14:textId="4AF0D4AF" w:rsidR="00FB2D65" w:rsidRDefault="00FB2D65">
          <w:pPr>
            <w:pStyle w:val="TOC1"/>
            <w:tabs>
              <w:tab w:val="right" w:leader="dot" w:pos="10070"/>
            </w:tabs>
            <w:rPr>
              <w:noProof/>
            </w:rPr>
          </w:pPr>
          <w:hyperlink w:anchor="_Toc233920619" w:history="1">
            <w:r w:rsidRPr="00D903C9">
              <w:rPr>
                <w:rStyle w:val="Hyperlink"/>
                <w:noProof/>
              </w:rPr>
              <w:t>3. User Research Methodology</w:t>
            </w:r>
            <w:r>
              <w:rPr>
                <w:noProof/>
                <w:webHidden/>
              </w:rPr>
              <w:tab/>
            </w:r>
            <w:r>
              <w:rPr>
                <w:noProof/>
                <w:webHidden/>
              </w:rPr>
              <w:fldChar w:fldCharType="begin"/>
            </w:r>
            <w:r>
              <w:rPr>
                <w:noProof/>
                <w:webHidden/>
              </w:rPr>
              <w:instrText xml:space="preserve"> PAGEREF _Toc233920619 \h </w:instrText>
            </w:r>
            <w:r>
              <w:rPr>
                <w:noProof/>
                <w:webHidden/>
              </w:rPr>
            </w:r>
            <w:r>
              <w:rPr>
                <w:noProof/>
                <w:webHidden/>
              </w:rPr>
              <w:fldChar w:fldCharType="separate"/>
            </w:r>
            <w:r>
              <w:rPr>
                <w:noProof/>
                <w:webHidden/>
              </w:rPr>
              <w:t>3</w:t>
            </w:r>
            <w:r>
              <w:rPr>
                <w:noProof/>
                <w:webHidden/>
              </w:rPr>
              <w:fldChar w:fldCharType="end"/>
            </w:r>
          </w:hyperlink>
        </w:p>
        <w:p w14:paraId="22D35EE0" w14:textId="15986539" w:rsidR="00FB2D65" w:rsidRDefault="00FB2D65">
          <w:pPr>
            <w:pStyle w:val="TOC2"/>
            <w:tabs>
              <w:tab w:val="right" w:leader="dot" w:pos="10070"/>
            </w:tabs>
            <w:rPr>
              <w:noProof/>
            </w:rPr>
          </w:pPr>
          <w:hyperlink w:anchor="_Toc233920620" w:history="1">
            <w:r w:rsidRPr="00D903C9">
              <w:rPr>
                <w:rStyle w:val="Hyperlink"/>
                <w:noProof/>
              </w:rPr>
              <w:t>3.1 Research Aim</w:t>
            </w:r>
            <w:r>
              <w:rPr>
                <w:noProof/>
                <w:webHidden/>
              </w:rPr>
              <w:tab/>
            </w:r>
            <w:r>
              <w:rPr>
                <w:noProof/>
                <w:webHidden/>
              </w:rPr>
              <w:fldChar w:fldCharType="begin"/>
            </w:r>
            <w:r>
              <w:rPr>
                <w:noProof/>
                <w:webHidden/>
              </w:rPr>
              <w:instrText xml:space="preserve"> PAGEREF _Toc233920620 \h </w:instrText>
            </w:r>
            <w:r>
              <w:rPr>
                <w:noProof/>
                <w:webHidden/>
              </w:rPr>
            </w:r>
            <w:r>
              <w:rPr>
                <w:noProof/>
                <w:webHidden/>
              </w:rPr>
              <w:fldChar w:fldCharType="separate"/>
            </w:r>
            <w:r>
              <w:rPr>
                <w:noProof/>
                <w:webHidden/>
              </w:rPr>
              <w:t>3</w:t>
            </w:r>
            <w:r>
              <w:rPr>
                <w:noProof/>
                <w:webHidden/>
              </w:rPr>
              <w:fldChar w:fldCharType="end"/>
            </w:r>
          </w:hyperlink>
        </w:p>
        <w:p w14:paraId="21EB7BB6" w14:textId="6F56A048" w:rsidR="00FB2D65" w:rsidRDefault="00FB2D65">
          <w:pPr>
            <w:pStyle w:val="TOC2"/>
            <w:tabs>
              <w:tab w:val="right" w:leader="dot" w:pos="10070"/>
            </w:tabs>
            <w:rPr>
              <w:noProof/>
            </w:rPr>
          </w:pPr>
          <w:hyperlink w:anchor="_Toc233920621" w:history="1">
            <w:r w:rsidRPr="00D903C9">
              <w:rPr>
                <w:rStyle w:val="Hyperlink"/>
                <w:noProof/>
              </w:rPr>
              <w:t>3.2 Participants</w:t>
            </w:r>
            <w:r>
              <w:rPr>
                <w:noProof/>
                <w:webHidden/>
              </w:rPr>
              <w:tab/>
            </w:r>
            <w:r>
              <w:rPr>
                <w:noProof/>
                <w:webHidden/>
              </w:rPr>
              <w:fldChar w:fldCharType="begin"/>
            </w:r>
            <w:r>
              <w:rPr>
                <w:noProof/>
                <w:webHidden/>
              </w:rPr>
              <w:instrText xml:space="preserve"> PAGEREF _Toc233920621 \h </w:instrText>
            </w:r>
            <w:r>
              <w:rPr>
                <w:noProof/>
                <w:webHidden/>
              </w:rPr>
            </w:r>
            <w:r>
              <w:rPr>
                <w:noProof/>
                <w:webHidden/>
              </w:rPr>
              <w:fldChar w:fldCharType="separate"/>
            </w:r>
            <w:r>
              <w:rPr>
                <w:noProof/>
                <w:webHidden/>
              </w:rPr>
              <w:t>3</w:t>
            </w:r>
            <w:r>
              <w:rPr>
                <w:noProof/>
                <w:webHidden/>
              </w:rPr>
              <w:fldChar w:fldCharType="end"/>
            </w:r>
          </w:hyperlink>
        </w:p>
        <w:p w14:paraId="61F5C1C4" w14:textId="375D99EF" w:rsidR="00FB2D65" w:rsidRDefault="00FB2D65">
          <w:pPr>
            <w:pStyle w:val="TOC2"/>
            <w:tabs>
              <w:tab w:val="right" w:leader="dot" w:pos="10070"/>
            </w:tabs>
            <w:rPr>
              <w:noProof/>
            </w:rPr>
          </w:pPr>
          <w:hyperlink w:anchor="_Toc233920622" w:history="1">
            <w:r w:rsidRPr="00D903C9">
              <w:rPr>
                <w:rStyle w:val="Hyperlink"/>
                <w:noProof/>
              </w:rPr>
              <w:t>3.3 Data Collection Method</w:t>
            </w:r>
            <w:r>
              <w:rPr>
                <w:noProof/>
                <w:webHidden/>
              </w:rPr>
              <w:tab/>
            </w:r>
            <w:r>
              <w:rPr>
                <w:noProof/>
                <w:webHidden/>
              </w:rPr>
              <w:fldChar w:fldCharType="begin"/>
            </w:r>
            <w:r>
              <w:rPr>
                <w:noProof/>
                <w:webHidden/>
              </w:rPr>
              <w:instrText xml:space="preserve"> PAGEREF _Toc233920622 \h </w:instrText>
            </w:r>
            <w:r>
              <w:rPr>
                <w:noProof/>
                <w:webHidden/>
              </w:rPr>
            </w:r>
            <w:r>
              <w:rPr>
                <w:noProof/>
                <w:webHidden/>
              </w:rPr>
              <w:fldChar w:fldCharType="separate"/>
            </w:r>
            <w:r>
              <w:rPr>
                <w:noProof/>
                <w:webHidden/>
              </w:rPr>
              <w:t>3</w:t>
            </w:r>
            <w:r>
              <w:rPr>
                <w:noProof/>
                <w:webHidden/>
              </w:rPr>
              <w:fldChar w:fldCharType="end"/>
            </w:r>
          </w:hyperlink>
        </w:p>
        <w:p w14:paraId="2C177570" w14:textId="6E2ED22D" w:rsidR="00FB2D65" w:rsidRDefault="00FB2D65">
          <w:pPr>
            <w:pStyle w:val="TOC2"/>
            <w:tabs>
              <w:tab w:val="right" w:leader="dot" w:pos="10070"/>
            </w:tabs>
            <w:rPr>
              <w:noProof/>
            </w:rPr>
          </w:pPr>
          <w:hyperlink w:anchor="_Toc233920623" w:history="1">
            <w:r w:rsidRPr="00D903C9">
              <w:rPr>
                <w:rStyle w:val="Hyperlink"/>
                <w:noProof/>
              </w:rPr>
              <w:t>3.4 Questionnaire Questions</w:t>
            </w:r>
            <w:r>
              <w:rPr>
                <w:noProof/>
                <w:webHidden/>
              </w:rPr>
              <w:tab/>
            </w:r>
            <w:r>
              <w:rPr>
                <w:noProof/>
                <w:webHidden/>
              </w:rPr>
              <w:fldChar w:fldCharType="begin"/>
            </w:r>
            <w:r>
              <w:rPr>
                <w:noProof/>
                <w:webHidden/>
              </w:rPr>
              <w:instrText xml:space="preserve"> PAGEREF _Toc233920623 \h </w:instrText>
            </w:r>
            <w:r>
              <w:rPr>
                <w:noProof/>
                <w:webHidden/>
              </w:rPr>
            </w:r>
            <w:r>
              <w:rPr>
                <w:noProof/>
                <w:webHidden/>
              </w:rPr>
              <w:fldChar w:fldCharType="separate"/>
            </w:r>
            <w:r>
              <w:rPr>
                <w:noProof/>
                <w:webHidden/>
              </w:rPr>
              <w:t>3</w:t>
            </w:r>
            <w:r>
              <w:rPr>
                <w:noProof/>
                <w:webHidden/>
              </w:rPr>
              <w:fldChar w:fldCharType="end"/>
            </w:r>
          </w:hyperlink>
        </w:p>
        <w:p w14:paraId="1B011F7C" w14:textId="21E7340B" w:rsidR="00FB2D65" w:rsidRDefault="00FB2D65">
          <w:pPr>
            <w:pStyle w:val="TOC2"/>
            <w:tabs>
              <w:tab w:val="right" w:leader="dot" w:pos="10070"/>
            </w:tabs>
            <w:rPr>
              <w:noProof/>
            </w:rPr>
          </w:pPr>
          <w:hyperlink w:anchor="_Toc233920624" w:history="1">
            <w:r w:rsidRPr="00D903C9">
              <w:rPr>
                <w:rStyle w:val="Hyperlink"/>
                <w:noProof/>
              </w:rPr>
              <w:t>3.5 Summary of Expected Findings</w:t>
            </w:r>
            <w:r>
              <w:rPr>
                <w:noProof/>
                <w:webHidden/>
              </w:rPr>
              <w:tab/>
            </w:r>
            <w:r>
              <w:rPr>
                <w:noProof/>
                <w:webHidden/>
              </w:rPr>
              <w:fldChar w:fldCharType="begin"/>
            </w:r>
            <w:r>
              <w:rPr>
                <w:noProof/>
                <w:webHidden/>
              </w:rPr>
              <w:instrText xml:space="preserve"> PAGEREF _Toc233920624 \h </w:instrText>
            </w:r>
            <w:r>
              <w:rPr>
                <w:noProof/>
                <w:webHidden/>
              </w:rPr>
            </w:r>
            <w:r>
              <w:rPr>
                <w:noProof/>
                <w:webHidden/>
              </w:rPr>
              <w:fldChar w:fldCharType="separate"/>
            </w:r>
            <w:r>
              <w:rPr>
                <w:noProof/>
                <w:webHidden/>
              </w:rPr>
              <w:t>4</w:t>
            </w:r>
            <w:r>
              <w:rPr>
                <w:noProof/>
                <w:webHidden/>
              </w:rPr>
              <w:fldChar w:fldCharType="end"/>
            </w:r>
          </w:hyperlink>
        </w:p>
        <w:p w14:paraId="15218AB4" w14:textId="2E29291A" w:rsidR="00FB2D65" w:rsidRDefault="00FB2D65">
          <w:pPr>
            <w:pStyle w:val="TOC1"/>
            <w:tabs>
              <w:tab w:val="right" w:leader="dot" w:pos="10070"/>
            </w:tabs>
            <w:rPr>
              <w:noProof/>
            </w:rPr>
          </w:pPr>
          <w:hyperlink w:anchor="_Toc233920625" w:history="1">
            <w:r w:rsidRPr="00D903C9">
              <w:rPr>
                <w:rStyle w:val="Hyperlink"/>
                <w:noProof/>
              </w:rPr>
              <w:t>4. Personas and Scenarios</w:t>
            </w:r>
            <w:r>
              <w:rPr>
                <w:noProof/>
                <w:webHidden/>
              </w:rPr>
              <w:tab/>
            </w:r>
            <w:r>
              <w:rPr>
                <w:noProof/>
                <w:webHidden/>
              </w:rPr>
              <w:fldChar w:fldCharType="begin"/>
            </w:r>
            <w:r>
              <w:rPr>
                <w:noProof/>
                <w:webHidden/>
              </w:rPr>
              <w:instrText xml:space="preserve"> PAGEREF _Toc233920625 \h </w:instrText>
            </w:r>
            <w:r>
              <w:rPr>
                <w:noProof/>
                <w:webHidden/>
              </w:rPr>
            </w:r>
            <w:r>
              <w:rPr>
                <w:noProof/>
                <w:webHidden/>
              </w:rPr>
              <w:fldChar w:fldCharType="separate"/>
            </w:r>
            <w:r>
              <w:rPr>
                <w:noProof/>
                <w:webHidden/>
              </w:rPr>
              <w:t>4</w:t>
            </w:r>
            <w:r>
              <w:rPr>
                <w:noProof/>
                <w:webHidden/>
              </w:rPr>
              <w:fldChar w:fldCharType="end"/>
            </w:r>
          </w:hyperlink>
        </w:p>
        <w:p w14:paraId="42D2C6C6" w14:textId="23C74595" w:rsidR="00FB2D65" w:rsidRDefault="00FB2D65">
          <w:pPr>
            <w:pStyle w:val="TOC2"/>
            <w:tabs>
              <w:tab w:val="right" w:leader="dot" w:pos="10070"/>
            </w:tabs>
            <w:rPr>
              <w:noProof/>
            </w:rPr>
          </w:pPr>
          <w:hyperlink w:anchor="_Toc233920626" w:history="1">
            <w:r w:rsidRPr="00D903C9">
              <w:rPr>
                <w:rStyle w:val="Hyperlink"/>
                <w:noProof/>
              </w:rPr>
              <w:t xml:space="preserve">4.1 </w:t>
            </w:r>
            <w:r w:rsidRPr="00D903C9">
              <w:rPr>
                <w:rStyle w:val="Hyperlink"/>
                <w:rFonts w:ascii="Segoe UI Emoji" w:hAnsi="Segoe UI Emoji" w:cs="Segoe UI Emoji"/>
                <w:noProof/>
              </w:rPr>
              <w:t>🎒</w:t>
            </w:r>
            <w:r w:rsidRPr="00D903C9">
              <w:rPr>
                <w:rStyle w:val="Hyperlink"/>
                <w:noProof/>
              </w:rPr>
              <w:t xml:space="preserve"> Persona 1: Aisha Khan - Commuter undergraduate student</w:t>
            </w:r>
            <w:r>
              <w:rPr>
                <w:noProof/>
                <w:webHidden/>
              </w:rPr>
              <w:tab/>
            </w:r>
            <w:r>
              <w:rPr>
                <w:noProof/>
                <w:webHidden/>
              </w:rPr>
              <w:fldChar w:fldCharType="begin"/>
            </w:r>
            <w:r>
              <w:rPr>
                <w:noProof/>
                <w:webHidden/>
              </w:rPr>
              <w:instrText xml:space="preserve"> PAGEREF _Toc233920626 \h </w:instrText>
            </w:r>
            <w:r>
              <w:rPr>
                <w:noProof/>
                <w:webHidden/>
              </w:rPr>
            </w:r>
            <w:r>
              <w:rPr>
                <w:noProof/>
                <w:webHidden/>
              </w:rPr>
              <w:fldChar w:fldCharType="separate"/>
            </w:r>
            <w:r>
              <w:rPr>
                <w:noProof/>
                <w:webHidden/>
              </w:rPr>
              <w:t>7</w:t>
            </w:r>
            <w:r>
              <w:rPr>
                <w:noProof/>
                <w:webHidden/>
              </w:rPr>
              <w:fldChar w:fldCharType="end"/>
            </w:r>
          </w:hyperlink>
        </w:p>
        <w:p w14:paraId="2B207A4A" w14:textId="5EC010C4" w:rsidR="00FB2D65" w:rsidRDefault="00FB2D65">
          <w:pPr>
            <w:pStyle w:val="TOC3"/>
            <w:tabs>
              <w:tab w:val="right" w:leader="dot" w:pos="10070"/>
            </w:tabs>
            <w:rPr>
              <w:noProof/>
            </w:rPr>
          </w:pPr>
          <w:hyperlink w:anchor="_Toc233920627" w:history="1">
            <w:r w:rsidRPr="00D903C9">
              <w:rPr>
                <w:rStyle w:val="Hyperlink"/>
                <w:noProof/>
              </w:rPr>
              <w:t>MoSCoW Requirements for Aisha Khan</w:t>
            </w:r>
            <w:r>
              <w:rPr>
                <w:noProof/>
                <w:webHidden/>
              </w:rPr>
              <w:tab/>
            </w:r>
            <w:r>
              <w:rPr>
                <w:noProof/>
                <w:webHidden/>
              </w:rPr>
              <w:fldChar w:fldCharType="begin"/>
            </w:r>
            <w:r>
              <w:rPr>
                <w:noProof/>
                <w:webHidden/>
              </w:rPr>
              <w:instrText xml:space="preserve"> PAGEREF _Toc233920627 \h </w:instrText>
            </w:r>
            <w:r>
              <w:rPr>
                <w:noProof/>
                <w:webHidden/>
              </w:rPr>
            </w:r>
            <w:r>
              <w:rPr>
                <w:noProof/>
                <w:webHidden/>
              </w:rPr>
              <w:fldChar w:fldCharType="separate"/>
            </w:r>
            <w:r>
              <w:rPr>
                <w:noProof/>
                <w:webHidden/>
              </w:rPr>
              <w:t>7</w:t>
            </w:r>
            <w:r>
              <w:rPr>
                <w:noProof/>
                <w:webHidden/>
              </w:rPr>
              <w:fldChar w:fldCharType="end"/>
            </w:r>
          </w:hyperlink>
        </w:p>
        <w:p w14:paraId="180032FD" w14:textId="610CDEEC" w:rsidR="00FB2D65" w:rsidRDefault="00FB2D65">
          <w:pPr>
            <w:pStyle w:val="TOC2"/>
            <w:tabs>
              <w:tab w:val="right" w:leader="dot" w:pos="10070"/>
            </w:tabs>
            <w:rPr>
              <w:noProof/>
            </w:rPr>
          </w:pPr>
          <w:hyperlink w:anchor="_Toc233920628" w:history="1">
            <w:r w:rsidRPr="00D903C9">
              <w:rPr>
                <w:rStyle w:val="Hyperlink"/>
                <w:noProof/>
                <w:lang w:val="fr-FR"/>
              </w:rPr>
              <w:t xml:space="preserve">4.2 </w:t>
            </w:r>
            <w:r w:rsidRPr="00D903C9">
              <w:rPr>
                <w:rStyle w:val="Hyperlink"/>
                <w:rFonts w:ascii="Segoe UI Emoji" w:hAnsi="Segoe UI Emoji" w:cs="Segoe UI Emoji"/>
                <w:noProof/>
              </w:rPr>
              <w:t>🌍</w:t>
            </w:r>
            <w:r w:rsidRPr="00D903C9">
              <w:rPr>
                <w:rStyle w:val="Hyperlink"/>
                <w:noProof/>
                <w:lang w:val="fr-FR"/>
              </w:rPr>
              <w:t xml:space="preserve"> Persona 2: Jean-Baptiste Traoré - International student</w:t>
            </w:r>
            <w:r>
              <w:rPr>
                <w:noProof/>
                <w:webHidden/>
              </w:rPr>
              <w:tab/>
            </w:r>
            <w:r>
              <w:rPr>
                <w:noProof/>
                <w:webHidden/>
              </w:rPr>
              <w:fldChar w:fldCharType="begin"/>
            </w:r>
            <w:r>
              <w:rPr>
                <w:noProof/>
                <w:webHidden/>
              </w:rPr>
              <w:instrText xml:space="preserve"> PAGEREF _Toc233920628 \h </w:instrText>
            </w:r>
            <w:r>
              <w:rPr>
                <w:noProof/>
                <w:webHidden/>
              </w:rPr>
            </w:r>
            <w:r>
              <w:rPr>
                <w:noProof/>
                <w:webHidden/>
              </w:rPr>
              <w:fldChar w:fldCharType="separate"/>
            </w:r>
            <w:r>
              <w:rPr>
                <w:noProof/>
                <w:webHidden/>
              </w:rPr>
              <w:t>7</w:t>
            </w:r>
            <w:r>
              <w:rPr>
                <w:noProof/>
                <w:webHidden/>
              </w:rPr>
              <w:fldChar w:fldCharType="end"/>
            </w:r>
          </w:hyperlink>
        </w:p>
        <w:p w14:paraId="5AB0E009" w14:textId="7A6F0F73" w:rsidR="00FB2D65" w:rsidRDefault="00FB2D65">
          <w:pPr>
            <w:pStyle w:val="TOC3"/>
            <w:tabs>
              <w:tab w:val="right" w:leader="dot" w:pos="10070"/>
            </w:tabs>
            <w:rPr>
              <w:noProof/>
            </w:rPr>
          </w:pPr>
          <w:hyperlink w:anchor="_Toc233920629" w:history="1">
            <w:r w:rsidRPr="00D903C9">
              <w:rPr>
                <w:rStyle w:val="Hyperlink"/>
                <w:noProof/>
              </w:rPr>
              <w:t>MoSCoW Requirements for Jean-Baptiste Traoré</w:t>
            </w:r>
            <w:r>
              <w:rPr>
                <w:noProof/>
                <w:webHidden/>
              </w:rPr>
              <w:tab/>
            </w:r>
            <w:r>
              <w:rPr>
                <w:noProof/>
                <w:webHidden/>
              </w:rPr>
              <w:fldChar w:fldCharType="begin"/>
            </w:r>
            <w:r>
              <w:rPr>
                <w:noProof/>
                <w:webHidden/>
              </w:rPr>
              <w:instrText xml:space="preserve"> PAGEREF _Toc233920629 \h </w:instrText>
            </w:r>
            <w:r>
              <w:rPr>
                <w:noProof/>
                <w:webHidden/>
              </w:rPr>
            </w:r>
            <w:r>
              <w:rPr>
                <w:noProof/>
                <w:webHidden/>
              </w:rPr>
              <w:fldChar w:fldCharType="separate"/>
            </w:r>
            <w:r>
              <w:rPr>
                <w:noProof/>
                <w:webHidden/>
              </w:rPr>
              <w:t>8</w:t>
            </w:r>
            <w:r>
              <w:rPr>
                <w:noProof/>
                <w:webHidden/>
              </w:rPr>
              <w:fldChar w:fldCharType="end"/>
            </w:r>
          </w:hyperlink>
        </w:p>
        <w:p w14:paraId="4E8FA817" w14:textId="3F7284BF" w:rsidR="00FB2D65" w:rsidRDefault="00FB2D65">
          <w:pPr>
            <w:pStyle w:val="TOC2"/>
            <w:tabs>
              <w:tab w:val="right" w:leader="dot" w:pos="10070"/>
            </w:tabs>
            <w:rPr>
              <w:noProof/>
            </w:rPr>
          </w:pPr>
          <w:hyperlink w:anchor="_Toc233920630" w:history="1">
            <w:r w:rsidRPr="00D903C9">
              <w:rPr>
                <w:rStyle w:val="Hyperlink"/>
                <w:noProof/>
              </w:rPr>
              <w:t xml:space="preserve">4.3 </w:t>
            </w:r>
            <w:r w:rsidRPr="00D903C9">
              <w:rPr>
                <w:rStyle w:val="Hyperlink"/>
                <w:rFonts w:ascii="Segoe UI Emoji" w:hAnsi="Segoe UI Emoji" w:cs="Segoe UI Emoji"/>
                <w:noProof/>
              </w:rPr>
              <w:t>🧠</w:t>
            </w:r>
            <w:r w:rsidRPr="00D903C9">
              <w:rPr>
                <w:rStyle w:val="Hyperlink"/>
                <w:noProof/>
              </w:rPr>
              <w:t xml:space="preserve"> Persona 3: Daniel Morgan - Mature / neurodivergent student</w:t>
            </w:r>
            <w:r>
              <w:rPr>
                <w:noProof/>
                <w:webHidden/>
              </w:rPr>
              <w:tab/>
            </w:r>
            <w:r>
              <w:rPr>
                <w:noProof/>
                <w:webHidden/>
              </w:rPr>
              <w:fldChar w:fldCharType="begin"/>
            </w:r>
            <w:r>
              <w:rPr>
                <w:noProof/>
                <w:webHidden/>
              </w:rPr>
              <w:instrText xml:space="preserve"> PAGEREF _Toc233920630 \h </w:instrText>
            </w:r>
            <w:r>
              <w:rPr>
                <w:noProof/>
                <w:webHidden/>
              </w:rPr>
            </w:r>
            <w:r>
              <w:rPr>
                <w:noProof/>
                <w:webHidden/>
              </w:rPr>
              <w:fldChar w:fldCharType="separate"/>
            </w:r>
            <w:r>
              <w:rPr>
                <w:noProof/>
                <w:webHidden/>
              </w:rPr>
              <w:t>8</w:t>
            </w:r>
            <w:r>
              <w:rPr>
                <w:noProof/>
                <w:webHidden/>
              </w:rPr>
              <w:fldChar w:fldCharType="end"/>
            </w:r>
          </w:hyperlink>
        </w:p>
        <w:p w14:paraId="783046A1" w14:textId="77271682" w:rsidR="00FB2D65" w:rsidRDefault="00FB2D65">
          <w:pPr>
            <w:pStyle w:val="TOC3"/>
            <w:tabs>
              <w:tab w:val="right" w:leader="dot" w:pos="10070"/>
            </w:tabs>
            <w:rPr>
              <w:noProof/>
            </w:rPr>
          </w:pPr>
          <w:hyperlink w:anchor="_Toc233920631" w:history="1">
            <w:r w:rsidRPr="00D903C9">
              <w:rPr>
                <w:rStyle w:val="Hyperlink"/>
                <w:noProof/>
              </w:rPr>
              <w:t>MoSCoW Requirements for Daniel Morgan</w:t>
            </w:r>
            <w:r>
              <w:rPr>
                <w:noProof/>
                <w:webHidden/>
              </w:rPr>
              <w:tab/>
            </w:r>
            <w:r>
              <w:rPr>
                <w:noProof/>
                <w:webHidden/>
              </w:rPr>
              <w:fldChar w:fldCharType="begin"/>
            </w:r>
            <w:r>
              <w:rPr>
                <w:noProof/>
                <w:webHidden/>
              </w:rPr>
              <w:instrText xml:space="preserve"> PAGEREF _Toc233920631 \h </w:instrText>
            </w:r>
            <w:r>
              <w:rPr>
                <w:noProof/>
                <w:webHidden/>
              </w:rPr>
            </w:r>
            <w:r>
              <w:rPr>
                <w:noProof/>
                <w:webHidden/>
              </w:rPr>
              <w:fldChar w:fldCharType="separate"/>
            </w:r>
            <w:r>
              <w:rPr>
                <w:noProof/>
                <w:webHidden/>
              </w:rPr>
              <w:t>8</w:t>
            </w:r>
            <w:r>
              <w:rPr>
                <w:noProof/>
                <w:webHidden/>
              </w:rPr>
              <w:fldChar w:fldCharType="end"/>
            </w:r>
          </w:hyperlink>
        </w:p>
        <w:p w14:paraId="6F128B3E" w14:textId="1C64D3EA" w:rsidR="00FB2D65" w:rsidRDefault="00FB2D65">
          <w:pPr>
            <w:pStyle w:val="TOC2"/>
            <w:tabs>
              <w:tab w:val="right" w:leader="dot" w:pos="10070"/>
            </w:tabs>
            <w:rPr>
              <w:noProof/>
            </w:rPr>
          </w:pPr>
          <w:hyperlink w:anchor="_Toc233920632" w:history="1">
            <w:r w:rsidRPr="00D903C9">
              <w:rPr>
                <w:rStyle w:val="Hyperlink"/>
                <w:noProof/>
              </w:rPr>
              <w:t xml:space="preserve">4.4 </w:t>
            </w:r>
            <w:r w:rsidRPr="00D903C9">
              <w:rPr>
                <w:rStyle w:val="Hyperlink"/>
                <w:rFonts w:ascii="Segoe UI Emoji" w:hAnsi="Segoe UI Emoji" w:cs="Segoe UI Emoji"/>
                <w:noProof/>
              </w:rPr>
              <w:t>👩</w:t>
            </w:r>
            <w:r w:rsidRPr="00D903C9">
              <w:rPr>
                <w:rStyle w:val="Hyperlink"/>
                <w:noProof/>
              </w:rPr>
              <w:t>‍</w:t>
            </w:r>
            <w:r w:rsidRPr="00D903C9">
              <w:rPr>
                <w:rStyle w:val="Hyperlink"/>
                <w:rFonts w:ascii="Segoe UI Emoji" w:hAnsi="Segoe UI Emoji" w:cs="Segoe UI Emoji"/>
                <w:noProof/>
              </w:rPr>
              <w:t>🏫</w:t>
            </w:r>
            <w:r w:rsidRPr="00D903C9">
              <w:rPr>
                <w:rStyle w:val="Hyperlink"/>
                <w:noProof/>
              </w:rPr>
              <w:t xml:space="preserve"> Persona 4: Dr Sarah Evans - Lecturer / academic staff</w:t>
            </w:r>
            <w:r>
              <w:rPr>
                <w:noProof/>
                <w:webHidden/>
              </w:rPr>
              <w:tab/>
            </w:r>
            <w:r>
              <w:rPr>
                <w:noProof/>
                <w:webHidden/>
              </w:rPr>
              <w:fldChar w:fldCharType="begin"/>
            </w:r>
            <w:r>
              <w:rPr>
                <w:noProof/>
                <w:webHidden/>
              </w:rPr>
              <w:instrText xml:space="preserve"> PAGEREF _Toc233920632 \h </w:instrText>
            </w:r>
            <w:r>
              <w:rPr>
                <w:noProof/>
                <w:webHidden/>
              </w:rPr>
            </w:r>
            <w:r>
              <w:rPr>
                <w:noProof/>
                <w:webHidden/>
              </w:rPr>
              <w:fldChar w:fldCharType="separate"/>
            </w:r>
            <w:r>
              <w:rPr>
                <w:noProof/>
                <w:webHidden/>
              </w:rPr>
              <w:t>9</w:t>
            </w:r>
            <w:r>
              <w:rPr>
                <w:noProof/>
                <w:webHidden/>
              </w:rPr>
              <w:fldChar w:fldCharType="end"/>
            </w:r>
          </w:hyperlink>
        </w:p>
        <w:p w14:paraId="3574B3FF" w14:textId="3A7F65D9" w:rsidR="00FB2D65" w:rsidRDefault="00FB2D65">
          <w:pPr>
            <w:pStyle w:val="TOC3"/>
            <w:tabs>
              <w:tab w:val="right" w:leader="dot" w:pos="10070"/>
            </w:tabs>
            <w:rPr>
              <w:noProof/>
            </w:rPr>
          </w:pPr>
          <w:hyperlink w:anchor="_Toc233920633" w:history="1">
            <w:r w:rsidRPr="00D903C9">
              <w:rPr>
                <w:rStyle w:val="Hyperlink"/>
                <w:noProof/>
              </w:rPr>
              <w:t>MoSCoW Requirements for Dr Sarah Evans</w:t>
            </w:r>
            <w:r>
              <w:rPr>
                <w:noProof/>
                <w:webHidden/>
              </w:rPr>
              <w:tab/>
            </w:r>
            <w:r>
              <w:rPr>
                <w:noProof/>
                <w:webHidden/>
              </w:rPr>
              <w:fldChar w:fldCharType="begin"/>
            </w:r>
            <w:r>
              <w:rPr>
                <w:noProof/>
                <w:webHidden/>
              </w:rPr>
              <w:instrText xml:space="preserve"> PAGEREF _Toc233920633 \h </w:instrText>
            </w:r>
            <w:r>
              <w:rPr>
                <w:noProof/>
                <w:webHidden/>
              </w:rPr>
            </w:r>
            <w:r>
              <w:rPr>
                <w:noProof/>
                <w:webHidden/>
              </w:rPr>
              <w:fldChar w:fldCharType="separate"/>
            </w:r>
            <w:r>
              <w:rPr>
                <w:noProof/>
                <w:webHidden/>
              </w:rPr>
              <w:t>9</w:t>
            </w:r>
            <w:r>
              <w:rPr>
                <w:noProof/>
                <w:webHidden/>
              </w:rPr>
              <w:fldChar w:fldCharType="end"/>
            </w:r>
          </w:hyperlink>
        </w:p>
        <w:p w14:paraId="592A1BD2" w14:textId="0DB9E4D3" w:rsidR="00FB2D65" w:rsidRDefault="00FB2D65">
          <w:pPr>
            <w:pStyle w:val="TOC2"/>
            <w:tabs>
              <w:tab w:val="right" w:leader="dot" w:pos="10070"/>
            </w:tabs>
            <w:rPr>
              <w:noProof/>
            </w:rPr>
          </w:pPr>
          <w:hyperlink w:anchor="_Toc233920634" w:history="1">
            <w:r w:rsidRPr="00D903C9">
              <w:rPr>
                <w:rStyle w:val="Hyperlink"/>
                <w:noProof/>
              </w:rPr>
              <w:t xml:space="preserve">4.5 </w:t>
            </w:r>
            <w:r w:rsidRPr="00D903C9">
              <w:rPr>
                <w:rStyle w:val="Hyperlink"/>
                <w:rFonts w:ascii="Segoe UI Emoji" w:hAnsi="Segoe UI Emoji" w:cs="Segoe UI Emoji"/>
                <w:noProof/>
              </w:rPr>
              <w:t>📱</w:t>
            </w:r>
            <w:r w:rsidRPr="00D903C9">
              <w:rPr>
                <w:rStyle w:val="Hyperlink"/>
                <w:noProof/>
              </w:rPr>
              <w:t xml:space="preserve"> Persona 5: Priya Patel - International postgraduate student</w:t>
            </w:r>
            <w:r>
              <w:rPr>
                <w:noProof/>
                <w:webHidden/>
              </w:rPr>
              <w:tab/>
            </w:r>
            <w:r>
              <w:rPr>
                <w:noProof/>
                <w:webHidden/>
              </w:rPr>
              <w:fldChar w:fldCharType="begin"/>
            </w:r>
            <w:r>
              <w:rPr>
                <w:noProof/>
                <w:webHidden/>
              </w:rPr>
              <w:instrText xml:space="preserve"> PAGEREF _Toc233920634 \h </w:instrText>
            </w:r>
            <w:r>
              <w:rPr>
                <w:noProof/>
                <w:webHidden/>
              </w:rPr>
            </w:r>
            <w:r>
              <w:rPr>
                <w:noProof/>
                <w:webHidden/>
              </w:rPr>
              <w:fldChar w:fldCharType="separate"/>
            </w:r>
            <w:r>
              <w:rPr>
                <w:noProof/>
                <w:webHidden/>
              </w:rPr>
              <w:t>9</w:t>
            </w:r>
            <w:r>
              <w:rPr>
                <w:noProof/>
                <w:webHidden/>
              </w:rPr>
              <w:fldChar w:fldCharType="end"/>
            </w:r>
          </w:hyperlink>
        </w:p>
        <w:p w14:paraId="3F7A2D7E" w14:textId="2D0A43E6" w:rsidR="00FB2D65" w:rsidRDefault="00FB2D65">
          <w:pPr>
            <w:pStyle w:val="TOC3"/>
            <w:tabs>
              <w:tab w:val="right" w:leader="dot" w:pos="10070"/>
            </w:tabs>
            <w:rPr>
              <w:noProof/>
            </w:rPr>
          </w:pPr>
          <w:hyperlink w:anchor="_Toc233920635" w:history="1">
            <w:r w:rsidRPr="00D903C9">
              <w:rPr>
                <w:rStyle w:val="Hyperlink"/>
                <w:noProof/>
              </w:rPr>
              <w:t>MoSCoW Requirements for Priya Patel</w:t>
            </w:r>
            <w:r>
              <w:rPr>
                <w:noProof/>
                <w:webHidden/>
              </w:rPr>
              <w:tab/>
            </w:r>
            <w:r>
              <w:rPr>
                <w:noProof/>
                <w:webHidden/>
              </w:rPr>
              <w:fldChar w:fldCharType="begin"/>
            </w:r>
            <w:r>
              <w:rPr>
                <w:noProof/>
                <w:webHidden/>
              </w:rPr>
              <w:instrText xml:space="preserve"> PAGEREF _Toc233920635 \h </w:instrText>
            </w:r>
            <w:r>
              <w:rPr>
                <w:noProof/>
                <w:webHidden/>
              </w:rPr>
            </w:r>
            <w:r>
              <w:rPr>
                <w:noProof/>
                <w:webHidden/>
              </w:rPr>
              <w:fldChar w:fldCharType="separate"/>
            </w:r>
            <w:r>
              <w:rPr>
                <w:noProof/>
                <w:webHidden/>
              </w:rPr>
              <w:t>10</w:t>
            </w:r>
            <w:r>
              <w:rPr>
                <w:noProof/>
                <w:webHidden/>
              </w:rPr>
              <w:fldChar w:fldCharType="end"/>
            </w:r>
          </w:hyperlink>
        </w:p>
        <w:p w14:paraId="4D300B52" w14:textId="69DE95A7" w:rsidR="00FB2D65" w:rsidRDefault="00FB2D65">
          <w:pPr>
            <w:pStyle w:val="TOC2"/>
            <w:tabs>
              <w:tab w:val="right" w:leader="dot" w:pos="10070"/>
            </w:tabs>
            <w:rPr>
              <w:noProof/>
            </w:rPr>
          </w:pPr>
          <w:hyperlink w:anchor="_Toc233920636" w:history="1">
            <w:r w:rsidRPr="00D903C9">
              <w:rPr>
                <w:rStyle w:val="Hyperlink"/>
                <w:noProof/>
              </w:rPr>
              <w:t xml:space="preserve">4.6 </w:t>
            </w:r>
            <w:r w:rsidRPr="00D903C9">
              <w:rPr>
                <w:rStyle w:val="Hyperlink"/>
                <w:rFonts w:ascii="Segoe UI Emoji" w:hAnsi="Segoe UI Emoji" w:cs="Segoe UI Emoji"/>
                <w:noProof/>
              </w:rPr>
              <w:t>🛡️</w:t>
            </w:r>
            <w:r w:rsidRPr="00D903C9">
              <w:rPr>
                <w:rStyle w:val="Hyperlink"/>
                <w:noProof/>
              </w:rPr>
              <w:t xml:space="preserve"> Persona 6: Kwame Mensah - Professional services / campus support staff</w:t>
            </w:r>
            <w:r>
              <w:rPr>
                <w:noProof/>
                <w:webHidden/>
              </w:rPr>
              <w:tab/>
            </w:r>
            <w:r>
              <w:rPr>
                <w:noProof/>
                <w:webHidden/>
              </w:rPr>
              <w:fldChar w:fldCharType="begin"/>
            </w:r>
            <w:r>
              <w:rPr>
                <w:noProof/>
                <w:webHidden/>
              </w:rPr>
              <w:instrText xml:space="preserve"> PAGEREF _Toc233920636 \h </w:instrText>
            </w:r>
            <w:r>
              <w:rPr>
                <w:noProof/>
                <w:webHidden/>
              </w:rPr>
            </w:r>
            <w:r>
              <w:rPr>
                <w:noProof/>
                <w:webHidden/>
              </w:rPr>
              <w:fldChar w:fldCharType="separate"/>
            </w:r>
            <w:r>
              <w:rPr>
                <w:noProof/>
                <w:webHidden/>
              </w:rPr>
              <w:t>10</w:t>
            </w:r>
            <w:r>
              <w:rPr>
                <w:noProof/>
                <w:webHidden/>
              </w:rPr>
              <w:fldChar w:fldCharType="end"/>
            </w:r>
          </w:hyperlink>
        </w:p>
        <w:p w14:paraId="472F2CBE" w14:textId="3939839E" w:rsidR="00FB2D65" w:rsidRDefault="00FB2D65">
          <w:pPr>
            <w:pStyle w:val="TOC3"/>
            <w:tabs>
              <w:tab w:val="right" w:leader="dot" w:pos="10070"/>
            </w:tabs>
            <w:rPr>
              <w:noProof/>
            </w:rPr>
          </w:pPr>
          <w:hyperlink w:anchor="_Toc233920637" w:history="1">
            <w:r w:rsidRPr="00D903C9">
              <w:rPr>
                <w:rStyle w:val="Hyperlink"/>
                <w:noProof/>
              </w:rPr>
              <w:t>MoSCoW Requirements for Kwame Mensah</w:t>
            </w:r>
            <w:r>
              <w:rPr>
                <w:noProof/>
                <w:webHidden/>
              </w:rPr>
              <w:tab/>
            </w:r>
            <w:r>
              <w:rPr>
                <w:noProof/>
                <w:webHidden/>
              </w:rPr>
              <w:fldChar w:fldCharType="begin"/>
            </w:r>
            <w:r>
              <w:rPr>
                <w:noProof/>
                <w:webHidden/>
              </w:rPr>
              <w:instrText xml:space="preserve"> PAGEREF _Toc233920637 \h </w:instrText>
            </w:r>
            <w:r>
              <w:rPr>
                <w:noProof/>
                <w:webHidden/>
              </w:rPr>
            </w:r>
            <w:r>
              <w:rPr>
                <w:noProof/>
                <w:webHidden/>
              </w:rPr>
              <w:fldChar w:fldCharType="separate"/>
            </w:r>
            <w:r>
              <w:rPr>
                <w:noProof/>
                <w:webHidden/>
              </w:rPr>
              <w:t>10</w:t>
            </w:r>
            <w:r>
              <w:rPr>
                <w:noProof/>
                <w:webHidden/>
              </w:rPr>
              <w:fldChar w:fldCharType="end"/>
            </w:r>
          </w:hyperlink>
        </w:p>
        <w:p w14:paraId="77D45AB3" w14:textId="055D8F29" w:rsidR="00FB2D65" w:rsidRDefault="00FB2D65">
          <w:pPr>
            <w:pStyle w:val="TOC1"/>
            <w:tabs>
              <w:tab w:val="right" w:leader="dot" w:pos="10070"/>
            </w:tabs>
            <w:rPr>
              <w:noProof/>
            </w:rPr>
          </w:pPr>
          <w:hyperlink w:anchor="_Toc233920638" w:history="1">
            <w:r w:rsidRPr="00D903C9">
              <w:rPr>
                <w:rStyle w:val="Hyperlink"/>
                <w:noProof/>
              </w:rPr>
              <w:t>5. User and Experience Requirements</w:t>
            </w:r>
            <w:r>
              <w:rPr>
                <w:noProof/>
                <w:webHidden/>
              </w:rPr>
              <w:tab/>
            </w:r>
            <w:r>
              <w:rPr>
                <w:noProof/>
                <w:webHidden/>
              </w:rPr>
              <w:fldChar w:fldCharType="begin"/>
            </w:r>
            <w:r>
              <w:rPr>
                <w:noProof/>
                <w:webHidden/>
              </w:rPr>
              <w:instrText xml:space="preserve"> PAGEREF _Toc233920638 \h </w:instrText>
            </w:r>
            <w:r>
              <w:rPr>
                <w:noProof/>
                <w:webHidden/>
              </w:rPr>
            </w:r>
            <w:r>
              <w:rPr>
                <w:noProof/>
                <w:webHidden/>
              </w:rPr>
              <w:fldChar w:fldCharType="separate"/>
            </w:r>
            <w:r>
              <w:rPr>
                <w:noProof/>
                <w:webHidden/>
              </w:rPr>
              <w:t>11</w:t>
            </w:r>
            <w:r>
              <w:rPr>
                <w:noProof/>
                <w:webHidden/>
              </w:rPr>
              <w:fldChar w:fldCharType="end"/>
            </w:r>
          </w:hyperlink>
        </w:p>
        <w:p w14:paraId="28A87186" w14:textId="39B22EAA" w:rsidR="00FB2D65" w:rsidRDefault="00FB2D65">
          <w:pPr>
            <w:pStyle w:val="TOC2"/>
            <w:tabs>
              <w:tab w:val="right" w:leader="dot" w:pos="10070"/>
            </w:tabs>
            <w:rPr>
              <w:noProof/>
            </w:rPr>
          </w:pPr>
          <w:hyperlink w:anchor="_Toc233920639" w:history="1">
            <w:r w:rsidRPr="00D903C9">
              <w:rPr>
                <w:rStyle w:val="Hyperlink"/>
                <w:noProof/>
              </w:rPr>
              <w:t>5.1 Combined MoSCoW Summary</w:t>
            </w:r>
            <w:r>
              <w:rPr>
                <w:noProof/>
                <w:webHidden/>
              </w:rPr>
              <w:tab/>
            </w:r>
            <w:r>
              <w:rPr>
                <w:noProof/>
                <w:webHidden/>
              </w:rPr>
              <w:fldChar w:fldCharType="begin"/>
            </w:r>
            <w:r>
              <w:rPr>
                <w:noProof/>
                <w:webHidden/>
              </w:rPr>
              <w:instrText xml:space="preserve"> PAGEREF _Toc233920639 \h </w:instrText>
            </w:r>
            <w:r>
              <w:rPr>
                <w:noProof/>
                <w:webHidden/>
              </w:rPr>
            </w:r>
            <w:r>
              <w:rPr>
                <w:noProof/>
                <w:webHidden/>
              </w:rPr>
              <w:fldChar w:fldCharType="separate"/>
            </w:r>
            <w:r>
              <w:rPr>
                <w:noProof/>
                <w:webHidden/>
              </w:rPr>
              <w:t>11</w:t>
            </w:r>
            <w:r>
              <w:rPr>
                <w:noProof/>
                <w:webHidden/>
              </w:rPr>
              <w:fldChar w:fldCharType="end"/>
            </w:r>
          </w:hyperlink>
        </w:p>
        <w:p w14:paraId="6117FC1E" w14:textId="512D1C0D" w:rsidR="00FB2D65" w:rsidRDefault="00FB2D65">
          <w:pPr>
            <w:pStyle w:val="TOC2"/>
            <w:tabs>
              <w:tab w:val="right" w:leader="dot" w:pos="10070"/>
            </w:tabs>
            <w:rPr>
              <w:noProof/>
            </w:rPr>
          </w:pPr>
          <w:hyperlink w:anchor="_Toc233920640" w:history="1">
            <w:r w:rsidRPr="00D903C9">
              <w:rPr>
                <w:rStyle w:val="Hyperlink"/>
                <w:noProof/>
              </w:rPr>
              <w:t>5.2 Flexible Participation and Shared Game State</w:t>
            </w:r>
            <w:r>
              <w:rPr>
                <w:noProof/>
                <w:webHidden/>
              </w:rPr>
              <w:tab/>
            </w:r>
            <w:r>
              <w:rPr>
                <w:noProof/>
                <w:webHidden/>
              </w:rPr>
              <w:fldChar w:fldCharType="begin"/>
            </w:r>
            <w:r>
              <w:rPr>
                <w:noProof/>
                <w:webHidden/>
              </w:rPr>
              <w:instrText xml:space="preserve"> PAGEREF _Toc233920640 \h </w:instrText>
            </w:r>
            <w:r>
              <w:rPr>
                <w:noProof/>
                <w:webHidden/>
              </w:rPr>
            </w:r>
            <w:r>
              <w:rPr>
                <w:noProof/>
                <w:webHidden/>
              </w:rPr>
              <w:fldChar w:fldCharType="separate"/>
            </w:r>
            <w:r>
              <w:rPr>
                <w:noProof/>
                <w:webHidden/>
              </w:rPr>
              <w:t>11</w:t>
            </w:r>
            <w:r>
              <w:rPr>
                <w:noProof/>
                <w:webHidden/>
              </w:rPr>
              <w:fldChar w:fldCharType="end"/>
            </w:r>
          </w:hyperlink>
        </w:p>
        <w:p w14:paraId="702FEDF3" w14:textId="0E774E48" w:rsidR="00FB2D65" w:rsidRDefault="00FB2D65">
          <w:pPr>
            <w:pStyle w:val="TOC1"/>
            <w:tabs>
              <w:tab w:val="right" w:leader="dot" w:pos="10070"/>
            </w:tabs>
            <w:rPr>
              <w:noProof/>
            </w:rPr>
          </w:pPr>
          <w:hyperlink w:anchor="_Toc233920641" w:history="1">
            <w:r w:rsidRPr="00D903C9">
              <w:rPr>
                <w:rStyle w:val="Hyperlink"/>
                <w:noProof/>
              </w:rPr>
              <w:t>6. Usability Design Considerations</w:t>
            </w:r>
            <w:r>
              <w:rPr>
                <w:noProof/>
                <w:webHidden/>
              </w:rPr>
              <w:tab/>
            </w:r>
            <w:r>
              <w:rPr>
                <w:noProof/>
                <w:webHidden/>
              </w:rPr>
              <w:fldChar w:fldCharType="begin"/>
            </w:r>
            <w:r>
              <w:rPr>
                <w:noProof/>
                <w:webHidden/>
              </w:rPr>
              <w:instrText xml:space="preserve"> PAGEREF _Toc233920641 \h </w:instrText>
            </w:r>
            <w:r>
              <w:rPr>
                <w:noProof/>
                <w:webHidden/>
              </w:rPr>
            </w:r>
            <w:r>
              <w:rPr>
                <w:noProof/>
                <w:webHidden/>
              </w:rPr>
              <w:fldChar w:fldCharType="separate"/>
            </w:r>
            <w:r>
              <w:rPr>
                <w:noProof/>
                <w:webHidden/>
              </w:rPr>
              <w:t>11</w:t>
            </w:r>
            <w:r>
              <w:rPr>
                <w:noProof/>
                <w:webHidden/>
              </w:rPr>
              <w:fldChar w:fldCharType="end"/>
            </w:r>
          </w:hyperlink>
        </w:p>
        <w:p w14:paraId="79C8886C" w14:textId="14801CDE" w:rsidR="00FB2D65" w:rsidRDefault="00FB2D65">
          <w:pPr>
            <w:pStyle w:val="TOC2"/>
            <w:tabs>
              <w:tab w:val="right" w:leader="dot" w:pos="10070"/>
            </w:tabs>
            <w:rPr>
              <w:noProof/>
            </w:rPr>
          </w:pPr>
          <w:hyperlink w:anchor="_Toc233920642" w:history="1">
            <w:r w:rsidRPr="00D903C9">
              <w:rPr>
                <w:rStyle w:val="Hyperlink"/>
                <w:noProof/>
              </w:rPr>
              <w:t>6.1 Usability Quality Components</w:t>
            </w:r>
            <w:r>
              <w:rPr>
                <w:noProof/>
                <w:webHidden/>
              </w:rPr>
              <w:tab/>
            </w:r>
            <w:r>
              <w:rPr>
                <w:noProof/>
                <w:webHidden/>
              </w:rPr>
              <w:fldChar w:fldCharType="begin"/>
            </w:r>
            <w:r>
              <w:rPr>
                <w:noProof/>
                <w:webHidden/>
              </w:rPr>
              <w:instrText xml:space="preserve"> PAGEREF _Toc233920642 \h </w:instrText>
            </w:r>
            <w:r>
              <w:rPr>
                <w:noProof/>
                <w:webHidden/>
              </w:rPr>
            </w:r>
            <w:r>
              <w:rPr>
                <w:noProof/>
                <w:webHidden/>
              </w:rPr>
              <w:fldChar w:fldCharType="separate"/>
            </w:r>
            <w:r>
              <w:rPr>
                <w:noProof/>
                <w:webHidden/>
              </w:rPr>
              <w:t>11</w:t>
            </w:r>
            <w:r>
              <w:rPr>
                <w:noProof/>
                <w:webHidden/>
              </w:rPr>
              <w:fldChar w:fldCharType="end"/>
            </w:r>
          </w:hyperlink>
        </w:p>
        <w:p w14:paraId="1D268EE6" w14:textId="5FFBE41B" w:rsidR="00FB2D65" w:rsidRDefault="00FB2D65">
          <w:pPr>
            <w:pStyle w:val="TOC2"/>
            <w:tabs>
              <w:tab w:val="right" w:leader="dot" w:pos="10070"/>
            </w:tabs>
            <w:rPr>
              <w:noProof/>
            </w:rPr>
          </w:pPr>
          <w:hyperlink w:anchor="_Toc233920643" w:history="1">
            <w:r w:rsidRPr="00D903C9">
              <w:rPr>
                <w:rStyle w:val="Hyperlink"/>
                <w:noProof/>
              </w:rPr>
              <w:t>6.2 Learnability and Visibility</w:t>
            </w:r>
            <w:r>
              <w:rPr>
                <w:noProof/>
                <w:webHidden/>
              </w:rPr>
              <w:tab/>
            </w:r>
            <w:r>
              <w:rPr>
                <w:noProof/>
                <w:webHidden/>
              </w:rPr>
              <w:fldChar w:fldCharType="begin"/>
            </w:r>
            <w:r>
              <w:rPr>
                <w:noProof/>
                <w:webHidden/>
              </w:rPr>
              <w:instrText xml:space="preserve"> PAGEREF _Toc233920643 \h </w:instrText>
            </w:r>
            <w:r>
              <w:rPr>
                <w:noProof/>
                <w:webHidden/>
              </w:rPr>
            </w:r>
            <w:r>
              <w:rPr>
                <w:noProof/>
                <w:webHidden/>
              </w:rPr>
              <w:fldChar w:fldCharType="separate"/>
            </w:r>
            <w:r>
              <w:rPr>
                <w:noProof/>
                <w:webHidden/>
              </w:rPr>
              <w:t>11</w:t>
            </w:r>
            <w:r>
              <w:rPr>
                <w:noProof/>
                <w:webHidden/>
              </w:rPr>
              <w:fldChar w:fldCharType="end"/>
            </w:r>
          </w:hyperlink>
        </w:p>
        <w:p w14:paraId="6B44C42D" w14:textId="628EE4E8" w:rsidR="00FB2D65" w:rsidRDefault="00FB2D65">
          <w:pPr>
            <w:pStyle w:val="TOC2"/>
            <w:tabs>
              <w:tab w:val="right" w:leader="dot" w:pos="10070"/>
            </w:tabs>
            <w:rPr>
              <w:noProof/>
            </w:rPr>
          </w:pPr>
          <w:hyperlink w:anchor="_Toc233920644" w:history="1">
            <w:r w:rsidRPr="00D903C9">
              <w:rPr>
                <w:rStyle w:val="Hyperlink"/>
                <w:noProof/>
              </w:rPr>
              <w:t>6.3 Cognitive Load</w:t>
            </w:r>
            <w:r>
              <w:rPr>
                <w:noProof/>
                <w:webHidden/>
              </w:rPr>
              <w:tab/>
            </w:r>
            <w:r>
              <w:rPr>
                <w:noProof/>
                <w:webHidden/>
              </w:rPr>
              <w:fldChar w:fldCharType="begin"/>
            </w:r>
            <w:r>
              <w:rPr>
                <w:noProof/>
                <w:webHidden/>
              </w:rPr>
              <w:instrText xml:space="preserve"> PAGEREF _Toc233920644 \h </w:instrText>
            </w:r>
            <w:r>
              <w:rPr>
                <w:noProof/>
                <w:webHidden/>
              </w:rPr>
            </w:r>
            <w:r>
              <w:rPr>
                <w:noProof/>
                <w:webHidden/>
              </w:rPr>
              <w:fldChar w:fldCharType="separate"/>
            </w:r>
            <w:r>
              <w:rPr>
                <w:noProof/>
                <w:webHidden/>
              </w:rPr>
              <w:t>12</w:t>
            </w:r>
            <w:r>
              <w:rPr>
                <w:noProof/>
                <w:webHidden/>
              </w:rPr>
              <w:fldChar w:fldCharType="end"/>
            </w:r>
          </w:hyperlink>
        </w:p>
        <w:p w14:paraId="4826DC25" w14:textId="0AE38F17" w:rsidR="00FB2D65" w:rsidRDefault="00FB2D65">
          <w:pPr>
            <w:pStyle w:val="TOC2"/>
            <w:tabs>
              <w:tab w:val="right" w:leader="dot" w:pos="10070"/>
            </w:tabs>
            <w:rPr>
              <w:noProof/>
            </w:rPr>
          </w:pPr>
          <w:hyperlink w:anchor="_Toc233920645" w:history="1">
            <w:r w:rsidRPr="00D903C9">
              <w:rPr>
                <w:rStyle w:val="Hyperlink"/>
                <w:noProof/>
              </w:rPr>
              <w:t>6.4 Accessibility and Inclusive Design</w:t>
            </w:r>
            <w:r>
              <w:rPr>
                <w:noProof/>
                <w:webHidden/>
              </w:rPr>
              <w:tab/>
            </w:r>
            <w:r>
              <w:rPr>
                <w:noProof/>
                <w:webHidden/>
              </w:rPr>
              <w:fldChar w:fldCharType="begin"/>
            </w:r>
            <w:r>
              <w:rPr>
                <w:noProof/>
                <w:webHidden/>
              </w:rPr>
              <w:instrText xml:space="preserve"> PAGEREF _Toc233920645 \h </w:instrText>
            </w:r>
            <w:r>
              <w:rPr>
                <w:noProof/>
                <w:webHidden/>
              </w:rPr>
            </w:r>
            <w:r>
              <w:rPr>
                <w:noProof/>
                <w:webHidden/>
              </w:rPr>
              <w:fldChar w:fldCharType="separate"/>
            </w:r>
            <w:r>
              <w:rPr>
                <w:noProof/>
                <w:webHidden/>
              </w:rPr>
              <w:t>12</w:t>
            </w:r>
            <w:r>
              <w:rPr>
                <w:noProof/>
                <w:webHidden/>
              </w:rPr>
              <w:fldChar w:fldCharType="end"/>
            </w:r>
          </w:hyperlink>
        </w:p>
        <w:p w14:paraId="15D86391" w14:textId="14B7EA31" w:rsidR="00FB2D65" w:rsidRDefault="00FB2D65">
          <w:pPr>
            <w:pStyle w:val="TOC2"/>
            <w:tabs>
              <w:tab w:val="right" w:leader="dot" w:pos="10070"/>
            </w:tabs>
            <w:rPr>
              <w:noProof/>
            </w:rPr>
          </w:pPr>
          <w:hyperlink w:anchor="_Toc233920646" w:history="1">
            <w:r w:rsidRPr="00D903C9">
              <w:rPr>
                <w:rStyle w:val="Hyperlink"/>
                <w:noProof/>
              </w:rPr>
              <w:t>6.5 Navigation, Errors and Feedback</w:t>
            </w:r>
            <w:r>
              <w:rPr>
                <w:noProof/>
                <w:webHidden/>
              </w:rPr>
              <w:tab/>
            </w:r>
            <w:r>
              <w:rPr>
                <w:noProof/>
                <w:webHidden/>
              </w:rPr>
              <w:fldChar w:fldCharType="begin"/>
            </w:r>
            <w:r>
              <w:rPr>
                <w:noProof/>
                <w:webHidden/>
              </w:rPr>
              <w:instrText xml:space="preserve"> PAGEREF _Toc233920646 \h </w:instrText>
            </w:r>
            <w:r>
              <w:rPr>
                <w:noProof/>
                <w:webHidden/>
              </w:rPr>
            </w:r>
            <w:r>
              <w:rPr>
                <w:noProof/>
                <w:webHidden/>
              </w:rPr>
              <w:fldChar w:fldCharType="separate"/>
            </w:r>
            <w:r>
              <w:rPr>
                <w:noProof/>
                <w:webHidden/>
              </w:rPr>
              <w:t>12</w:t>
            </w:r>
            <w:r>
              <w:rPr>
                <w:noProof/>
                <w:webHidden/>
              </w:rPr>
              <w:fldChar w:fldCharType="end"/>
            </w:r>
          </w:hyperlink>
        </w:p>
        <w:p w14:paraId="29706946" w14:textId="0CF670CC" w:rsidR="00FB2D65" w:rsidRDefault="00FB2D65">
          <w:pPr>
            <w:pStyle w:val="TOC2"/>
            <w:tabs>
              <w:tab w:val="right" w:leader="dot" w:pos="10070"/>
            </w:tabs>
            <w:rPr>
              <w:noProof/>
            </w:rPr>
          </w:pPr>
          <w:hyperlink w:anchor="_Toc233920647" w:history="1">
            <w:r w:rsidRPr="00D903C9">
              <w:rPr>
                <w:rStyle w:val="Hyperlink"/>
                <w:noProof/>
              </w:rPr>
              <w:t>6.6 Mobile Interaction Design</w:t>
            </w:r>
            <w:r>
              <w:rPr>
                <w:noProof/>
                <w:webHidden/>
              </w:rPr>
              <w:tab/>
            </w:r>
            <w:r>
              <w:rPr>
                <w:noProof/>
                <w:webHidden/>
              </w:rPr>
              <w:fldChar w:fldCharType="begin"/>
            </w:r>
            <w:r>
              <w:rPr>
                <w:noProof/>
                <w:webHidden/>
              </w:rPr>
              <w:instrText xml:space="preserve"> PAGEREF _Toc233920647 \h </w:instrText>
            </w:r>
            <w:r>
              <w:rPr>
                <w:noProof/>
                <w:webHidden/>
              </w:rPr>
            </w:r>
            <w:r>
              <w:rPr>
                <w:noProof/>
                <w:webHidden/>
              </w:rPr>
              <w:fldChar w:fldCharType="separate"/>
            </w:r>
            <w:r>
              <w:rPr>
                <w:noProof/>
                <w:webHidden/>
              </w:rPr>
              <w:t>12</w:t>
            </w:r>
            <w:r>
              <w:rPr>
                <w:noProof/>
                <w:webHidden/>
              </w:rPr>
              <w:fldChar w:fldCharType="end"/>
            </w:r>
          </w:hyperlink>
        </w:p>
        <w:p w14:paraId="588373BA" w14:textId="13D45257" w:rsidR="00FB2D65" w:rsidRDefault="00FB2D65">
          <w:pPr>
            <w:pStyle w:val="TOC2"/>
            <w:tabs>
              <w:tab w:val="right" w:leader="dot" w:pos="10070"/>
            </w:tabs>
            <w:rPr>
              <w:noProof/>
            </w:rPr>
          </w:pPr>
          <w:hyperlink w:anchor="_Toc233920648" w:history="1">
            <w:r w:rsidRPr="00D903C9">
              <w:rPr>
                <w:rStyle w:val="Hyperlink"/>
                <w:noProof/>
              </w:rPr>
              <w:t>6.7 Nielsen Heuristics Applied to the Storyboard</w:t>
            </w:r>
            <w:r>
              <w:rPr>
                <w:noProof/>
                <w:webHidden/>
              </w:rPr>
              <w:tab/>
            </w:r>
            <w:r>
              <w:rPr>
                <w:noProof/>
                <w:webHidden/>
              </w:rPr>
              <w:fldChar w:fldCharType="begin"/>
            </w:r>
            <w:r>
              <w:rPr>
                <w:noProof/>
                <w:webHidden/>
              </w:rPr>
              <w:instrText xml:space="preserve"> PAGEREF _Toc233920648 \h </w:instrText>
            </w:r>
            <w:r>
              <w:rPr>
                <w:noProof/>
                <w:webHidden/>
              </w:rPr>
            </w:r>
            <w:r>
              <w:rPr>
                <w:noProof/>
                <w:webHidden/>
              </w:rPr>
              <w:fldChar w:fldCharType="separate"/>
            </w:r>
            <w:r>
              <w:rPr>
                <w:noProof/>
                <w:webHidden/>
              </w:rPr>
              <w:t>12</w:t>
            </w:r>
            <w:r>
              <w:rPr>
                <w:noProof/>
                <w:webHidden/>
              </w:rPr>
              <w:fldChar w:fldCharType="end"/>
            </w:r>
          </w:hyperlink>
        </w:p>
        <w:p w14:paraId="45FB837B" w14:textId="4759AF6B" w:rsidR="00FB2D65" w:rsidRDefault="00FB2D65">
          <w:pPr>
            <w:pStyle w:val="TOC1"/>
            <w:tabs>
              <w:tab w:val="right" w:leader="dot" w:pos="10070"/>
            </w:tabs>
            <w:rPr>
              <w:noProof/>
            </w:rPr>
          </w:pPr>
          <w:hyperlink w:anchor="_Toc233920649" w:history="1">
            <w:r w:rsidRPr="00D903C9">
              <w:rPr>
                <w:rStyle w:val="Hyperlink"/>
                <w:noProof/>
              </w:rPr>
              <w:t>7. Wireframe Storyboard Design</w:t>
            </w:r>
            <w:r>
              <w:rPr>
                <w:noProof/>
                <w:webHidden/>
              </w:rPr>
              <w:tab/>
            </w:r>
            <w:r>
              <w:rPr>
                <w:noProof/>
                <w:webHidden/>
              </w:rPr>
              <w:fldChar w:fldCharType="begin"/>
            </w:r>
            <w:r>
              <w:rPr>
                <w:noProof/>
                <w:webHidden/>
              </w:rPr>
              <w:instrText xml:space="preserve"> PAGEREF _Toc233920649 \h </w:instrText>
            </w:r>
            <w:r>
              <w:rPr>
                <w:noProof/>
                <w:webHidden/>
              </w:rPr>
            </w:r>
            <w:r>
              <w:rPr>
                <w:noProof/>
                <w:webHidden/>
              </w:rPr>
              <w:fldChar w:fldCharType="separate"/>
            </w:r>
            <w:r>
              <w:rPr>
                <w:noProof/>
                <w:webHidden/>
              </w:rPr>
              <w:t>12</w:t>
            </w:r>
            <w:r>
              <w:rPr>
                <w:noProof/>
                <w:webHidden/>
              </w:rPr>
              <w:fldChar w:fldCharType="end"/>
            </w:r>
          </w:hyperlink>
        </w:p>
        <w:p w14:paraId="5CEFE883" w14:textId="0C90049E" w:rsidR="00FB2D65" w:rsidRDefault="00FB2D65">
          <w:pPr>
            <w:pStyle w:val="TOC1"/>
            <w:tabs>
              <w:tab w:val="right" w:leader="dot" w:pos="10070"/>
            </w:tabs>
            <w:rPr>
              <w:noProof/>
            </w:rPr>
          </w:pPr>
          <w:hyperlink w:anchor="_Toc233920650" w:history="1">
            <w:r w:rsidRPr="00D903C9">
              <w:rPr>
                <w:rStyle w:val="Hyperlink"/>
                <w:noProof/>
              </w:rPr>
              <w:t>8. Prototype Feedback</w:t>
            </w:r>
            <w:r>
              <w:rPr>
                <w:noProof/>
                <w:webHidden/>
              </w:rPr>
              <w:tab/>
            </w:r>
            <w:r>
              <w:rPr>
                <w:noProof/>
                <w:webHidden/>
              </w:rPr>
              <w:fldChar w:fldCharType="begin"/>
            </w:r>
            <w:r>
              <w:rPr>
                <w:noProof/>
                <w:webHidden/>
              </w:rPr>
              <w:instrText xml:space="preserve"> PAGEREF _Toc233920650 \h </w:instrText>
            </w:r>
            <w:r>
              <w:rPr>
                <w:noProof/>
                <w:webHidden/>
              </w:rPr>
            </w:r>
            <w:r>
              <w:rPr>
                <w:noProof/>
                <w:webHidden/>
              </w:rPr>
              <w:fldChar w:fldCharType="separate"/>
            </w:r>
            <w:r>
              <w:rPr>
                <w:noProof/>
                <w:webHidden/>
              </w:rPr>
              <w:t>14</w:t>
            </w:r>
            <w:r>
              <w:rPr>
                <w:noProof/>
                <w:webHidden/>
              </w:rPr>
              <w:fldChar w:fldCharType="end"/>
            </w:r>
          </w:hyperlink>
        </w:p>
        <w:p w14:paraId="7AB7D9D4" w14:textId="0AFF97CA" w:rsidR="00FB2D65" w:rsidRDefault="00FB2D65">
          <w:pPr>
            <w:pStyle w:val="TOC2"/>
            <w:tabs>
              <w:tab w:val="right" w:leader="dot" w:pos="10070"/>
            </w:tabs>
            <w:rPr>
              <w:noProof/>
            </w:rPr>
          </w:pPr>
          <w:hyperlink w:anchor="_Toc233920651" w:history="1">
            <w:r w:rsidRPr="00D903C9">
              <w:rPr>
                <w:rStyle w:val="Hyperlink"/>
                <w:noProof/>
              </w:rPr>
              <w:t>8.1 Planned Usability Tasks</w:t>
            </w:r>
            <w:r>
              <w:rPr>
                <w:noProof/>
                <w:webHidden/>
              </w:rPr>
              <w:tab/>
            </w:r>
            <w:r>
              <w:rPr>
                <w:noProof/>
                <w:webHidden/>
              </w:rPr>
              <w:fldChar w:fldCharType="begin"/>
            </w:r>
            <w:r>
              <w:rPr>
                <w:noProof/>
                <w:webHidden/>
              </w:rPr>
              <w:instrText xml:space="preserve"> PAGEREF _Toc233920651 \h </w:instrText>
            </w:r>
            <w:r>
              <w:rPr>
                <w:noProof/>
                <w:webHidden/>
              </w:rPr>
            </w:r>
            <w:r>
              <w:rPr>
                <w:noProof/>
                <w:webHidden/>
              </w:rPr>
              <w:fldChar w:fldCharType="separate"/>
            </w:r>
            <w:r>
              <w:rPr>
                <w:noProof/>
                <w:webHidden/>
              </w:rPr>
              <w:t>14</w:t>
            </w:r>
            <w:r>
              <w:rPr>
                <w:noProof/>
                <w:webHidden/>
              </w:rPr>
              <w:fldChar w:fldCharType="end"/>
            </w:r>
          </w:hyperlink>
        </w:p>
        <w:p w14:paraId="7A2C9DF6" w14:textId="5A8E5BE6" w:rsidR="00FB2D65" w:rsidRDefault="00FB2D65">
          <w:pPr>
            <w:pStyle w:val="TOC2"/>
            <w:tabs>
              <w:tab w:val="right" w:leader="dot" w:pos="10070"/>
            </w:tabs>
            <w:rPr>
              <w:noProof/>
            </w:rPr>
          </w:pPr>
          <w:hyperlink w:anchor="_Toc233920652" w:history="1">
            <w:r w:rsidRPr="00D903C9">
              <w:rPr>
                <w:rStyle w:val="Hyperlink"/>
                <w:noProof/>
              </w:rPr>
              <w:t>8.2 Measures and Feedback Analysis</w:t>
            </w:r>
            <w:r>
              <w:rPr>
                <w:noProof/>
                <w:webHidden/>
              </w:rPr>
              <w:tab/>
            </w:r>
            <w:r>
              <w:rPr>
                <w:noProof/>
                <w:webHidden/>
              </w:rPr>
              <w:fldChar w:fldCharType="begin"/>
            </w:r>
            <w:r>
              <w:rPr>
                <w:noProof/>
                <w:webHidden/>
              </w:rPr>
              <w:instrText xml:space="preserve"> PAGEREF _Toc233920652 \h </w:instrText>
            </w:r>
            <w:r>
              <w:rPr>
                <w:noProof/>
                <w:webHidden/>
              </w:rPr>
            </w:r>
            <w:r>
              <w:rPr>
                <w:noProof/>
                <w:webHidden/>
              </w:rPr>
              <w:fldChar w:fldCharType="separate"/>
            </w:r>
            <w:r>
              <w:rPr>
                <w:noProof/>
                <w:webHidden/>
              </w:rPr>
              <w:t>14</w:t>
            </w:r>
            <w:r>
              <w:rPr>
                <w:noProof/>
                <w:webHidden/>
              </w:rPr>
              <w:fldChar w:fldCharType="end"/>
            </w:r>
          </w:hyperlink>
        </w:p>
        <w:p w14:paraId="1CB4E1A0" w14:textId="1DE15F58" w:rsidR="00FB2D65" w:rsidRDefault="00FB2D65">
          <w:pPr>
            <w:pStyle w:val="TOC2"/>
            <w:tabs>
              <w:tab w:val="right" w:leader="dot" w:pos="10070"/>
            </w:tabs>
            <w:rPr>
              <w:noProof/>
            </w:rPr>
          </w:pPr>
          <w:hyperlink w:anchor="_Toc233920653" w:history="1">
            <w:r w:rsidRPr="00D903C9">
              <w:rPr>
                <w:rStyle w:val="Hyperlink"/>
                <w:noProof/>
              </w:rPr>
              <w:t>8.3 Planned Improvements</w:t>
            </w:r>
            <w:r>
              <w:rPr>
                <w:noProof/>
                <w:webHidden/>
              </w:rPr>
              <w:tab/>
            </w:r>
            <w:r>
              <w:rPr>
                <w:noProof/>
                <w:webHidden/>
              </w:rPr>
              <w:fldChar w:fldCharType="begin"/>
            </w:r>
            <w:r>
              <w:rPr>
                <w:noProof/>
                <w:webHidden/>
              </w:rPr>
              <w:instrText xml:space="preserve"> PAGEREF _Toc233920653 \h </w:instrText>
            </w:r>
            <w:r>
              <w:rPr>
                <w:noProof/>
                <w:webHidden/>
              </w:rPr>
            </w:r>
            <w:r>
              <w:rPr>
                <w:noProof/>
                <w:webHidden/>
              </w:rPr>
              <w:fldChar w:fldCharType="separate"/>
            </w:r>
            <w:r>
              <w:rPr>
                <w:noProof/>
                <w:webHidden/>
              </w:rPr>
              <w:t>14</w:t>
            </w:r>
            <w:r>
              <w:rPr>
                <w:noProof/>
                <w:webHidden/>
              </w:rPr>
              <w:fldChar w:fldCharType="end"/>
            </w:r>
          </w:hyperlink>
        </w:p>
        <w:p w14:paraId="62408952" w14:textId="04FD78B6" w:rsidR="00FB2D65" w:rsidRDefault="00FB2D65">
          <w:pPr>
            <w:pStyle w:val="TOC1"/>
            <w:tabs>
              <w:tab w:val="right" w:leader="dot" w:pos="10070"/>
            </w:tabs>
            <w:rPr>
              <w:noProof/>
            </w:rPr>
          </w:pPr>
          <w:hyperlink w:anchor="_Toc233920654" w:history="1">
            <w:r w:rsidRPr="00D903C9">
              <w:rPr>
                <w:rStyle w:val="Hyperlink"/>
                <w:noProof/>
              </w:rPr>
              <w:t>9. Peer Evaluation Plan</w:t>
            </w:r>
            <w:r>
              <w:rPr>
                <w:noProof/>
                <w:webHidden/>
              </w:rPr>
              <w:tab/>
            </w:r>
            <w:r>
              <w:rPr>
                <w:noProof/>
                <w:webHidden/>
              </w:rPr>
              <w:fldChar w:fldCharType="begin"/>
            </w:r>
            <w:r>
              <w:rPr>
                <w:noProof/>
                <w:webHidden/>
              </w:rPr>
              <w:instrText xml:space="preserve"> PAGEREF _Toc233920654 \h </w:instrText>
            </w:r>
            <w:r>
              <w:rPr>
                <w:noProof/>
                <w:webHidden/>
              </w:rPr>
            </w:r>
            <w:r>
              <w:rPr>
                <w:noProof/>
                <w:webHidden/>
              </w:rPr>
              <w:fldChar w:fldCharType="separate"/>
            </w:r>
            <w:r>
              <w:rPr>
                <w:noProof/>
                <w:webHidden/>
              </w:rPr>
              <w:t>15</w:t>
            </w:r>
            <w:r>
              <w:rPr>
                <w:noProof/>
                <w:webHidden/>
              </w:rPr>
              <w:fldChar w:fldCharType="end"/>
            </w:r>
          </w:hyperlink>
        </w:p>
        <w:p w14:paraId="60E0F298" w14:textId="7C348625" w:rsidR="00FB2D65" w:rsidRDefault="00FB2D65">
          <w:pPr>
            <w:pStyle w:val="TOC1"/>
            <w:tabs>
              <w:tab w:val="right" w:leader="dot" w:pos="10070"/>
            </w:tabs>
            <w:rPr>
              <w:noProof/>
            </w:rPr>
          </w:pPr>
          <w:hyperlink w:anchor="_Toc233920655" w:history="1">
            <w:r w:rsidRPr="00D903C9">
              <w:rPr>
                <w:rStyle w:val="Hyperlink"/>
                <w:noProof/>
              </w:rPr>
              <w:t>10. Conclusion</w:t>
            </w:r>
            <w:r>
              <w:rPr>
                <w:noProof/>
                <w:webHidden/>
              </w:rPr>
              <w:tab/>
            </w:r>
            <w:r>
              <w:rPr>
                <w:noProof/>
                <w:webHidden/>
              </w:rPr>
              <w:fldChar w:fldCharType="begin"/>
            </w:r>
            <w:r>
              <w:rPr>
                <w:noProof/>
                <w:webHidden/>
              </w:rPr>
              <w:instrText xml:space="preserve"> PAGEREF _Toc233920655 \h </w:instrText>
            </w:r>
            <w:r>
              <w:rPr>
                <w:noProof/>
                <w:webHidden/>
              </w:rPr>
            </w:r>
            <w:r>
              <w:rPr>
                <w:noProof/>
                <w:webHidden/>
              </w:rPr>
              <w:fldChar w:fldCharType="separate"/>
            </w:r>
            <w:r>
              <w:rPr>
                <w:noProof/>
                <w:webHidden/>
              </w:rPr>
              <w:t>15</w:t>
            </w:r>
            <w:r>
              <w:rPr>
                <w:noProof/>
                <w:webHidden/>
              </w:rPr>
              <w:fldChar w:fldCharType="end"/>
            </w:r>
          </w:hyperlink>
        </w:p>
        <w:p w14:paraId="30C788F6" w14:textId="78DA333C" w:rsidR="00FB2D65" w:rsidRDefault="00FB2D65">
          <w:pPr>
            <w:pStyle w:val="TOC1"/>
            <w:tabs>
              <w:tab w:val="right" w:leader="dot" w:pos="10070"/>
            </w:tabs>
            <w:rPr>
              <w:noProof/>
            </w:rPr>
          </w:pPr>
          <w:hyperlink w:anchor="_Toc233920656" w:history="1">
            <w:r w:rsidRPr="00D903C9">
              <w:rPr>
                <w:rStyle w:val="Hyperlink"/>
                <w:noProof/>
              </w:rPr>
              <w:t>References</w:t>
            </w:r>
            <w:r>
              <w:rPr>
                <w:noProof/>
                <w:webHidden/>
              </w:rPr>
              <w:tab/>
            </w:r>
            <w:r>
              <w:rPr>
                <w:noProof/>
                <w:webHidden/>
              </w:rPr>
              <w:fldChar w:fldCharType="begin"/>
            </w:r>
            <w:r>
              <w:rPr>
                <w:noProof/>
                <w:webHidden/>
              </w:rPr>
              <w:instrText xml:space="preserve"> PAGEREF _Toc233920656 \h </w:instrText>
            </w:r>
            <w:r>
              <w:rPr>
                <w:noProof/>
                <w:webHidden/>
              </w:rPr>
            </w:r>
            <w:r>
              <w:rPr>
                <w:noProof/>
                <w:webHidden/>
              </w:rPr>
              <w:fldChar w:fldCharType="separate"/>
            </w:r>
            <w:r>
              <w:rPr>
                <w:noProof/>
                <w:webHidden/>
              </w:rPr>
              <w:t>15</w:t>
            </w:r>
            <w:r>
              <w:rPr>
                <w:noProof/>
                <w:webHidden/>
              </w:rPr>
              <w:fldChar w:fldCharType="end"/>
            </w:r>
          </w:hyperlink>
        </w:p>
        <w:p w14:paraId="71DE13BD" w14:textId="3DB442F4" w:rsidR="00FB2D65" w:rsidRDefault="00FB2D65">
          <w:pPr>
            <w:pStyle w:val="TOC1"/>
            <w:tabs>
              <w:tab w:val="right" w:leader="dot" w:pos="10070"/>
            </w:tabs>
            <w:rPr>
              <w:noProof/>
            </w:rPr>
          </w:pPr>
          <w:hyperlink w:anchor="_Toc233920657" w:history="1">
            <w:r w:rsidRPr="00D903C9">
              <w:rPr>
                <w:rStyle w:val="Hyperlink"/>
                <w:noProof/>
              </w:rPr>
              <w:t>Appendices</w:t>
            </w:r>
            <w:r>
              <w:rPr>
                <w:noProof/>
                <w:webHidden/>
              </w:rPr>
              <w:tab/>
            </w:r>
            <w:r>
              <w:rPr>
                <w:noProof/>
                <w:webHidden/>
              </w:rPr>
              <w:fldChar w:fldCharType="begin"/>
            </w:r>
            <w:r>
              <w:rPr>
                <w:noProof/>
                <w:webHidden/>
              </w:rPr>
              <w:instrText xml:space="preserve"> PAGEREF _Toc233920657 \h </w:instrText>
            </w:r>
            <w:r>
              <w:rPr>
                <w:noProof/>
                <w:webHidden/>
              </w:rPr>
            </w:r>
            <w:r>
              <w:rPr>
                <w:noProof/>
                <w:webHidden/>
              </w:rPr>
              <w:fldChar w:fldCharType="separate"/>
            </w:r>
            <w:r>
              <w:rPr>
                <w:noProof/>
                <w:webHidden/>
              </w:rPr>
              <w:t>17</w:t>
            </w:r>
            <w:r>
              <w:rPr>
                <w:noProof/>
                <w:webHidden/>
              </w:rPr>
              <w:fldChar w:fldCharType="end"/>
            </w:r>
          </w:hyperlink>
        </w:p>
        <w:p w14:paraId="6FA839B6" w14:textId="13F4582F" w:rsidR="00FB2D65" w:rsidRDefault="00FB2D65">
          <w:pPr>
            <w:pStyle w:val="TOC2"/>
            <w:tabs>
              <w:tab w:val="right" w:leader="dot" w:pos="10070"/>
            </w:tabs>
            <w:rPr>
              <w:noProof/>
            </w:rPr>
          </w:pPr>
          <w:hyperlink w:anchor="_Toc233920658" w:history="1">
            <w:r w:rsidRPr="00D903C9">
              <w:rPr>
                <w:rStyle w:val="Hyperlink"/>
                <w:noProof/>
              </w:rPr>
              <w:t>Appendix A: Research Materials</w:t>
            </w:r>
            <w:r>
              <w:rPr>
                <w:noProof/>
                <w:webHidden/>
              </w:rPr>
              <w:tab/>
            </w:r>
            <w:r>
              <w:rPr>
                <w:noProof/>
                <w:webHidden/>
              </w:rPr>
              <w:fldChar w:fldCharType="begin"/>
            </w:r>
            <w:r>
              <w:rPr>
                <w:noProof/>
                <w:webHidden/>
              </w:rPr>
              <w:instrText xml:space="preserve"> PAGEREF _Toc233920658 \h </w:instrText>
            </w:r>
            <w:r>
              <w:rPr>
                <w:noProof/>
                <w:webHidden/>
              </w:rPr>
            </w:r>
            <w:r>
              <w:rPr>
                <w:noProof/>
                <w:webHidden/>
              </w:rPr>
              <w:fldChar w:fldCharType="separate"/>
            </w:r>
            <w:r>
              <w:rPr>
                <w:noProof/>
                <w:webHidden/>
              </w:rPr>
              <w:t>17</w:t>
            </w:r>
            <w:r>
              <w:rPr>
                <w:noProof/>
                <w:webHidden/>
              </w:rPr>
              <w:fldChar w:fldCharType="end"/>
            </w:r>
          </w:hyperlink>
        </w:p>
        <w:p w14:paraId="23BAE54B" w14:textId="15DA81D7" w:rsidR="00FB2D65" w:rsidRDefault="00FB2D65">
          <w:pPr>
            <w:pStyle w:val="TOC3"/>
            <w:tabs>
              <w:tab w:val="right" w:leader="dot" w:pos="10070"/>
            </w:tabs>
            <w:rPr>
              <w:noProof/>
            </w:rPr>
          </w:pPr>
          <w:hyperlink w:anchor="_Toc233920659" w:history="1">
            <w:r w:rsidRPr="00D903C9">
              <w:rPr>
                <w:rStyle w:val="Hyperlink"/>
                <w:noProof/>
              </w:rPr>
              <w:t>A.1 Short Interview Prompts</w:t>
            </w:r>
            <w:r>
              <w:rPr>
                <w:noProof/>
                <w:webHidden/>
              </w:rPr>
              <w:tab/>
            </w:r>
            <w:r>
              <w:rPr>
                <w:noProof/>
                <w:webHidden/>
              </w:rPr>
              <w:fldChar w:fldCharType="begin"/>
            </w:r>
            <w:r>
              <w:rPr>
                <w:noProof/>
                <w:webHidden/>
              </w:rPr>
              <w:instrText xml:space="preserve"> PAGEREF _Toc233920659 \h </w:instrText>
            </w:r>
            <w:r>
              <w:rPr>
                <w:noProof/>
                <w:webHidden/>
              </w:rPr>
            </w:r>
            <w:r>
              <w:rPr>
                <w:noProof/>
                <w:webHidden/>
              </w:rPr>
              <w:fldChar w:fldCharType="separate"/>
            </w:r>
            <w:r>
              <w:rPr>
                <w:noProof/>
                <w:webHidden/>
              </w:rPr>
              <w:t>17</w:t>
            </w:r>
            <w:r>
              <w:rPr>
                <w:noProof/>
                <w:webHidden/>
              </w:rPr>
              <w:fldChar w:fldCharType="end"/>
            </w:r>
          </w:hyperlink>
        </w:p>
        <w:p w14:paraId="53FB308F" w14:textId="5E7BE9CA" w:rsidR="00FB2D65" w:rsidRDefault="00FB2D65">
          <w:pPr>
            <w:pStyle w:val="TOC3"/>
            <w:tabs>
              <w:tab w:val="right" w:leader="dot" w:pos="10070"/>
            </w:tabs>
            <w:rPr>
              <w:noProof/>
            </w:rPr>
          </w:pPr>
          <w:hyperlink w:anchor="_Toc233920660" w:history="1">
            <w:r w:rsidRPr="00D903C9">
              <w:rPr>
                <w:rStyle w:val="Hyperlink"/>
                <w:noProof/>
              </w:rPr>
              <w:t>A.2 Expanded Inclusive Questionnaire</w:t>
            </w:r>
            <w:r>
              <w:rPr>
                <w:noProof/>
                <w:webHidden/>
              </w:rPr>
              <w:tab/>
            </w:r>
            <w:r>
              <w:rPr>
                <w:noProof/>
                <w:webHidden/>
              </w:rPr>
              <w:fldChar w:fldCharType="begin"/>
            </w:r>
            <w:r>
              <w:rPr>
                <w:noProof/>
                <w:webHidden/>
              </w:rPr>
              <w:instrText xml:space="preserve"> PAGEREF _Toc233920660 \h </w:instrText>
            </w:r>
            <w:r>
              <w:rPr>
                <w:noProof/>
                <w:webHidden/>
              </w:rPr>
            </w:r>
            <w:r>
              <w:rPr>
                <w:noProof/>
                <w:webHidden/>
              </w:rPr>
              <w:fldChar w:fldCharType="separate"/>
            </w:r>
            <w:r>
              <w:rPr>
                <w:noProof/>
                <w:webHidden/>
              </w:rPr>
              <w:t>18</w:t>
            </w:r>
            <w:r>
              <w:rPr>
                <w:noProof/>
                <w:webHidden/>
              </w:rPr>
              <w:fldChar w:fldCharType="end"/>
            </w:r>
          </w:hyperlink>
        </w:p>
        <w:p w14:paraId="6682AE45" w14:textId="657424AA" w:rsidR="00FB2D65" w:rsidRDefault="00FB2D65">
          <w:pPr>
            <w:pStyle w:val="TOC2"/>
            <w:tabs>
              <w:tab w:val="right" w:leader="dot" w:pos="10070"/>
            </w:tabs>
            <w:rPr>
              <w:noProof/>
            </w:rPr>
          </w:pPr>
          <w:hyperlink w:anchor="_Toc233920661" w:history="1">
            <w:r w:rsidRPr="00D903C9">
              <w:rPr>
                <w:rStyle w:val="Hyperlink"/>
                <w:noProof/>
              </w:rPr>
              <w:t>A.3 Planned Analysis and Chart Formats</w:t>
            </w:r>
            <w:r>
              <w:rPr>
                <w:noProof/>
                <w:webHidden/>
              </w:rPr>
              <w:tab/>
            </w:r>
            <w:r>
              <w:rPr>
                <w:noProof/>
                <w:webHidden/>
              </w:rPr>
              <w:fldChar w:fldCharType="begin"/>
            </w:r>
            <w:r>
              <w:rPr>
                <w:noProof/>
                <w:webHidden/>
              </w:rPr>
              <w:instrText xml:space="preserve"> PAGEREF _Toc233920661 \h </w:instrText>
            </w:r>
            <w:r>
              <w:rPr>
                <w:noProof/>
                <w:webHidden/>
              </w:rPr>
            </w:r>
            <w:r>
              <w:rPr>
                <w:noProof/>
                <w:webHidden/>
              </w:rPr>
              <w:fldChar w:fldCharType="separate"/>
            </w:r>
            <w:r>
              <w:rPr>
                <w:noProof/>
                <w:webHidden/>
              </w:rPr>
              <w:t>19</w:t>
            </w:r>
            <w:r>
              <w:rPr>
                <w:noProof/>
                <w:webHidden/>
              </w:rPr>
              <w:fldChar w:fldCharType="end"/>
            </w:r>
          </w:hyperlink>
        </w:p>
        <w:p w14:paraId="3E64827B" w14:textId="6F0E7D3F" w:rsidR="00FB2D65" w:rsidRDefault="00FB2D65">
          <w:pPr>
            <w:pStyle w:val="TOC2"/>
            <w:tabs>
              <w:tab w:val="right" w:leader="dot" w:pos="10070"/>
            </w:tabs>
            <w:rPr>
              <w:noProof/>
            </w:rPr>
          </w:pPr>
          <w:hyperlink w:anchor="_Toc233920662" w:history="1">
            <w:r w:rsidRPr="00D903C9">
              <w:rPr>
                <w:rStyle w:val="Hyperlink"/>
                <w:noProof/>
              </w:rPr>
              <w:t>Appendix B: Full Persona Profiles</w:t>
            </w:r>
            <w:r>
              <w:rPr>
                <w:noProof/>
                <w:webHidden/>
              </w:rPr>
              <w:tab/>
            </w:r>
            <w:r>
              <w:rPr>
                <w:noProof/>
                <w:webHidden/>
              </w:rPr>
              <w:fldChar w:fldCharType="begin"/>
            </w:r>
            <w:r>
              <w:rPr>
                <w:noProof/>
                <w:webHidden/>
              </w:rPr>
              <w:instrText xml:space="preserve"> PAGEREF _Toc233920662 \h </w:instrText>
            </w:r>
            <w:r>
              <w:rPr>
                <w:noProof/>
                <w:webHidden/>
              </w:rPr>
            </w:r>
            <w:r>
              <w:rPr>
                <w:noProof/>
                <w:webHidden/>
              </w:rPr>
              <w:fldChar w:fldCharType="separate"/>
            </w:r>
            <w:r>
              <w:rPr>
                <w:noProof/>
                <w:webHidden/>
              </w:rPr>
              <w:t>19</w:t>
            </w:r>
            <w:r>
              <w:rPr>
                <w:noProof/>
                <w:webHidden/>
              </w:rPr>
              <w:fldChar w:fldCharType="end"/>
            </w:r>
          </w:hyperlink>
        </w:p>
        <w:p w14:paraId="30EE745D" w14:textId="6C61D039" w:rsidR="00FB2D65" w:rsidRDefault="00FB2D65">
          <w:pPr>
            <w:pStyle w:val="TOC2"/>
            <w:tabs>
              <w:tab w:val="right" w:leader="dot" w:pos="10070"/>
            </w:tabs>
            <w:rPr>
              <w:noProof/>
            </w:rPr>
          </w:pPr>
          <w:hyperlink w:anchor="_Toc233920663" w:history="1">
            <w:r w:rsidRPr="00D903C9">
              <w:rPr>
                <w:rStyle w:val="Hyperlink"/>
                <w:noProof/>
              </w:rPr>
              <w:t>B.1 Aisha Khan - Commuter Undergraduate Student</w:t>
            </w:r>
            <w:r>
              <w:rPr>
                <w:noProof/>
                <w:webHidden/>
              </w:rPr>
              <w:tab/>
            </w:r>
            <w:r>
              <w:rPr>
                <w:noProof/>
                <w:webHidden/>
              </w:rPr>
              <w:fldChar w:fldCharType="begin"/>
            </w:r>
            <w:r>
              <w:rPr>
                <w:noProof/>
                <w:webHidden/>
              </w:rPr>
              <w:instrText xml:space="preserve"> PAGEREF _Toc233920663 \h </w:instrText>
            </w:r>
            <w:r>
              <w:rPr>
                <w:noProof/>
                <w:webHidden/>
              </w:rPr>
            </w:r>
            <w:r>
              <w:rPr>
                <w:noProof/>
                <w:webHidden/>
              </w:rPr>
              <w:fldChar w:fldCharType="separate"/>
            </w:r>
            <w:r>
              <w:rPr>
                <w:noProof/>
                <w:webHidden/>
              </w:rPr>
              <w:t>20</w:t>
            </w:r>
            <w:r>
              <w:rPr>
                <w:noProof/>
                <w:webHidden/>
              </w:rPr>
              <w:fldChar w:fldCharType="end"/>
            </w:r>
          </w:hyperlink>
        </w:p>
        <w:p w14:paraId="46F2D8CB" w14:textId="231A96FC" w:rsidR="00FB2D65" w:rsidRDefault="00FB2D65">
          <w:pPr>
            <w:pStyle w:val="TOC2"/>
            <w:tabs>
              <w:tab w:val="right" w:leader="dot" w:pos="10070"/>
            </w:tabs>
            <w:rPr>
              <w:noProof/>
            </w:rPr>
          </w:pPr>
          <w:hyperlink w:anchor="_Toc233920664" w:history="1">
            <w:r w:rsidRPr="00D903C9">
              <w:rPr>
                <w:rStyle w:val="Hyperlink"/>
                <w:noProof/>
              </w:rPr>
              <w:t>B.2 Jean-Baptiste Traore - International Student</w:t>
            </w:r>
            <w:r>
              <w:rPr>
                <w:noProof/>
                <w:webHidden/>
              </w:rPr>
              <w:tab/>
            </w:r>
            <w:r>
              <w:rPr>
                <w:noProof/>
                <w:webHidden/>
              </w:rPr>
              <w:fldChar w:fldCharType="begin"/>
            </w:r>
            <w:r>
              <w:rPr>
                <w:noProof/>
                <w:webHidden/>
              </w:rPr>
              <w:instrText xml:space="preserve"> PAGEREF _Toc233920664 \h </w:instrText>
            </w:r>
            <w:r>
              <w:rPr>
                <w:noProof/>
                <w:webHidden/>
              </w:rPr>
            </w:r>
            <w:r>
              <w:rPr>
                <w:noProof/>
                <w:webHidden/>
              </w:rPr>
              <w:fldChar w:fldCharType="separate"/>
            </w:r>
            <w:r>
              <w:rPr>
                <w:noProof/>
                <w:webHidden/>
              </w:rPr>
              <w:t>21</w:t>
            </w:r>
            <w:r>
              <w:rPr>
                <w:noProof/>
                <w:webHidden/>
              </w:rPr>
              <w:fldChar w:fldCharType="end"/>
            </w:r>
          </w:hyperlink>
        </w:p>
        <w:p w14:paraId="6D73C8BF" w14:textId="15BEAC70" w:rsidR="00FB2D65" w:rsidRDefault="00FB2D65">
          <w:pPr>
            <w:pStyle w:val="TOC2"/>
            <w:tabs>
              <w:tab w:val="right" w:leader="dot" w:pos="10070"/>
            </w:tabs>
            <w:rPr>
              <w:noProof/>
            </w:rPr>
          </w:pPr>
          <w:hyperlink w:anchor="_Toc233920665" w:history="1">
            <w:r w:rsidRPr="00D903C9">
              <w:rPr>
                <w:rStyle w:val="Hyperlink"/>
                <w:noProof/>
              </w:rPr>
              <w:t>B.3 Daniel Morgan - Mature / Neurodivergent Student</w:t>
            </w:r>
            <w:r>
              <w:rPr>
                <w:noProof/>
                <w:webHidden/>
              </w:rPr>
              <w:tab/>
            </w:r>
            <w:r>
              <w:rPr>
                <w:noProof/>
                <w:webHidden/>
              </w:rPr>
              <w:fldChar w:fldCharType="begin"/>
            </w:r>
            <w:r>
              <w:rPr>
                <w:noProof/>
                <w:webHidden/>
              </w:rPr>
              <w:instrText xml:space="preserve"> PAGEREF _Toc233920665 \h </w:instrText>
            </w:r>
            <w:r>
              <w:rPr>
                <w:noProof/>
                <w:webHidden/>
              </w:rPr>
            </w:r>
            <w:r>
              <w:rPr>
                <w:noProof/>
                <w:webHidden/>
              </w:rPr>
              <w:fldChar w:fldCharType="separate"/>
            </w:r>
            <w:r>
              <w:rPr>
                <w:noProof/>
                <w:webHidden/>
              </w:rPr>
              <w:t>22</w:t>
            </w:r>
            <w:r>
              <w:rPr>
                <w:noProof/>
                <w:webHidden/>
              </w:rPr>
              <w:fldChar w:fldCharType="end"/>
            </w:r>
          </w:hyperlink>
        </w:p>
        <w:p w14:paraId="0DE941E6" w14:textId="04C4C830" w:rsidR="00FB2D65" w:rsidRDefault="00FB2D65">
          <w:pPr>
            <w:pStyle w:val="TOC2"/>
            <w:tabs>
              <w:tab w:val="right" w:leader="dot" w:pos="10070"/>
            </w:tabs>
            <w:rPr>
              <w:noProof/>
            </w:rPr>
          </w:pPr>
          <w:hyperlink w:anchor="_Toc233920666" w:history="1">
            <w:r w:rsidRPr="00D903C9">
              <w:rPr>
                <w:rStyle w:val="Hyperlink"/>
                <w:noProof/>
              </w:rPr>
              <w:t>B.4 Dr Sarah Evans - Lecturer / Academic Staff</w:t>
            </w:r>
            <w:r>
              <w:rPr>
                <w:noProof/>
                <w:webHidden/>
              </w:rPr>
              <w:tab/>
            </w:r>
            <w:r>
              <w:rPr>
                <w:noProof/>
                <w:webHidden/>
              </w:rPr>
              <w:fldChar w:fldCharType="begin"/>
            </w:r>
            <w:r>
              <w:rPr>
                <w:noProof/>
                <w:webHidden/>
              </w:rPr>
              <w:instrText xml:space="preserve"> PAGEREF _Toc233920666 \h </w:instrText>
            </w:r>
            <w:r>
              <w:rPr>
                <w:noProof/>
                <w:webHidden/>
              </w:rPr>
            </w:r>
            <w:r>
              <w:rPr>
                <w:noProof/>
                <w:webHidden/>
              </w:rPr>
              <w:fldChar w:fldCharType="separate"/>
            </w:r>
            <w:r>
              <w:rPr>
                <w:noProof/>
                <w:webHidden/>
              </w:rPr>
              <w:t>23</w:t>
            </w:r>
            <w:r>
              <w:rPr>
                <w:noProof/>
                <w:webHidden/>
              </w:rPr>
              <w:fldChar w:fldCharType="end"/>
            </w:r>
          </w:hyperlink>
        </w:p>
        <w:p w14:paraId="4891C76E" w14:textId="22624A94" w:rsidR="00FB2D65" w:rsidRDefault="00FB2D65">
          <w:pPr>
            <w:pStyle w:val="TOC2"/>
            <w:tabs>
              <w:tab w:val="right" w:leader="dot" w:pos="10070"/>
            </w:tabs>
            <w:rPr>
              <w:noProof/>
            </w:rPr>
          </w:pPr>
          <w:hyperlink w:anchor="_Toc233920667" w:history="1">
            <w:r w:rsidRPr="00D903C9">
              <w:rPr>
                <w:rStyle w:val="Hyperlink"/>
                <w:noProof/>
              </w:rPr>
              <w:t>B.5 Priya Patel - International Postgraduate Student</w:t>
            </w:r>
            <w:r>
              <w:rPr>
                <w:noProof/>
                <w:webHidden/>
              </w:rPr>
              <w:tab/>
            </w:r>
            <w:r>
              <w:rPr>
                <w:noProof/>
                <w:webHidden/>
              </w:rPr>
              <w:fldChar w:fldCharType="begin"/>
            </w:r>
            <w:r>
              <w:rPr>
                <w:noProof/>
                <w:webHidden/>
              </w:rPr>
              <w:instrText xml:space="preserve"> PAGEREF _Toc233920667 \h </w:instrText>
            </w:r>
            <w:r>
              <w:rPr>
                <w:noProof/>
                <w:webHidden/>
              </w:rPr>
            </w:r>
            <w:r>
              <w:rPr>
                <w:noProof/>
                <w:webHidden/>
              </w:rPr>
              <w:fldChar w:fldCharType="separate"/>
            </w:r>
            <w:r>
              <w:rPr>
                <w:noProof/>
                <w:webHidden/>
              </w:rPr>
              <w:t>24</w:t>
            </w:r>
            <w:r>
              <w:rPr>
                <w:noProof/>
                <w:webHidden/>
              </w:rPr>
              <w:fldChar w:fldCharType="end"/>
            </w:r>
          </w:hyperlink>
        </w:p>
        <w:p w14:paraId="1B9CAD9E" w14:textId="6EF7F983" w:rsidR="00FB2D65" w:rsidRDefault="00FB2D65">
          <w:pPr>
            <w:pStyle w:val="TOC2"/>
            <w:tabs>
              <w:tab w:val="right" w:leader="dot" w:pos="10070"/>
            </w:tabs>
            <w:rPr>
              <w:noProof/>
            </w:rPr>
          </w:pPr>
          <w:hyperlink w:anchor="_Toc233920668" w:history="1">
            <w:r w:rsidRPr="00D903C9">
              <w:rPr>
                <w:rStyle w:val="Hyperlink"/>
                <w:noProof/>
              </w:rPr>
              <w:t>B.6 Kwame Mensah - Professional Services / Campus Support Staff</w:t>
            </w:r>
            <w:r>
              <w:rPr>
                <w:noProof/>
                <w:webHidden/>
              </w:rPr>
              <w:tab/>
            </w:r>
            <w:r>
              <w:rPr>
                <w:noProof/>
                <w:webHidden/>
              </w:rPr>
              <w:fldChar w:fldCharType="begin"/>
            </w:r>
            <w:r>
              <w:rPr>
                <w:noProof/>
                <w:webHidden/>
              </w:rPr>
              <w:instrText xml:space="preserve"> PAGEREF _Toc233920668 \h </w:instrText>
            </w:r>
            <w:r>
              <w:rPr>
                <w:noProof/>
                <w:webHidden/>
              </w:rPr>
            </w:r>
            <w:r>
              <w:rPr>
                <w:noProof/>
                <w:webHidden/>
              </w:rPr>
              <w:fldChar w:fldCharType="separate"/>
            </w:r>
            <w:r>
              <w:rPr>
                <w:noProof/>
                <w:webHidden/>
              </w:rPr>
              <w:t>25</w:t>
            </w:r>
            <w:r>
              <w:rPr>
                <w:noProof/>
                <w:webHidden/>
              </w:rPr>
              <w:fldChar w:fldCharType="end"/>
            </w:r>
          </w:hyperlink>
        </w:p>
        <w:p w14:paraId="64BD3407" w14:textId="48E63652" w:rsidR="00FB2D65" w:rsidRDefault="00FB2D65">
          <w:pPr>
            <w:pStyle w:val="TOC2"/>
            <w:tabs>
              <w:tab w:val="right" w:leader="dot" w:pos="10070"/>
            </w:tabs>
            <w:rPr>
              <w:noProof/>
            </w:rPr>
          </w:pPr>
          <w:hyperlink w:anchor="_Toc233920669" w:history="1">
            <w:r w:rsidRPr="00D903C9">
              <w:rPr>
                <w:rStyle w:val="Hyperlink"/>
                <w:noProof/>
              </w:rPr>
              <w:t>Appendix C: Extended Usability and Evaluation Evidence</w:t>
            </w:r>
            <w:r>
              <w:rPr>
                <w:noProof/>
                <w:webHidden/>
              </w:rPr>
              <w:tab/>
            </w:r>
            <w:r>
              <w:rPr>
                <w:noProof/>
                <w:webHidden/>
              </w:rPr>
              <w:fldChar w:fldCharType="begin"/>
            </w:r>
            <w:r>
              <w:rPr>
                <w:noProof/>
                <w:webHidden/>
              </w:rPr>
              <w:instrText xml:space="preserve"> PAGEREF _Toc233920669 \h </w:instrText>
            </w:r>
            <w:r>
              <w:rPr>
                <w:noProof/>
                <w:webHidden/>
              </w:rPr>
            </w:r>
            <w:r>
              <w:rPr>
                <w:noProof/>
                <w:webHidden/>
              </w:rPr>
              <w:fldChar w:fldCharType="separate"/>
            </w:r>
            <w:r>
              <w:rPr>
                <w:noProof/>
                <w:webHidden/>
              </w:rPr>
              <w:t>25</w:t>
            </w:r>
            <w:r>
              <w:rPr>
                <w:noProof/>
                <w:webHidden/>
              </w:rPr>
              <w:fldChar w:fldCharType="end"/>
            </w:r>
          </w:hyperlink>
        </w:p>
        <w:p w14:paraId="4981E222" w14:textId="2A5C3791" w:rsidR="00FB2D65" w:rsidRDefault="00FB2D65">
          <w:pPr>
            <w:pStyle w:val="TOC2"/>
            <w:tabs>
              <w:tab w:val="right" w:leader="dot" w:pos="10070"/>
            </w:tabs>
            <w:rPr>
              <w:noProof/>
            </w:rPr>
          </w:pPr>
          <w:hyperlink w:anchor="_Toc233920670" w:history="1">
            <w:r w:rsidRPr="00D903C9">
              <w:rPr>
                <w:rStyle w:val="Hyperlink"/>
                <w:noProof/>
              </w:rPr>
              <w:t>C.1 Prototype Classification by Fidelity and Functionality</w:t>
            </w:r>
            <w:r>
              <w:rPr>
                <w:noProof/>
                <w:webHidden/>
              </w:rPr>
              <w:tab/>
            </w:r>
            <w:r>
              <w:rPr>
                <w:noProof/>
                <w:webHidden/>
              </w:rPr>
              <w:fldChar w:fldCharType="begin"/>
            </w:r>
            <w:r>
              <w:rPr>
                <w:noProof/>
                <w:webHidden/>
              </w:rPr>
              <w:instrText xml:space="preserve"> PAGEREF _Toc233920670 \h </w:instrText>
            </w:r>
            <w:r>
              <w:rPr>
                <w:noProof/>
                <w:webHidden/>
              </w:rPr>
            </w:r>
            <w:r>
              <w:rPr>
                <w:noProof/>
                <w:webHidden/>
              </w:rPr>
              <w:fldChar w:fldCharType="separate"/>
            </w:r>
            <w:r>
              <w:rPr>
                <w:noProof/>
                <w:webHidden/>
              </w:rPr>
              <w:t>26</w:t>
            </w:r>
            <w:r>
              <w:rPr>
                <w:noProof/>
                <w:webHidden/>
              </w:rPr>
              <w:fldChar w:fldCharType="end"/>
            </w:r>
          </w:hyperlink>
        </w:p>
        <w:p w14:paraId="16CD1A48" w14:textId="787F6E90" w:rsidR="00FB2D65" w:rsidRDefault="00FB2D65">
          <w:pPr>
            <w:pStyle w:val="TOC2"/>
            <w:tabs>
              <w:tab w:val="right" w:leader="dot" w:pos="10070"/>
            </w:tabs>
            <w:rPr>
              <w:noProof/>
            </w:rPr>
          </w:pPr>
          <w:hyperlink w:anchor="_Toc233920671" w:history="1">
            <w:r w:rsidRPr="00D903C9">
              <w:rPr>
                <w:rStyle w:val="Hyperlink"/>
                <w:noProof/>
              </w:rPr>
              <w:t>C.2 Nielsen's Five Usability Quality Components</w:t>
            </w:r>
            <w:r>
              <w:rPr>
                <w:noProof/>
                <w:webHidden/>
              </w:rPr>
              <w:tab/>
            </w:r>
            <w:r>
              <w:rPr>
                <w:noProof/>
                <w:webHidden/>
              </w:rPr>
              <w:fldChar w:fldCharType="begin"/>
            </w:r>
            <w:r>
              <w:rPr>
                <w:noProof/>
                <w:webHidden/>
              </w:rPr>
              <w:instrText xml:space="preserve"> PAGEREF _Toc233920671 \h </w:instrText>
            </w:r>
            <w:r>
              <w:rPr>
                <w:noProof/>
                <w:webHidden/>
              </w:rPr>
            </w:r>
            <w:r>
              <w:rPr>
                <w:noProof/>
                <w:webHidden/>
              </w:rPr>
              <w:fldChar w:fldCharType="separate"/>
            </w:r>
            <w:r>
              <w:rPr>
                <w:noProof/>
                <w:webHidden/>
              </w:rPr>
              <w:t>27</w:t>
            </w:r>
            <w:r>
              <w:rPr>
                <w:noProof/>
                <w:webHidden/>
              </w:rPr>
              <w:fldChar w:fldCharType="end"/>
            </w:r>
          </w:hyperlink>
        </w:p>
        <w:p w14:paraId="5575ED29" w14:textId="589E7649" w:rsidR="00FB2D65" w:rsidRDefault="00FB2D65">
          <w:pPr>
            <w:pStyle w:val="TOC2"/>
            <w:tabs>
              <w:tab w:val="right" w:leader="dot" w:pos="10070"/>
            </w:tabs>
            <w:rPr>
              <w:noProof/>
            </w:rPr>
          </w:pPr>
          <w:hyperlink w:anchor="_Toc233920672" w:history="1">
            <w:r w:rsidRPr="00D903C9">
              <w:rPr>
                <w:rStyle w:val="Hyperlink"/>
                <w:noProof/>
              </w:rPr>
              <w:t>C.3 Nielsen Heuristics Applied to the Storyboard</w:t>
            </w:r>
            <w:r>
              <w:rPr>
                <w:noProof/>
                <w:webHidden/>
              </w:rPr>
              <w:tab/>
            </w:r>
            <w:r>
              <w:rPr>
                <w:noProof/>
                <w:webHidden/>
              </w:rPr>
              <w:fldChar w:fldCharType="begin"/>
            </w:r>
            <w:r>
              <w:rPr>
                <w:noProof/>
                <w:webHidden/>
              </w:rPr>
              <w:instrText xml:space="preserve"> PAGEREF _Toc233920672 \h </w:instrText>
            </w:r>
            <w:r>
              <w:rPr>
                <w:noProof/>
                <w:webHidden/>
              </w:rPr>
            </w:r>
            <w:r>
              <w:rPr>
                <w:noProof/>
                <w:webHidden/>
              </w:rPr>
              <w:fldChar w:fldCharType="separate"/>
            </w:r>
            <w:r>
              <w:rPr>
                <w:noProof/>
                <w:webHidden/>
              </w:rPr>
              <w:t>28</w:t>
            </w:r>
            <w:r>
              <w:rPr>
                <w:noProof/>
                <w:webHidden/>
              </w:rPr>
              <w:fldChar w:fldCharType="end"/>
            </w:r>
          </w:hyperlink>
        </w:p>
        <w:p w14:paraId="28180FCB" w14:textId="1868AA65" w:rsidR="00FB2D65" w:rsidRDefault="00FB2D65">
          <w:pPr>
            <w:pStyle w:val="TOC2"/>
            <w:tabs>
              <w:tab w:val="right" w:leader="dot" w:pos="10070"/>
            </w:tabs>
            <w:rPr>
              <w:noProof/>
            </w:rPr>
          </w:pPr>
          <w:hyperlink w:anchor="_Toc233920673" w:history="1">
            <w:r w:rsidRPr="00D903C9">
              <w:rPr>
                <w:rStyle w:val="Hyperlink"/>
                <w:noProof/>
              </w:rPr>
              <w:t>C.4 Detailed Usability-Test Questions</w:t>
            </w:r>
            <w:r>
              <w:rPr>
                <w:noProof/>
                <w:webHidden/>
              </w:rPr>
              <w:tab/>
            </w:r>
            <w:r>
              <w:rPr>
                <w:noProof/>
                <w:webHidden/>
              </w:rPr>
              <w:fldChar w:fldCharType="begin"/>
            </w:r>
            <w:r>
              <w:rPr>
                <w:noProof/>
                <w:webHidden/>
              </w:rPr>
              <w:instrText xml:space="preserve"> PAGEREF _Toc233920673 \h </w:instrText>
            </w:r>
            <w:r>
              <w:rPr>
                <w:noProof/>
                <w:webHidden/>
              </w:rPr>
            </w:r>
            <w:r>
              <w:rPr>
                <w:noProof/>
                <w:webHidden/>
              </w:rPr>
              <w:fldChar w:fldCharType="separate"/>
            </w:r>
            <w:r>
              <w:rPr>
                <w:noProof/>
                <w:webHidden/>
              </w:rPr>
              <w:t>29</w:t>
            </w:r>
            <w:r>
              <w:rPr>
                <w:noProof/>
                <w:webHidden/>
              </w:rPr>
              <w:fldChar w:fldCharType="end"/>
            </w:r>
          </w:hyperlink>
        </w:p>
        <w:p w14:paraId="3E22A6AD" w14:textId="5E583C20" w:rsidR="00FB2D65" w:rsidRDefault="00FB2D65">
          <w:pPr>
            <w:pStyle w:val="TOC2"/>
            <w:tabs>
              <w:tab w:val="right" w:leader="dot" w:pos="10070"/>
            </w:tabs>
            <w:rPr>
              <w:noProof/>
            </w:rPr>
          </w:pPr>
          <w:hyperlink w:anchor="_Toc233920674" w:history="1">
            <w:r w:rsidRPr="00D903C9">
              <w:rPr>
                <w:rStyle w:val="Hyperlink"/>
                <w:noProof/>
              </w:rPr>
              <w:t>C.5 Five-Point Prototype Rating Statements</w:t>
            </w:r>
            <w:r>
              <w:rPr>
                <w:noProof/>
                <w:webHidden/>
              </w:rPr>
              <w:tab/>
            </w:r>
            <w:r>
              <w:rPr>
                <w:noProof/>
                <w:webHidden/>
              </w:rPr>
              <w:fldChar w:fldCharType="begin"/>
            </w:r>
            <w:r>
              <w:rPr>
                <w:noProof/>
                <w:webHidden/>
              </w:rPr>
              <w:instrText xml:space="preserve"> PAGEREF _Toc233920674 \h </w:instrText>
            </w:r>
            <w:r>
              <w:rPr>
                <w:noProof/>
                <w:webHidden/>
              </w:rPr>
            </w:r>
            <w:r>
              <w:rPr>
                <w:noProof/>
                <w:webHidden/>
              </w:rPr>
              <w:fldChar w:fldCharType="separate"/>
            </w:r>
            <w:r>
              <w:rPr>
                <w:noProof/>
                <w:webHidden/>
              </w:rPr>
              <w:t>29</w:t>
            </w:r>
            <w:r>
              <w:rPr>
                <w:noProof/>
                <w:webHidden/>
              </w:rPr>
              <w:fldChar w:fldCharType="end"/>
            </w:r>
          </w:hyperlink>
        </w:p>
        <w:p w14:paraId="52612312" w14:textId="0B2B6450" w:rsidR="00FB2D65" w:rsidRDefault="00FB2D65">
          <w:pPr>
            <w:pStyle w:val="TOC2"/>
            <w:tabs>
              <w:tab w:val="right" w:leader="dot" w:pos="10070"/>
            </w:tabs>
            <w:rPr>
              <w:noProof/>
            </w:rPr>
          </w:pPr>
          <w:hyperlink w:anchor="_Toc233920675" w:history="1">
            <w:r w:rsidRPr="00D903C9">
              <w:rPr>
                <w:rStyle w:val="Hyperlink"/>
                <w:noProof/>
              </w:rPr>
              <w:t>C.6 Data Visualisation Plan for Genuine Results</w:t>
            </w:r>
            <w:r>
              <w:rPr>
                <w:noProof/>
                <w:webHidden/>
              </w:rPr>
              <w:tab/>
            </w:r>
            <w:r>
              <w:rPr>
                <w:noProof/>
                <w:webHidden/>
              </w:rPr>
              <w:fldChar w:fldCharType="begin"/>
            </w:r>
            <w:r>
              <w:rPr>
                <w:noProof/>
                <w:webHidden/>
              </w:rPr>
              <w:instrText xml:space="preserve"> PAGEREF _Toc233920675 \h </w:instrText>
            </w:r>
            <w:r>
              <w:rPr>
                <w:noProof/>
                <w:webHidden/>
              </w:rPr>
            </w:r>
            <w:r>
              <w:rPr>
                <w:noProof/>
                <w:webHidden/>
              </w:rPr>
              <w:fldChar w:fldCharType="separate"/>
            </w:r>
            <w:r>
              <w:rPr>
                <w:noProof/>
                <w:webHidden/>
              </w:rPr>
              <w:t>30</w:t>
            </w:r>
            <w:r>
              <w:rPr>
                <w:noProof/>
                <w:webHidden/>
              </w:rPr>
              <w:fldChar w:fldCharType="end"/>
            </w:r>
          </w:hyperlink>
        </w:p>
        <w:p w14:paraId="738B5CC7" w14:textId="08B161B4" w:rsidR="00FB2D65" w:rsidRDefault="00FB2D65">
          <w:pPr>
            <w:pStyle w:val="TOC2"/>
            <w:tabs>
              <w:tab w:val="right" w:leader="dot" w:pos="10070"/>
            </w:tabs>
            <w:rPr>
              <w:noProof/>
            </w:rPr>
          </w:pPr>
          <w:hyperlink w:anchor="_Toc233920676" w:history="1">
            <w:r w:rsidRPr="00D903C9">
              <w:rPr>
                <w:rStyle w:val="Hyperlink"/>
                <w:noProof/>
              </w:rPr>
              <w:t>Appendix D: Wireframe Storyboards</w:t>
            </w:r>
            <w:r>
              <w:rPr>
                <w:noProof/>
                <w:webHidden/>
              </w:rPr>
              <w:tab/>
            </w:r>
            <w:r>
              <w:rPr>
                <w:noProof/>
                <w:webHidden/>
              </w:rPr>
              <w:fldChar w:fldCharType="begin"/>
            </w:r>
            <w:r>
              <w:rPr>
                <w:noProof/>
                <w:webHidden/>
              </w:rPr>
              <w:instrText xml:space="preserve"> PAGEREF _Toc233920676 \h </w:instrText>
            </w:r>
            <w:r>
              <w:rPr>
                <w:noProof/>
                <w:webHidden/>
              </w:rPr>
            </w:r>
            <w:r>
              <w:rPr>
                <w:noProof/>
                <w:webHidden/>
              </w:rPr>
              <w:fldChar w:fldCharType="separate"/>
            </w:r>
            <w:r>
              <w:rPr>
                <w:noProof/>
                <w:webHidden/>
              </w:rPr>
              <w:t>30</w:t>
            </w:r>
            <w:r>
              <w:rPr>
                <w:noProof/>
                <w:webHidden/>
              </w:rPr>
              <w:fldChar w:fldCharType="end"/>
            </w:r>
          </w:hyperlink>
        </w:p>
        <w:p w14:paraId="44732612" w14:textId="02B6FEB0" w:rsidR="00FB2D65" w:rsidRDefault="00FB2D65">
          <w:pPr>
            <w:pStyle w:val="TOC2"/>
            <w:tabs>
              <w:tab w:val="right" w:leader="dot" w:pos="10070"/>
            </w:tabs>
            <w:rPr>
              <w:noProof/>
            </w:rPr>
          </w:pPr>
          <w:hyperlink w:anchor="_Toc233920677" w:history="1">
            <w:r w:rsidRPr="00D903C9">
              <w:rPr>
                <w:rStyle w:val="Hyperlink"/>
                <w:noProof/>
              </w:rPr>
              <w:t>Appendix E: Feedback Summary</w:t>
            </w:r>
            <w:r>
              <w:rPr>
                <w:noProof/>
                <w:webHidden/>
              </w:rPr>
              <w:tab/>
            </w:r>
            <w:r>
              <w:rPr>
                <w:noProof/>
                <w:webHidden/>
              </w:rPr>
              <w:fldChar w:fldCharType="begin"/>
            </w:r>
            <w:r>
              <w:rPr>
                <w:noProof/>
                <w:webHidden/>
              </w:rPr>
              <w:instrText xml:space="preserve"> PAGEREF _Toc233920677 \h </w:instrText>
            </w:r>
            <w:r>
              <w:rPr>
                <w:noProof/>
                <w:webHidden/>
              </w:rPr>
            </w:r>
            <w:r>
              <w:rPr>
                <w:noProof/>
                <w:webHidden/>
              </w:rPr>
              <w:fldChar w:fldCharType="separate"/>
            </w:r>
            <w:r>
              <w:rPr>
                <w:noProof/>
                <w:webHidden/>
              </w:rPr>
              <w:t>42</w:t>
            </w:r>
            <w:r>
              <w:rPr>
                <w:noProof/>
                <w:webHidden/>
              </w:rPr>
              <w:fldChar w:fldCharType="end"/>
            </w:r>
          </w:hyperlink>
        </w:p>
        <w:p w14:paraId="10884A0C" w14:textId="011217AC" w:rsidR="00FB2D65" w:rsidRDefault="00FB2D65">
          <w:pPr>
            <w:pStyle w:val="TOC2"/>
            <w:tabs>
              <w:tab w:val="right" w:leader="dot" w:pos="10070"/>
            </w:tabs>
            <w:rPr>
              <w:noProof/>
            </w:rPr>
          </w:pPr>
          <w:hyperlink w:anchor="_Toc233920678" w:history="1">
            <w:r w:rsidRPr="00D903C9">
              <w:rPr>
                <w:rStyle w:val="Hyperlink"/>
                <w:noProof/>
              </w:rPr>
              <w:t>Appendix E.1: Cognito Forms Questionnaire</w:t>
            </w:r>
            <w:r>
              <w:rPr>
                <w:noProof/>
                <w:webHidden/>
              </w:rPr>
              <w:tab/>
            </w:r>
            <w:r>
              <w:rPr>
                <w:noProof/>
                <w:webHidden/>
              </w:rPr>
              <w:fldChar w:fldCharType="begin"/>
            </w:r>
            <w:r>
              <w:rPr>
                <w:noProof/>
                <w:webHidden/>
              </w:rPr>
              <w:instrText xml:space="preserve"> PAGEREF _Toc233920678 \h </w:instrText>
            </w:r>
            <w:r>
              <w:rPr>
                <w:noProof/>
                <w:webHidden/>
              </w:rPr>
            </w:r>
            <w:r>
              <w:rPr>
                <w:noProof/>
                <w:webHidden/>
              </w:rPr>
              <w:fldChar w:fldCharType="separate"/>
            </w:r>
            <w:r>
              <w:rPr>
                <w:noProof/>
                <w:webHidden/>
              </w:rPr>
              <w:t>42</w:t>
            </w:r>
            <w:r>
              <w:rPr>
                <w:noProof/>
                <w:webHidden/>
              </w:rPr>
              <w:fldChar w:fldCharType="end"/>
            </w:r>
          </w:hyperlink>
        </w:p>
        <w:p w14:paraId="578D691A" w14:textId="07202C43" w:rsidR="00FB2D65" w:rsidRDefault="00FB2D65">
          <w:pPr>
            <w:pStyle w:val="TOC2"/>
            <w:tabs>
              <w:tab w:val="right" w:leader="dot" w:pos="10070"/>
            </w:tabs>
            <w:rPr>
              <w:noProof/>
            </w:rPr>
          </w:pPr>
          <w:hyperlink w:anchor="_Toc233920679" w:history="1">
            <w:r w:rsidRPr="00D903C9">
              <w:rPr>
                <w:rStyle w:val="Hyperlink"/>
                <w:noProof/>
              </w:rPr>
              <w:t>Appendix E.2: Black-and-White Interactive HTML Prototype</w:t>
            </w:r>
            <w:r>
              <w:rPr>
                <w:noProof/>
                <w:webHidden/>
              </w:rPr>
              <w:tab/>
            </w:r>
            <w:r>
              <w:rPr>
                <w:noProof/>
                <w:webHidden/>
              </w:rPr>
              <w:fldChar w:fldCharType="begin"/>
            </w:r>
            <w:r>
              <w:rPr>
                <w:noProof/>
                <w:webHidden/>
              </w:rPr>
              <w:instrText xml:space="preserve"> PAGEREF _Toc233920679 \h </w:instrText>
            </w:r>
            <w:r>
              <w:rPr>
                <w:noProof/>
                <w:webHidden/>
              </w:rPr>
            </w:r>
            <w:r>
              <w:rPr>
                <w:noProof/>
                <w:webHidden/>
              </w:rPr>
              <w:fldChar w:fldCharType="separate"/>
            </w:r>
            <w:r>
              <w:rPr>
                <w:noProof/>
                <w:webHidden/>
              </w:rPr>
              <w:t>45</w:t>
            </w:r>
            <w:r>
              <w:rPr>
                <w:noProof/>
                <w:webHidden/>
              </w:rPr>
              <w:fldChar w:fldCharType="end"/>
            </w:r>
          </w:hyperlink>
        </w:p>
        <w:p w14:paraId="6705F3DE" w14:textId="0095B905" w:rsidR="00FB2D65" w:rsidRDefault="00FB2D65">
          <w:pPr>
            <w:pStyle w:val="TOC1"/>
            <w:tabs>
              <w:tab w:val="right" w:leader="dot" w:pos="10070"/>
            </w:tabs>
            <w:rPr>
              <w:noProof/>
            </w:rPr>
          </w:pPr>
          <w:hyperlink w:anchor="_Toc233920680" w:history="1">
            <w:r w:rsidRPr="00D903C9">
              <w:rPr>
                <w:rStyle w:val="Hyperlink"/>
                <w:noProof/>
              </w:rPr>
              <w:t>Appendix F: Prototype Fidelity</w:t>
            </w:r>
            <w:r>
              <w:rPr>
                <w:noProof/>
                <w:webHidden/>
              </w:rPr>
              <w:tab/>
            </w:r>
            <w:r>
              <w:rPr>
                <w:noProof/>
                <w:webHidden/>
              </w:rPr>
              <w:fldChar w:fldCharType="begin"/>
            </w:r>
            <w:r>
              <w:rPr>
                <w:noProof/>
                <w:webHidden/>
              </w:rPr>
              <w:instrText xml:space="preserve"> PAGEREF _Toc233920680 \h </w:instrText>
            </w:r>
            <w:r>
              <w:rPr>
                <w:noProof/>
                <w:webHidden/>
              </w:rPr>
            </w:r>
            <w:r>
              <w:rPr>
                <w:noProof/>
                <w:webHidden/>
              </w:rPr>
              <w:fldChar w:fldCharType="separate"/>
            </w:r>
            <w:r>
              <w:rPr>
                <w:noProof/>
                <w:webHidden/>
              </w:rPr>
              <w:t>46</w:t>
            </w:r>
            <w:r>
              <w:rPr>
                <w:noProof/>
                <w:webHidden/>
              </w:rPr>
              <w:fldChar w:fldCharType="end"/>
            </w:r>
          </w:hyperlink>
        </w:p>
        <w:p w14:paraId="6A697B4A" w14:textId="719534EC" w:rsidR="00FB2D65" w:rsidRDefault="00FB2D65">
          <w:pPr>
            <w:pStyle w:val="TOC2"/>
            <w:tabs>
              <w:tab w:val="right" w:leader="dot" w:pos="10070"/>
            </w:tabs>
            <w:rPr>
              <w:noProof/>
            </w:rPr>
          </w:pPr>
          <w:hyperlink w:anchor="_Toc233920681" w:history="1">
            <w:r w:rsidRPr="00D903C9">
              <w:rPr>
                <w:rStyle w:val="Hyperlink"/>
                <w:noProof/>
              </w:rPr>
              <w:t>F.1 Low-Fidelity Start Screen</w:t>
            </w:r>
            <w:r>
              <w:rPr>
                <w:noProof/>
                <w:webHidden/>
              </w:rPr>
              <w:tab/>
            </w:r>
            <w:r>
              <w:rPr>
                <w:noProof/>
                <w:webHidden/>
              </w:rPr>
              <w:fldChar w:fldCharType="begin"/>
            </w:r>
            <w:r>
              <w:rPr>
                <w:noProof/>
                <w:webHidden/>
              </w:rPr>
              <w:instrText xml:space="preserve"> PAGEREF _Toc233920681 \h </w:instrText>
            </w:r>
            <w:r>
              <w:rPr>
                <w:noProof/>
                <w:webHidden/>
              </w:rPr>
            </w:r>
            <w:r>
              <w:rPr>
                <w:noProof/>
                <w:webHidden/>
              </w:rPr>
              <w:fldChar w:fldCharType="separate"/>
            </w:r>
            <w:r>
              <w:rPr>
                <w:noProof/>
                <w:webHidden/>
              </w:rPr>
              <w:t>47</w:t>
            </w:r>
            <w:r>
              <w:rPr>
                <w:noProof/>
                <w:webHidden/>
              </w:rPr>
              <w:fldChar w:fldCharType="end"/>
            </w:r>
          </w:hyperlink>
        </w:p>
        <w:p w14:paraId="6BABB872" w14:textId="468FAA49" w:rsidR="00FB2D65" w:rsidRDefault="00FB2D65">
          <w:pPr>
            <w:pStyle w:val="TOC2"/>
            <w:tabs>
              <w:tab w:val="right" w:leader="dot" w:pos="10070"/>
            </w:tabs>
            <w:rPr>
              <w:noProof/>
            </w:rPr>
          </w:pPr>
          <w:hyperlink w:anchor="_Toc233920682" w:history="1">
            <w:r w:rsidRPr="00D903C9">
              <w:rPr>
                <w:rStyle w:val="Hyperlink"/>
                <w:noProof/>
              </w:rPr>
              <w:t>F.2 Mid-Fidelity Start Screen</w:t>
            </w:r>
            <w:r>
              <w:rPr>
                <w:noProof/>
                <w:webHidden/>
              </w:rPr>
              <w:tab/>
            </w:r>
            <w:r>
              <w:rPr>
                <w:noProof/>
                <w:webHidden/>
              </w:rPr>
              <w:fldChar w:fldCharType="begin"/>
            </w:r>
            <w:r>
              <w:rPr>
                <w:noProof/>
                <w:webHidden/>
              </w:rPr>
              <w:instrText xml:space="preserve"> PAGEREF _Toc233920682 \h </w:instrText>
            </w:r>
            <w:r>
              <w:rPr>
                <w:noProof/>
                <w:webHidden/>
              </w:rPr>
            </w:r>
            <w:r>
              <w:rPr>
                <w:noProof/>
                <w:webHidden/>
              </w:rPr>
              <w:fldChar w:fldCharType="separate"/>
            </w:r>
            <w:r>
              <w:rPr>
                <w:noProof/>
                <w:webHidden/>
              </w:rPr>
              <w:t>48</w:t>
            </w:r>
            <w:r>
              <w:rPr>
                <w:noProof/>
                <w:webHidden/>
              </w:rPr>
              <w:fldChar w:fldCharType="end"/>
            </w:r>
          </w:hyperlink>
        </w:p>
        <w:p w14:paraId="35CFE334" w14:textId="4662EA1B" w:rsidR="00FB2D65" w:rsidRDefault="00FB2D65">
          <w:pPr>
            <w:pStyle w:val="TOC2"/>
            <w:tabs>
              <w:tab w:val="right" w:leader="dot" w:pos="10070"/>
            </w:tabs>
            <w:rPr>
              <w:noProof/>
            </w:rPr>
          </w:pPr>
          <w:hyperlink w:anchor="_Toc233920683" w:history="1">
            <w:r w:rsidRPr="00D903C9">
              <w:rPr>
                <w:rStyle w:val="Hyperlink"/>
                <w:noProof/>
              </w:rPr>
              <w:t>F.3 High-Fidelity Monochrome Preview</w:t>
            </w:r>
            <w:r>
              <w:rPr>
                <w:noProof/>
                <w:webHidden/>
              </w:rPr>
              <w:tab/>
            </w:r>
            <w:r>
              <w:rPr>
                <w:noProof/>
                <w:webHidden/>
              </w:rPr>
              <w:fldChar w:fldCharType="begin"/>
            </w:r>
            <w:r>
              <w:rPr>
                <w:noProof/>
                <w:webHidden/>
              </w:rPr>
              <w:instrText xml:space="preserve"> PAGEREF _Toc233920683 \h </w:instrText>
            </w:r>
            <w:r>
              <w:rPr>
                <w:noProof/>
                <w:webHidden/>
              </w:rPr>
            </w:r>
            <w:r>
              <w:rPr>
                <w:noProof/>
                <w:webHidden/>
              </w:rPr>
              <w:fldChar w:fldCharType="separate"/>
            </w:r>
            <w:r>
              <w:rPr>
                <w:noProof/>
                <w:webHidden/>
              </w:rPr>
              <w:t>49</w:t>
            </w:r>
            <w:r>
              <w:rPr>
                <w:noProof/>
                <w:webHidden/>
              </w:rPr>
              <w:fldChar w:fldCharType="end"/>
            </w:r>
          </w:hyperlink>
        </w:p>
        <w:p w14:paraId="6B312E71" w14:textId="5BBBDF2E" w:rsidR="00FB2D65" w:rsidRDefault="00FB2D65">
          <w:r>
            <w:rPr>
              <w:b/>
              <w:bCs/>
              <w:noProof/>
            </w:rPr>
            <w:fldChar w:fldCharType="end"/>
          </w:r>
        </w:p>
      </w:sdtContent>
    </w:sdt>
    <w:p w14:paraId="0EFD23FE" w14:textId="77777777" w:rsidR="00FB2D65" w:rsidRDefault="00FB2D65">
      <w:pPr>
        <w:pStyle w:val="Heading1"/>
      </w:pPr>
    </w:p>
    <w:p w14:paraId="52C3C29A" w14:textId="368FDD3C"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r>
        <w:fldChar w:fldCharType="begin"/>
      </w:r>
      <w:r>
        <w:instrText xml:space="preserve"> TOC \h \z \c "Figure" </w:instrText>
      </w:r>
      <w:r>
        <w:fldChar w:fldCharType="separate"/>
      </w:r>
      <w:hyperlink w:anchor="_Toc233923761" w:history="1">
        <w:r w:rsidRPr="0016605F">
          <w:rPr>
            <w:rStyle w:val="Hyperlink"/>
            <w:noProof/>
          </w:rPr>
          <w:t>Figure 1 Persona coverage across user groups within the six-persona design set.</w:t>
        </w:r>
        <w:r>
          <w:rPr>
            <w:noProof/>
            <w:webHidden/>
          </w:rPr>
          <w:tab/>
        </w:r>
        <w:r>
          <w:rPr>
            <w:noProof/>
            <w:webHidden/>
          </w:rPr>
          <w:fldChar w:fldCharType="begin"/>
        </w:r>
        <w:r>
          <w:rPr>
            <w:noProof/>
            <w:webHidden/>
          </w:rPr>
          <w:instrText xml:space="preserve"> PAGEREF _Toc233923761 \h </w:instrText>
        </w:r>
        <w:r>
          <w:rPr>
            <w:noProof/>
            <w:webHidden/>
          </w:rPr>
        </w:r>
        <w:r>
          <w:rPr>
            <w:noProof/>
            <w:webHidden/>
          </w:rPr>
          <w:fldChar w:fldCharType="separate"/>
        </w:r>
        <w:r>
          <w:rPr>
            <w:noProof/>
            <w:webHidden/>
          </w:rPr>
          <w:t>7</w:t>
        </w:r>
        <w:r>
          <w:rPr>
            <w:noProof/>
            <w:webHidden/>
          </w:rPr>
          <w:fldChar w:fldCharType="end"/>
        </w:r>
      </w:hyperlink>
    </w:p>
    <w:p w14:paraId="3B0D68FC" w14:textId="20EAD594"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2" w:history="1">
        <w:r w:rsidRPr="0016605F">
          <w:rPr>
            <w:rStyle w:val="Hyperlink"/>
            <w:noProof/>
          </w:rPr>
          <w:t>Figure 2 Accessibility and usability priorities derived from the persona requirements.</w:t>
        </w:r>
        <w:r>
          <w:rPr>
            <w:noProof/>
            <w:webHidden/>
          </w:rPr>
          <w:tab/>
        </w:r>
        <w:r>
          <w:rPr>
            <w:noProof/>
            <w:webHidden/>
          </w:rPr>
          <w:fldChar w:fldCharType="begin"/>
        </w:r>
        <w:r>
          <w:rPr>
            <w:noProof/>
            <w:webHidden/>
          </w:rPr>
          <w:instrText xml:space="preserve"> PAGEREF _Toc233923762 \h </w:instrText>
        </w:r>
        <w:r>
          <w:rPr>
            <w:noProof/>
            <w:webHidden/>
          </w:rPr>
        </w:r>
        <w:r>
          <w:rPr>
            <w:noProof/>
            <w:webHidden/>
          </w:rPr>
          <w:fldChar w:fldCharType="separate"/>
        </w:r>
        <w:r>
          <w:rPr>
            <w:noProof/>
            <w:webHidden/>
          </w:rPr>
          <w:t>8</w:t>
        </w:r>
        <w:r>
          <w:rPr>
            <w:noProof/>
            <w:webHidden/>
          </w:rPr>
          <w:fldChar w:fldCharType="end"/>
        </w:r>
      </w:hyperlink>
    </w:p>
    <w:p w14:paraId="0C8159A0" w14:textId="483FC562"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3" w:history="1">
        <w:r w:rsidRPr="0016605F">
          <w:rPr>
            <w:rStyle w:val="Hyperlink"/>
            <w:noProof/>
          </w:rPr>
          <w:t>Figure 3 Storyboard navigation flow between the eleven mobile screens.</w:t>
        </w:r>
        <w:r>
          <w:rPr>
            <w:noProof/>
            <w:webHidden/>
          </w:rPr>
          <w:tab/>
        </w:r>
        <w:r>
          <w:rPr>
            <w:noProof/>
            <w:webHidden/>
          </w:rPr>
          <w:fldChar w:fldCharType="begin"/>
        </w:r>
        <w:r>
          <w:rPr>
            <w:noProof/>
            <w:webHidden/>
          </w:rPr>
          <w:instrText xml:space="preserve"> PAGEREF _Toc233923763 \h </w:instrText>
        </w:r>
        <w:r>
          <w:rPr>
            <w:noProof/>
            <w:webHidden/>
          </w:rPr>
        </w:r>
        <w:r>
          <w:rPr>
            <w:noProof/>
            <w:webHidden/>
          </w:rPr>
          <w:fldChar w:fldCharType="separate"/>
        </w:r>
        <w:r>
          <w:rPr>
            <w:noProof/>
            <w:webHidden/>
          </w:rPr>
          <w:t>16</w:t>
        </w:r>
        <w:r>
          <w:rPr>
            <w:noProof/>
            <w:webHidden/>
          </w:rPr>
          <w:fldChar w:fldCharType="end"/>
        </w:r>
      </w:hyperlink>
    </w:p>
    <w:p w14:paraId="59580CF1" w14:textId="5419B12B"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4" w:history="1">
        <w:r w:rsidRPr="0016605F">
          <w:rPr>
            <w:rStyle w:val="Hyperlink"/>
            <w:noProof/>
          </w:rPr>
          <w:t>Figure 4 Start Screen wireframe.</w:t>
        </w:r>
        <w:r>
          <w:rPr>
            <w:noProof/>
            <w:webHidden/>
          </w:rPr>
          <w:tab/>
        </w:r>
        <w:r>
          <w:rPr>
            <w:noProof/>
            <w:webHidden/>
          </w:rPr>
          <w:fldChar w:fldCharType="begin"/>
        </w:r>
        <w:r>
          <w:rPr>
            <w:noProof/>
            <w:webHidden/>
          </w:rPr>
          <w:instrText xml:space="preserve"> PAGEREF _Toc233923764 \h </w:instrText>
        </w:r>
        <w:r>
          <w:rPr>
            <w:noProof/>
            <w:webHidden/>
          </w:rPr>
        </w:r>
        <w:r>
          <w:rPr>
            <w:noProof/>
            <w:webHidden/>
          </w:rPr>
          <w:fldChar w:fldCharType="separate"/>
        </w:r>
        <w:r>
          <w:rPr>
            <w:noProof/>
            <w:webHidden/>
          </w:rPr>
          <w:t>33</w:t>
        </w:r>
        <w:r>
          <w:rPr>
            <w:noProof/>
            <w:webHidden/>
          </w:rPr>
          <w:fldChar w:fldCharType="end"/>
        </w:r>
      </w:hyperlink>
    </w:p>
    <w:p w14:paraId="21F54DC6" w14:textId="6120CA3D"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5" w:history="1">
        <w:r w:rsidRPr="0016605F">
          <w:rPr>
            <w:rStyle w:val="Hyperlink"/>
            <w:noProof/>
          </w:rPr>
          <w:t>Figure 5 Select Play Mode wireframe.</w:t>
        </w:r>
        <w:r>
          <w:rPr>
            <w:noProof/>
            <w:webHidden/>
          </w:rPr>
          <w:tab/>
        </w:r>
        <w:r>
          <w:rPr>
            <w:noProof/>
            <w:webHidden/>
          </w:rPr>
          <w:fldChar w:fldCharType="begin"/>
        </w:r>
        <w:r>
          <w:rPr>
            <w:noProof/>
            <w:webHidden/>
          </w:rPr>
          <w:instrText xml:space="preserve"> PAGEREF _Toc233923765 \h </w:instrText>
        </w:r>
        <w:r>
          <w:rPr>
            <w:noProof/>
            <w:webHidden/>
          </w:rPr>
        </w:r>
        <w:r>
          <w:rPr>
            <w:noProof/>
            <w:webHidden/>
          </w:rPr>
          <w:fldChar w:fldCharType="separate"/>
        </w:r>
        <w:r>
          <w:rPr>
            <w:noProof/>
            <w:webHidden/>
          </w:rPr>
          <w:t>34</w:t>
        </w:r>
        <w:r>
          <w:rPr>
            <w:noProof/>
            <w:webHidden/>
          </w:rPr>
          <w:fldChar w:fldCharType="end"/>
        </w:r>
      </w:hyperlink>
    </w:p>
    <w:p w14:paraId="5AB55EB3" w14:textId="66AC8E7E"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6" w:history="1">
        <w:r w:rsidRPr="0016605F">
          <w:rPr>
            <w:rStyle w:val="Hyperlink"/>
            <w:noProof/>
          </w:rPr>
          <w:t>Figure 6 Create or Join Game wireframe.</w:t>
        </w:r>
        <w:r>
          <w:rPr>
            <w:noProof/>
            <w:webHidden/>
          </w:rPr>
          <w:tab/>
        </w:r>
        <w:r>
          <w:rPr>
            <w:noProof/>
            <w:webHidden/>
          </w:rPr>
          <w:fldChar w:fldCharType="begin"/>
        </w:r>
        <w:r>
          <w:rPr>
            <w:noProof/>
            <w:webHidden/>
          </w:rPr>
          <w:instrText xml:space="preserve"> PAGEREF _Toc233923766 \h </w:instrText>
        </w:r>
        <w:r>
          <w:rPr>
            <w:noProof/>
            <w:webHidden/>
          </w:rPr>
        </w:r>
        <w:r>
          <w:rPr>
            <w:noProof/>
            <w:webHidden/>
          </w:rPr>
          <w:fldChar w:fldCharType="separate"/>
        </w:r>
        <w:r>
          <w:rPr>
            <w:noProof/>
            <w:webHidden/>
          </w:rPr>
          <w:t>35</w:t>
        </w:r>
        <w:r>
          <w:rPr>
            <w:noProof/>
            <w:webHidden/>
          </w:rPr>
          <w:fldChar w:fldCharType="end"/>
        </w:r>
      </w:hyperlink>
    </w:p>
    <w:p w14:paraId="7AFED496" w14:textId="242B52C1"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7" w:history="1">
        <w:r w:rsidRPr="0016605F">
          <w:rPr>
            <w:rStyle w:val="Hyperlink"/>
            <w:noProof/>
          </w:rPr>
          <w:t>Figure 7 Choose Campus wireframe.</w:t>
        </w:r>
        <w:r>
          <w:rPr>
            <w:noProof/>
            <w:webHidden/>
          </w:rPr>
          <w:tab/>
        </w:r>
        <w:r>
          <w:rPr>
            <w:noProof/>
            <w:webHidden/>
          </w:rPr>
          <w:fldChar w:fldCharType="begin"/>
        </w:r>
        <w:r>
          <w:rPr>
            <w:noProof/>
            <w:webHidden/>
          </w:rPr>
          <w:instrText xml:space="preserve"> PAGEREF _Toc233923767 \h </w:instrText>
        </w:r>
        <w:r>
          <w:rPr>
            <w:noProof/>
            <w:webHidden/>
          </w:rPr>
        </w:r>
        <w:r>
          <w:rPr>
            <w:noProof/>
            <w:webHidden/>
          </w:rPr>
          <w:fldChar w:fldCharType="separate"/>
        </w:r>
        <w:r>
          <w:rPr>
            <w:noProof/>
            <w:webHidden/>
          </w:rPr>
          <w:t>36</w:t>
        </w:r>
        <w:r>
          <w:rPr>
            <w:noProof/>
            <w:webHidden/>
          </w:rPr>
          <w:fldChar w:fldCharType="end"/>
        </w:r>
      </w:hyperlink>
    </w:p>
    <w:p w14:paraId="1D2E7D59" w14:textId="3A3AEB8F"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8" w:history="1">
        <w:r w:rsidRPr="0016605F">
          <w:rPr>
            <w:rStyle w:val="Hyperlink"/>
            <w:noProof/>
          </w:rPr>
          <w:t>Figure 8 Choose Role wireframe.</w:t>
        </w:r>
        <w:r>
          <w:rPr>
            <w:noProof/>
            <w:webHidden/>
          </w:rPr>
          <w:tab/>
        </w:r>
        <w:r>
          <w:rPr>
            <w:noProof/>
            <w:webHidden/>
          </w:rPr>
          <w:fldChar w:fldCharType="begin"/>
        </w:r>
        <w:r>
          <w:rPr>
            <w:noProof/>
            <w:webHidden/>
          </w:rPr>
          <w:instrText xml:space="preserve"> PAGEREF _Toc233923768 \h </w:instrText>
        </w:r>
        <w:r>
          <w:rPr>
            <w:noProof/>
            <w:webHidden/>
          </w:rPr>
        </w:r>
        <w:r>
          <w:rPr>
            <w:noProof/>
            <w:webHidden/>
          </w:rPr>
          <w:fldChar w:fldCharType="separate"/>
        </w:r>
        <w:r>
          <w:rPr>
            <w:noProof/>
            <w:webHidden/>
          </w:rPr>
          <w:t>37</w:t>
        </w:r>
        <w:r>
          <w:rPr>
            <w:noProof/>
            <w:webHidden/>
          </w:rPr>
          <w:fldChar w:fldCharType="end"/>
        </w:r>
      </w:hyperlink>
    </w:p>
    <w:p w14:paraId="1B8B86BE" w14:textId="16D6C87E"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69" w:history="1">
        <w:r w:rsidRPr="0016605F">
          <w:rPr>
            <w:rStyle w:val="Hyperlink"/>
            <w:noProof/>
          </w:rPr>
          <w:t>Figure 9 Campus Outbreak Map wireframe.</w:t>
        </w:r>
        <w:r>
          <w:rPr>
            <w:noProof/>
            <w:webHidden/>
          </w:rPr>
          <w:tab/>
        </w:r>
        <w:r>
          <w:rPr>
            <w:noProof/>
            <w:webHidden/>
          </w:rPr>
          <w:fldChar w:fldCharType="begin"/>
        </w:r>
        <w:r>
          <w:rPr>
            <w:noProof/>
            <w:webHidden/>
          </w:rPr>
          <w:instrText xml:space="preserve"> PAGEREF _Toc233923769 \h </w:instrText>
        </w:r>
        <w:r>
          <w:rPr>
            <w:noProof/>
            <w:webHidden/>
          </w:rPr>
        </w:r>
        <w:r>
          <w:rPr>
            <w:noProof/>
            <w:webHidden/>
          </w:rPr>
          <w:fldChar w:fldCharType="separate"/>
        </w:r>
        <w:r>
          <w:rPr>
            <w:noProof/>
            <w:webHidden/>
          </w:rPr>
          <w:t>38</w:t>
        </w:r>
        <w:r>
          <w:rPr>
            <w:noProof/>
            <w:webHidden/>
          </w:rPr>
          <w:fldChar w:fldCharType="end"/>
        </w:r>
      </w:hyperlink>
    </w:p>
    <w:p w14:paraId="52BCDE78" w14:textId="6065817D"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0" w:history="1">
        <w:r w:rsidRPr="0016605F">
          <w:rPr>
            <w:rStyle w:val="Hyperlink"/>
            <w:noProof/>
          </w:rPr>
          <w:t>Figure 10 Outbreak Alert wireframe.</w:t>
        </w:r>
        <w:r>
          <w:rPr>
            <w:noProof/>
            <w:webHidden/>
          </w:rPr>
          <w:tab/>
        </w:r>
        <w:r>
          <w:rPr>
            <w:noProof/>
            <w:webHidden/>
          </w:rPr>
          <w:fldChar w:fldCharType="begin"/>
        </w:r>
        <w:r>
          <w:rPr>
            <w:noProof/>
            <w:webHidden/>
          </w:rPr>
          <w:instrText xml:space="preserve"> PAGEREF _Toc233923770 \h </w:instrText>
        </w:r>
        <w:r>
          <w:rPr>
            <w:noProof/>
            <w:webHidden/>
          </w:rPr>
        </w:r>
        <w:r>
          <w:rPr>
            <w:noProof/>
            <w:webHidden/>
          </w:rPr>
          <w:fldChar w:fldCharType="separate"/>
        </w:r>
        <w:r>
          <w:rPr>
            <w:noProof/>
            <w:webHidden/>
          </w:rPr>
          <w:t>39</w:t>
        </w:r>
        <w:r>
          <w:rPr>
            <w:noProof/>
            <w:webHidden/>
          </w:rPr>
          <w:fldChar w:fldCharType="end"/>
        </w:r>
      </w:hyperlink>
    </w:p>
    <w:p w14:paraId="32AF8B52" w14:textId="059127EF"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1" w:history="1">
        <w:r w:rsidRPr="0016605F">
          <w:rPr>
            <w:rStyle w:val="Hyperlink"/>
            <w:noProof/>
          </w:rPr>
          <w:t>Figure 11 Player Action wireframe.</w:t>
        </w:r>
        <w:r>
          <w:rPr>
            <w:noProof/>
            <w:webHidden/>
          </w:rPr>
          <w:tab/>
        </w:r>
        <w:r>
          <w:rPr>
            <w:noProof/>
            <w:webHidden/>
          </w:rPr>
          <w:fldChar w:fldCharType="begin"/>
        </w:r>
        <w:r>
          <w:rPr>
            <w:noProof/>
            <w:webHidden/>
          </w:rPr>
          <w:instrText xml:space="preserve"> PAGEREF _Toc233923771 \h </w:instrText>
        </w:r>
        <w:r>
          <w:rPr>
            <w:noProof/>
            <w:webHidden/>
          </w:rPr>
        </w:r>
        <w:r>
          <w:rPr>
            <w:noProof/>
            <w:webHidden/>
          </w:rPr>
          <w:fldChar w:fldCharType="separate"/>
        </w:r>
        <w:r>
          <w:rPr>
            <w:noProof/>
            <w:webHidden/>
          </w:rPr>
          <w:t>40</w:t>
        </w:r>
        <w:r>
          <w:rPr>
            <w:noProof/>
            <w:webHidden/>
          </w:rPr>
          <w:fldChar w:fldCharType="end"/>
        </w:r>
      </w:hyperlink>
    </w:p>
    <w:p w14:paraId="13808795" w14:textId="50411816"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2" w:history="1">
        <w:r w:rsidRPr="0016605F">
          <w:rPr>
            <w:rStyle w:val="Hyperlink"/>
            <w:noProof/>
          </w:rPr>
          <w:t>Figure 12 Cure Progress wireframe.</w:t>
        </w:r>
        <w:r>
          <w:rPr>
            <w:noProof/>
            <w:webHidden/>
          </w:rPr>
          <w:tab/>
        </w:r>
        <w:r>
          <w:rPr>
            <w:noProof/>
            <w:webHidden/>
          </w:rPr>
          <w:fldChar w:fldCharType="begin"/>
        </w:r>
        <w:r>
          <w:rPr>
            <w:noProof/>
            <w:webHidden/>
          </w:rPr>
          <w:instrText xml:space="preserve"> PAGEREF _Toc233923772 \h </w:instrText>
        </w:r>
        <w:r>
          <w:rPr>
            <w:noProof/>
            <w:webHidden/>
          </w:rPr>
        </w:r>
        <w:r>
          <w:rPr>
            <w:noProof/>
            <w:webHidden/>
          </w:rPr>
          <w:fldChar w:fldCharType="separate"/>
        </w:r>
        <w:r>
          <w:rPr>
            <w:noProof/>
            <w:webHidden/>
          </w:rPr>
          <w:t>41</w:t>
        </w:r>
        <w:r>
          <w:rPr>
            <w:noProof/>
            <w:webHidden/>
          </w:rPr>
          <w:fldChar w:fldCharType="end"/>
        </w:r>
      </w:hyperlink>
    </w:p>
    <w:p w14:paraId="44DE1AD9" w14:textId="4E61F14D"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3" w:history="1">
        <w:r w:rsidRPr="0016605F">
          <w:rPr>
            <w:rStyle w:val="Hyperlink"/>
            <w:noProof/>
          </w:rPr>
          <w:t>Figure 13 Team Status wireframe.</w:t>
        </w:r>
        <w:r>
          <w:rPr>
            <w:noProof/>
            <w:webHidden/>
          </w:rPr>
          <w:tab/>
        </w:r>
        <w:r>
          <w:rPr>
            <w:noProof/>
            <w:webHidden/>
          </w:rPr>
          <w:fldChar w:fldCharType="begin"/>
        </w:r>
        <w:r>
          <w:rPr>
            <w:noProof/>
            <w:webHidden/>
          </w:rPr>
          <w:instrText xml:space="preserve"> PAGEREF _Toc233923773 \h </w:instrText>
        </w:r>
        <w:r>
          <w:rPr>
            <w:noProof/>
            <w:webHidden/>
          </w:rPr>
        </w:r>
        <w:r>
          <w:rPr>
            <w:noProof/>
            <w:webHidden/>
          </w:rPr>
          <w:fldChar w:fldCharType="separate"/>
        </w:r>
        <w:r>
          <w:rPr>
            <w:noProof/>
            <w:webHidden/>
          </w:rPr>
          <w:t>42</w:t>
        </w:r>
        <w:r>
          <w:rPr>
            <w:noProof/>
            <w:webHidden/>
          </w:rPr>
          <w:fldChar w:fldCharType="end"/>
        </w:r>
      </w:hyperlink>
    </w:p>
    <w:p w14:paraId="17B8C7C2" w14:textId="3C7B96FE"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4" w:history="1">
        <w:r w:rsidRPr="0016605F">
          <w:rPr>
            <w:rStyle w:val="Hyperlink"/>
            <w:noProof/>
          </w:rPr>
          <w:t>Figure 14 Mission Result wireframe.</w:t>
        </w:r>
        <w:r>
          <w:rPr>
            <w:noProof/>
            <w:webHidden/>
          </w:rPr>
          <w:tab/>
        </w:r>
        <w:r>
          <w:rPr>
            <w:noProof/>
            <w:webHidden/>
          </w:rPr>
          <w:fldChar w:fldCharType="begin"/>
        </w:r>
        <w:r>
          <w:rPr>
            <w:noProof/>
            <w:webHidden/>
          </w:rPr>
          <w:instrText xml:space="preserve"> PAGEREF _Toc233923774 \h </w:instrText>
        </w:r>
        <w:r>
          <w:rPr>
            <w:noProof/>
            <w:webHidden/>
          </w:rPr>
        </w:r>
        <w:r>
          <w:rPr>
            <w:noProof/>
            <w:webHidden/>
          </w:rPr>
          <w:fldChar w:fldCharType="separate"/>
        </w:r>
        <w:r>
          <w:rPr>
            <w:noProof/>
            <w:webHidden/>
          </w:rPr>
          <w:t>43</w:t>
        </w:r>
        <w:r>
          <w:rPr>
            <w:noProof/>
            <w:webHidden/>
          </w:rPr>
          <w:fldChar w:fldCharType="end"/>
        </w:r>
      </w:hyperlink>
    </w:p>
    <w:p w14:paraId="26D4178C" w14:textId="2D44528A" w:rsidR="00941952" w:rsidRDefault="00941952">
      <w:pPr>
        <w:pStyle w:val="TableofFigures"/>
        <w:tabs>
          <w:tab w:val="right" w:leader="dot" w:pos="10070"/>
        </w:tabs>
        <w:rPr>
          <w:rFonts w:asciiTheme="minorHAnsi" w:hAnsiTheme="minorHAnsi"/>
          <w:noProof/>
          <w:kern w:val="2"/>
          <w:sz w:val="24"/>
          <w:szCs w:val="24"/>
          <w:lang w:val="en-GB" w:eastAsia="en-GB"/>
          <w14:ligatures w14:val="standardContextual"/>
        </w:rPr>
      </w:pPr>
      <w:hyperlink w:anchor="_Toc233923775" w:history="1">
        <w:r w:rsidRPr="0016605F">
          <w:rPr>
            <w:rStyle w:val="Hyperlink"/>
            <w:noProof/>
          </w:rPr>
          <w:t>Figure 15 Illustrative simulated participant summary showing task completion, errors, assistance required, emotional responses and participant comments.</w:t>
        </w:r>
        <w:r>
          <w:rPr>
            <w:noProof/>
            <w:webHidden/>
          </w:rPr>
          <w:tab/>
        </w:r>
        <w:r>
          <w:rPr>
            <w:noProof/>
            <w:webHidden/>
          </w:rPr>
          <w:fldChar w:fldCharType="begin"/>
        </w:r>
        <w:r>
          <w:rPr>
            <w:noProof/>
            <w:webHidden/>
          </w:rPr>
          <w:instrText xml:space="preserve"> PAGEREF _Toc233923775 \h </w:instrText>
        </w:r>
        <w:r>
          <w:rPr>
            <w:noProof/>
            <w:webHidden/>
          </w:rPr>
        </w:r>
        <w:r>
          <w:rPr>
            <w:noProof/>
            <w:webHidden/>
          </w:rPr>
          <w:fldChar w:fldCharType="separate"/>
        </w:r>
        <w:r>
          <w:rPr>
            <w:noProof/>
            <w:webHidden/>
          </w:rPr>
          <w:t>52</w:t>
        </w:r>
        <w:r>
          <w:rPr>
            <w:noProof/>
            <w:webHidden/>
          </w:rPr>
          <w:fldChar w:fldCharType="end"/>
        </w:r>
      </w:hyperlink>
    </w:p>
    <w:p w14:paraId="66E43672" w14:textId="319826EF" w:rsidR="00691505" w:rsidRPr="00691505" w:rsidRDefault="00941952" w:rsidP="001E1096">
      <w:pPr>
        <w:pBdr>
          <w:bottom w:val="single" w:sz="4" w:space="1" w:color="auto"/>
        </w:pBdr>
      </w:pPr>
      <w:r>
        <w:fldChar w:fldCharType="end"/>
      </w:r>
    </w:p>
    <w:p w14:paraId="6665ECEE" w14:textId="4A82978F" w:rsidR="00EF282D" w:rsidRDefault="005A3E0C">
      <w:pPr>
        <w:pStyle w:val="Heading1"/>
      </w:pPr>
      <w:bookmarkStart w:id="0" w:name="_Toc233920614"/>
      <w:r>
        <w:t>Priority Work Plan</w:t>
      </w:r>
      <w:bookmarkEnd w:id="0"/>
    </w:p>
    <w:p w14:paraId="6F3F5367" w14:textId="77777777" w:rsidR="00EF282D" w:rsidRPr="003A67E9" w:rsidRDefault="005A3E0C">
      <w:pPr>
        <w:pStyle w:val="BodyText"/>
        <w:rPr>
          <w:sz w:val="24"/>
          <w:szCs w:val="24"/>
        </w:rPr>
      </w:pPr>
      <w:r w:rsidRPr="003A67E9">
        <w:rPr>
          <w:sz w:val="24"/>
          <w:szCs w:val="24"/>
        </w:rPr>
        <w:t>The first stage of the work focuses on the highest-value assessment areas: the wireframe storyboard prototype, the persona and data collection section, and the usability section supported by books and journal literature.</w:t>
      </w:r>
    </w:p>
    <w:tbl>
      <w:tblPr>
        <w:tblStyle w:val="TableGrid"/>
        <w:tblW w:w="0" w:type="auto"/>
        <w:jc w:val="center"/>
        <w:tblLook w:val="04A0" w:firstRow="1" w:lastRow="0" w:firstColumn="1" w:lastColumn="0" w:noHBand="0" w:noVBand="1"/>
      </w:tblPr>
      <w:tblGrid>
        <w:gridCol w:w="2453"/>
        <w:gridCol w:w="2479"/>
        <w:gridCol w:w="2467"/>
        <w:gridCol w:w="2671"/>
      </w:tblGrid>
      <w:tr w:rsidR="00EF282D" w:rsidRPr="003A67E9" w14:paraId="1EE86787" w14:textId="77777777" w:rsidTr="001E1096">
        <w:trPr>
          <w:trHeight w:val="63"/>
          <w:jc w:val="center"/>
        </w:trPr>
        <w:tc>
          <w:tcPr>
            <w:tcW w:w="2520" w:type="dxa"/>
            <w:shd w:val="clear" w:color="auto" w:fill="1F4E79"/>
          </w:tcPr>
          <w:p w14:paraId="6B6F9AAA" w14:textId="77777777" w:rsidR="00EF282D" w:rsidRPr="003A67E9" w:rsidRDefault="005A3E0C">
            <w:pPr>
              <w:rPr>
                <w:sz w:val="24"/>
                <w:szCs w:val="24"/>
              </w:rPr>
            </w:pPr>
            <w:r w:rsidRPr="003A67E9">
              <w:rPr>
                <w:b/>
                <w:color w:val="FFFFFF"/>
                <w:sz w:val="24"/>
                <w:szCs w:val="24"/>
              </w:rPr>
              <w:t>Priority</w:t>
            </w:r>
          </w:p>
        </w:tc>
        <w:tc>
          <w:tcPr>
            <w:tcW w:w="2520" w:type="dxa"/>
            <w:shd w:val="clear" w:color="auto" w:fill="1F4E79"/>
          </w:tcPr>
          <w:p w14:paraId="338D5C87" w14:textId="77777777" w:rsidR="00EF282D" w:rsidRPr="003A67E9" w:rsidRDefault="005A3E0C">
            <w:pPr>
              <w:rPr>
                <w:sz w:val="24"/>
                <w:szCs w:val="24"/>
              </w:rPr>
            </w:pPr>
            <w:r w:rsidRPr="003A67E9">
              <w:rPr>
                <w:b/>
                <w:color w:val="FFFFFF"/>
                <w:sz w:val="24"/>
                <w:szCs w:val="24"/>
              </w:rPr>
              <w:t>Assessment area</w:t>
            </w:r>
          </w:p>
        </w:tc>
        <w:tc>
          <w:tcPr>
            <w:tcW w:w="2520" w:type="dxa"/>
            <w:shd w:val="clear" w:color="auto" w:fill="1F4E79"/>
          </w:tcPr>
          <w:p w14:paraId="512368C1" w14:textId="77777777" w:rsidR="00EF282D" w:rsidRPr="003A67E9" w:rsidRDefault="005A3E0C">
            <w:pPr>
              <w:rPr>
                <w:sz w:val="24"/>
                <w:szCs w:val="24"/>
              </w:rPr>
            </w:pPr>
            <w:r w:rsidRPr="003A67E9">
              <w:rPr>
                <w:b/>
                <w:color w:val="FFFFFF"/>
                <w:sz w:val="24"/>
                <w:szCs w:val="24"/>
              </w:rPr>
              <w:t>Weighting</w:t>
            </w:r>
          </w:p>
        </w:tc>
        <w:tc>
          <w:tcPr>
            <w:tcW w:w="2520" w:type="dxa"/>
            <w:shd w:val="clear" w:color="auto" w:fill="1F4E79"/>
          </w:tcPr>
          <w:p w14:paraId="5676996A" w14:textId="77777777" w:rsidR="00EF282D" w:rsidRPr="003A67E9" w:rsidRDefault="005A3E0C">
            <w:pPr>
              <w:rPr>
                <w:sz w:val="24"/>
                <w:szCs w:val="24"/>
              </w:rPr>
            </w:pPr>
            <w:r w:rsidRPr="003A67E9">
              <w:rPr>
                <w:b/>
                <w:color w:val="FFFFFF"/>
                <w:sz w:val="24"/>
                <w:szCs w:val="24"/>
              </w:rPr>
              <w:t>Action</w:t>
            </w:r>
          </w:p>
        </w:tc>
      </w:tr>
      <w:tr w:rsidR="00EF282D" w:rsidRPr="003A67E9" w14:paraId="2FE7FCC8" w14:textId="77777777">
        <w:trPr>
          <w:jc w:val="center"/>
        </w:trPr>
        <w:tc>
          <w:tcPr>
            <w:tcW w:w="2520" w:type="dxa"/>
          </w:tcPr>
          <w:p w14:paraId="54D86EB9" w14:textId="77777777" w:rsidR="00EF282D" w:rsidRPr="003A67E9" w:rsidRDefault="005A3E0C">
            <w:pPr>
              <w:rPr>
                <w:sz w:val="24"/>
                <w:szCs w:val="24"/>
              </w:rPr>
            </w:pPr>
            <w:r w:rsidRPr="003A67E9">
              <w:rPr>
                <w:sz w:val="24"/>
                <w:szCs w:val="24"/>
              </w:rPr>
              <w:t>1</w:t>
            </w:r>
          </w:p>
        </w:tc>
        <w:tc>
          <w:tcPr>
            <w:tcW w:w="2520" w:type="dxa"/>
          </w:tcPr>
          <w:p w14:paraId="0E1C9064" w14:textId="77777777" w:rsidR="00EF282D" w:rsidRPr="003A67E9" w:rsidRDefault="005A3E0C">
            <w:pPr>
              <w:rPr>
                <w:sz w:val="24"/>
                <w:szCs w:val="24"/>
              </w:rPr>
            </w:pPr>
            <w:r w:rsidRPr="003A67E9">
              <w:rPr>
                <w:sz w:val="24"/>
                <w:szCs w:val="24"/>
              </w:rPr>
              <w:t>Create the piece/design frame: mobile wireframe storyboard prototype</w:t>
            </w:r>
          </w:p>
        </w:tc>
        <w:tc>
          <w:tcPr>
            <w:tcW w:w="2520" w:type="dxa"/>
          </w:tcPr>
          <w:p w14:paraId="78DC165B" w14:textId="77777777" w:rsidR="00EF282D" w:rsidRPr="003A67E9" w:rsidRDefault="005A3E0C">
            <w:pPr>
              <w:rPr>
                <w:sz w:val="24"/>
                <w:szCs w:val="24"/>
              </w:rPr>
            </w:pPr>
            <w:r w:rsidRPr="003A67E9">
              <w:rPr>
                <w:sz w:val="24"/>
                <w:szCs w:val="24"/>
              </w:rPr>
              <w:t>30%</w:t>
            </w:r>
          </w:p>
        </w:tc>
        <w:tc>
          <w:tcPr>
            <w:tcW w:w="2520" w:type="dxa"/>
          </w:tcPr>
          <w:p w14:paraId="2E528C95" w14:textId="77777777" w:rsidR="00EF282D" w:rsidRPr="003A67E9" w:rsidRDefault="005A3E0C">
            <w:pPr>
              <w:rPr>
                <w:sz w:val="24"/>
                <w:szCs w:val="24"/>
              </w:rPr>
            </w:pPr>
            <w:r w:rsidRPr="003A67E9">
              <w:rPr>
                <w:sz w:val="24"/>
                <w:szCs w:val="24"/>
              </w:rPr>
              <w:t>Create the main mobile screens and show how users move between them.</w:t>
            </w:r>
          </w:p>
        </w:tc>
      </w:tr>
      <w:tr w:rsidR="00EF282D" w:rsidRPr="003A67E9" w14:paraId="0507B9F6" w14:textId="77777777">
        <w:trPr>
          <w:jc w:val="center"/>
        </w:trPr>
        <w:tc>
          <w:tcPr>
            <w:tcW w:w="2520" w:type="dxa"/>
          </w:tcPr>
          <w:p w14:paraId="71D95786" w14:textId="77777777" w:rsidR="00EF282D" w:rsidRPr="003A67E9" w:rsidRDefault="005A3E0C">
            <w:pPr>
              <w:rPr>
                <w:sz w:val="24"/>
                <w:szCs w:val="24"/>
              </w:rPr>
            </w:pPr>
            <w:r w:rsidRPr="003A67E9">
              <w:rPr>
                <w:sz w:val="24"/>
                <w:szCs w:val="24"/>
              </w:rPr>
              <w:t>2</w:t>
            </w:r>
          </w:p>
        </w:tc>
        <w:tc>
          <w:tcPr>
            <w:tcW w:w="2520" w:type="dxa"/>
          </w:tcPr>
          <w:p w14:paraId="39FFABD6" w14:textId="77777777" w:rsidR="00EF282D" w:rsidRPr="003A67E9" w:rsidRDefault="005A3E0C">
            <w:pPr>
              <w:rPr>
                <w:sz w:val="24"/>
                <w:szCs w:val="24"/>
              </w:rPr>
            </w:pPr>
            <w:r w:rsidRPr="003A67E9">
              <w:rPr>
                <w:sz w:val="24"/>
                <w:szCs w:val="24"/>
              </w:rPr>
              <w:t>Write about personas and how data was collected</w:t>
            </w:r>
          </w:p>
        </w:tc>
        <w:tc>
          <w:tcPr>
            <w:tcW w:w="2520" w:type="dxa"/>
          </w:tcPr>
          <w:p w14:paraId="207009D6" w14:textId="77777777" w:rsidR="00EF282D" w:rsidRPr="003A67E9" w:rsidRDefault="005A3E0C">
            <w:pPr>
              <w:rPr>
                <w:sz w:val="24"/>
                <w:szCs w:val="24"/>
              </w:rPr>
            </w:pPr>
            <w:r w:rsidRPr="003A67E9">
              <w:rPr>
                <w:sz w:val="24"/>
                <w:szCs w:val="24"/>
              </w:rPr>
              <w:t>10% + part of research method</w:t>
            </w:r>
          </w:p>
        </w:tc>
        <w:tc>
          <w:tcPr>
            <w:tcW w:w="2520" w:type="dxa"/>
          </w:tcPr>
          <w:p w14:paraId="05360919" w14:textId="77777777" w:rsidR="00EF282D" w:rsidRPr="003A67E9" w:rsidRDefault="005A3E0C">
            <w:pPr>
              <w:rPr>
                <w:sz w:val="24"/>
                <w:szCs w:val="24"/>
              </w:rPr>
            </w:pPr>
            <w:r w:rsidRPr="003A67E9">
              <w:rPr>
                <w:sz w:val="24"/>
                <w:szCs w:val="24"/>
              </w:rPr>
              <w:t>Use questionnaire/interview evidence to support persona development.</w:t>
            </w:r>
          </w:p>
        </w:tc>
      </w:tr>
      <w:tr w:rsidR="00EF282D" w:rsidRPr="003A67E9" w14:paraId="4F485C66" w14:textId="77777777">
        <w:trPr>
          <w:jc w:val="center"/>
        </w:trPr>
        <w:tc>
          <w:tcPr>
            <w:tcW w:w="2520" w:type="dxa"/>
          </w:tcPr>
          <w:p w14:paraId="1475B67C" w14:textId="77777777" w:rsidR="00EF282D" w:rsidRPr="003A67E9" w:rsidRDefault="005A3E0C">
            <w:pPr>
              <w:rPr>
                <w:sz w:val="24"/>
                <w:szCs w:val="24"/>
              </w:rPr>
            </w:pPr>
            <w:r w:rsidRPr="003A67E9">
              <w:rPr>
                <w:sz w:val="24"/>
                <w:szCs w:val="24"/>
              </w:rPr>
              <w:t>3</w:t>
            </w:r>
          </w:p>
        </w:tc>
        <w:tc>
          <w:tcPr>
            <w:tcW w:w="2520" w:type="dxa"/>
          </w:tcPr>
          <w:p w14:paraId="02E67BA8" w14:textId="77777777" w:rsidR="00EF282D" w:rsidRPr="003A67E9" w:rsidRDefault="005A3E0C">
            <w:pPr>
              <w:rPr>
                <w:sz w:val="24"/>
                <w:szCs w:val="24"/>
              </w:rPr>
            </w:pPr>
            <w:r w:rsidRPr="003A67E9">
              <w:rPr>
                <w:sz w:val="24"/>
                <w:szCs w:val="24"/>
              </w:rPr>
              <w:t>Research for usability section</w:t>
            </w:r>
          </w:p>
        </w:tc>
        <w:tc>
          <w:tcPr>
            <w:tcW w:w="2520" w:type="dxa"/>
          </w:tcPr>
          <w:p w14:paraId="5F228FE1" w14:textId="77777777" w:rsidR="00EF282D" w:rsidRPr="003A67E9" w:rsidRDefault="005A3E0C">
            <w:pPr>
              <w:rPr>
                <w:sz w:val="24"/>
                <w:szCs w:val="24"/>
              </w:rPr>
            </w:pPr>
            <w:r w:rsidRPr="003A67E9">
              <w:rPr>
                <w:sz w:val="24"/>
                <w:szCs w:val="24"/>
              </w:rPr>
              <w:t>20%</w:t>
            </w:r>
          </w:p>
        </w:tc>
        <w:tc>
          <w:tcPr>
            <w:tcW w:w="2520" w:type="dxa"/>
          </w:tcPr>
          <w:p w14:paraId="4BF69F41" w14:textId="77777777" w:rsidR="00EF282D" w:rsidRPr="003A67E9" w:rsidRDefault="005A3E0C">
            <w:pPr>
              <w:rPr>
                <w:sz w:val="24"/>
                <w:szCs w:val="24"/>
              </w:rPr>
            </w:pPr>
            <w:r w:rsidRPr="003A67E9">
              <w:rPr>
                <w:sz w:val="24"/>
                <w:szCs w:val="24"/>
              </w:rPr>
              <w:t>Use books and journal papers; compile references while writing.</w:t>
            </w:r>
          </w:p>
        </w:tc>
      </w:tr>
    </w:tbl>
    <w:p w14:paraId="260DA274" w14:textId="77777777" w:rsidR="00EF282D" w:rsidRPr="003A67E9" w:rsidRDefault="00EF282D">
      <w:pPr>
        <w:rPr>
          <w:sz w:val="24"/>
          <w:szCs w:val="24"/>
        </w:rPr>
      </w:pPr>
    </w:p>
    <w:p w14:paraId="741DF71B" w14:textId="77777777" w:rsidR="00FE4C46" w:rsidRDefault="00B057E1">
      <w:pPr>
        <w:pStyle w:val="Heading1"/>
      </w:pPr>
      <w:bookmarkStart w:id="1" w:name="_Toc233920615"/>
      <w:r>
        <w:t>Executive Summary</w:t>
      </w:r>
      <w:bookmarkEnd w:id="1"/>
    </w:p>
    <w:p w14:paraId="3C9DC523" w14:textId="77777777" w:rsidR="00FE4C46" w:rsidRPr="003A67E9" w:rsidRDefault="00B057E1">
      <w:pPr>
        <w:rPr>
          <w:sz w:val="24"/>
          <w:szCs w:val="24"/>
        </w:rPr>
      </w:pPr>
      <w:r>
        <w:t>This report presents a user-</w:t>
      </w:r>
      <w:proofErr w:type="spellStart"/>
      <w:r>
        <w:t>centred</w:t>
      </w:r>
      <w:proofErr w:type="spellEnd"/>
      <w:r>
        <w:t xml:space="preserve"> black-and-white mobile prototype for UWTSD Pandemic: Campus Outbreak Response. Six personas represent varied study patterns, confidence and accessibility needs. Cognito Forms, interviews and card sorting support the requirements, while usability literature informs the interface. Eleven wireframes and a linked HTML prototype demonstrate the journey from launch to mission result. Colour and higher fidelity are reserved for Component 2.</w:t>
      </w:r>
    </w:p>
    <w:p w14:paraId="0BA0B326" w14:textId="77777777" w:rsidR="00FE4C46" w:rsidRDefault="00FE4C46"/>
    <w:p w14:paraId="2F056DB5" w14:textId="77777777" w:rsidR="00FE4C46" w:rsidRDefault="00FE4C46"/>
    <w:p w14:paraId="7E4E755E" w14:textId="77777777" w:rsidR="00EF282D" w:rsidRDefault="005A3E0C">
      <w:pPr>
        <w:pStyle w:val="Heading1"/>
      </w:pPr>
      <w:bookmarkStart w:id="2" w:name="_Toc233920616"/>
      <w:r>
        <w:t>1. Introduction</w:t>
      </w:r>
      <w:bookmarkEnd w:id="2"/>
    </w:p>
    <w:p w14:paraId="22F99554" w14:textId="77777777" w:rsidR="00EF282D" w:rsidRPr="003A67E9" w:rsidRDefault="005A3E0C">
      <w:pPr>
        <w:pStyle w:val="BodyText"/>
        <w:rPr>
          <w:sz w:val="24"/>
          <w:szCs w:val="24"/>
        </w:rPr>
      </w:pPr>
      <w:r>
        <w:t>This report presents the user research and black-and-white mobile wireframe design for UWTSD Pandemic: Campus Outbreak Response. The concept transfers Pandemic's cooperative outbreak-and-cure structure to UWTSD campuses, where specialist university roles share information, control incidents and win or lose as a team [1].</w:t>
      </w:r>
    </w:p>
    <w:p w14:paraId="5BE28CDC" w14:textId="77777777" w:rsidR="00EF282D" w:rsidRPr="003A67E9" w:rsidRDefault="005A3E0C">
      <w:pPr>
        <w:pStyle w:val="BodyText"/>
        <w:rPr>
          <w:sz w:val="24"/>
          <w:szCs w:val="24"/>
        </w:rPr>
      </w:pPr>
      <w:r>
        <w:t xml:space="preserve">The report links personas, </w:t>
      </w:r>
      <w:proofErr w:type="spellStart"/>
      <w:r>
        <w:t>MoSCoW</w:t>
      </w:r>
      <w:proofErr w:type="spellEnd"/>
      <w:r>
        <w:t xml:space="preserve"> priorities, usability literature, storyboard decisions and a planned evaluation process. Component 1 remains </w:t>
      </w:r>
      <w:proofErr w:type="gramStart"/>
      <w:r>
        <w:t>monochrome</w:t>
      </w:r>
      <w:proofErr w:type="gramEnd"/>
      <w:r>
        <w:t xml:space="preserve"> so users assess structure, terminology and navigation rather than final visual styling; </w:t>
      </w:r>
      <w:proofErr w:type="spellStart"/>
      <w:r>
        <w:t>colour</w:t>
      </w:r>
      <w:proofErr w:type="spellEnd"/>
      <w:r>
        <w:t xml:space="preserve"> concepts are retained for Component 2.</w:t>
      </w:r>
    </w:p>
    <w:p w14:paraId="1D42A97E" w14:textId="77777777" w:rsidR="00EF282D" w:rsidRDefault="005A3E0C">
      <w:pPr>
        <w:pStyle w:val="Heading1"/>
      </w:pPr>
      <w:bookmarkStart w:id="3" w:name="_Toc233920617"/>
      <w:r>
        <w:t>2. Game Concept</w:t>
      </w:r>
      <w:bookmarkEnd w:id="3"/>
    </w:p>
    <w:p w14:paraId="216D0AE3" w14:textId="77777777" w:rsidR="00EF282D" w:rsidRPr="003A67E9" w:rsidRDefault="005A3E0C">
      <w:pPr>
        <w:pStyle w:val="BodyText"/>
        <w:rPr>
          <w:sz w:val="24"/>
          <w:szCs w:val="24"/>
        </w:rPr>
      </w:pPr>
      <w:r>
        <w:t>The game supports one to six players through solo, pass-and-play, asynchronous and live online modes. Players coordinate outbreaks and shared resources before the crisis reaches failure level. Asynchronous play supports different schedules [2], while pass-and-play enables local turns on one device [9].</w:t>
      </w:r>
    </w:p>
    <w:p w14:paraId="6F475E35" w14:textId="77777777" w:rsidR="00EF282D" w:rsidRPr="003A67E9" w:rsidRDefault="005A3E0C">
      <w:pPr>
        <w:pStyle w:val="BodyText"/>
        <w:rPr>
          <w:sz w:val="24"/>
          <w:szCs w:val="24"/>
        </w:rPr>
      </w:pPr>
      <w:r>
        <w:t>Roles include Medic, Researcher, Security Officer, IT Support Officer, Librarian and Analyst. Each has one clear ability, while the interface keeps the map, current turn, available action and cure progress visible.</w:t>
      </w:r>
    </w:p>
    <w:p w14:paraId="1FF61CDA" w14:textId="77777777" w:rsidR="000E6F63" w:rsidRDefault="00FC6335">
      <w:pPr>
        <w:pStyle w:val="Heading2"/>
      </w:pPr>
      <w:bookmarkStart w:id="4" w:name="_Toc233920618"/>
      <w:r>
        <w:t>2.1 Prototype Type, Fidelity and Functionality</w:t>
      </w:r>
      <w:bookmarkEnd w:id="4"/>
    </w:p>
    <w:p w14:paraId="3FBDABF1" w14:textId="77777777" w:rsidR="000E6F63" w:rsidRDefault="00FC6335">
      <w:pPr>
        <w:pStyle w:val="BodyText"/>
      </w:pPr>
      <w:r>
        <w:t>The artefact is a low-fidelity interactive structural prototype. Monochrome screens test layout, labels and workflow before major development [3], [4]. Links simulate navigation, but game algorithms, networking, AI and persistent data are not implemented.</w:t>
      </w:r>
    </w:p>
    <w:p w14:paraId="6A7A00BC" w14:textId="77777777" w:rsidR="000E6F63" w:rsidRDefault="00FC6335">
      <w:pPr>
        <w:pStyle w:val="BodyText"/>
      </w:pPr>
      <w:r>
        <w:t xml:space="preserve">Mid fidelity would refine spacing, typography and validation. High fidelity would add final visuals, live states and realistic </w:t>
      </w:r>
      <w:proofErr w:type="spellStart"/>
      <w:r>
        <w:t>behaviour</w:t>
      </w:r>
      <w:proofErr w:type="spellEnd"/>
      <w:r>
        <w:t xml:space="preserve">. Appendix F </w:t>
      </w:r>
      <w:proofErr w:type="spellStart"/>
      <w:r>
        <w:t>summarises</w:t>
      </w:r>
      <w:proofErr w:type="spellEnd"/>
      <w:r>
        <w:t xml:space="preserve"> this progression; </w:t>
      </w:r>
      <w:proofErr w:type="spellStart"/>
      <w:r>
        <w:t>colour</w:t>
      </w:r>
      <w:proofErr w:type="spellEnd"/>
      <w:r>
        <w:t xml:space="preserve"> is reserved for Component 2.</w:t>
      </w:r>
    </w:p>
    <w:p w14:paraId="657B1160" w14:textId="77777777" w:rsidR="00EF282D" w:rsidRDefault="005A3E0C">
      <w:pPr>
        <w:pStyle w:val="Heading1"/>
      </w:pPr>
      <w:bookmarkStart w:id="5" w:name="_Toc233920619"/>
      <w:r>
        <w:t>3. User Research Methodology</w:t>
      </w:r>
      <w:bookmarkEnd w:id="5"/>
    </w:p>
    <w:p w14:paraId="3D566AFD" w14:textId="77777777" w:rsidR="00EF282D" w:rsidRDefault="005A3E0C">
      <w:pPr>
        <w:pStyle w:val="Heading2"/>
      </w:pPr>
      <w:bookmarkStart w:id="6" w:name="_Toc233920620"/>
      <w:r>
        <w:t>3.1 Research Aim</w:t>
      </w:r>
      <w:bookmarkEnd w:id="6"/>
    </w:p>
    <w:p w14:paraId="375340F4" w14:textId="77777777" w:rsidR="00EF282D" w:rsidRPr="003A67E9" w:rsidRDefault="005A3E0C">
      <w:pPr>
        <w:pStyle w:val="BodyText"/>
        <w:rPr>
          <w:sz w:val="24"/>
          <w:szCs w:val="24"/>
        </w:rPr>
      </w:pPr>
      <w:r>
        <w:t>The research examines navigation, accessibility, role clarity, emotional response and the information users need on a small mobile screen.</w:t>
      </w:r>
    </w:p>
    <w:p w14:paraId="0FEFB0B4" w14:textId="77777777" w:rsidR="00EF282D" w:rsidRDefault="005A3E0C">
      <w:pPr>
        <w:pStyle w:val="Heading2"/>
      </w:pPr>
      <w:bookmarkStart w:id="7" w:name="_Toc233920621"/>
      <w:r>
        <w:t>3.2 Participants</w:t>
      </w:r>
      <w:bookmarkEnd w:id="7"/>
    </w:p>
    <w:p w14:paraId="795A979E" w14:textId="77777777" w:rsidR="00EF282D" w:rsidRPr="003A67E9" w:rsidRDefault="005A3E0C">
      <w:pPr>
        <w:pStyle w:val="BodyText"/>
        <w:rPr>
          <w:sz w:val="24"/>
          <w:szCs w:val="24"/>
        </w:rPr>
      </w:pPr>
      <w:r>
        <w:t>Participants should include undergraduate, mature and international students, casual and experienced gamers, and one staff-related user to avoid a narrow computing-only sample.</w:t>
      </w:r>
    </w:p>
    <w:p w14:paraId="23778B60" w14:textId="77777777" w:rsidR="00EF282D" w:rsidRDefault="005A3E0C">
      <w:pPr>
        <w:pStyle w:val="Heading2"/>
      </w:pPr>
      <w:bookmarkStart w:id="8" w:name="_Toc233920622"/>
      <w:r>
        <w:t>3.3 Data Collection Method</w:t>
      </w:r>
      <w:bookmarkEnd w:id="8"/>
    </w:p>
    <w:p w14:paraId="3C2AA8D5" w14:textId="77777777" w:rsidR="00EF282D" w:rsidRPr="003A67E9" w:rsidRDefault="005A3E0C">
      <w:pPr>
        <w:pStyle w:val="BodyText"/>
        <w:rPr>
          <w:sz w:val="24"/>
          <w:szCs w:val="24"/>
        </w:rPr>
      </w:pPr>
      <w:r>
        <w:t xml:space="preserve">A Cognito Forms questionnaire, short interviews and card sorting will be used. The form records device, gaming, technical-confidence and accessibility preferences. Interviews explain reasons, while card sorting tests whether labels and screen groups match users' mental models [10]. Themes will refine personas and </w:t>
      </w:r>
      <w:proofErr w:type="spellStart"/>
      <w:r>
        <w:t>MoSCoW</w:t>
      </w:r>
      <w:proofErr w:type="spellEnd"/>
      <w:r>
        <w:t xml:space="preserve"> priorities [11]. The complete questionnaire and analysis plan are provided in Appendix A.</w:t>
      </w:r>
    </w:p>
    <w:p w14:paraId="4B9BCDBE" w14:textId="77777777" w:rsidR="00EF282D" w:rsidRDefault="005A3E0C">
      <w:pPr>
        <w:pStyle w:val="Heading2"/>
      </w:pPr>
      <w:bookmarkStart w:id="9" w:name="_Toc233920623"/>
      <w:r>
        <w:lastRenderedPageBreak/>
        <w:t>3.4 Questionnaire Questions</w:t>
      </w:r>
      <w:bookmarkEnd w:id="9"/>
    </w:p>
    <w:p w14:paraId="3330CE1D" w14:textId="77777777" w:rsidR="00EF282D" w:rsidRPr="003A67E9" w:rsidRDefault="005A3E0C">
      <w:pPr>
        <w:pStyle w:val="ListBullet"/>
        <w:rPr>
          <w:sz w:val="24"/>
          <w:szCs w:val="24"/>
        </w:rPr>
      </w:pPr>
      <w:r w:rsidRPr="003A67E9">
        <w:rPr>
          <w:sz w:val="24"/>
          <w:szCs w:val="24"/>
        </w:rPr>
        <w:t>What is your role at UWTSD or your relationship to university study?</w:t>
      </w:r>
    </w:p>
    <w:p w14:paraId="725FEB13" w14:textId="77777777" w:rsidR="00EF282D" w:rsidRPr="003A67E9" w:rsidRDefault="005A3E0C">
      <w:pPr>
        <w:pStyle w:val="ListBullet"/>
        <w:rPr>
          <w:sz w:val="24"/>
          <w:szCs w:val="24"/>
        </w:rPr>
      </w:pPr>
      <w:r w:rsidRPr="003A67E9">
        <w:rPr>
          <w:sz w:val="24"/>
          <w:szCs w:val="24"/>
        </w:rPr>
        <w:t>How often do you play digital games?</w:t>
      </w:r>
    </w:p>
    <w:p w14:paraId="64CA2F1D" w14:textId="77777777" w:rsidR="00EF282D" w:rsidRPr="003A67E9" w:rsidRDefault="005A3E0C">
      <w:pPr>
        <w:pStyle w:val="ListBullet"/>
        <w:rPr>
          <w:sz w:val="24"/>
          <w:szCs w:val="24"/>
        </w:rPr>
      </w:pPr>
      <w:r w:rsidRPr="003A67E9">
        <w:rPr>
          <w:sz w:val="24"/>
          <w:szCs w:val="24"/>
        </w:rPr>
        <w:t>What would make this type of strategy game easy to understand?</w:t>
      </w:r>
    </w:p>
    <w:p w14:paraId="3B7E4513" w14:textId="77777777" w:rsidR="00EF282D" w:rsidRPr="003A67E9" w:rsidRDefault="00EF282D">
      <w:pPr>
        <w:pStyle w:val="ListBullet"/>
        <w:rPr>
          <w:sz w:val="24"/>
          <w:szCs w:val="24"/>
        </w:rPr>
      </w:pPr>
    </w:p>
    <w:p w14:paraId="762CC610" w14:textId="77777777" w:rsidR="00EF282D" w:rsidRPr="003A67E9" w:rsidRDefault="005A3E0C">
      <w:pPr>
        <w:pStyle w:val="ListBullet"/>
        <w:rPr>
          <w:sz w:val="24"/>
          <w:szCs w:val="24"/>
        </w:rPr>
      </w:pPr>
      <w:r w:rsidRPr="003A67E9">
        <w:rPr>
          <w:sz w:val="24"/>
          <w:szCs w:val="24"/>
        </w:rPr>
        <w:t>Would you prefer icons, text instructions, or both?</w:t>
      </w:r>
    </w:p>
    <w:p w14:paraId="2EB73DB0" w14:textId="77777777" w:rsidR="00EF282D" w:rsidRPr="003A67E9" w:rsidRDefault="005A3E0C">
      <w:pPr>
        <w:pStyle w:val="ListBullet"/>
        <w:rPr>
          <w:sz w:val="24"/>
          <w:szCs w:val="24"/>
        </w:rPr>
      </w:pPr>
      <w:r w:rsidRPr="003A67E9">
        <w:rPr>
          <w:sz w:val="24"/>
          <w:szCs w:val="24"/>
        </w:rPr>
        <w:t>What accessibility features would help different users?</w:t>
      </w:r>
    </w:p>
    <w:p w14:paraId="46C655BD" w14:textId="77777777" w:rsidR="00EF282D" w:rsidRPr="003A67E9" w:rsidRDefault="00EF282D">
      <w:pPr>
        <w:pStyle w:val="ListBullet"/>
        <w:rPr>
          <w:sz w:val="24"/>
          <w:szCs w:val="24"/>
        </w:rPr>
      </w:pPr>
    </w:p>
    <w:p w14:paraId="41D41478" w14:textId="77777777" w:rsidR="00EF282D" w:rsidRPr="003A67E9" w:rsidRDefault="005A3E0C">
      <w:pPr>
        <w:pStyle w:val="ListBullet"/>
        <w:rPr>
          <w:sz w:val="24"/>
          <w:szCs w:val="24"/>
        </w:rPr>
      </w:pPr>
      <w:r w:rsidRPr="003A67E9">
        <w:rPr>
          <w:sz w:val="24"/>
          <w:szCs w:val="24"/>
        </w:rPr>
        <w:t>What would make the game enjoyable enough to play again?</w:t>
      </w:r>
    </w:p>
    <w:p w14:paraId="00220D26" w14:textId="77777777" w:rsidR="00EF282D" w:rsidRDefault="005A3E0C">
      <w:pPr>
        <w:pStyle w:val="Heading2"/>
      </w:pPr>
      <w:bookmarkStart w:id="10" w:name="_Toc233920624"/>
      <w:r>
        <w:t>3.5 Summary of Expected Findings</w:t>
      </w:r>
      <w:bookmarkEnd w:id="10"/>
    </w:p>
    <w:p w14:paraId="355F1E35" w14:textId="77777777" w:rsidR="00EF282D" w:rsidRPr="003A67E9" w:rsidRDefault="005A3E0C">
      <w:pPr>
        <w:pStyle w:val="BodyText"/>
        <w:rPr>
          <w:sz w:val="24"/>
          <w:szCs w:val="24"/>
        </w:rPr>
      </w:pPr>
      <w:r>
        <w:t xml:space="preserve">Likely themes include clear navigation, short instructions, readable controls and reduced clutter. These remain hypotheses until the Cognito Forms responses, interviews and observed tasks are </w:t>
      </w:r>
      <w:proofErr w:type="spellStart"/>
      <w:r>
        <w:t>analysed</w:t>
      </w:r>
      <w:proofErr w:type="spellEnd"/>
      <w:r>
        <w:t>.</w:t>
      </w:r>
    </w:p>
    <w:p w14:paraId="1D16A1F6" w14:textId="77777777" w:rsidR="00EF282D" w:rsidRDefault="00EF282D"/>
    <w:p w14:paraId="08501FE8" w14:textId="77777777" w:rsidR="00EF282D" w:rsidRDefault="005A3E0C">
      <w:pPr>
        <w:pStyle w:val="Heading1"/>
      </w:pPr>
      <w:bookmarkStart w:id="11" w:name="_Toc233920625"/>
      <w:r>
        <w:t>4. Personas and Scenarios</w:t>
      </w:r>
      <w:bookmarkEnd w:id="11"/>
    </w:p>
    <w:p w14:paraId="04E4A9FA" w14:textId="77777777" w:rsidR="00EF282D" w:rsidRPr="003A67E9" w:rsidRDefault="005A3E0C">
      <w:pPr>
        <w:pStyle w:val="BodyText"/>
        <w:rPr>
          <w:sz w:val="24"/>
          <w:szCs w:val="24"/>
        </w:rPr>
      </w:pPr>
      <w:r>
        <w:t>The brief requires four personas; six are retained for broader coverage and must be checked against real participant evidence. Emojis are used within the cards to improve scanning while the content remains structured and academic. Full-length persona profiles are provided in Appendix B.</w:t>
      </w:r>
    </w:p>
    <w:p w14:paraId="5359931E" w14:textId="77777777" w:rsidR="000E6F63" w:rsidRDefault="00FC6335">
      <w:pPr>
        <w:pStyle w:val="BodyText"/>
      </w:pPr>
      <w:r>
        <w:t xml:space="preserve">The following charts </w:t>
      </w:r>
      <w:proofErr w:type="spellStart"/>
      <w:r>
        <w:t>summarise</w:t>
      </w:r>
      <w:proofErr w:type="spellEnd"/>
      <w:r>
        <w:t xml:space="preserve"> the design coverage represented by the six personas. They describe the persona set only and are not presented as questionnaire findings.</w:t>
      </w:r>
    </w:p>
    <w:p w14:paraId="2E6DC1B0" w14:textId="77777777" w:rsidR="000E6F63" w:rsidRDefault="00FC6335">
      <w:r>
        <w:br w:type="page"/>
      </w:r>
    </w:p>
    <w:p w14:paraId="7EFBAEDF" w14:textId="77777777" w:rsidR="00D26577" w:rsidRDefault="00FC6335" w:rsidP="00D26577">
      <w:pPr>
        <w:keepNext/>
        <w:jc w:val="center"/>
      </w:pPr>
      <w:r>
        <w:rPr>
          <w:noProof/>
        </w:rPr>
        <w:lastRenderedPageBreak/>
        <w:drawing>
          <wp:inline distT="0" distB="0" distL="0" distR="0" wp14:anchorId="3934043F" wp14:editId="1B93AD6B">
            <wp:extent cx="5623560" cy="4310378"/>
            <wp:effectExtent l="0" t="0" r="0" b="0"/>
            <wp:docPr id="1835689782" name="Picture 183568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ona_coverage_pie.png"/>
                    <pic:cNvPicPr/>
                  </pic:nvPicPr>
                  <pic:blipFill>
                    <a:blip r:embed="rId10"/>
                    <a:stretch>
                      <a:fillRect/>
                    </a:stretch>
                  </pic:blipFill>
                  <pic:spPr>
                    <a:xfrm>
                      <a:off x="0" y="0"/>
                      <a:ext cx="5623560" cy="4310378"/>
                    </a:xfrm>
                    <a:prstGeom prst="rect">
                      <a:avLst/>
                    </a:prstGeom>
                  </pic:spPr>
                </pic:pic>
              </a:graphicData>
            </a:graphic>
          </wp:inline>
        </w:drawing>
      </w:r>
    </w:p>
    <w:p w14:paraId="43AC43F8" w14:textId="0D70DF8C" w:rsidR="000E6F63" w:rsidRDefault="00D26577" w:rsidP="00D26577">
      <w:pPr>
        <w:pStyle w:val="Caption"/>
        <w:jc w:val="center"/>
      </w:pPr>
      <w:bookmarkStart w:id="12" w:name="_Toc233923761"/>
      <w:r>
        <w:t xml:space="preserve">Figure </w:t>
      </w:r>
      <w:fldSimple w:instr=" SEQ Figure \* ARABIC ">
        <w:r w:rsidR="00A11837">
          <w:rPr>
            <w:noProof/>
          </w:rPr>
          <w:t>1</w:t>
        </w:r>
      </w:fldSimple>
      <w:r w:rsidRPr="00617490">
        <w:t xml:space="preserve"> Persona coverage across user groups within the six-persona design set.</w:t>
      </w:r>
      <w:bookmarkEnd w:id="12"/>
    </w:p>
    <w:p w14:paraId="36A4C790" w14:textId="77777777" w:rsidR="000E6F63" w:rsidRDefault="00FC6335">
      <w:r>
        <w:br w:type="page"/>
      </w:r>
    </w:p>
    <w:p w14:paraId="0D3AF29E" w14:textId="77777777" w:rsidR="00D26577" w:rsidRDefault="00FC6335" w:rsidP="00D26577">
      <w:pPr>
        <w:keepNext/>
        <w:jc w:val="center"/>
      </w:pPr>
      <w:r>
        <w:rPr>
          <w:noProof/>
        </w:rPr>
        <w:lastRenderedPageBreak/>
        <w:drawing>
          <wp:inline distT="0" distB="0" distL="0" distR="0" wp14:anchorId="0B70B51F" wp14:editId="7DE1122B">
            <wp:extent cx="5715000" cy="3707027"/>
            <wp:effectExtent l="0" t="0" r="0" b="0"/>
            <wp:docPr id="1835689783" name="Picture 1835689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essibility_priorities_bar.png"/>
                    <pic:cNvPicPr/>
                  </pic:nvPicPr>
                  <pic:blipFill>
                    <a:blip r:embed="rId11"/>
                    <a:stretch>
                      <a:fillRect/>
                    </a:stretch>
                  </pic:blipFill>
                  <pic:spPr>
                    <a:xfrm>
                      <a:off x="0" y="0"/>
                      <a:ext cx="5715000" cy="3707027"/>
                    </a:xfrm>
                    <a:prstGeom prst="rect">
                      <a:avLst/>
                    </a:prstGeom>
                  </pic:spPr>
                </pic:pic>
              </a:graphicData>
            </a:graphic>
          </wp:inline>
        </w:drawing>
      </w:r>
    </w:p>
    <w:p w14:paraId="6A88C297" w14:textId="2059F0EB" w:rsidR="000E6F63" w:rsidRDefault="00D26577" w:rsidP="00D26577">
      <w:pPr>
        <w:pStyle w:val="Caption"/>
        <w:jc w:val="center"/>
      </w:pPr>
      <w:bookmarkStart w:id="13" w:name="_Toc233923762"/>
      <w:r>
        <w:t xml:space="preserve">Figure </w:t>
      </w:r>
      <w:fldSimple w:instr=" SEQ Figure \* ARABIC ">
        <w:r w:rsidR="00A11837">
          <w:rPr>
            <w:noProof/>
          </w:rPr>
          <w:t>2</w:t>
        </w:r>
      </w:fldSimple>
      <w:r>
        <w:t xml:space="preserve"> </w:t>
      </w:r>
      <w:r w:rsidRPr="00DB452A">
        <w:t>Accessibility and usability priorities derived from the persona requirements.</w:t>
      </w:r>
      <w:bookmarkEnd w:id="13"/>
    </w:p>
    <w:p w14:paraId="1B9E0E8C" w14:textId="4361458F" w:rsidR="000E6F63" w:rsidRDefault="000E6F63">
      <w:pPr>
        <w:pStyle w:val="Caption"/>
        <w:jc w:val="center"/>
      </w:pPr>
    </w:p>
    <w:p w14:paraId="19A0D5B9" w14:textId="77777777" w:rsidR="000E6F63" w:rsidRDefault="00FC6335">
      <w:r>
        <w:br w:type="page"/>
      </w:r>
    </w:p>
    <w:p w14:paraId="4A33CAE9" w14:textId="77777777" w:rsidR="00EF282D" w:rsidRPr="003A67E9" w:rsidRDefault="005A3E0C">
      <w:pPr>
        <w:pStyle w:val="Heading2"/>
        <w:rPr>
          <w:sz w:val="32"/>
          <w:szCs w:val="32"/>
        </w:rPr>
      </w:pPr>
      <w:bookmarkStart w:id="14" w:name="_Toc233920626"/>
      <w:r w:rsidRPr="003A67E9">
        <w:rPr>
          <w:sz w:val="32"/>
          <w:szCs w:val="32"/>
        </w:rPr>
        <w:lastRenderedPageBreak/>
        <w:t>4.1 🎒 Persona 1: Aisha Khan - Commuter undergraduate student</w:t>
      </w:r>
      <w:bookmarkEnd w:id="14"/>
    </w:p>
    <w:tbl>
      <w:tblPr>
        <w:tblStyle w:val="TableGrid"/>
        <w:tblW w:w="0" w:type="auto"/>
        <w:jc w:val="center"/>
        <w:tblLook w:val="04A0" w:firstRow="1" w:lastRow="0" w:firstColumn="1" w:lastColumn="0" w:noHBand="0" w:noVBand="1"/>
      </w:tblPr>
      <w:tblGrid>
        <w:gridCol w:w="5032"/>
        <w:gridCol w:w="5032"/>
      </w:tblGrid>
      <w:tr w:rsidR="00EF282D" w:rsidRPr="003A67E9" w14:paraId="0316608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3FFC2908" w14:textId="77777777" w:rsidR="00EF282D" w:rsidRPr="003A67E9" w:rsidRDefault="005A3E0C">
            <w:pPr>
              <w:rPr>
                <w:sz w:val="24"/>
                <w:szCs w:val="24"/>
              </w:rPr>
            </w:pPr>
            <w:r w:rsidRPr="003A67E9">
              <w:rPr>
                <w:b/>
                <w:color w:val="FFFFFF"/>
                <w:sz w:val="24"/>
                <w:szCs w:val="24"/>
              </w:rPr>
              <w:t>🎒 Persona 1: Aisha Khan</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47BEF052" w14:textId="77777777" w:rsidR="000E6F63" w:rsidRDefault="00FC6335">
            <w:r>
              <w:t>Commuter undergraduate</w:t>
            </w:r>
          </w:p>
        </w:tc>
      </w:tr>
      <w:tr w:rsidR="00EF282D" w:rsidRPr="003A67E9" w14:paraId="07EB9F9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C8182EB"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F88387B" w14:textId="77777777" w:rsidR="000E6F63" w:rsidRDefault="00FC6335">
            <w:r>
              <w:t>24</w:t>
            </w:r>
          </w:p>
        </w:tc>
      </w:tr>
      <w:tr w:rsidR="00EF282D" w:rsidRPr="003A67E9" w14:paraId="084A5A2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5572BE3"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2C3BAC36" w14:textId="77777777" w:rsidR="000E6F63" w:rsidRDefault="00FC6335">
            <w:r>
              <w:t>Commuter undergraduate</w:t>
            </w:r>
          </w:p>
        </w:tc>
      </w:tr>
      <w:tr w:rsidR="00EF282D" w:rsidRPr="003A67E9" w14:paraId="05AAF29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770548B"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1B6826F3" w14:textId="77777777" w:rsidR="000E6F63" w:rsidRDefault="00FC6335">
            <w:r>
              <w:t>British Pakistani student travelling to Birmingham by bus.</w:t>
            </w:r>
          </w:p>
        </w:tc>
      </w:tr>
      <w:tr w:rsidR="00EF282D" w:rsidRPr="003A67E9" w14:paraId="02E620D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A28B105"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61BC875" w14:textId="77777777" w:rsidR="000E6F63" w:rsidRDefault="00FC6335">
            <w:r>
              <w:t>UWTSD Birmingham</w:t>
            </w:r>
          </w:p>
        </w:tc>
      </w:tr>
      <w:tr w:rsidR="00EF282D" w:rsidRPr="003A67E9" w14:paraId="20B6432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185FCD8"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1C41BB2C" w14:textId="77777777" w:rsidR="000E6F63" w:rsidRDefault="00FC6335">
            <w:r>
              <w:t>Medium</w:t>
            </w:r>
          </w:p>
        </w:tc>
      </w:tr>
      <w:tr w:rsidR="00EF282D" w:rsidRPr="003A67E9" w14:paraId="0D3EE76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B3B038A"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2038CD6" w14:textId="77777777" w:rsidR="000E6F63" w:rsidRDefault="00FC6335">
            <w:r>
              <w:t>Large text, clear buttons and a simple mobile layout.</w:t>
            </w:r>
          </w:p>
        </w:tc>
      </w:tr>
      <w:tr w:rsidR="00EF282D" w:rsidRPr="003A67E9" w14:paraId="19D3AFB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14119D6"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9890D64" w14:textId="77777777" w:rsidR="000E6F63" w:rsidRDefault="00FC6335">
            <w:r>
              <w:t>Casual player; prefers short sessions.</w:t>
            </w:r>
          </w:p>
        </w:tc>
      </w:tr>
      <w:tr w:rsidR="00EF282D" w:rsidRPr="003A67E9" w14:paraId="2940015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907BE3D"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91A190D" w14:textId="77777777" w:rsidR="000E6F63" w:rsidRDefault="00FC6335">
            <w:r>
              <w:t>Joins during a break and needs immediate role and action guidance.</w:t>
            </w:r>
          </w:p>
        </w:tc>
      </w:tr>
      <w:tr w:rsidR="00EF282D" w:rsidRPr="003A67E9" w14:paraId="2CB9F96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77FEC27"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21935894" w14:textId="77777777" w:rsidR="000E6F63" w:rsidRDefault="00FC6335">
            <w:r>
              <w:t>1. Quick join</w:t>
            </w:r>
            <w:r>
              <w:br/>
              <w:t>2. Clear role</w:t>
            </w:r>
            <w:r>
              <w:br/>
              <w:t>3. Large buttons</w:t>
            </w:r>
            <w:r>
              <w:br/>
              <w:t>4. Save/resume</w:t>
            </w:r>
          </w:p>
        </w:tc>
      </w:tr>
      <w:tr w:rsidR="00EF282D" w:rsidRPr="003A67E9" w14:paraId="648350F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5A119B6" w14:textId="77777777" w:rsidR="00EF282D" w:rsidRPr="003A67E9" w:rsidRDefault="005A3E0C">
            <w:pPr>
              <w:rPr>
                <w:sz w:val="24"/>
                <w:szCs w:val="24"/>
              </w:rPr>
            </w:pPr>
            <w:r w:rsidRPr="003A67E9">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06457A6" w14:textId="77777777" w:rsidR="000E6F63" w:rsidRDefault="00FC6335">
            <w:r>
              <w:t>Fast joining and simple actions.</w:t>
            </w:r>
          </w:p>
        </w:tc>
      </w:tr>
    </w:tbl>
    <w:p w14:paraId="1CC5455C" w14:textId="77777777" w:rsidR="00EF282D" w:rsidRDefault="00EF282D"/>
    <w:p w14:paraId="57028E0C" w14:textId="77777777" w:rsidR="00EF282D" w:rsidRPr="003A67E9" w:rsidRDefault="005A3E0C">
      <w:pPr>
        <w:pStyle w:val="Heading3"/>
        <w:rPr>
          <w:sz w:val="32"/>
          <w:szCs w:val="32"/>
        </w:rPr>
      </w:pPr>
      <w:bookmarkStart w:id="15" w:name="_Toc233920627"/>
      <w:proofErr w:type="spellStart"/>
      <w:r w:rsidRPr="003A67E9">
        <w:rPr>
          <w:sz w:val="32"/>
          <w:szCs w:val="32"/>
        </w:rPr>
        <w:t>MoSCoW</w:t>
      </w:r>
      <w:proofErr w:type="spellEnd"/>
      <w:r w:rsidRPr="003A67E9">
        <w:rPr>
          <w:sz w:val="32"/>
          <w:szCs w:val="32"/>
        </w:rPr>
        <w:t xml:space="preserve"> Requirements for Aisha Khan</w:t>
      </w:r>
      <w:bookmarkEnd w:id="15"/>
    </w:p>
    <w:tbl>
      <w:tblPr>
        <w:tblStyle w:val="TableGrid"/>
        <w:tblW w:w="0" w:type="auto"/>
        <w:jc w:val="center"/>
        <w:tblLook w:val="04A0" w:firstRow="1" w:lastRow="0" w:firstColumn="1" w:lastColumn="0" w:noHBand="0" w:noVBand="1"/>
      </w:tblPr>
      <w:tblGrid>
        <w:gridCol w:w="2517"/>
        <w:gridCol w:w="2518"/>
        <w:gridCol w:w="2517"/>
        <w:gridCol w:w="2518"/>
      </w:tblGrid>
      <w:tr w:rsidR="00EF282D" w:rsidRPr="003A67E9" w14:paraId="340EC0C0" w14:textId="77777777">
        <w:trPr>
          <w:jc w:val="center"/>
        </w:trPr>
        <w:tc>
          <w:tcPr>
            <w:tcW w:w="2520" w:type="dxa"/>
            <w:shd w:val="clear" w:color="auto" w:fill="1F77B4"/>
          </w:tcPr>
          <w:p w14:paraId="181041F8"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42BF983E"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4B40517F"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7D836035" w14:textId="77777777" w:rsidR="00EF282D" w:rsidRPr="003A67E9" w:rsidRDefault="005A3E0C">
            <w:pPr>
              <w:rPr>
                <w:sz w:val="24"/>
                <w:szCs w:val="24"/>
              </w:rPr>
            </w:pPr>
            <w:r w:rsidRPr="003A67E9">
              <w:rPr>
                <w:b/>
                <w:color w:val="FFFFFF"/>
                <w:sz w:val="24"/>
                <w:szCs w:val="24"/>
              </w:rPr>
              <w:t>Won't Have</w:t>
            </w:r>
          </w:p>
        </w:tc>
      </w:tr>
      <w:tr w:rsidR="00EF282D" w:rsidRPr="003A67E9" w14:paraId="7257822F" w14:textId="77777777">
        <w:trPr>
          <w:jc w:val="center"/>
        </w:trPr>
        <w:tc>
          <w:tcPr>
            <w:tcW w:w="2520" w:type="dxa"/>
          </w:tcPr>
          <w:p w14:paraId="35054404" w14:textId="77777777" w:rsidR="00EF282D" w:rsidRPr="003A67E9" w:rsidRDefault="005A3E0C">
            <w:pPr>
              <w:rPr>
                <w:sz w:val="24"/>
                <w:szCs w:val="24"/>
              </w:rPr>
            </w:pPr>
            <w:r w:rsidRPr="003A67E9">
              <w:rPr>
                <w:sz w:val="24"/>
                <w:szCs w:val="24"/>
              </w:rPr>
              <w:t>Quick join game</w:t>
            </w:r>
          </w:p>
        </w:tc>
        <w:tc>
          <w:tcPr>
            <w:tcW w:w="2520" w:type="dxa"/>
          </w:tcPr>
          <w:p w14:paraId="260F251F" w14:textId="77777777" w:rsidR="00EF282D" w:rsidRPr="003A67E9" w:rsidRDefault="005A3E0C">
            <w:pPr>
              <w:rPr>
                <w:sz w:val="24"/>
                <w:szCs w:val="24"/>
              </w:rPr>
            </w:pPr>
            <w:r w:rsidRPr="003A67E9">
              <w:rPr>
                <w:sz w:val="24"/>
                <w:szCs w:val="24"/>
              </w:rPr>
              <w:t>Short tutorial</w:t>
            </w:r>
          </w:p>
        </w:tc>
        <w:tc>
          <w:tcPr>
            <w:tcW w:w="2520" w:type="dxa"/>
          </w:tcPr>
          <w:p w14:paraId="2E0FDDAB" w14:textId="77777777" w:rsidR="00EF282D" w:rsidRPr="003A67E9" w:rsidRDefault="005A3E0C">
            <w:pPr>
              <w:rPr>
                <w:sz w:val="24"/>
                <w:szCs w:val="24"/>
              </w:rPr>
            </w:pPr>
            <w:r w:rsidRPr="003A67E9">
              <w:rPr>
                <w:sz w:val="24"/>
                <w:szCs w:val="24"/>
              </w:rPr>
              <w:t>Custom avatar</w:t>
            </w:r>
          </w:p>
        </w:tc>
        <w:tc>
          <w:tcPr>
            <w:tcW w:w="2520" w:type="dxa"/>
          </w:tcPr>
          <w:p w14:paraId="31B7C6EF" w14:textId="77777777" w:rsidR="00EF282D" w:rsidRPr="003A67E9" w:rsidRDefault="005A3E0C">
            <w:pPr>
              <w:rPr>
                <w:sz w:val="24"/>
                <w:szCs w:val="24"/>
              </w:rPr>
            </w:pPr>
            <w:r w:rsidRPr="003A67E9">
              <w:rPr>
                <w:sz w:val="24"/>
                <w:szCs w:val="24"/>
              </w:rPr>
              <w:t>Long text-heavy tutorial</w:t>
            </w:r>
          </w:p>
        </w:tc>
      </w:tr>
      <w:tr w:rsidR="00EF282D" w:rsidRPr="003A67E9" w14:paraId="28DF5AF0" w14:textId="77777777">
        <w:trPr>
          <w:jc w:val="center"/>
        </w:trPr>
        <w:tc>
          <w:tcPr>
            <w:tcW w:w="2520" w:type="dxa"/>
          </w:tcPr>
          <w:p w14:paraId="222A2A3B" w14:textId="77777777" w:rsidR="00EF282D" w:rsidRPr="003A67E9" w:rsidRDefault="005A3E0C">
            <w:pPr>
              <w:rPr>
                <w:sz w:val="24"/>
                <w:szCs w:val="24"/>
              </w:rPr>
            </w:pPr>
            <w:r w:rsidRPr="003A67E9">
              <w:rPr>
                <w:sz w:val="24"/>
                <w:szCs w:val="24"/>
              </w:rPr>
              <w:t>Clear role explanation</w:t>
            </w:r>
          </w:p>
        </w:tc>
        <w:tc>
          <w:tcPr>
            <w:tcW w:w="2520" w:type="dxa"/>
          </w:tcPr>
          <w:p w14:paraId="46A2D54D" w14:textId="77777777" w:rsidR="00EF282D" w:rsidRPr="003A67E9" w:rsidRDefault="005A3E0C">
            <w:pPr>
              <w:rPr>
                <w:sz w:val="24"/>
                <w:szCs w:val="24"/>
              </w:rPr>
            </w:pPr>
            <w:r w:rsidRPr="003A67E9">
              <w:rPr>
                <w:sz w:val="24"/>
                <w:szCs w:val="24"/>
              </w:rPr>
              <w:t>Save/resume</w:t>
            </w:r>
          </w:p>
        </w:tc>
        <w:tc>
          <w:tcPr>
            <w:tcW w:w="2520" w:type="dxa"/>
          </w:tcPr>
          <w:p w14:paraId="6FDDC9D4" w14:textId="77777777" w:rsidR="00EF282D" w:rsidRPr="003A67E9" w:rsidRDefault="005A3E0C">
            <w:pPr>
              <w:rPr>
                <w:sz w:val="24"/>
                <w:szCs w:val="24"/>
              </w:rPr>
            </w:pPr>
            <w:r w:rsidRPr="003A67E9">
              <w:rPr>
                <w:sz w:val="24"/>
                <w:szCs w:val="24"/>
              </w:rPr>
              <w:t>Difficulty levels</w:t>
            </w:r>
          </w:p>
        </w:tc>
        <w:tc>
          <w:tcPr>
            <w:tcW w:w="2520" w:type="dxa"/>
          </w:tcPr>
          <w:p w14:paraId="2A94C892" w14:textId="77777777" w:rsidR="00EF282D" w:rsidRPr="003A67E9" w:rsidRDefault="005A3E0C">
            <w:pPr>
              <w:rPr>
                <w:sz w:val="24"/>
                <w:szCs w:val="24"/>
              </w:rPr>
            </w:pPr>
            <w:r w:rsidRPr="003A67E9">
              <w:rPr>
                <w:sz w:val="24"/>
                <w:szCs w:val="24"/>
              </w:rPr>
              <w:t>Complex advanced settings</w:t>
            </w:r>
          </w:p>
        </w:tc>
      </w:tr>
      <w:tr w:rsidR="00EF282D" w:rsidRPr="003A67E9" w14:paraId="1C5E073A" w14:textId="77777777">
        <w:trPr>
          <w:jc w:val="center"/>
        </w:trPr>
        <w:tc>
          <w:tcPr>
            <w:tcW w:w="2520" w:type="dxa"/>
          </w:tcPr>
          <w:p w14:paraId="1BB0711F" w14:textId="77777777" w:rsidR="00EF282D" w:rsidRPr="003A67E9" w:rsidRDefault="005A3E0C">
            <w:pPr>
              <w:rPr>
                <w:sz w:val="24"/>
                <w:szCs w:val="24"/>
              </w:rPr>
            </w:pPr>
            <w:r w:rsidRPr="003A67E9">
              <w:rPr>
                <w:sz w:val="24"/>
                <w:szCs w:val="24"/>
              </w:rPr>
              <w:t>Large readable buttons</w:t>
            </w:r>
          </w:p>
        </w:tc>
        <w:tc>
          <w:tcPr>
            <w:tcW w:w="2520" w:type="dxa"/>
          </w:tcPr>
          <w:p w14:paraId="5AF0741F" w14:textId="77777777" w:rsidR="00EF282D" w:rsidRPr="003A67E9" w:rsidRDefault="005A3E0C">
            <w:pPr>
              <w:rPr>
                <w:sz w:val="24"/>
                <w:szCs w:val="24"/>
              </w:rPr>
            </w:pPr>
            <w:r w:rsidRPr="003A67E9">
              <w:rPr>
                <w:sz w:val="24"/>
                <w:szCs w:val="24"/>
              </w:rPr>
              <w:t>Icons with labels</w:t>
            </w:r>
          </w:p>
        </w:tc>
        <w:tc>
          <w:tcPr>
            <w:tcW w:w="2520" w:type="dxa"/>
          </w:tcPr>
          <w:p w14:paraId="55A3BC80" w14:textId="77777777" w:rsidR="00EF282D" w:rsidRPr="003A67E9" w:rsidRDefault="005A3E0C">
            <w:pPr>
              <w:rPr>
                <w:sz w:val="24"/>
                <w:szCs w:val="24"/>
              </w:rPr>
            </w:pPr>
            <w:r w:rsidRPr="003A67E9">
              <w:rPr>
                <w:sz w:val="24"/>
                <w:szCs w:val="24"/>
              </w:rPr>
              <w:t>Quick chat feature</w:t>
            </w:r>
          </w:p>
        </w:tc>
        <w:tc>
          <w:tcPr>
            <w:tcW w:w="2520" w:type="dxa"/>
          </w:tcPr>
          <w:p w14:paraId="05836248" w14:textId="77777777" w:rsidR="00EF282D" w:rsidRPr="003A67E9" w:rsidRDefault="005A3E0C">
            <w:pPr>
              <w:rPr>
                <w:sz w:val="24"/>
                <w:szCs w:val="24"/>
              </w:rPr>
            </w:pPr>
            <w:r w:rsidRPr="003A67E9">
              <w:rPr>
                <w:sz w:val="24"/>
                <w:szCs w:val="24"/>
              </w:rPr>
              <w:t>Full 3D design</w:t>
            </w:r>
          </w:p>
        </w:tc>
      </w:tr>
      <w:tr w:rsidR="00EF282D" w:rsidRPr="003A67E9" w14:paraId="7C739178" w14:textId="77777777">
        <w:trPr>
          <w:jc w:val="center"/>
        </w:trPr>
        <w:tc>
          <w:tcPr>
            <w:tcW w:w="2520" w:type="dxa"/>
          </w:tcPr>
          <w:p w14:paraId="5E47EFD8" w14:textId="77777777" w:rsidR="00EF282D" w:rsidRPr="003A67E9" w:rsidRDefault="005A3E0C">
            <w:pPr>
              <w:rPr>
                <w:sz w:val="24"/>
                <w:szCs w:val="24"/>
              </w:rPr>
            </w:pPr>
            <w:r w:rsidRPr="003A67E9">
              <w:rPr>
                <w:sz w:val="24"/>
                <w:szCs w:val="24"/>
              </w:rPr>
              <w:t>Simple campus map</w:t>
            </w:r>
          </w:p>
        </w:tc>
        <w:tc>
          <w:tcPr>
            <w:tcW w:w="2520" w:type="dxa"/>
          </w:tcPr>
          <w:p w14:paraId="08C91F05" w14:textId="77777777" w:rsidR="00EF282D" w:rsidRPr="003A67E9" w:rsidRDefault="005A3E0C">
            <w:pPr>
              <w:rPr>
                <w:sz w:val="24"/>
                <w:szCs w:val="24"/>
              </w:rPr>
            </w:pPr>
            <w:r w:rsidRPr="003A67E9">
              <w:rPr>
                <w:sz w:val="24"/>
                <w:szCs w:val="24"/>
              </w:rPr>
              <w:t>Progress indicator</w:t>
            </w:r>
          </w:p>
        </w:tc>
        <w:tc>
          <w:tcPr>
            <w:tcW w:w="2520" w:type="dxa"/>
          </w:tcPr>
          <w:p w14:paraId="26B7A55C" w14:textId="77777777" w:rsidR="00EF282D" w:rsidRPr="003A67E9" w:rsidRDefault="005A3E0C">
            <w:pPr>
              <w:rPr>
                <w:sz w:val="24"/>
                <w:szCs w:val="24"/>
              </w:rPr>
            </w:pPr>
            <w:r w:rsidRPr="003A67E9">
              <w:rPr>
                <w:sz w:val="24"/>
                <w:szCs w:val="24"/>
              </w:rPr>
              <w:t>Replay summary</w:t>
            </w:r>
          </w:p>
        </w:tc>
        <w:tc>
          <w:tcPr>
            <w:tcW w:w="2520" w:type="dxa"/>
          </w:tcPr>
          <w:p w14:paraId="6E4F8A25" w14:textId="77777777" w:rsidR="00EF282D" w:rsidRPr="003A67E9" w:rsidRDefault="005A3E0C">
            <w:pPr>
              <w:rPr>
                <w:sz w:val="24"/>
                <w:szCs w:val="24"/>
              </w:rPr>
            </w:pPr>
            <w:r w:rsidRPr="003A67E9">
              <w:rPr>
                <w:sz w:val="24"/>
                <w:szCs w:val="24"/>
              </w:rPr>
              <w:t>Compulsory account creation</w:t>
            </w:r>
          </w:p>
        </w:tc>
      </w:tr>
    </w:tbl>
    <w:p w14:paraId="78A09550" w14:textId="77777777" w:rsidR="00EF282D" w:rsidRPr="003A67E9" w:rsidRDefault="00EF282D">
      <w:pPr>
        <w:rPr>
          <w:sz w:val="24"/>
          <w:szCs w:val="24"/>
        </w:rPr>
      </w:pPr>
    </w:p>
    <w:p w14:paraId="438D0D7B" w14:textId="77777777" w:rsidR="00EF282D" w:rsidRPr="003A67E9" w:rsidRDefault="005A3E0C">
      <w:pPr>
        <w:pStyle w:val="Heading2"/>
        <w:rPr>
          <w:sz w:val="32"/>
          <w:szCs w:val="32"/>
          <w:lang w:val="fr-FR"/>
        </w:rPr>
      </w:pPr>
      <w:bookmarkStart w:id="16" w:name="_Toc233920628"/>
      <w:r w:rsidRPr="003A67E9">
        <w:rPr>
          <w:sz w:val="32"/>
          <w:szCs w:val="32"/>
          <w:lang w:val="fr-FR"/>
        </w:rPr>
        <w:t xml:space="preserve">4.2 </w:t>
      </w:r>
      <w:r w:rsidRPr="003A67E9">
        <w:rPr>
          <w:sz w:val="32"/>
          <w:szCs w:val="32"/>
        </w:rPr>
        <w:t>🌍</w:t>
      </w:r>
      <w:r w:rsidRPr="003A67E9">
        <w:rPr>
          <w:sz w:val="32"/>
          <w:szCs w:val="32"/>
          <w:lang w:val="fr-FR"/>
        </w:rPr>
        <w:t xml:space="preserve"> Persona </w:t>
      </w:r>
      <w:proofErr w:type="gramStart"/>
      <w:r w:rsidRPr="003A67E9">
        <w:rPr>
          <w:sz w:val="32"/>
          <w:szCs w:val="32"/>
          <w:lang w:val="fr-FR"/>
        </w:rPr>
        <w:t>2:</w:t>
      </w:r>
      <w:proofErr w:type="gramEnd"/>
      <w:r w:rsidRPr="003A67E9">
        <w:rPr>
          <w:sz w:val="32"/>
          <w:szCs w:val="32"/>
          <w:lang w:val="fr-FR"/>
        </w:rPr>
        <w:t xml:space="preserve"> Jean-Baptiste Traoré - International </w:t>
      </w:r>
      <w:proofErr w:type="spellStart"/>
      <w:r w:rsidRPr="003A67E9">
        <w:rPr>
          <w:sz w:val="32"/>
          <w:szCs w:val="32"/>
          <w:lang w:val="fr-FR"/>
        </w:rPr>
        <w:t>student</w:t>
      </w:r>
      <w:bookmarkEnd w:id="16"/>
      <w:proofErr w:type="spellEnd"/>
    </w:p>
    <w:tbl>
      <w:tblPr>
        <w:tblStyle w:val="TableGrid"/>
        <w:tblW w:w="0" w:type="auto"/>
        <w:jc w:val="center"/>
        <w:tblLook w:val="04A0" w:firstRow="1" w:lastRow="0" w:firstColumn="1" w:lastColumn="0" w:noHBand="0" w:noVBand="1"/>
      </w:tblPr>
      <w:tblGrid>
        <w:gridCol w:w="5032"/>
        <w:gridCol w:w="5032"/>
      </w:tblGrid>
      <w:tr w:rsidR="00EF282D" w:rsidRPr="003A67E9" w14:paraId="15202F6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154B056C" w14:textId="77777777" w:rsidR="00EF282D" w:rsidRPr="003A67E9" w:rsidRDefault="005A3E0C">
            <w:pPr>
              <w:rPr>
                <w:sz w:val="24"/>
                <w:szCs w:val="24"/>
                <w:lang w:val="fr-FR"/>
              </w:rPr>
            </w:pPr>
            <w:r w:rsidRPr="003A67E9">
              <w:rPr>
                <w:b/>
                <w:color w:val="FFFFFF"/>
                <w:sz w:val="24"/>
                <w:szCs w:val="24"/>
              </w:rPr>
              <w:t>🌍</w:t>
            </w:r>
            <w:r w:rsidRPr="003A67E9">
              <w:rPr>
                <w:b/>
                <w:color w:val="FFFFFF"/>
                <w:sz w:val="24"/>
                <w:szCs w:val="24"/>
                <w:lang w:val="fr-FR"/>
              </w:rPr>
              <w:t xml:space="preserve"> Persona 2: Jean-Baptiste Traoré</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7A1BBCA0" w14:textId="77777777" w:rsidR="000E6F63" w:rsidRDefault="00FC6335">
            <w:r>
              <w:t>International student</w:t>
            </w:r>
          </w:p>
        </w:tc>
      </w:tr>
      <w:tr w:rsidR="00EF282D" w:rsidRPr="003A67E9" w14:paraId="5B0AC71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EC73DD7"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C9C1628" w14:textId="77777777" w:rsidR="000E6F63" w:rsidRDefault="00FC6335">
            <w:r>
              <w:t>28</w:t>
            </w:r>
          </w:p>
        </w:tc>
      </w:tr>
      <w:tr w:rsidR="00EF282D" w:rsidRPr="003A67E9" w14:paraId="185ABA1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7846691"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D5F9EC5" w14:textId="77777777" w:rsidR="000E6F63" w:rsidRDefault="00FC6335">
            <w:r>
              <w:t>International student</w:t>
            </w:r>
          </w:p>
        </w:tc>
      </w:tr>
      <w:tr w:rsidR="00EF282D" w:rsidRPr="003A67E9" w14:paraId="5CE1082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BA1EBFB"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DE6DE0A" w14:textId="77777777" w:rsidR="000E6F63" w:rsidRDefault="00FC6335">
            <w:r>
              <w:t>French/Malian computing student using English as an additional language.</w:t>
            </w:r>
          </w:p>
        </w:tc>
      </w:tr>
      <w:tr w:rsidR="00EF282D" w:rsidRPr="003A67E9" w14:paraId="2978187C"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00307A1"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F487332" w14:textId="77777777" w:rsidR="000E6F63" w:rsidRDefault="00FC6335">
            <w:r>
              <w:t>UWTSD Birmingham</w:t>
            </w:r>
          </w:p>
        </w:tc>
      </w:tr>
      <w:tr w:rsidR="00EF282D" w:rsidRPr="003A67E9" w14:paraId="78A25D2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F502648"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0D9A52C" w14:textId="77777777" w:rsidR="000E6F63" w:rsidRDefault="00FC6335">
            <w:r>
              <w:t>Medium-high</w:t>
            </w:r>
          </w:p>
        </w:tc>
      </w:tr>
      <w:tr w:rsidR="00EF282D" w:rsidRPr="003A67E9" w14:paraId="6BD4F20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7DB9428"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DCF7C01" w14:textId="77777777" w:rsidR="000E6F63" w:rsidRDefault="00FC6335">
            <w:r>
              <w:t>Plain English, labelled icons and visual examples.</w:t>
            </w:r>
          </w:p>
        </w:tc>
      </w:tr>
      <w:tr w:rsidR="00EF282D" w:rsidRPr="003A67E9" w14:paraId="62B4A1B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356C5B2"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12EB29F0" w14:textId="77777777" w:rsidR="000E6F63" w:rsidRDefault="00FC6335">
            <w:r>
              <w:t xml:space="preserve">Uses apps but avoids </w:t>
            </w:r>
            <w:proofErr w:type="gramStart"/>
            <w:r>
              <w:t>text-heavy</w:t>
            </w:r>
            <w:proofErr w:type="gramEnd"/>
            <w:r>
              <w:t xml:space="preserve"> games.</w:t>
            </w:r>
          </w:p>
        </w:tc>
      </w:tr>
      <w:tr w:rsidR="00EF282D" w:rsidRPr="003A67E9" w14:paraId="4FE65AC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6ACFF43"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5C98AFF" w14:textId="77777777" w:rsidR="000E6F63" w:rsidRDefault="00FC6335">
            <w:r>
              <w:t>Selects IT Support and needs each action explained before confirming.</w:t>
            </w:r>
          </w:p>
        </w:tc>
      </w:tr>
      <w:tr w:rsidR="00EF282D" w:rsidRPr="003A67E9" w14:paraId="6C507EF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335BE7D"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FD9A9B6" w14:textId="77777777" w:rsidR="000E6F63" w:rsidRDefault="00FC6335">
            <w:r>
              <w:t>1. Plain English</w:t>
            </w:r>
            <w:r>
              <w:br/>
              <w:t>2. Labelled icons</w:t>
            </w:r>
            <w:r>
              <w:br/>
            </w:r>
            <w:r>
              <w:lastRenderedPageBreak/>
              <w:t>3. Help</w:t>
            </w:r>
            <w:r>
              <w:br/>
              <w:t>4. Action examples</w:t>
            </w:r>
          </w:p>
        </w:tc>
      </w:tr>
      <w:tr w:rsidR="00EF282D" w:rsidRPr="003A67E9" w14:paraId="65BAEBE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7238705" w14:textId="77777777" w:rsidR="00EF282D" w:rsidRPr="003A67E9" w:rsidRDefault="005A3E0C">
            <w:pPr>
              <w:rPr>
                <w:sz w:val="24"/>
                <w:szCs w:val="24"/>
              </w:rPr>
            </w:pPr>
            <w:r w:rsidRPr="003A67E9">
              <w:rPr>
                <w:b/>
                <w:color w:val="5B2C83"/>
                <w:sz w:val="24"/>
                <w:szCs w:val="24"/>
              </w:rPr>
              <w:lastRenderedPageBreak/>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8FFBB22" w14:textId="77777777" w:rsidR="000E6F63" w:rsidRDefault="00FC6335">
            <w:r>
              <w:t>Clear language and predictable controls.</w:t>
            </w:r>
          </w:p>
        </w:tc>
      </w:tr>
    </w:tbl>
    <w:p w14:paraId="4EF8F3FA" w14:textId="77777777" w:rsidR="00EF282D" w:rsidRPr="003A67E9" w:rsidRDefault="00EF282D">
      <w:pPr>
        <w:rPr>
          <w:sz w:val="24"/>
          <w:szCs w:val="24"/>
        </w:rPr>
      </w:pPr>
    </w:p>
    <w:p w14:paraId="3FB4AFB6" w14:textId="77777777" w:rsidR="00EF282D" w:rsidRPr="003A67E9" w:rsidRDefault="005A3E0C">
      <w:pPr>
        <w:pStyle w:val="Heading3"/>
        <w:rPr>
          <w:sz w:val="32"/>
          <w:szCs w:val="32"/>
        </w:rPr>
      </w:pPr>
      <w:bookmarkStart w:id="17" w:name="_Toc233920629"/>
      <w:proofErr w:type="spellStart"/>
      <w:r w:rsidRPr="003A67E9">
        <w:rPr>
          <w:sz w:val="32"/>
          <w:szCs w:val="32"/>
        </w:rPr>
        <w:t>MoSCoW</w:t>
      </w:r>
      <w:proofErr w:type="spellEnd"/>
      <w:r w:rsidRPr="003A67E9">
        <w:rPr>
          <w:sz w:val="32"/>
          <w:szCs w:val="32"/>
        </w:rPr>
        <w:t xml:space="preserve"> Requirements for Jean-Baptiste Traoré</w:t>
      </w:r>
      <w:bookmarkEnd w:id="17"/>
    </w:p>
    <w:tbl>
      <w:tblPr>
        <w:tblStyle w:val="TableGrid"/>
        <w:tblW w:w="0" w:type="auto"/>
        <w:jc w:val="center"/>
        <w:tblLook w:val="04A0" w:firstRow="1" w:lastRow="0" w:firstColumn="1" w:lastColumn="0" w:noHBand="0" w:noVBand="1"/>
      </w:tblPr>
      <w:tblGrid>
        <w:gridCol w:w="2518"/>
        <w:gridCol w:w="2517"/>
        <w:gridCol w:w="2517"/>
        <w:gridCol w:w="2518"/>
      </w:tblGrid>
      <w:tr w:rsidR="00EF282D" w:rsidRPr="003A67E9" w14:paraId="3D045D6E" w14:textId="77777777">
        <w:trPr>
          <w:jc w:val="center"/>
        </w:trPr>
        <w:tc>
          <w:tcPr>
            <w:tcW w:w="2520" w:type="dxa"/>
            <w:shd w:val="clear" w:color="auto" w:fill="1F77B4"/>
          </w:tcPr>
          <w:p w14:paraId="11C5B68E"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68F92C77"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3A2BCAFD"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3D172C1E" w14:textId="77777777" w:rsidR="00EF282D" w:rsidRPr="003A67E9" w:rsidRDefault="005A3E0C">
            <w:pPr>
              <w:rPr>
                <w:sz w:val="24"/>
                <w:szCs w:val="24"/>
              </w:rPr>
            </w:pPr>
            <w:r w:rsidRPr="003A67E9">
              <w:rPr>
                <w:b/>
                <w:color w:val="FFFFFF"/>
                <w:sz w:val="24"/>
                <w:szCs w:val="24"/>
              </w:rPr>
              <w:t>Won't Have</w:t>
            </w:r>
          </w:p>
        </w:tc>
      </w:tr>
      <w:tr w:rsidR="00EF282D" w:rsidRPr="003A67E9" w14:paraId="5AABEF04" w14:textId="77777777">
        <w:trPr>
          <w:jc w:val="center"/>
        </w:trPr>
        <w:tc>
          <w:tcPr>
            <w:tcW w:w="2520" w:type="dxa"/>
          </w:tcPr>
          <w:p w14:paraId="6B811954" w14:textId="77777777" w:rsidR="00EF282D" w:rsidRPr="003A67E9" w:rsidRDefault="005A3E0C">
            <w:pPr>
              <w:rPr>
                <w:sz w:val="24"/>
                <w:szCs w:val="24"/>
              </w:rPr>
            </w:pPr>
            <w:r w:rsidRPr="003A67E9">
              <w:rPr>
                <w:sz w:val="24"/>
                <w:szCs w:val="24"/>
              </w:rPr>
              <w:t>Plain English instructions</w:t>
            </w:r>
          </w:p>
        </w:tc>
        <w:tc>
          <w:tcPr>
            <w:tcW w:w="2520" w:type="dxa"/>
          </w:tcPr>
          <w:p w14:paraId="52B59996" w14:textId="77777777" w:rsidR="00EF282D" w:rsidRPr="003A67E9" w:rsidRDefault="005A3E0C">
            <w:pPr>
              <w:rPr>
                <w:sz w:val="24"/>
                <w:szCs w:val="24"/>
              </w:rPr>
            </w:pPr>
            <w:r w:rsidRPr="003A67E9">
              <w:rPr>
                <w:sz w:val="24"/>
                <w:szCs w:val="24"/>
              </w:rPr>
              <w:t>Mini glossary</w:t>
            </w:r>
          </w:p>
        </w:tc>
        <w:tc>
          <w:tcPr>
            <w:tcW w:w="2520" w:type="dxa"/>
          </w:tcPr>
          <w:p w14:paraId="1BD1E2E4" w14:textId="77777777" w:rsidR="00EF282D" w:rsidRPr="003A67E9" w:rsidRDefault="005A3E0C">
            <w:pPr>
              <w:rPr>
                <w:sz w:val="24"/>
                <w:szCs w:val="24"/>
              </w:rPr>
            </w:pPr>
            <w:r w:rsidRPr="003A67E9">
              <w:rPr>
                <w:sz w:val="24"/>
                <w:szCs w:val="24"/>
              </w:rPr>
              <w:t>Language support later</w:t>
            </w:r>
          </w:p>
        </w:tc>
        <w:tc>
          <w:tcPr>
            <w:tcW w:w="2520" w:type="dxa"/>
          </w:tcPr>
          <w:p w14:paraId="5DF9FEAC" w14:textId="77777777" w:rsidR="00EF282D" w:rsidRPr="003A67E9" w:rsidRDefault="005A3E0C">
            <w:pPr>
              <w:rPr>
                <w:sz w:val="24"/>
                <w:szCs w:val="24"/>
              </w:rPr>
            </w:pPr>
            <w:r w:rsidRPr="003A67E9">
              <w:rPr>
                <w:sz w:val="24"/>
                <w:szCs w:val="24"/>
              </w:rPr>
              <w:t>Slang-heavy wording</w:t>
            </w:r>
          </w:p>
        </w:tc>
      </w:tr>
      <w:tr w:rsidR="00EF282D" w:rsidRPr="003A67E9" w14:paraId="796574FD" w14:textId="77777777">
        <w:trPr>
          <w:jc w:val="center"/>
        </w:trPr>
        <w:tc>
          <w:tcPr>
            <w:tcW w:w="2520" w:type="dxa"/>
          </w:tcPr>
          <w:p w14:paraId="10FD40D3" w14:textId="77777777" w:rsidR="00EF282D" w:rsidRPr="003A67E9" w:rsidRDefault="005A3E0C">
            <w:pPr>
              <w:rPr>
                <w:sz w:val="24"/>
                <w:szCs w:val="24"/>
              </w:rPr>
            </w:pPr>
            <w:r w:rsidRPr="003A67E9">
              <w:rPr>
                <w:sz w:val="24"/>
                <w:szCs w:val="24"/>
              </w:rPr>
              <w:t>Icons with labels</w:t>
            </w:r>
          </w:p>
        </w:tc>
        <w:tc>
          <w:tcPr>
            <w:tcW w:w="2520" w:type="dxa"/>
          </w:tcPr>
          <w:p w14:paraId="5EACA65B" w14:textId="77777777" w:rsidR="00EF282D" w:rsidRPr="003A67E9" w:rsidRDefault="005A3E0C">
            <w:pPr>
              <w:rPr>
                <w:sz w:val="24"/>
                <w:szCs w:val="24"/>
              </w:rPr>
            </w:pPr>
            <w:r w:rsidRPr="003A67E9">
              <w:rPr>
                <w:sz w:val="24"/>
                <w:szCs w:val="24"/>
              </w:rPr>
              <w:t>Tutorial examples</w:t>
            </w:r>
          </w:p>
        </w:tc>
        <w:tc>
          <w:tcPr>
            <w:tcW w:w="2520" w:type="dxa"/>
          </w:tcPr>
          <w:p w14:paraId="2076EABF" w14:textId="77777777" w:rsidR="00EF282D" w:rsidRPr="003A67E9" w:rsidRDefault="005A3E0C">
            <w:pPr>
              <w:rPr>
                <w:sz w:val="24"/>
                <w:szCs w:val="24"/>
              </w:rPr>
            </w:pPr>
            <w:r w:rsidRPr="003A67E9">
              <w:rPr>
                <w:sz w:val="24"/>
                <w:szCs w:val="24"/>
              </w:rPr>
              <w:t>Audio explanation</w:t>
            </w:r>
          </w:p>
        </w:tc>
        <w:tc>
          <w:tcPr>
            <w:tcW w:w="2520" w:type="dxa"/>
          </w:tcPr>
          <w:p w14:paraId="0D185444" w14:textId="77777777" w:rsidR="00EF282D" w:rsidRPr="003A67E9" w:rsidRDefault="005A3E0C">
            <w:pPr>
              <w:rPr>
                <w:sz w:val="24"/>
                <w:szCs w:val="24"/>
              </w:rPr>
            </w:pPr>
            <w:r w:rsidRPr="003A67E9">
              <w:rPr>
                <w:sz w:val="24"/>
                <w:szCs w:val="24"/>
              </w:rPr>
              <w:t>Ambiguous icons</w:t>
            </w:r>
          </w:p>
        </w:tc>
      </w:tr>
      <w:tr w:rsidR="00EF282D" w:rsidRPr="003A67E9" w14:paraId="159E30CC" w14:textId="77777777">
        <w:trPr>
          <w:jc w:val="center"/>
        </w:trPr>
        <w:tc>
          <w:tcPr>
            <w:tcW w:w="2520" w:type="dxa"/>
          </w:tcPr>
          <w:p w14:paraId="44460845" w14:textId="77777777" w:rsidR="00EF282D" w:rsidRPr="003A67E9" w:rsidRDefault="005A3E0C">
            <w:pPr>
              <w:rPr>
                <w:sz w:val="24"/>
                <w:szCs w:val="24"/>
              </w:rPr>
            </w:pPr>
            <w:r w:rsidRPr="003A67E9">
              <w:rPr>
                <w:sz w:val="24"/>
                <w:szCs w:val="24"/>
              </w:rPr>
              <w:t>Help button</w:t>
            </w:r>
          </w:p>
        </w:tc>
        <w:tc>
          <w:tcPr>
            <w:tcW w:w="2520" w:type="dxa"/>
          </w:tcPr>
          <w:p w14:paraId="4DB80A5E" w14:textId="77777777" w:rsidR="00EF282D" w:rsidRPr="003A67E9" w:rsidRDefault="005A3E0C">
            <w:pPr>
              <w:rPr>
                <w:sz w:val="24"/>
                <w:szCs w:val="24"/>
              </w:rPr>
            </w:pPr>
            <w:r w:rsidRPr="003A67E9">
              <w:rPr>
                <w:sz w:val="24"/>
                <w:szCs w:val="24"/>
              </w:rPr>
              <w:t>Consistent screen layout</w:t>
            </w:r>
          </w:p>
        </w:tc>
        <w:tc>
          <w:tcPr>
            <w:tcW w:w="2520" w:type="dxa"/>
          </w:tcPr>
          <w:p w14:paraId="2872A70B" w14:textId="77777777" w:rsidR="00EF282D" w:rsidRPr="003A67E9" w:rsidRDefault="005A3E0C">
            <w:pPr>
              <w:rPr>
                <w:sz w:val="24"/>
                <w:szCs w:val="24"/>
              </w:rPr>
            </w:pPr>
            <w:r w:rsidRPr="003A67E9">
              <w:rPr>
                <w:sz w:val="24"/>
                <w:szCs w:val="24"/>
              </w:rPr>
              <w:t>Visual demo mode</w:t>
            </w:r>
          </w:p>
        </w:tc>
        <w:tc>
          <w:tcPr>
            <w:tcW w:w="2520" w:type="dxa"/>
          </w:tcPr>
          <w:p w14:paraId="517F243E" w14:textId="77777777" w:rsidR="00EF282D" w:rsidRPr="003A67E9" w:rsidRDefault="005A3E0C">
            <w:pPr>
              <w:rPr>
                <w:sz w:val="24"/>
                <w:szCs w:val="24"/>
              </w:rPr>
            </w:pPr>
            <w:r w:rsidRPr="003A67E9">
              <w:rPr>
                <w:sz w:val="24"/>
                <w:szCs w:val="24"/>
              </w:rPr>
              <w:t>Long rules document</w:t>
            </w:r>
          </w:p>
        </w:tc>
      </w:tr>
      <w:tr w:rsidR="00EF282D" w:rsidRPr="003A67E9" w14:paraId="6E1AE96C" w14:textId="77777777">
        <w:trPr>
          <w:jc w:val="center"/>
        </w:trPr>
        <w:tc>
          <w:tcPr>
            <w:tcW w:w="2520" w:type="dxa"/>
          </w:tcPr>
          <w:p w14:paraId="70C2C684" w14:textId="77777777" w:rsidR="00EF282D" w:rsidRPr="003A67E9" w:rsidRDefault="005A3E0C">
            <w:pPr>
              <w:rPr>
                <w:sz w:val="24"/>
                <w:szCs w:val="24"/>
              </w:rPr>
            </w:pPr>
            <w:r w:rsidRPr="003A67E9">
              <w:rPr>
                <w:sz w:val="24"/>
                <w:szCs w:val="24"/>
              </w:rPr>
              <w:t>Clear action descriptions</w:t>
            </w:r>
          </w:p>
        </w:tc>
        <w:tc>
          <w:tcPr>
            <w:tcW w:w="2520" w:type="dxa"/>
          </w:tcPr>
          <w:p w14:paraId="7B46AFEF" w14:textId="77777777" w:rsidR="00EF282D" w:rsidRPr="003A67E9" w:rsidRDefault="005A3E0C">
            <w:pPr>
              <w:rPr>
                <w:sz w:val="24"/>
                <w:szCs w:val="24"/>
              </w:rPr>
            </w:pPr>
            <w:r w:rsidRPr="003A67E9">
              <w:rPr>
                <w:sz w:val="24"/>
                <w:szCs w:val="24"/>
              </w:rPr>
              <w:t>Error messages in simple language</w:t>
            </w:r>
          </w:p>
        </w:tc>
        <w:tc>
          <w:tcPr>
            <w:tcW w:w="2520" w:type="dxa"/>
          </w:tcPr>
          <w:p w14:paraId="61D858EF" w14:textId="77777777" w:rsidR="00EF282D" w:rsidRPr="003A67E9" w:rsidRDefault="005A3E0C">
            <w:pPr>
              <w:rPr>
                <w:sz w:val="24"/>
                <w:szCs w:val="24"/>
              </w:rPr>
            </w:pPr>
            <w:r w:rsidRPr="003A67E9">
              <w:rPr>
                <w:sz w:val="24"/>
                <w:szCs w:val="24"/>
              </w:rPr>
              <w:t>Icon legend</w:t>
            </w:r>
          </w:p>
        </w:tc>
        <w:tc>
          <w:tcPr>
            <w:tcW w:w="2520" w:type="dxa"/>
          </w:tcPr>
          <w:p w14:paraId="43D8C56E" w14:textId="77777777" w:rsidR="00EF282D" w:rsidRPr="003A67E9" w:rsidRDefault="005A3E0C">
            <w:pPr>
              <w:rPr>
                <w:sz w:val="24"/>
                <w:szCs w:val="24"/>
              </w:rPr>
            </w:pPr>
            <w:r w:rsidRPr="003A67E9">
              <w:rPr>
                <w:sz w:val="24"/>
                <w:szCs w:val="24"/>
              </w:rPr>
              <w:t>Unexplained abbreviations</w:t>
            </w:r>
          </w:p>
        </w:tc>
      </w:tr>
    </w:tbl>
    <w:p w14:paraId="1979B39F" w14:textId="77777777" w:rsidR="00EF282D" w:rsidRPr="003A67E9" w:rsidRDefault="00EF282D">
      <w:pPr>
        <w:rPr>
          <w:sz w:val="24"/>
          <w:szCs w:val="24"/>
        </w:rPr>
      </w:pPr>
    </w:p>
    <w:p w14:paraId="6CEC9714" w14:textId="77777777" w:rsidR="00EF282D" w:rsidRPr="003A67E9" w:rsidRDefault="005A3E0C">
      <w:pPr>
        <w:pStyle w:val="Heading2"/>
        <w:rPr>
          <w:sz w:val="24"/>
          <w:szCs w:val="24"/>
        </w:rPr>
      </w:pPr>
      <w:bookmarkStart w:id="18" w:name="_Toc233920630"/>
      <w:r w:rsidRPr="003A67E9">
        <w:rPr>
          <w:sz w:val="24"/>
          <w:szCs w:val="24"/>
        </w:rPr>
        <w:t>4.3 🧠 Persona 3: Daniel Morgan - Mature / neurodivergent student</w:t>
      </w:r>
      <w:bookmarkEnd w:id="18"/>
    </w:p>
    <w:tbl>
      <w:tblPr>
        <w:tblStyle w:val="TableGrid"/>
        <w:tblW w:w="0" w:type="auto"/>
        <w:jc w:val="center"/>
        <w:tblLook w:val="04A0" w:firstRow="1" w:lastRow="0" w:firstColumn="1" w:lastColumn="0" w:noHBand="0" w:noVBand="1"/>
      </w:tblPr>
      <w:tblGrid>
        <w:gridCol w:w="5032"/>
        <w:gridCol w:w="5032"/>
      </w:tblGrid>
      <w:tr w:rsidR="00EF282D" w:rsidRPr="003A67E9" w14:paraId="635FA2B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4B6CBC92" w14:textId="77777777" w:rsidR="00EF282D" w:rsidRPr="003A67E9" w:rsidRDefault="005A3E0C">
            <w:pPr>
              <w:rPr>
                <w:sz w:val="24"/>
                <w:szCs w:val="24"/>
              </w:rPr>
            </w:pPr>
            <w:r w:rsidRPr="003A67E9">
              <w:rPr>
                <w:b/>
                <w:color w:val="FFFFFF"/>
                <w:sz w:val="24"/>
                <w:szCs w:val="24"/>
              </w:rPr>
              <w:t>🧠 Persona 3: Daniel Morgan</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258B12DE" w14:textId="77777777" w:rsidR="000E6F63" w:rsidRDefault="00FC6335">
            <w:r>
              <w:t>Mature / neurodivergent student</w:t>
            </w:r>
          </w:p>
        </w:tc>
      </w:tr>
      <w:tr w:rsidR="00EF282D" w:rsidRPr="003A67E9" w14:paraId="3FC00E6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6F23F0A"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669466F" w14:textId="77777777" w:rsidR="000E6F63" w:rsidRDefault="00FC6335">
            <w:r>
              <w:t>31</w:t>
            </w:r>
          </w:p>
        </w:tc>
      </w:tr>
      <w:tr w:rsidR="00EF282D" w:rsidRPr="003A67E9" w14:paraId="2709AA7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5F66069"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17DD7CCE" w14:textId="77777777" w:rsidR="000E6F63" w:rsidRDefault="00FC6335">
            <w:r>
              <w:t>Mature / neurodivergent student</w:t>
            </w:r>
          </w:p>
        </w:tc>
      </w:tr>
      <w:tr w:rsidR="00EF282D" w:rsidRPr="003A67E9" w14:paraId="6F46940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8DCDFC9"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C81EBFA" w14:textId="77777777" w:rsidR="000E6F63" w:rsidRDefault="00FC6335">
            <w:r>
              <w:t>Welsh mature student who can find busy screens stressful.</w:t>
            </w:r>
          </w:p>
        </w:tc>
      </w:tr>
      <w:tr w:rsidR="00EF282D" w:rsidRPr="003A67E9" w14:paraId="2F18F6F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1A907CB"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C9C9BFC" w14:textId="77777777" w:rsidR="000E6F63" w:rsidRDefault="00FC6335">
            <w:r>
              <w:t>UWTSD Swansea / Online</w:t>
            </w:r>
          </w:p>
        </w:tc>
      </w:tr>
      <w:tr w:rsidR="00EF282D" w:rsidRPr="003A67E9" w14:paraId="6D0DA77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BC6BCDD"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2485C67" w14:textId="77777777" w:rsidR="000E6F63" w:rsidRDefault="00FC6335">
            <w:r>
              <w:t>Medium</w:t>
            </w:r>
          </w:p>
        </w:tc>
      </w:tr>
      <w:tr w:rsidR="00EF282D" w:rsidRPr="003A67E9" w14:paraId="4B9F705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FDE8E72"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80B7BF6" w14:textId="77777777" w:rsidR="000E6F63" w:rsidRDefault="00FC6335">
            <w:r>
              <w:t>Low clutter, clear priorities and pause/review support.</w:t>
            </w:r>
          </w:p>
        </w:tc>
      </w:tr>
      <w:tr w:rsidR="00EF282D" w:rsidRPr="003A67E9" w14:paraId="4F10EE0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EA4DF78"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61DC4BA" w14:textId="77777777" w:rsidR="000E6F63" w:rsidRDefault="00FC6335">
            <w:r>
              <w:t>Enjoys strategy but dislikes too many choices.</w:t>
            </w:r>
          </w:p>
        </w:tc>
      </w:tr>
      <w:tr w:rsidR="00EF282D" w:rsidRPr="003A67E9" w14:paraId="4EE9684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787A5C8"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9EFC872" w14:textId="77777777" w:rsidR="000E6F63" w:rsidRDefault="00FC6335">
            <w:r>
              <w:t>Needs the urgent zone and recommended action highlighted calmly.</w:t>
            </w:r>
          </w:p>
        </w:tc>
      </w:tr>
      <w:tr w:rsidR="00EF282D" w:rsidRPr="003A67E9" w14:paraId="019288E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B521B5F"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7F0F277" w14:textId="77777777" w:rsidR="000E6F63" w:rsidRDefault="00FC6335">
            <w:r>
              <w:t>1. Clean layout</w:t>
            </w:r>
            <w:r>
              <w:br/>
              <w:t>2. Recommended action</w:t>
            </w:r>
            <w:r>
              <w:br/>
              <w:t>3. Pause/review</w:t>
            </w:r>
            <w:r>
              <w:br/>
              <w:t>4. Progress</w:t>
            </w:r>
          </w:p>
        </w:tc>
      </w:tr>
      <w:tr w:rsidR="00EF282D" w:rsidRPr="003A67E9" w14:paraId="1F12A8C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D9A3525" w14:textId="77777777" w:rsidR="00EF282D" w:rsidRPr="003A67E9" w:rsidRDefault="005A3E0C">
            <w:pPr>
              <w:rPr>
                <w:sz w:val="24"/>
                <w:szCs w:val="24"/>
              </w:rPr>
            </w:pPr>
            <w:r w:rsidRPr="003A67E9">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FF5ADA0" w14:textId="77777777" w:rsidR="000E6F63" w:rsidRDefault="00FC6335">
            <w:r>
              <w:t>Calm alerts and visible priorities.</w:t>
            </w:r>
          </w:p>
        </w:tc>
      </w:tr>
    </w:tbl>
    <w:p w14:paraId="29E158A5" w14:textId="77777777" w:rsidR="00EF282D" w:rsidRPr="003A67E9" w:rsidRDefault="00EF282D">
      <w:pPr>
        <w:rPr>
          <w:sz w:val="24"/>
          <w:szCs w:val="24"/>
        </w:rPr>
      </w:pPr>
    </w:p>
    <w:p w14:paraId="45128BEE" w14:textId="77777777" w:rsidR="00EF282D" w:rsidRPr="003A67E9" w:rsidRDefault="005A3E0C">
      <w:pPr>
        <w:pStyle w:val="Heading3"/>
        <w:rPr>
          <w:sz w:val="32"/>
          <w:szCs w:val="32"/>
        </w:rPr>
      </w:pPr>
      <w:bookmarkStart w:id="19" w:name="_Toc233920631"/>
      <w:proofErr w:type="spellStart"/>
      <w:r w:rsidRPr="003A67E9">
        <w:rPr>
          <w:sz w:val="32"/>
          <w:szCs w:val="32"/>
        </w:rPr>
        <w:t>MoSCoW</w:t>
      </w:r>
      <w:proofErr w:type="spellEnd"/>
      <w:r w:rsidRPr="003A67E9">
        <w:rPr>
          <w:sz w:val="32"/>
          <w:szCs w:val="32"/>
        </w:rPr>
        <w:t xml:space="preserve"> Requirements for Daniel Morgan</w:t>
      </w:r>
      <w:bookmarkEnd w:id="19"/>
    </w:p>
    <w:tbl>
      <w:tblPr>
        <w:tblStyle w:val="TableGrid"/>
        <w:tblW w:w="0" w:type="auto"/>
        <w:jc w:val="center"/>
        <w:tblLook w:val="04A0" w:firstRow="1" w:lastRow="0" w:firstColumn="1" w:lastColumn="0" w:noHBand="0" w:noVBand="1"/>
      </w:tblPr>
      <w:tblGrid>
        <w:gridCol w:w="2518"/>
        <w:gridCol w:w="2517"/>
        <w:gridCol w:w="2517"/>
        <w:gridCol w:w="2518"/>
      </w:tblGrid>
      <w:tr w:rsidR="00EF282D" w:rsidRPr="003A67E9" w14:paraId="37312CDE" w14:textId="77777777">
        <w:trPr>
          <w:jc w:val="center"/>
        </w:trPr>
        <w:tc>
          <w:tcPr>
            <w:tcW w:w="2520" w:type="dxa"/>
            <w:shd w:val="clear" w:color="auto" w:fill="1F77B4"/>
          </w:tcPr>
          <w:p w14:paraId="738F0911"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515BC8B0"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492ED6FD"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24FA7397" w14:textId="77777777" w:rsidR="00EF282D" w:rsidRPr="003A67E9" w:rsidRDefault="005A3E0C">
            <w:pPr>
              <w:rPr>
                <w:sz w:val="24"/>
                <w:szCs w:val="24"/>
              </w:rPr>
            </w:pPr>
            <w:r w:rsidRPr="003A67E9">
              <w:rPr>
                <w:b/>
                <w:color w:val="FFFFFF"/>
                <w:sz w:val="24"/>
                <w:szCs w:val="24"/>
              </w:rPr>
              <w:t>Won't Have</w:t>
            </w:r>
          </w:p>
        </w:tc>
      </w:tr>
      <w:tr w:rsidR="00EF282D" w:rsidRPr="003A67E9" w14:paraId="4A6A40B2" w14:textId="77777777">
        <w:trPr>
          <w:jc w:val="center"/>
        </w:trPr>
        <w:tc>
          <w:tcPr>
            <w:tcW w:w="2520" w:type="dxa"/>
          </w:tcPr>
          <w:p w14:paraId="7492FF49" w14:textId="77777777" w:rsidR="00EF282D" w:rsidRPr="003A67E9" w:rsidRDefault="005A3E0C">
            <w:pPr>
              <w:rPr>
                <w:sz w:val="24"/>
                <w:szCs w:val="24"/>
              </w:rPr>
            </w:pPr>
            <w:r w:rsidRPr="003A67E9">
              <w:rPr>
                <w:sz w:val="24"/>
                <w:szCs w:val="24"/>
              </w:rPr>
              <w:t>Clean layout</w:t>
            </w:r>
          </w:p>
        </w:tc>
        <w:tc>
          <w:tcPr>
            <w:tcW w:w="2520" w:type="dxa"/>
          </w:tcPr>
          <w:p w14:paraId="46588E07" w14:textId="77777777" w:rsidR="00EF282D" w:rsidRPr="003A67E9" w:rsidRDefault="005A3E0C">
            <w:pPr>
              <w:rPr>
                <w:sz w:val="24"/>
                <w:szCs w:val="24"/>
              </w:rPr>
            </w:pPr>
            <w:r w:rsidRPr="003A67E9">
              <w:rPr>
                <w:sz w:val="24"/>
                <w:szCs w:val="24"/>
              </w:rPr>
              <w:t>Reduce pop-ups</w:t>
            </w:r>
          </w:p>
        </w:tc>
        <w:tc>
          <w:tcPr>
            <w:tcW w:w="2520" w:type="dxa"/>
          </w:tcPr>
          <w:p w14:paraId="4E4D7BC8" w14:textId="77777777" w:rsidR="00EF282D" w:rsidRPr="003A67E9" w:rsidRDefault="005A3E0C">
            <w:pPr>
              <w:rPr>
                <w:sz w:val="24"/>
                <w:szCs w:val="24"/>
              </w:rPr>
            </w:pPr>
            <w:r w:rsidRPr="003A67E9">
              <w:rPr>
                <w:sz w:val="24"/>
                <w:szCs w:val="24"/>
              </w:rPr>
              <w:t>Focus mode</w:t>
            </w:r>
          </w:p>
        </w:tc>
        <w:tc>
          <w:tcPr>
            <w:tcW w:w="2520" w:type="dxa"/>
          </w:tcPr>
          <w:p w14:paraId="0D928E50" w14:textId="77777777" w:rsidR="00EF282D" w:rsidRPr="003A67E9" w:rsidRDefault="005A3E0C">
            <w:pPr>
              <w:rPr>
                <w:sz w:val="24"/>
                <w:szCs w:val="24"/>
              </w:rPr>
            </w:pPr>
            <w:r w:rsidRPr="003A67E9">
              <w:rPr>
                <w:sz w:val="24"/>
                <w:szCs w:val="24"/>
              </w:rPr>
              <w:t>Multiple flashing alerts</w:t>
            </w:r>
          </w:p>
        </w:tc>
      </w:tr>
      <w:tr w:rsidR="00EF282D" w:rsidRPr="003A67E9" w14:paraId="3A35F7E1" w14:textId="77777777">
        <w:trPr>
          <w:jc w:val="center"/>
        </w:trPr>
        <w:tc>
          <w:tcPr>
            <w:tcW w:w="2520" w:type="dxa"/>
          </w:tcPr>
          <w:p w14:paraId="6940B7E4" w14:textId="77777777" w:rsidR="00EF282D" w:rsidRPr="003A67E9" w:rsidRDefault="005A3E0C">
            <w:pPr>
              <w:rPr>
                <w:sz w:val="24"/>
                <w:szCs w:val="24"/>
              </w:rPr>
            </w:pPr>
            <w:r w:rsidRPr="003A67E9">
              <w:rPr>
                <w:sz w:val="24"/>
                <w:szCs w:val="24"/>
              </w:rPr>
              <w:t>Recommended action prompt</w:t>
            </w:r>
          </w:p>
        </w:tc>
        <w:tc>
          <w:tcPr>
            <w:tcW w:w="2520" w:type="dxa"/>
          </w:tcPr>
          <w:p w14:paraId="72DB8DC0" w14:textId="77777777" w:rsidR="00EF282D" w:rsidRPr="003A67E9" w:rsidRDefault="005A3E0C">
            <w:pPr>
              <w:rPr>
                <w:sz w:val="24"/>
                <w:szCs w:val="24"/>
              </w:rPr>
            </w:pPr>
            <w:r w:rsidRPr="003A67E9">
              <w:rPr>
                <w:sz w:val="24"/>
                <w:szCs w:val="24"/>
              </w:rPr>
              <w:t>Step-by-step tutorial</w:t>
            </w:r>
          </w:p>
        </w:tc>
        <w:tc>
          <w:tcPr>
            <w:tcW w:w="2520" w:type="dxa"/>
          </w:tcPr>
          <w:p w14:paraId="6BD9FC7A" w14:textId="77777777" w:rsidR="00EF282D" w:rsidRPr="003A67E9" w:rsidRDefault="005A3E0C">
            <w:pPr>
              <w:rPr>
                <w:sz w:val="24"/>
                <w:szCs w:val="24"/>
              </w:rPr>
            </w:pPr>
            <w:r w:rsidRPr="003A67E9">
              <w:rPr>
                <w:sz w:val="24"/>
                <w:szCs w:val="24"/>
              </w:rPr>
              <w:t>Optional reminders</w:t>
            </w:r>
          </w:p>
        </w:tc>
        <w:tc>
          <w:tcPr>
            <w:tcW w:w="2520" w:type="dxa"/>
          </w:tcPr>
          <w:p w14:paraId="24B7CCBB" w14:textId="77777777" w:rsidR="00EF282D" w:rsidRPr="003A67E9" w:rsidRDefault="005A3E0C">
            <w:pPr>
              <w:rPr>
                <w:sz w:val="24"/>
                <w:szCs w:val="24"/>
              </w:rPr>
            </w:pPr>
            <w:r w:rsidRPr="003A67E9">
              <w:rPr>
                <w:sz w:val="24"/>
                <w:szCs w:val="24"/>
              </w:rPr>
              <w:t>Cluttered menus</w:t>
            </w:r>
          </w:p>
        </w:tc>
      </w:tr>
      <w:tr w:rsidR="00EF282D" w:rsidRPr="003A67E9" w14:paraId="1809DC2D" w14:textId="77777777">
        <w:trPr>
          <w:jc w:val="center"/>
        </w:trPr>
        <w:tc>
          <w:tcPr>
            <w:tcW w:w="2520" w:type="dxa"/>
          </w:tcPr>
          <w:p w14:paraId="43733354" w14:textId="77777777" w:rsidR="00EF282D" w:rsidRPr="003A67E9" w:rsidRDefault="005A3E0C">
            <w:pPr>
              <w:rPr>
                <w:sz w:val="24"/>
                <w:szCs w:val="24"/>
              </w:rPr>
            </w:pPr>
            <w:r w:rsidRPr="003A67E9">
              <w:rPr>
                <w:sz w:val="24"/>
                <w:szCs w:val="24"/>
              </w:rPr>
              <w:t>Pause/review button</w:t>
            </w:r>
          </w:p>
        </w:tc>
        <w:tc>
          <w:tcPr>
            <w:tcW w:w="2520" w:type="dxa"/>
          </w:tcPr>
          <w:p w14:paraId="3584E705" w14:textId="77777777" w:rsidR="00EF282D" w:rsidRPr="003A67E9" w:rsidRDefault="005A3E0C">
            <w:pPr>
              <w:rPr>
                <w:sz w:val="24"/>
                <w:szCs w:val="24"/>
              </w:rPr>
            </w:pPr>
            <w:r w:rsidRPr="003A67E9">
              <w:rPr>
                <w:sz w:val="24"/>
                <w:szCs w:val="24"/>
              </w:rPr>
              <w:t>Priority indicators</w:t>
            </w:r>
          </w:p>
        </w:tc>
        <w:tc>
          <w:tcPr>
            <w:tcW w:w="2520" w:type="dxa"/>
          </w:tcPr>
          <w:p w14:paraId="469F8BEC" w14:textId="77777777" w:rsidR="00EF282D" w:rsidRPr="003A67E9" w:rsidRDefault="005A3E0C">
            <w:pPr>
              <w:rPr>
                <w:sz w:val="24"/>
                <w:szCs w:val="24"/>
              </w:rPr>
            </w:pPr>
            <w:r w:rsidRPr="003A67E9">
              <w:rPr>
                <w:sz w:val="24"/>
                <w:szCs w:val="24"/>
              </w:rPr>
              <w:t>Custom text size</w:t>
            </w:r>
          </w:p>
        </w:tc>
        <w:tc>
          <w:tcPr>
            <w:tcW w:w="2520" w:type="dxa"/>
          </w:tcPr>
          <w:p w14:paraId="71C7C628" w14:textId="77777777" w:rsidR="00EF282D" w:rsidRPr="003A67E9" w:rsidRDefault="005A3E0C">
            <w:pPr>
              <w:rPr>
                <w:sz w:val="24"/>
                <w:szCs w:val="24"/>
              </w:rPr>
            </w:pPr>
            <w:r w:rsidRPr="003A67E9">
              <w:rPr>
                <w:sz w:val="24"/>
                <w:szCs w:val="24"/>
              </w:rPr>
              <w:t>Hidden critical information</w:t>
            </w:r>
          </w:p>
        </w:tc>
      </w:tr>
      <w:tr w:rsidR="00EF282D" w:rsidRPr="003A67E9" w14:paraId="19281B79" w14:textId="77777777">
        <w:trPr>
          <w:jc w:val="center"/>
        </w:trPr>
        <w:tc>
          <w:tcPr>
            <w:tcW w:w="2520" w:type="dxa"/>
          </w:tcPr>
          <w:p w14:paraId="4D5076B3" w14:textId="77777777" w:rsidR="00EF282D" w:rsidRPr="003A67E9" w:rsidRDefault="005A3E0C">
            <w:pPr>
              <w:rPr>
                <w:sz w:val="24"/>
                <w:szCs w:val="24"/>
              </w:rPr>
            </w:pPr>
            <w:r w:rsidRPr="003A67E9">
              <w:rPr>
                <w:sz w:val="24"/>
                <w:szCs w:val="24"/>
              </w:rPr>
              <w:t>Clear progress bar</w:t>
            </w:r>
          </w:p>
        </w:tc>
        <w:tc>
          <w:tcPr>
            <w:tcW w:w="2520" w:type="dxa"/>
          </w:tcPr>
          <w:p w14:paraId="22E68E64" w14:textId="77777777" w:rsidR="00EF282D" w:rsidRPr="003A67E9" w:rsidRDefault="005A3E0C">
            <w:pPr>
              <w:rPr>
                <w:sz w:val="24"/>
                <w:szCs w:val="24"/>
              </w:rPr>
            </w:pPr>
            <w:r w:rsidRPr="003A67E9">
              <w:rPr>
                <w:sz w:val="24"/>
                <w:szCs w:val="24"/>
              </w:rPr>
              <w:t>Consistent navigation</w:t>
            </w:r>
          </w:p>
        </w:tc>
        <w:tc>
          <w:tcPr>
            <w:tcW w:w="2520" w:type="dxa"/>
          </w:tcPr>
          <w:p w14:paraId="01F1523F" w14:textId="77777777" w:rsidR="00EF282D" w:rsidRPr="003A67E9" w:rsidRDefault="005A3E0C">
            <w:pPr>
              <w:rPr>
                <w:sz w:val="24"/>
                <w:szCs w:val="24"/>
              </w:rPr>
            </w:pPr>
            <w:r w:rsidRPr="003A67E9">
              <w:rPr>
                <w:sz w:val="24"/>
                <w:szCs w:val="24"/>
              </w:rPr>
              <w:t>Calm alert style</w:t>
            </w:r>
          </w:p>
        </w:tc>
        <w:tc>
          <w:tcPr>
            <w:tcW w:w="2520" w:type="dxa"/>
          </w:tcPr>
          <w:p w14:paraId="21ECEC0B" w14:textId="77777777" w:rsidR="00EF282D" w:rsidRPr="003A67E9" w:rsidRDefault="005A3E0C">
            <w:pPr>
              <w:rPr>
                <w:sz w:val="24"/>
                <w:szCs w:val="24"/>
              </w:rPr>
            </w:pPr>
            <w:r w:rsidRPr="003A67E9">
              <w:rPr>
                <w:sz w:val="24"/>
                <w:szCs w:val="24"/>
              </w:rPr>
              <w:t>Unnecessary animations</w:t>
            </w:r>
          </w:p>
        </w:tc>
      </w:tr>
    </w:tbl>
    <w:p w14:paraId="32B2A149" w14:textId="77777777" w:rsidR="00EF282D" w:rsidRDefault="00EF282D"/>
    <w:p w14:paraId="09E24D6E" w14:textId="77777777" w:rsidR="00EF282D" w:rsidRPr="003A67E9" w:rsidRDefault="005A3E0C">
      <w:pPr>
        <w:pStyle w:val="Heading2"/>
        <w:rPr>
          <w:sz w:val="32"/>
          <w:szCs w:val="32"/>
        </w:rPr>
      </w:pPr>
      <w:bookmarkStart w:id="20" w:name="_Toc233920632"/>
      <w:r w:rsidRPr="003A67E9">
        <w:rPr>
          <w:sz w:val="32"/>
          <w:szCs w:val="32"/>
        </w:rPr>
        <w:lastRenderedPageBreak/>
        <w:t>4.4 👩‍🏫 Persona 4: Dr Sarah Evans - Lecturer / academic staff</w:t>
      </w:r>
      <w:bookmarkEnd w:id="20"/>
    </w:p>
    <w:tbl>
      <w:tblPr>
        <w:tblStyle w:val="TableGrid"/>
        <w:tblW w:w="0" w:type="auto"/>
        <w:jc w:val="center"/>
        <w:tblLook w:val="04A0" w:firstRow="1" w:lastRow="0" w:firstColumn="1" w:lastColumn="0" w:noHBand="0" w:noVBand="1"/>
      </w:tblPr>
      <w:tblGrid>
        <w:gridCol w:w="5033"/>
        <w:gridCol w:w="5031"/>
      </w:tblGrid>
      <w:tr w:rsidR="00EF282D" w:rsidRPr="003A67E9" w14:paraId="7B51E0D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49C13B9E" w14:textId="77777777" w:rsidR="00EF282D" w:rsidRPr="003A67E9" w:rsidRDefault="005A3E0C">
            <w:pPr>
              <w:rPr>
                <w:sz w:val="24"/>
                <w:szCs w:val="24"/>
              </w:rPr>
            </w:pPr>
            <w:r w:rsidRPr="003A67E9">
              <w:rPr>
                <w:b/>
                <w:color w:val="FFFFFF"/>
                <w:sz w:val="24"/>
                <w:szCs w:val="24"/>
              </w:rPr>
              <w:t>👩‍🏫 Persona 4: Dr Sarah Evans</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15190141" w14:textId="77777777" w:rsidR="000E6F63" w:rsidRDefault="00FC6335">
            <w:r>
              <w:t>Lecturer / academic staff</w:t>
            </w:r>
          </w:p>
        </w:tc>
      </w:tr>
      <w:tr w:rsidR="00EF282D" w:rsidRPr="003A67E9" w14:paraId="51438CB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F2AB9B3"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522C098" w14:textId="77777777" w:rsidR="000E6F63" w:rsidRDefault="00FC6335">
            <w:r>
              <w:t>45</w:t>
            </w:r>
          </w:p>
        </w:tc>
      </w:tr>
      <w:tr w:rsidR="00EF282D" w:rsidRPr="003A67E9" w14:paraId="230652E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77B22E0"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9F5BAA6" w14:textId="77777777" w:rsidR="000E6F63" w:rsidRDefault="00FC6335">
            <w:r>
              <w:t>Lecturer / academic staff</w:t>
            </w:r>
          </w:p>
        </w:tc>
      </w:tr>
      <w:tr w:rsidR="00EF282D" w:rsidRPr="003A67E9" w14:paraId="181CD29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4A6AD79"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959E116" w14:textId="77777777" w:rsidR="000E6F63" w:rsidRDefault="00FC6335">
            <w:r>
              <w:t xml:space="preserve">Academic </w:t>
            </w:r>
            <w:proofErr w:type="gramStart"/>
            <w:r>
              <w:t>user</w:t>
            </w:r>
            <w:proofErr w:type="gramEnd"/>
            <w:r>
              <w:t xml:space="preserve"> interested in serious games and reflection.</w:t>
            </w:r>
          </w:p>
        </w:tc>
      </w:tr>
      <w:tr w:rsidR="00EF282D" w:rsidRPr="003A67E9" w14:paraId="05D315C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4C7131E"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43524D8" w14:textId="77777777" w:rsidR="000E6F63" w:rsidRDefault="00FC6335">
            <w:r>
              <w:t>UWTSD Swansea</w:t>
            </w:r>
          </w:p>
        </w:tc>
      </w:tr>
      <w:tr w:rsidR="00EF282D" w:rsidRPr="003A67E9" w14:paraId="3F045D8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DF6A286"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9C5A980" w14:textId="77777777" w:rsidR="000E6F63" w:rsidRDefault="00FC6335">
            <w:r>
              <w:t>High</w:t>
            </w:r>
          </w:p>
        </w:tc>
      </w:tr>
      <w:tr w:rsidR="00EF282D" w:rsidRPr="003A67E9" w14:paraId="017E3B8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584EF91"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77E75A40" w14:textId="77777777" w:rsidR="000E6F63" w:rsidRDefault="00FC6335">
            <w:r>
              <w:t>Clear learning purpose, easy setup and useful results.</w:t>
            </w:r>
          </w:p>
        </w:tc>
      </w:tr>
      <w:tr w:rsidR="00EF282D" w:rsidRPr="003A67E9" w14:paraId="0A777A8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2BE10F1"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09CCD29" w14:textId="77777777" w:rsidR="000E6F63" w:rsidRDefault="00FC6335">
            <w:r>
              <w:t>Limited gamer; confident with educational technology.</w:t>
            </w:r>
          </w:p>
        </w:tc>
      </w:tr>
      <w:tr w:rsidR="00EF282D" w:rsidRPr="003A67E9" w14:paraId="5A0909C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4A39430"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278A970" w14:textId="77777777" w:rsidR="000E6F63" w:rsidRDefault="00FC6335">
            <w:r>
              <w:t>Runs a class activity and discusses teamwork using the final summary.</w:t>
            </w:r>
          </w:p>
        </w:tc>
      </w:tr>
      <w:tr w:rsidR="00EF282D" w:rsidRPr="003A67E9" w14:paraId="11723F5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7C8D3D6"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E738997" w14:textId="77777777" w:rsidR="000E6F63" w:rsidRDefault="00FC6335">
            <w:r>
              <w:t>1. Clear objective</w:t>
            </w:r>
            <w:r>
              <w:br/>
              <w:t>2. Team progress</w:t>
            </w:r>
            <w:r>
              <w:br/>
              <w:t>3. Results</w:t>
            </w:r>
            <w:r>
              <w:br/>
              <w:t>4. Easy setup</w:t>
            </w:r>
          </w:p>
        </w:tc>
      </w:tr>
      <w:tr w:rsidR="00EF282D" w:rsidRPr="003A67E9" w14:paraId="3663F91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6F401FB" w14:textId="77777777" w:rsidR="00EF282D" w:rsidRPr="003A67E9" w:rsidRDefault="005A3E0C">
            <w:pPr>
              <w:rPr>
                <w:sz w:val="24"/>
                <w:szCs w:val="24"/>
              </w:rPr>
            </w:pPr>
            <w:r w:rsidRPr="003A67E9">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39FCE82E" w14:textId="77777777" w:rsidR="000E6F63" w:rsidRDefault="00FC6335">
            <w:r>
              <w:t>Learning value and team feedback.</w:t>
            </w:r>
          </w:p>
        </w:tc>
      </w:tr>
    </w:tbl>
    <w:p w14:paraId="3456B82D" w14:textId="77777777" w:rsidR="00EF282D" w:rsidRPr="003A67E9" w:rsidRDefault="00EF282D">
      <w:pPr>
        <w:rPr>
          <w:sz w:val="24"/>
          <w:szCs w:val="24"/>
        </w:rPr>
      </w:pPr>
    </w:p>
    <w:p w14:paraId="7DE45642" w14:textId="77777777" w:rsidR="00EF282D" w:rsidRPr="003A67E9" w:rsidRDefault="005A3E0C">
      <w:pPr>
        <w:pStyle w:val="Heading3"/>
        <w:rPr>
          <w:sz w:val="32"/>
          <w:szCs w:val="32"/>
        </w:rPr>
      </w:pPr>
      <w:bookmarkStart w:id="21" w:name="_Toc233920633"/>
      <w:proofErr w:type="spellStart"/>
      <w:r w:rsidRPr="003A67E9">
        <w:rPr>
          <w:sz w:val="32"/>
          <w:szCs w:val="32"/>
        </w:rPr>
        <w:t>MoSCoW</w:t>
      </w:r>
      <w:proofErr w:type="spellEnd"/>
      <w:r w:rsidRPr="003A67E9">
        <w:rPr>
          <w:sz w:val="32"/>
          <w:szCs w:val="32"/>
        </w:rPr>
        <w:t xml:space="preserve"> Requirements for Dr Sarah Evans</w:t>
      </w:r>
      <w:bookmarkEnd w:id="21"/>
    </w:p>
    <w:tbl>
      <w:tblPr>
        <w:tblStyle w:val="TableGrid"/>
        <w:tblW w:w="0" w:type="auto"/>
        <w:jc w:val="center"/>
        <w:tblLook w:val="04A0" w:firstRow="1" w:lastRow="0" w:firstColumn="1" w:lastColumn="0" w:noHBand="0" w:noVBand="1"/>
      </w:tblPr>
      <w:tblGrid>
        <w:gridCol w:w="2517"/>
        <w:gridCol w:w="2517"/>
        <w:gridCol w:w="2517"/>
        <w:gridCol w:w="2519"/>
      </w:tblGrid>
      <w:tr w:rsidR="00EF282D" w:rsidRPr="003A67E9" w14:paraId="42AA638E" w14:textId="77777777">
        <w:trPr>
          <w:jc w:val="center"/>
        </w:trPr>
        <w:tc>
          <w:tcPr>
            <w:tcW w:w="2520" w:type="dxa"/>
            <w:shd w:val="clear" w:color="auto" w:fill="1F77B4"/>
          </w:tcPr>
          <w:p w14:paraId="3BCE1FDB"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6DA8F464"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05B48662"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7994205C" w14:textId="77777777" w:rsidR="00EF282D" w:rsidRPr="003A67E9" w:rsidRDefault="005A3E0C">
            <w:pPr>
              <w:rPr>
                <w:sz w:val="24"/>
                <w:szCs w:val="24"/>
              </w:rPr>
            </w:pPr>
            <w:r w:rsidRPr="003A67E9">
              <w:rPr>
                <w:b/>
                <w:color w:val="FFFFFF"/>
                <w:sz w:val="24"/>
                <w:szCs w:val="24"/>
              </w:rPr>
              <w:t>Won't Have</w:t>
            </w:r>
          </w:p>
        </w:tc>
      </w:tr>
      <w:tr w:rsidR="00EF282D" w:rsidRPr="003A67E9" w14:paraId="4A57C172" w14:textId="77777777">
        <w:trPr>
          <w:jc w:val="center"/>
        </w:trPr>
        <w:tc>
          <w:tcPr>
            <w:tcW w:w="2520" w:type="dxa"/>
          </w:tcPr>
          <w:p w14:paraId="1DBA1B6D" w14:textId="77777777" w:rsidR="00EF282D" w:rsidRPr="003A67E9" w:rsidRDefault="005A3E0C">
            <w:pPr>
              <w:rPr>
                <w:sz w:val="24"/>
                <w:szCs w:val="24"/>
              </w:rPr>
            </w:pPr>
            <w:r w:rsidRPr="003A67E9">
              <w:rPr>
                <w:sz w:val="24"/>
                <w:szCs w:val="24"/>
              </w:rPr>
              <w:t>Clear objective</w:t>
            </w:r>
          </w:p>
        </w:tc>
        <w:tc>
          <w:tcPr>
            <w:tcW w:w="2520" w:type="dxa"/>
          </w:tcPr>
          <w:p w14:paraId="07BADA1A" w14:textId="77777777" w:rsidR="00EF282D" w:rsidRPr="003A67E9" w:rsidRDefault="005A3E0C">
            <w:pPr>
              <w:rPr>
                <w:sz w:val="24"/>
                <w:szCs w:val="24"/>
              </w:rPr>
            </w:pPr>
            <w:r w:rsidRPr="003A67E9">
              <w:rPr>
                <w:sz w:val="24"/>
                <w:szCs w:val="24"/>
              </w:rPr>
              <w:t>Debrief screen</w:t>
            </w:r>
          </w:p>
        </w:tc>
        <w:tc>
          <w:tcPr>
            <w:tcW w:w="2520" w:type="dxa"/>
          </w:tcPr>
          <w:p w14:paraId="264DBF16" w14:textId="77777777" w:rsidR="00EF282D" w:rsidRPr="003A67E9" w:rsidRDefault="005A3E0C">
            <w:pPr>
              <w:rPr>
                <w:sz w:val="24"/>
                <w:szCs w:val="24"/>
              </w:rPr>
            </w:pPr>
            <w:r w:rsidRPr="003A67E9">
              <w:rPr>
                <w:sz w:val="24"/>
                <w:szCs w:val="24"/>
              </w:rPr>
              <w:t>Export results</w:t>
            </w:r>
          </w:p>
        </w:tc>
        <w:tc>
          <w:tcPr>
            <w:tcW w:w="2520" w:type="dxa"/>
          </w:tcPr>
          <w:p w14:paraId="0FA865D8" w14:textId="77777777" w:rsidR="00EF282D" w:rsidRPr="003A67E9" w:rsidRDefault="005A3E0C">
            <w:pPr>
              <w:rPr>
                <w:sz w:val="24"/>
                <w:szCs w:val="24"/>
              </w:rPr>
            </w:pPr>
            <w:r w:rsidRPr="003A67E9">
              <w:rPr>
                <w:sz w:val="24"/>
                <w:szCs w:val="24"/>
              </w:rPr>
              <w:t>Entertainment-only design</w:t>
            </w:r>
          </w:p>
        </w:tc>
      </w:tr>
      <w:tr w:rsidR="00EF282D" w:rsidRPr="003A67E9" w14:paraId="6E43ECEA" w14:textId="77777777">
        <w:trPr>
          <w:jc w:val="center"/>
        </w:trPr>
        <w:tc>
          <w:tcPr>
            <w:tcW w:w="2520" w:type="dxa"/>
          </w:tcPr>
          <w:p w14:paraId="23A5122D" w14:textId="77777777" w:rsidR="00EF282D" w:rsidRPr="003A67E9" w:rsidRDefault="005A3E0C">
            <w:pPr>
              <w:rPr>
                <w:sz w:val="24"/>
                <w:szCs w:val="24"/>
              </w:rPr>
            </w:pPr>
            <w:r w:rsidRPr="003A67E9">
              <w:rPr>
                <w:sz w:val="24"/>
                <w:szCs w:val="24"/>
              </w:rPr>
              <w:t>Team status screen</w:t>
            </w:r>
          </w:p>
        </w:tc>
        <w:tc>
          <w:tcPr>
            <w:tcW w:w="2520" w:type="dxa"/>
          </w:tcPr>
          <w:p w14:paraId="0EB70112" w14:textId="77777777" w:rsidR="00EF282D" w:rsidRPr="003A67E9" w:rsidRDefault="005A3E0C">
            <w:pPr>
              <w:rPr>
                <w:sz w:val="24"/>
                <w:szCs w:val="24"/>
              </w:rPr>
            </w:pPr>
            <w:r w:rsidRPr="003A67E9">
              <w:rPr>
                <w:sz w:val="24"/>
                <w:szCs w:val="24"/>
              </w:rPr>
              <w:t>Decision history</w:t>
            </w:r>
          </w:p>
        </w:tc>
        <w:tc>
          <w:tcPr>
            <w:tcW w:w="2520" w:type="dxa"/>
          </w:tcPr>
          <w:p w14:paraId="1DB0D646" w14:textId="77777777" w:rsidR="00EF282D" w:rsidRPr="003A67E9" w:rsidRDefault="005A3E0C">
            <w:pPr>
              <w:rPr>
                <w:sz w:val="24"/>
                <w:szCs w:val="24"/>
              </w:rPr>
            </w:pPr>
            <w:r w:rsidRPr="003A67E9">
              <w:rPr>
                <w:sz w:val="24"/>
                <w:szCs w:val="24"/>
              </w:rPr>
              <w:t>Classroom mode</w:t>
            </w:r>
          </w:p>
        </w:tc>
        <w:tc>
          <w:tcPr>
            <w:tcW w:w="2520" w:type="dxa"/>
          </w:tcPr>
          <w:p w14:paraId="241900E4" w14:textId="77777777" w:rsidR="00EF282D" w:rsidRPr="003A67E9" w:rsidRDefault="005A3E0C">
            <w:pPr>
              <w:rPr>
                <w:sz w:val="24"/>
                <w:szCs w:val="24"/>
              </w:rPr>
            </w:pPr>
            <w:r w:rsidRPr="003A67E9">
              <w:rPr>
                <w:sz w:val="24"/>
                <w:szCs w:val="24"/>
              </w:rPr>
              <w:t>Unclear scoring</w:t>
            </w:r>
          </w:p>
        </w:tc>
      </w:tr>
      <w:tr w:rsidR="00EF282D" w:rsidRPr="003A67E9" w14:paraId="59A7522C" w14:textId="77777777">
        <w:trPr>
          <w:jc w:val="center"/>
        </w:trPr>
        <w:tc>
          <w:tcPr>
            <w:tcW w:w="2520" w:type="dxa"/>
          </w:tcPr>
          <w:p w14:paraId="3EE4AECA" w14:textId="77777777" w:rsidR="00EF282D" w:rsidRPr="003A67E9" w:rsidRDefault="005A3E0C">
            <w:pPr>
              <w:rPr>
                <w:sz w:val="24"/>
                <w:szCs w:val="24"/>
              </w:rPr>
            </w:pPr>
            <w:r w:rsidRPr="003A67E9">
              <w:rPr>
                <w:sz w:val="24"/>
                <w:szCs w:val="24"/>
              </w:rPr>
              <w:t>Results summary</w:t>
            </w:r>
          </w:p>
        </w:tc>
        <w:tc>
          <w:tcPr>
            <w:tcW w:w="2520" w:type="dxa"/>
          </w:tcPr>
          <w:p w14:paraId="661256DE" w14:textId="77777777" w:rsidR="00EF282D" w:rsidRPr="003A67E9" w:rsidRDefault="005A3E0C">
            <w:pPr>
              <w:rPr>
                <w:sz w:val="24"/>
                <w:szCs w:val="24"/>
              </w:rPr>
            </w:pPr>
            <w:r w:rsidRPr="003A67E9">
              <w:rPr>
                <w:sz w:val="24"/>
                <w:szCs w:val="24"/>
              </w:rPr>
              <w:t>Teacher observation notes</w:t>
            </w:r>
          </w:p>
        </w:tc>
        <w:tc>
          <w:tcPr>
            <w:tcW w:w="2520" w:type="dxa"/>
          </w:tcPr>
          <w:p w14:paraId="689B7A88" w14:textId="77777777" w:rsidR="00EF282D" w:rsidRPr="003A67E9" w:rsidRDefault="005A3E0C">
            <w:pPr>
              <w:rPr>
                <w:sz w:val="24"/>
                <w:szCs w:val="24"/>
              </w:rPr>
            </w:pPr>
            <w:r w:rsidRPr="003A67E9">
              <w:rPr>
                <w:sz w:val="24"/>
                <w:szCs w:val="24"/>
              </w:rPr>
              <w:t>Reflection questions</w:t>
            </w:r>
          </w:p>
        </w:tc>
        <w:tc>
          <w:tcPr>
            <w:tcW w:w="2520" w:type="dxa"/>
          </w:tcPr>
          <w:p w14:paraId="2FB8A539" w14:textId="77777777" w:rsidR="00EF282D" w:rsidRPr="003A67E9" w:rsidRDefault="005A3E0C">
            <w:pPr>
              <w:rPr>
                <w:sz w:val="24"/>
                <w:szCs w:val="24"/>
              </w:rPr>
            </w:pPr>
            <w:r w:rsidRPr="003A67E9">
              <w:rPr>
                <w:sz w:val="24"/>
                <w:szCs w:val="24"/>
              </w:rPr>
              <w:t>No feedback after gameplay</w:t>
            </w:r>
          </w:p>
        </w:tc>
      </w:tr>
      <w:tr w:rsidR="00EF282D" w:rsidRPr="003A67E9" w14:paraId="3AB9AD1F" w14:textId="77777777">
        <w:trPr>
          <w:jc w:val="center"/>
        </w:trPr>
        <w:tc>
          <w:tcPr>
            <w:tcW w:w="2520" w:type="dxa"/>
          </w:tcPr>
          <w:p w14:paraId="0308535B" w14:textId="77777777" w:rsidR="00EF282D" w:rsidRPr="003A67E9" w:rsidRDefault="005A3E0C">
            <w:pPr>
              <w:rPr>
                <w:sz w:val="24"/>
                <w:szCs w:val="24"/>
              </w:rPr>
            </w:pPr>
            <w:r w:rsidRPr="003A67E9">
              <w:rPr>
                <w:sz w:val="24"/>
                <w:szCs w:val="24"/>
              </w:rPr>
              <w:t>Role descriptions</w:t>
            </w:r>
          </w:p>
        </w:tc>
        <w:tc>
          <w:tcPr>
            <w:tcW w:w="2520" w:type="dxa"/>
          </w:tcPr>
          <w:p w14:paraId="717276B7" w14:textId="77777777" w:rsidR="00EF282D" w:rsidRPr="003A67E9" w:rsidRDefault="005A3E0C">
            <w:pPr>
              <w:rPr>
                <w:sz w:val="24"/>
                <w:szCs w:val="24"/>
              </w:rPr>
            </w:pPr>
            <w:r w:rsidRPr="003A67E9">
              <w:rPr>
                <w:sz w:val="24"/>
                <w:szCs w:val="24"/>
              </w:rPr>
              <w:t>Easy session setup</w:t>
            </w:r>
          </w:p>
        </w:tc>
        <w:tc>
          <w:tcPr>
            <w:tcW w:w="2520" w:type="dxa"/>
          </w:tcPr>
          <w:p w14:paraId="4F412E36" w14:textId="77777777" w:rsidR="00EF282D" w:rsidRPr="003A67E9" w:rsidRDefault="005A3E0C">
            <w:pPr>
              <w:rPr>
                <w:sz w:val="24"/>
                <w:szCs w:val="24"/>
              </w:rPr>
            </w:pPr>
            <w:r w:rsidRPr="003A67E9">
              <w:rPr>
                <w:sz w:val="24"/>
                <w:szCs w:val="24"/>
              </w:rPr>
              <w:t>Group comparison</w:t>
            </w:r>
          </w:p>
        </w:tc>
        <w:tc>
          <w:tcPr>
            <w:tcW w:w="2520" w:type="dxa"/>
          </w:tcPr>
          <w:p w14:paraId="1296B565" w14:textId="77777777" w:rsidR="00EF282D" w:rsidRPr="003A67E9" w:rsidRDefault="005A3E0C">
            <w:pPr>
              <w:rPr>
                <w:sz w:val="24"/>
                <w:szCs w:val="24"/>
              </w:rPr>
            </w:pPr>
            <w:r w:rsidRPr="003A67E9">
              <w:rPr>
                <w:sz w:val="24"/>
                <w:szCs w:val="24"/>
              </w:rPr>
              <w:t>Overcomplicated setup</w:t>
            </w:r>
          </w:p>
        </w:tc>
      </w:tr>
    </w:tbl>
    <w:p w14:paraId="00335868" w14:textId="77777777" w:rsidR="00EF282D" w:rsidRPr="003A67E9" w:rsidRDefault="00EF282D">
      <w:pPr>
        <w:rPr>
          <w:sz w:val="24"/>
          <w:szCs w:val="24"/>
        </w:rPr>
      </w:pPr>
    </w:p>
    <w:p w14:paraId="4CD32E99" w14:textId="77777777" w:rsidR="00EF282D" w:rsidRPr="003A67E9" w:rsidRDefault="005A3E0C">
      <w:pPr>
        <w:pStyle w:val="Heading2"/>
        <w:rPr>
          <w:sz w:val="32"/>
          <w:szCs w:val="32"/>
        </w:rPr>
      </w:pPr>
      <w:bookmarkStart w:id="22" w:name="_Toc233920634"/>
      <w:r w:rsidRPr="003A67E9">
        <w:rPr>
          <w:sz w:val="32"/>
          <w:szCs w:val="32"/>
        </w:rPr>
        <w:t>4.5 📱 Persona 5: Priya Patel - International postgraduate student</w:t>
      </w:r>
      <w:bookmarkEnd w:id="22"/>
    </w:p>
    <w:tbl>
      <w:tblPr>
        <w:tblStyle w:val="TableGrid"/>
        <w:tblW w:w="0" w:type="auto"/>
        <w:jc w:val="center"/>
        <w:tblLook w:val="04A0" w:firstRow="1" w:lastRow="0" w:firstColumn="1" w:lastColumn="0" w:noHBand="0" w:noVBand="1"/>
      </w:tblPr>
      <w:tblGrid>
        <w:gridCol w:w="5032"/>
        <w:gridCol w:w="5032"/>
      </w:tblGrid>
      <w:tr w:rsidR="00EF282D" w:rsidRPr="003A67E9" w14:paraId="0F9CF69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5CAF92DA" w14:textId="77777777" w:rsidR="00EF282D" w:rsidRPr="003A67E9" w:rsidRDefault="005A3E0C">
            <w:pPr>
              <w:rPr>
                <w:sz w:val="24"/>
                <w:szCs w:val="24"/>
              </w:rPr>
            </w:pPr>
            <w:r w:rsidRPr="003A67E9">
              <w:rPr>
                <w:b/>
                <w:color w:val="FFFFFF"/>
                <w:sz w:val="24"/>
                <w:szCs w:val="24"/>
              </w:rPr>
              <w:t>📱 Persona 5: Priya Patel</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56A1934E" w14:textId="77777777" w:rsidR="000E6F63" w:rsidRDefault="00FC6335">
            <w:r>
              <w:t>International postgraduate</w:t>
            </w:r>
          </w:p>
        </w:tc>
      </w:tr>
      <w:tr w:rsidR="00EF282D" w:rsidRPr="003A67E9" w14:paraId="1236A81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3AC13B6"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B7CEA55" w14:textId="77777777" w:rsidR="000E6F63" w:rsidRDefault="00FC6335">
            <w:r>
              <w:t>27</w:t>
            </w:r>
          </w:p>
        </w:tc>
      </w:tr>
      <w:tr w:rsidR="00EF282D" w:rsidRPr="003A67E9" w14:paraId="7C5230C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5DAE201"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91D18EE" w14:textId="77777777" w:rsidR="000E6F63" w:rsidRDefault="00FC6335">
            <w:r>
              <w:t>International postgraduate</w:t>
            </w:r>
          </w:p>
        </w:tc>
      </w:tr>
      <w:tr w:rsidR="00EF282D" w:rsidRPr="003A67E9" w14:paraId="567351F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8257B8F"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1020B2B" w14:textId="77777777" w:rsidR="000E6F63" w:rsidRDefault="00FC6335">
            <w:r>
              <w:t>Postgraduate studying across London and online contexts.</w:t>
            </w:r>
          </w:p>
        </w:tc>
      </w:tr>
      <w:tr w:rsidR="00EF282D" w:rsidRPr="003A67E9" w14:paraId="49AB342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11BD59C"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3DE7E97" w14:textId="77777777" w:rsidR="000E6F63" w:rsidRDefault="00FC6335">
            <w:r>
              <w:t>UWTSD London / Online</w:t>
            </w:r>
          </w:p>
        </w:tc>
      </w:tr>
      <w:tr w:rsidR="00EF282D" w:rsidRPr="003A67E9" w14:paraId="14FE3D3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7FDB3EF"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AECAEE3" w14:textId="77777777" w:rsidR="000E6F63" w:rsidRDefault="00FC6335">
            <w:r>
              <w:t>Medium-high</w:t>
            </w:r>
          </w:p>
        </w:tc>
      </w:tr>
      <w:tr w:rsidR="00EF282D" w:rsidRPr="003A67E9" w14:paraId="1A5409B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87F3F78"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4B2CC4A" w14:textId="77777777" w:rsidR="000E6F63" w:rsidRDefault="00FC6335">
            <w:r>
              <w:t>Simple language and consistent cross-device hierarchy.</w:t>
            </w:r>
          </w:p>
        </w:tc>
      </w:tr>
      <w:tr w:rsidR="00EF282D" w:rsidRPr="003A67E9" w14:paraId="28507B1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505EC0E"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F3D9380" w14:textId="77777777" w:rsidR="000E6F63" w:rsidRDefault="00FC6335">
            <w:r>
              <w:t xml:space="preserve">Daily app </w:t>
            </w:r>
            <w:proofErr w:type="gramStart"/>
            <w:r>
              <w:t>user; prefers</w:t>
            </w:r>
            <w:proofErr w:type="gramEnd"/>
            <w:r>
              <w:t xml:space="preserve"> clean screens.</w:t>
            </w:r>
          </w:p>
        </w:tc>
      </w:tr>
      <w:tr w:rsidR="00EF282D" w:rsidRPr="003A67E9" w14:paraId="553D902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28F79F9"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5472404" w14:textId="77777777" w:rsidR="000E6F63" w:rsidRDefault="00FC6335">
            <w:r>
              <w:t>Joins remotely and expects the same key information on phone or laptop.</w:t>
            </w:r>
          </w:p>
        </w:tc>
      </w:tr>
      <w:tr w:rsidR="00EF282D" w:rsidRPr="003A67E9" w14:paraId="1E116FF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5CF4AA9"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C6FF4DB" w14:textId="77777777" w:rsidR="000E6F63" w:rsidRDefault="00FC6335">
            <w:r>
              <w:t>1. Responsive layout</w:t>
            </w:r>
            <w:r>
              <w:br/>
              <w:t>2. Simple labels</w:t>
            </w:r>
            <w:r>
              <w:br/>
            </w:r>
            <w:r>
              <w:lastRenderedPageBreak/>
              <w:t>3. Predictable flow</w:t>
            </w:r>
            <w:r>
              <w:br/>
              <w:t>4. Clear hierarchy</w:t>
            </w:r>
          </w:p>
        </w:tc>
      </w:tr>
      <w:tr w:rsidR="00EF282D" w:rsidRPr="003A67E9" w14:paraId="22D6949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E02359F" w14:textId="77777777" w:rsidR="00EF282D" w:rsidRPr="003A67E9" w:rsidRDefault="005A3E0C">
            <w:pPr>
              <w:rPr>
                <w:sz w:val="24"/>
                <w:szCs w:val="24"/>
              </w:rPr>
            </w:pPr>
            <w:r w:rsidRPr="003A67E9">
              <w:rPr>
                <w:b/>
                <w:color w:val="5B2C83"/>
                <w:sz w:val="24"/>
                <w:szCs w:val="24"/>
              </w:rPr>
              <w:lastRenderedPageBreak/>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5CFE023" w14:textId="77777777" w:rsidR="000E6F63" w:rsidRDefault="00FC6335">
            <w:r>
              <w:t>Consistent navigation across devices.</w:t>
            </w:r>
          </w:p>
        </w:tc>
      </w:tr>
    </w:tbl>
    <w:p w14:paraId="1D0EC0E4" w14:textId="77777777" w:rsidR="00EF282D" w:rsidRDefault="00EF282D"/>
    <w:p w14:paraId="5A0ABD79" w14:textId="77777777" w:rsidR="00EF282D" w:rsidRPr="003A67E9" w:rsidRDefault="005A3E0C">
      <w:pPr>
        <w:pStyle w:val="Heading3"/>
        <w:rPr>
          <w:sz w:val="32"/>
          <w:szCs w:val="32"/>
        </w:rPr>
      </w:pPr>
      <w:bookmarkStart w:id="23" w:name="_Toc233920635"/>
      <w:proofErr w:type="spellStart"/>
      <w:r w:rsidRPr="003A67E9">
        <w:rPr>
          <w:sz w:val="32"/>
          <w:szCs w:val="32"/>
        </w:rPr>
        <w:t>MoSCoW</w:t>
      </w:r>
      <w:proofErr w:type="spellEnd"/>
      <w:r w:rsidRPr="003A67E9">
        <w:rPr>
          <w:sz w:val="32"/>
          <w:szCs w:val="32"/>
        </w:rPr>
        <w:t xml:space="preserve"> Requirements for Priya Patel</w:t>
      </w:r>
      <w:bookmarkEnd w:id="23"/>
    </w:p>
    <w:tbl>
      <w:tblPr>
        <w:tblStyle w:val="TableGrid"/>
        <w:tblW w:w="0" w:type="auto"/>
        <w:jc w:val="center"/>
        <w:tblLook w:val="04A0" w:firstRow="1" w:lastRow="0" w:firstColumn="1" w:lastColumn="0" w:noHBand="0" w:noVBand="1"/>
      </w:tblPr>
      <w:tblGrid>
        <w:gridCol w:w="2518"/>
        <w:gridCol w:w="2518"/>
        <w:gridCol w:w="2517"/>
        <w:gridCol w:w="2517"/>
      </w:tblGrid>
      <w:tr w:rsidR="00EF282D" w:rsidRPr="003A67E9" w14:paraId="12A2844C" w14:textId="77777777">
        <w:trPr>
          <w:jc w:val="center"/>
        </w:trPr>
        <w:tc>
          <w:tcPr>
            <w:tcW w:w="2520" w:type="dxa"/>
            <w:shd w:val="clear" w:color="auto" w:fill="1F77B4"/>
          </w:tcPr>
          <w:p w14:paraId="6913B235"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33A880A2"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625B9779"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6ECEE7E1" w14:textId="77777777" w:rsidR="00EF282D" w:rsidRPr="003A67E9" w:rsidRDefault="005A3E0C">
            <w:pPr>
              <w:rPr>
                <w:sz w:val="24"/>
                <w:szCs w:val="24"/>
              </w:rPr>
            </w:pPr>
            <w:r w:rsidRPr="003A67E9">
              <w:rPr>
                <w:b/>
                <w:color w:val="FFFFFF"/>
                <w:sz w:val="24"/>
                <w:szCs w:val="24"/>
              </w:rPr>
              <w:t>Won't Have</w:t>
            </w:r>
          </w:p>
        </w:tc>
      </w:tr>
      <w:tr w:rsidR="00EF282D" w:rsidRPr="003A67E9" w14:paraId="3CD1680E" w14:textId="77777777">
        <w:trPr>
          <w:jc w:val="center"/>
        </w:trPr>
        <w:tc>
          <w:tcPr>
            <w:tcW w:w="2520" w:type="dxa"/>
          </w:tcPr>
          <w:p w14:paraId="7FBA1E43" w14:textId="77777777" w:rsidR="00EF282D" w:rsidRPr="003A67E9" w:rsidRDefault="005A3E0C">
            <w:pPr>
              <w:rPr>
                <w:sz w:val="24"/>
                <w:szCs w:val="24"/>
              </w:rPr>
            </w:pPr>
            <w:r w:rsidRPr="003A67E9">
              <w:rPr>
                <w:sz w:val="24"/>
                <w:szCs w:val="24"/>
              </w:rPr>
              <w:t>Responsive mobile layout</w:t>
            </w:r>
          </w:p>
        </w:tc>
        <w:tc>
          <w:tcPr>
            <w:tcW w:w="2520" w:type="dxa"/>
          </w:tcPr>
          <w:p w14:paraId="2227FB8F" w14:textId="77777777" w:rsidR="00EF282D" w:rsidRPr="003A67E9" w:rsidRDefault="005A3E0C">
            <w:pPr>
              <w:rPr>
                <w:sz w:val="24"/>
                <w:szCs w:val="24"/>
              </w:rPr>
            </w:pPr>
            <w:r w:rsidRPr="003A67E9">
              <w:rPr>
                <w:sz w:val="24"/>
                <w:szCs w:val="24"/>
              </w:rPr>
              <w:t>Clear campus selection</w:t>
            </w:r>
          </w:p>
        </w:tc>
        <w:tc>
          <w:tcPr>
            <w:tcW w:w="2520" w:type="dxa"/>
          </w:tcPr>
          <w:p w14:paraId="72EA634E" w14:textId="77777777" w:rsidR="00EF282D" w:rsidRPr="003A67E9" w:rsidRDefault="005A3E0C">
            <w:pPr>
              <w:rPr>
                <w:sz w:val="24"/>
                <w:szCs w:val="24"/>
              </w:rPr>
            </w:pPr>
            <w:r w:rsidRPr="003A67E9">
              <w:rPr>
                <w:sz w:val="24"/>
                <w:szCs w:val="24"/>
              </w:rPr>
              <w:t>Cross-campus lobby</w:t>
            </w:r>
          </w:p>
        </w:tc>
        <w:tc>
          <w:tcPr>
            <w:tcW w:w="2520" w:type="dxa"/>
          </w:tcPr>
          <w:p w14:paraId="24F096AE" w14:textId="77777777" w:rsidR="00EF282D" w:rsidRPr="003A67E9" w:rsidRDefault="005A3E0C">
            <w:pPr>
              <w:rPr>
                <w:sz w:val="24"/>
                <w:szCs w:val="24"/>
              </w:rPr>
            </w:pPr>
            <w:r w:rsidRPr="003A67E9">
              <w:rPr>
                <w:sz w:val="24"/>
                <w:szCs w:val="24"/>
              </w:rPr>
              <w:t>Inconsistent layouts</w:t>
            </w:r>
          </w:p>
        </w:tc>
      </w:tr>
      <w:tr w:rsidR="00EF282D" w:rsidRPr="003A67E9" w14:paraId="35B527DC" w14:textId="77777777">
        <w:trPr>
          <w:jc w:val="center"/>
        </w:trPr>
        <w:tc>
          <w:tcPr>
            <w:tcW w:w="2520" w:type="dxa"/>
          </w:tcPr>
          <w:p w14:paraId="4891A891" w14:textId="77777777" w:rsidR="00EF282D" w:rsidRPr="003A67E9" w:rsidRDefault="005A3E0C">
            <w:pPr>
              <w:rPr>
                <w:sz w:val="24"/>
                <w:szCs w:val="24"/>
              </w:rPr>
            </w:pPr>
            <w:r w:rsidRPr="003A67E9">
              <w:rPr>
                <w:sz w:val="24"/>
                <w:szCs w:val="24"/>
              </w:rPr>
              <w:t>Simple labels</w:t>
            </w:r>
          </w:p>
        </w:tc>
        <w:tc>
          <w:tcPr>
            <w:tcW w:w="2520" w:type="dxa"/>
          </w:tcPr>
          <w:p w14:paraId="16FCA775" w14:textId="77777777" w:rsidR="00EF282D" w:rsidRPr="003A67E9" w:rsidRDefault="005A3E0C">
            <w:pPr>
              <w:rPr>
                <w:sz w:val="24"/>
                <w:szCs w:val="24"/>
              </w:rPr>
            </w:pPr>
            <w:r w:rsidRPr="003A67E9">
              <w:rPr>
                <w:sz w:val="24"/>
                <w:szCs w:val="24"/>
              </w:rPr>
              <w:t>Screen flow indicators</w:t>
            </w:r>
          </w:p>
        </w:tc>
        <w:tc>
          <w:tcPr>
            <w:tcW w:w="2520" w:type="dxa"/>
          </w:tcPr>
          <w:p w14:paraId="75B0F2BE" w14:textId="77777777" w:rsidR="00EF282D" w:rsidRPr="003A67E9" w:rsidRDefault="005A3E0C">
            <w:pPr>
              <w:rPr>
                <w:sz w:val="24"/>
                <w:szCs w:val="24"/>
              </w:rPr>
            </w:pPr>
            <w:r w:rsidRPr="003A67E9">
              <w:rPr>
                <w:sz w:val="24"/>
                <w:szCs w:val="24"/>
              </w:rPr>
              <w:t>Profile preferences</w:t>
            </w:r>
          </w:p>
        </w:tc>
        <w:tc>
          <w:tcPr>
            <w:tcW w:w="2520" w:type="dxa"/>
          </w:tcPr>
          <w:p w14:paraId="205D488E" w14:textId="77777777" w:rsidR="00EF282D" w:rsidRPr="003A67E9" w:rsidRDefault="005A3E0C">
            <w:pPr>
              <w:rPr>
                <w:sz w:val="24"/>
                <w:szCs w:val="24"/>
              </w:rPr>
            </w:pPr>
            <w:proofErr w:type="spellStart"/>
            <w:r w:rsidRPr="003A67E9">
              <w:rPr>
                <w:sz w:val="24"/>
                <w:szCs w:val="24"/>
              </w:rPr>
              <w:t>Unlabelled</w:t>
            </w:r>
            <w:proofErr w:type="spellEnd"/>
            <w:r w:rsidRPr="003A67E9">
              <w:rPr>
                <w:sz w:val="24"/>
                <w:szCs w:val="24"/>
              </w:rPr>
              <w:t xml:space="preserve"> controls</w:t>
            </w:r>
          </w:p>
        </w:tc>
      </w:tr>
      <w:tr w:rsidR="00EF282D" w:rsidRPr="003A67E9" w14:paraId="1DB05D21" w14:textId="77777777">
        <w:trPr>
          <w:jc w:val="center"/>
        </w:trPr>
        <w:tc>
          <w:tcPr>
            <w:tcW w:w="2520" w:type="dxa"/>
          </w:tcPr>
          <w:p w14:paraId="01C6E636" w14:textId="77777777" w:rsidR="00EF282D" w:rsidRPr="003A67E9" w:rsidRDefault="005A3E0C">
            <w:pPr>
              <w:rPr>
                <w:sz w:val="24"/>
                <w:szCs w:val="24"/>
              </w:rPr>
            </w:pPr>
            <w:r w:rsidRPr="003A67E9">
              <w:rPr>
                <w:sz w:val="24"/>
                <w:szCs w:val="24"/>
              </w:rPr>
              <w:t>Consistent navigation</w:t>
            </w:r>
          </w:p>
        </w:tc>
        <w:tc>
          <w:tcPr>
            <w:tcW w:w="2520" w:type="dxa"/>
          </w:tcPr>
          <w:p w14:paraId="467A5D70" w14:textId="77777777" w:rsidR="00EF282D" w:rsidRPr="003A67E9" w:rsidRDefault="005A3E0C">
            <w:pPr>
              <w:rPr>
                <w:sz w:val="24"/>
                <w:szCs w:val="24"/>
              </w:rPr>
            </w:pPr>
            <w:r w:rsidRPr="003A67E9">
              <w:rPr>
                <w:sz w:val="24"/>
                <w:szCs w:val="24"/>
              </w:rPr>
              <w:t>Accessible contrast</w:t>
            </w:r>
          </w:p>
        </w:tc>
        <w:tc>
          <w:tcPr>
            <w:tcW w:w="2520" w:type="dxa"/>
          </w:tcPr>
          <w:p w14:paraId="5F5F77E4" w14:textId="77777777" w:rsidR="00EF282D" w:rsidRPr="003A67E9" w:rsidRDefault="005A3E0C">
            <w:pPr>
              <w:rPr>
                <w:sz w:val="24"/>
                <w:szCs w:val="24"/>
              </w:rPr>
            </w:pPr>
            <w:r w:rsidRPr="003A67E9">
              <w:rPr>
                <w:sz w:val="24"/>
                <w:szCs w:val="24"/>
              </w:rPr>
              <w:t>Optional notifications</w:t>
            </w:r>
          </w:p>
        </w:tc>
        <w:tc>
          <w:tcPr>
            <w:tcW w:w="2520" w:type="dxa"/>
          </w:tcPr>
          <w:p w14:paraId="6C874D60" w14:textId="77777777" w:rsidR="00EF282D" w:rsidRPr="003A67E9" w:rsidRDefault="005A3E0C">
            <w:pPr>
              <w:rPr>
                <w:sz w:val="24"/>
                <w:szCs w:val="24"/>
              </w:rPr>
            </w:pPr>
            <w:r w:rsidRPr="003A67E9">
              <w:rPr>
                <w:sz w:val="24"/>
                <w:szCs w:val="24"/>
              </w:rPr>
              <w:t>Crowded dashboards</w:t>
            </w:r>
          </w:p>
        </w:tc>
      </w:tr>
      <w:tr w:rsidR="00EF282D" w:rsidRPr="003A67E9" w14:paraId="03134374" w14:textId="77777777">
        <w:trPr>
          <w:jc w:val="center"/>
        </w:trPr>
        <w:tc>
          <w:tcPr>
            <w:tcW w:w="2520" w:type="dxa"/>
          </w:tcPr>
          <w:p w14:paraId="11F17B34" w14:textId="77777777" w:rsidR="00EF282D" w:rsidRPr="003A67E9" w:rsidRDefault="005A3E0C">
            <w:pPr>
              <w:rPr>
                <w:sz w:val="24"/>
                <w:szCs w:val="24"/>
              </w:rPr>
            </w:pPr>
            <w:r w:rsidRPr="003A67E9">
              <w:rPr>
                <w:sz w:val="24"/>
                <w:szCs w:val="24"/>
              </w:rPr>
              <w:t>Visible current role</w:t>
            </w:r>
          </w:p>
        </w:tc>
        <w:tc>
          <w:tcPr>
            <w:tcW w:w="2520" w:type="dxa"/>
          </w:tcPr>
          <w:p w14:paraId="781046EA" w14:textId="77777777" w:rsidR="00EF282D" w:rsidRPr="003A67E9" w:rsidRDefault="005A3E0C">
            <w:pPr>
              <w:rPr>
                <w:sz w:val="24"/>
                <w:szCs w:val="24"/>
              </w:rPr>
            </w:pPr>
            <w:r w:rsidRPr="003A67E9">
              <w:rPr>
                <w:sz w:val="24"/>
                <w:szCs w:val="24"/>
              </w:rPr>
              <w:t>Confirmation before major actions</w:t>
            </w:r>
          </w:p>
        </w:tc>
        <w:tc>
          <w:tcPr>
            <w:tcW w:w="2520" w:type="dxa"/>
          </w:tcPr>
          <w:p w14:paraId="237D74B9" w14:textId="77777777" w:rsidR="00EF282D" w:rsidRPr="003A67E9" w:rsidRDefault="005A3E0C">
            <w:pPr>
              <w:rPr>
                <w:sz w:val="24"/>
                <w:szCs w:val="24"/>
              </w:rPr>
            </w:pPr>
            <w:r w:rsidRPr="003A67E9">
              <w:rPr>
                <w:sz w:val="24"/>
                <w:szCs w:val="24"/>
              </w:rPr>
              <w:t>Keyboard shortcuts for desktop</w:t>
            </w:r>
          </w:p>
        </w:tc>
        <w:tc>
          <w:tcPr>
            <w:tcW w:w="2520" w:type="dxa"/>
          </w:tcPr>
          <w:p w14:paraId="1EF39E79" w14:textId="77777777" w:rsidR="00EF282D" w:rsidRPr="003A67E9" w:rsidRDefault="005A3E0C">
            <w:pPr>
              <w:rPr>
                <w:sz w:val="24"/>
                <w:szCs w:val="24"/>
              </w:rPr>
            </w:pPr>
            <w:r w:rsidRPr="003A67E9">
              <w:rPr>
                <w:sz w:val="24"/>
                <w:szCs w:val="24"/>
              </w:rPr>
              <w:t>Colour-only meaning</w:t>
            </w:r>
          </w:p>
        </w:tc>
      </w:tr>
    </w:tbl>
    <w:p w14:paraId="150F7529" w14:textId="77777777" w:rsidR="00EF282D" w:rsidRPr="003A67E9" w:rsidRDefault="00EF282D">
      <w:pPr>
        <w:rPr>
          <w:sz w:val="24"/>
          <w:szCs w:val="24"/>
        </w:rPr>
      </w:pPr>
    </w:p>
    <w:p w14:paraId="0D0E6C55" w14:textId="77777777" w:rsidR="00EF282D" w:rsidRPr="003A67E9" w:rsidRDefault="005A3E0C">
      <w:pPr>
        <w:pStyle w:val="Heading2"/>
        <w:rPr>
          <w:sz w:val="32"/>
          <w:szCs w:val="32"/>
        </w:rPr>
      </w:pPr>
      <w:bookmarkStart w:id="24" w:name="_Toc233920636"/>
      <w:r w:rsidRPr="003A67E9">
        <w:rPr>
          <w:sz w:val="32"/>
          <w:szCs w:val="32"/>
        </w:rPr>
        <w:t>4.6 🛡️ Persona 6: Kwame Mensah - Professional services / campus support staff</w:t>
      </w:r>
      <w:bookmarkEnd w:id="24"/>
    </w:p>
    <w:tbl>
      <w:tblPr>
        <w:tblStyle w:val="TableGrid"/>
        <w:tblW w:w="0" w:type="auto"/>
        <w:jc w:val="center"/>
        <w:tblLook w:val="04A0" w:firstRow="1" w:lastRow="0" w:firstColumn="1" w:lastColumn="0" w:noHBand="0" w:noVBand="1"/>
      </w:tblPr>
      <w:tblGrid>
        <w:gridCol w:w="5032"/>
        <w:gridCol w:w="5032"/>
      </w:tblGrid>
      <w:tr w:rsidR="00EF282D" w:rsidRPr="003A67E9" w14:paraId="6B70724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7D5EB977" w14:textId="77777777" w:rsidR="00EF282D" w:rsidRPr="003A67E9" w:rsidRDefault="005A3E0C">
            <w:pPr>
              <w:rPr>
                <w:sz w:val="24"/>
                <w:szCs w:val="24"/>
              </w:rPr>
            </w:pPr>
            <w:r w:rsidRPr="003A67E9">
              <w:rPr>
                <w:b/>
                <w:color w:val="FFFFFF"/>
                <w:sz w:val="24"/>
                <w:szCs w:val="24"/>
              </w:rPr>
              <w:t>🛡️ Persona 6: Kwame Mensah</w:t>
            </w:r>
          </w:p>
        </w:tc>
        <w:tc>
          <w:tcPr>
            <w:tcW w:w="5040" w:type="dxa"/>
            <w:tcBorders>
              <w:top w:val="single" w:sz="6" w:space="0" w:color="B7A0D3"/>
              <w:left w:val="single" w:sz="6" w:space="0" w:color="B7A0D3"/>
              <w:bottom w:val="single" w:sz="6" w:space="0" w:color="B7A0D3"/>
              <w:right w:val="single" w:sz="6" w:space="0" w:color="B7A0D3"/>
            </w:tcBorders>
            <w:shd w:val="clear" w:color="auto" w:fill="5B2C83"/>
          </w:tcPr>
          <w:p w14:paraId="35FDFA19" w14:textId="77777777" w:rsidR="000E6F63" w:rsidRDefault="00FC6335">
            <w:r>
              <w:t>Campus support staff</w:t>
            </w:r>
          </w:p>
        </w:tc>
      </w:tr>
      <w:tr w:rsidR="00EF282D" w:rsidRPr="003A67E9" w14:paraId="36A2661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3DC64BB" w14:textId="77777777" w:rsidR="00EF282D" w:rsidRPr="003A67E9" w:rsidRDefault="005A3E0C">
            <w:pPr>
              <w:rPr>
                <w:sz w:val="24"/>
                <w:szCs w:val="24"/>
              </w:rPr>
            </w:pPr>
            <w:r w:rsidRPr="003A67E9">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9114575" w14:textId="77777777" w:rsidR="000E6F63" w:rsidRDefault="00FC6335">
            <w:r>
              <w:t>39</w:t>
            </w:r>
          </w:p>
        </w:tc>
      </w:tr>
      <w:tr w:rsidR="00EF282D" w:rsidRPr="003A67E9" w14:paraId="3B3AC86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F32FF89" w14:textId="77777777" w:rsidR="00EF282D" w:rsidRPr="003A67E9" w:rsidRDefault="005A3E0C">
            <w:pPr>
              <w:rPr>
                <w:sz w:val="24"/>
                <w:szCs w:val="24"/>
              </w:rPr>
            </w:pPr>
            <w:r w:rsidRPr="003A67E9">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3281DE52" w14:textId="77777777" w:rsidR="000E6F63" w:rsidRDefault="00FC6335">
            <w:r>
              <w:t>Professional services / support staff</w:t>
            </w:r>
          </w:p>
        </w:tc>
      </w:tr>
      <w:tr w:rsidR="00EF282D" w:rsidRPr="003A67E9" w14:paraId="72C6F07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927F93A" w14:textId="77777777" w:rsidR="00EF282D" w:rsidRPr="003A67E9" w:rsidRDefault="005A3E0C">
            <w:pPr>
              <w:rPr>
                <w:sz w:val="24"/>
                <w:szCs w:val="24"/>
              </w:rPr>
            </w:pPr>
            <w:r w:rsidRPr="003A67E9">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D911B08" w14:textId="77777777" w:rsidR="000E6F63" w:rsidRDefault="00FC6335">
            <w:r>
              <w:t>Ghanaian British worker familiar with campus incidents.</w:t>
            </w:r>
          </w:p>
        </w:tc>
      </w:tr>
      <w:tr w:rsidR="00EF282D" w:rsidRPr="003A67E9" w14:paraId="13BF665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5053C3C" w14:textId="77777777" w:rsidR="00EF282D" w:rsidRPr="003A67E9" w:rsidRDefault="005A3E0C">
            <w:pPr>
              <w:rPr>
                <w:sz w:val="24"/>
                <w:szCs w:val="24"/>
              </w:rPr>
            </w:pPr>
            <w:r w:rsidRPr="003A67E9">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4E4ACA1" w14:textId="77777777" w:rsidR="000E6F63" w:rsidRDefault="00FC6335">
            <w:r>
              <w:t>UWTSD Birmingham</w:t>
            </w:r>
          </w:p>
        </w:tc>
      </w:tr>
      <w:tr w:rsidR="00EF282D" w:rsidRPr="003A67E9" w14:paraId="0619700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0C701BC" w14:textId="77777777" w:rsidR="00EF282D" w:rsidRPr="003A67E9" w:rsidRDefault="005A3E0C">
            <w:pPr>
              <w:rPr>
                <w:sz w:val="24"/>
                <w:szCs w:val="24"/>
              </w:rPr>
            </w:pPr>
            <w:r w:rsidRPr="003A67E9">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5D9A5E1D" w14:textId="77777777" w:rsidR="000E6F63" w:rsidRDefault="00FC6335">
            <w:r>
              <w:t>Medium</w:t>
            </w:r>
          </w:p>
        </w:tc>
      </w:tr>
      <w:tr w:rsidR="00EF282D" w:rsidRPr="003A67E9" w14:paraId="2B09F58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8EC83AF" w14:textId="77777777" w:rsidR="00EF282D" w:rsidRPr="003A67E9" w:rsidRDefault="005A3E0C">
            <w:pPr>
              <w:rPr>
                <w:sz w:val="24"/>
                <w:szCs w:val="24"/>
              </w:rPr>
            </w:pPr>
            <w:r w:rsidRPr="003A67E9">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448485B3" w14:textId="77777777" w:rsidR="000E6F63" w:rsidRDefault="00FC6335">
            <w:r>
              <w:t xml:space="preserve">Task-focused screens </w:t>
            </w:r>
            <w:proofErr w:type="gramStart"/>
            <w:r>
              <w:t>showing</w:t>
            </w:r>
            <w:proofErr w:type="gramEnd"/>
            <w:r>
              <w:t xml:space="preserve"> location and urgency.</w:t>
            </w:r>
          </w:p>
        </w:tc>
      </w:tr>
      <w:tr w:rsidR="00EF282D" w:rsidRPr="003A67E9" w14:paraId="3397DA6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81DEDAD" w14:textId="77777777" w:rsidR="00EF282D" w:rsidRPr="003A67E9" w:rsidRDefault="005A3E0C">
            <w:pPr>
              <w:rPr>
                <w:sz w:val="24"/>
                <w:szCs w:val="24"/>
              </w:rPr>
            </w:pPr>
            <w:r w:rsidRPr="003A67E9">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6F33DC50" w14:textId="77777777" w:rsidR="000E6F63" w:rsidRDefault="00FC6335">
            <w:r>
              <w:t>Rare gamer; prefers practical workflows.</w:t>
            </w:r>
          </w:p>
        </w:tc>
      </w:tr>
      <w:tr w:rsidR="00EF282D" w:rsidRPr="003A67E9" w14:paraId="5AAE4BA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3A3810E" w14:textId="77777777" w:rsidR="00EF282D" w:rsidRPr="003A67E9" w:rsidRDefault="005A3E0C">
            <w:pPr>
              <w:rPr>
                <w:sz w:val="24"/>
                <w:szCs w:val="24"/>
              </w:rPr>
            </w:pPr>
            <w:r w:rsidRPr="003A67E9">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129AE0C9" w14:textId="77777777" w:rsidR="000E6F63" w:rsidRDefault="00FC6335">
            <w:r>
              <w:t>Needs the incident, team state and next response immediately.</w:t>
            </w:r>
          </w:p>
        </w:tc>
      </w:tr>
      <w:tr w:rsidR="00EF282D" w:rsidRPr="003A67E9" w14:paraId="19DDB44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B99D85A" w14:textId="77777777" w:rsidR="00EF282D" w:rsidRPr="003A67E9" w:rsidRDefault="005A3E0C">
            <w:pPr>
              <w:rPr>
                <w:sz w:val="24"/>
                <w:szCs w:val="24"/>
              </w:rPr>
            </w:pPr>
            <w:r w:rsidRPr="003A67E9">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tcPr>
          <w:p w14:paraId="080DF0DB" w14:textId="77777777" w:rsidR="000E6F63" w:rsidRDefault="00FC6335">
            <w:r>
              <w:t>1. Visible location</w:t>
            </w:r>
            <w:r>
              <w:br/>
              <w:t>2. Urgency</w:t>
            </w:r>
            <w:r>
              <w:br/>
              <w:t>3. Action buttons</w:t>
            </w:r>
            <w:r>
              <w:br/>
              <w:t>4. Team cues</w:t>
            </w:r>
          </w:p>
        </w:tc>
      </w:tr>
      <w:tr w:rsidR="00EF282D" w:rsidRPr="003A67E9" w14:paraId="0E60AAC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95A2D3C" w14:textId="77777777" w:rsidR="00EF282D" w:rsidRPr="003A67E9" w:rsidRDefault="005A3E0C">
            <w:pPr>
              <w:rPr>
                <w:sz w:val="24"/>
                <w:szCs w:val="24"/>
              </w:rPr>
            </w:pPr>
            <w:r w:rsidRPr="003A67E9">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3863309" w14:textId="77777777" w:rsidR="000E6F63" w:rsidRDefault="00FC6335">
            <w:r>
              <w:t>Practical incident coordination.</w:t>
            </w:r>
          </w:p>
        </w:tc>
      </w:tr>
    </w:tbl>
    <w:p w14:paraId="2D83505B" w14:textId="77777777" w:rsidR="00EF282D" w:rsidRDefault="00EF282D"/>
    <w:p w14:paraId="21AE8D46" w14:textId="77777777" w:rsidR="00EF282D" w:rsidRPr="003A67E9" w:rsidRDefault="005A3E0C">
      <w:pPr>
        <w:pStyle w:val="Heading3"/>
        <w:rPr>
          <w:sz w:val="32"/>
          <w:szCs w:val="32"/>
        </w:rPr>
      </w:pPr>
      <w:bookmarkStart w:id="25" w:name="_Toc233920637"/>
      <w:proofErr w:type="spellStart"/>
      <w:r w:rsidRPr="003A67E9">
        <w:rPr>
          <w:sz w:val="32"/>
          <w:szCs w:val="32"/>
        </w:rPr>
        <w:t>MoSCoW</w:t>
      </w:r>
      <w:proofErr w:type="spellEnd"/>
      <w:r w:rsidRPr="003A67E9">
        <w:rPr>
          <w:sz w:val="32"/>
          <w:szCs w:val="32"/>
        </w:rPr>
        <w:t xml:space="preserve"> Requirements for Kwame Mensah</w:t>
      </w:r>
      <w:bookmarkEnd w:id="25"/>
    </w:p>
    <w:tbl>
      <w:tblPr>
        <w:tblStyle w:val="TableGrid"/>
        <w:tblW w:w="0" w:type="auto"/>
        <w:jc w:val="center"/>
        <w:tblLook w:val="04A0" w:firstRow="1" w:lastRow="0" w:firstColumn="1" w:lastColumn="0" w:noHBand="0" w:noVBand="1"/>
      </w:tblPr>
      <w:tblGrid>
        <w:gridCol w:w="2517"/>
        <w:gridCol w:w="2518"/>
        <w:gridCol w:w="2517"/>
        <w:gridCol w:w="2518"/>
      </w:tblGrid>
      <w:tr w:rsidR="00EF282D" w:rsidRPr="003A67E9" w14:paraId="4FC37C56" w14:textId="77777777">
        <w:trPr>
          <w:jc w:val="center"/>
        </w:trPr>
        <w:tc>
          <w:tcPr>
            <w:tcW w:w="2520" w:type="dxa"/>
            <w:shd w:val="clear" w:color="auto" w:fill="1F77B4"/>
          </w:tcPr>
          <w:p w14:paraId="406E8495"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6AE10CE9"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56B93D1B"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1B6A1565" w14:textId="77777777" w:rsidR="00EF282D" w:rsidRPr="003A67E9" w:rsidRDefault="005A3E0C">
            <w:pPr>
              <w:rPr>
                <w:sz w:val="24"/>
                <w:szCs w:val="24"/>
              </w:rPr>
            </w:pPr>
            <w:r w:rsidRPr="003A67E9">
              <w:rPr>
                <w:b/>
                <w:color w:val="FFFFFF"/>
                <w:sz w:val="24"/>
                <w:szCs w:val="24"/>
              </w:rPr>
              <w:t>Won't Have</w:t>
            </w:r>
          </w:p>
        </w:tc>
      </w:tr>
      <w:tr w:rsidR="00EF282D" w:rsidRPr="003A67E9" w14:paraId="2E9EE45C" w14:textId="77777777">
        <w:trPr>
          <w:jc w:val="center"/>
        </w:trPr>
        <w:tc>
          <w:tcPr>
            <w:tcW w:w="2520" w:type="dxa"/>
          </w:tcPr>
          <w:p w14:paraId="1985D55F" w14:textId="77777777" w:rsidR="00EF282D" w:rsidRPr="003A67E9" w:rsidRDefault="005A3E0C">
            <w:pPr>
              <w:rPr>
                <w:sz w:val="24"/>
                <w:szCs w:val="24"/>
              </w:rPr>
            </w:pPr>
            <w:r w:rsidRPr="003A67E9">
              <w:rPr>
                <w:sz w:val="24"/>
                <w:szCs w:val="24"/>
              </w:rPr>
              <w:t>Incident location visible</w:t>
            </w:r>
          </w:p>
        </w:tc>
        <w:tc>
          <w:tcPr>
            <w:tcW w:w="2520" w:type="dxa"/>
          </w:tcPr>
          <w:p w14:paraId="3E576717" w14:textId="77777777" w:rsidR="00EF282D" w:rsidRPr="003A67E9" w:rsidRDefault="005A3E0C">
            <w:pPr>
              <w:rPr>
                <w:sz w:val="24"/>
                <w:szCs w:val="24"/>
              </w:rPr>
            </w:pPr>
            <w:r w:rsidRPr="003A67E9">
              <w:rPr>
                <w:sz w:val="24"/>
                <w:szCs w:val="24"/>
              </w:rPr>
              <w:t>Clear notifications</w:t>
            </w:r>
          </w:p>
        </w:tc>
        <w:tc>
          <w:tcPr>
            <w:tcW w:w="2520" w:type="dxa"/>
          </w:tcPr>
          <w:p w14:paraId="3A1AC56E" w14:textId="77777777" w:rsidR="00EF282D" w:rsidRPr="003A67E9" w:rsidRDefault="005A3E0C">
            <w:pPr>
              <w:rPr>
                <w:sz w:val="24"/>
                <w:szCs w:val="24"/>
              </w:rPr>
            </w:pPr>
            <w:r w:rsidRPr="003A67E9">
              <w:rPr>
                <w:sz w:val="24"/>
                <w:szCs w:val="24"/>
              </w:rPr>
              <w:t>Staff view mode</w:t>
            </w:r>
          </w:p>
        </w:tc>
        <w:tc>
          <w:tcPr>
            <w:tcW w:w="2520" w:type="dxa"/>
          </w:tcPr>
          <w:p w14:paraId="3014F244" w14:textId="77777777" w:rsidR="00EF282D" w:rsidRPr="003A67E9" w:rsidRDefault="005A3E0C">
            <w:pPr>
              <w:rPr>
                <w:sz w:val="24"/>
                <w:szCs w:val="24"/>
              </w:rPr>
            </w:pPr>
            <w:r w:rsidRPr="003A67E9">
              <w:rPr>
                <w:sz w:val="24"/>
                <w:szCs w:val="24"/>
              </w:rPr>
              <w:t>Excessive game jargon</w:t>
            </w:r>
          </w:p>
        </w:tc>
      </w:tr>
      <w:tr w:rsidR="00EF282D" w:rsidRPr="003A67E9" w14:paraId="2D4BF9E6" w14:textId="77777777">
        <w:trPr>
          <w:jc w:val="center"/>
        </w:trPr>
        <w:tc>
          <w:tcPr>
            <w:tcW w:w="2520" w:type="dxa"/>
          </w:tcPr>
          <w:p w14:paraId="20AB661B" w14:textId="77777777" w:rsidR="00EF282D" w:rsidRPr="003A67E9" w:rsidRDefault="005A3E0C">
            <w:pPr>
              <w:rPr>
                <w:sz w:val="24"/>
                <w:szCs w:val="24"/>
              </w:rPr>
            </w:pPr>
            <w:r w:rsidRPr="003A67E9">
              <w:rPr>
                <w:sz w:val="24"/>
                <w:szCs w:val="24"/>
              </w:rPr>
              <w:t>Urgency level shown</w:t>
            </w:r>
          </w:p>
        </w:tc>
        <w:tc>
          <w:tcPr>
            <w:tcW w:w="2520" w:type="dxa"/>
          </w:tcPr>
          <w:p w14:paraId="6A78D4A0" w14:textId="77777777" w:rsidR="00EF282D" w:rsidRPr="003A67E9" w:rsidRDefault="005A3E0C">
            <w:pPr>
              <w:rPr>
                <w:sz w:val="24"/>
                <w:szCs w:val="24"/>
              </w:rPr>
            </w:pPr>
            <w:r w:rsidRPr="003A67E9">
              <w:rPr>
                <w:sz w:val="24"/>
                <w:szCs w:val="24"/>
              </w:rPr>
              <w:t>Action confirmation</w:t>
            </w:r>
          </w:p>
        </w:tc>
        <w:tc>
          <w:tcPr>
            <w:tcW w:w="2520" w:type="dxa"/>
          </w:tcPr>
          <w:p w14:paraId="3881EE85" w14:textId="77777777" w:rsidR="00EF282D" w:rsidRPr="003A67E9" w:rsidRDefault="005A3E0C">
            <w:pPr>
              <w:rPr>
                <w:sz w:val="24"/>
                <w:szCs w:val="24"/>
              </w:rPr>
            </w:pPr>
            <w:r w:rsidRPr="003A67E9">
              <w:rPr>
                <w:sz w:val="24"/>
                <w:szCs w:val="24"/>
              </w:rPr>
              <w:t>Incident log</w:t>
            </w:r>
          </w:p>
        </w:tc>
        <w:tc>
          <w:tcPr>
            <w:tcW w:w="2520" w:type="dxa"/>
          </w:tcPr>
          <w:p w14:paraId="6BA82979" w14:textId="77777777" w:rsidR="00EF282D" w:rsidRPr="003A67E9" w:rsidRDefault="005A3E0C">
            <w:pPr>
              <w:rPr>
                <w:sz w:val="24"/>
                <w:szCs w:val="24"/>
              </w:rPr>
            </w:pPr>
            <w:r w:rsidRPr="003A67E9">
              <w:rPr>
                <w:sz w:val="24"/>
                <w:szCs w:val="24"/>
              </w:rPr>
              <w:t>Hidden team status</w:t>
            </w:r>
          </w:p>
        </w:tc>
      </w:tr>
      <w:tr w:rsidR="00EF282D" w:rsidRPr="003A67E9" w14:paraId="676EFE21" w14:textId="77777777">
        <w:trPr>
          <w:jc w:val="center"/>
        </w:trPr>
        <w:tc>
          <w:tcPr>
            <w:tcW w:w="2520" w:type="dxa"/>
          </w:tcPr>
          <w:p w14:paraId="56BEB89B" w14:textId="77777777" w:rsidR="00EF282D" w:rsidRPr="003A67E9" w:rsidRDefault="005A3E0C">
            <w:pPr>
              <w:rPr>
                <w:sz w:val="24"/>
                <w:szCs w:val="24"/>
              </w:rPr>
            </w:pPr>
            <w:r w:rsidRPr="003A67E9">
              <w:rPr>
                <w:sz w:val="24"/>
                <w:szCs w:val="24"/>
              </w:rPr>
              <w:t>Task-focused action buttons</w:t>
            </w:r>
          </w:p>
        </w:tc>
        <w:tc>
          <w:tcPr>
            <w:tcW w:w="2520" w:type="dxa"/>
          </w:tcPr>
          <w:p w14:paraId="6DBCFA28" w14:textId="77777777" w:rsidR="00EF282D" w:rsidRPr="003A67E9" w:rsidRDefault="005A3E0C">
            <w:pPr>
              <w:rPr>
                <w:sz w:val="24"/>
                <w:szCs w:val="24"/>
              </w:rPr>
            </w:pPr>
            <w:r w:rsidRPr="003A67E9">
              <w:rPr>
                <w:sz w:val="24"/>
                <w:szCs w:val="24"/>
              </w:rPr>
              <w:t>Simple resource count</w:t>
            </w:r>
          </w:p>
        </w:tc>
        <w:tc>
          <w:tcPr>
            <w:tcW w:w="2520" w:type="dxa"/>
          </w:tcPr>
          <w:p w14:paraId="05D5C74C" w14:textId="77777777" w:rsidR="00EF282D" w:rsidRPr="003A67E9" w:rsidRDefault="005A3E0C">
            <w:pPr>
              <w:rPr>
                <w:sz w:val="24"/>
                <w:szCs w:val="24"/>
              </w:rPr>
            </w:pPr>
            <w:r w:rsidRPr="003A67E9">
              <w:rPr>
                <w:sz w:val="24"/>
                <w:szCs w:val="24"/>
              </w:rPr>
              <w:t>Quick message templates</w:t>
            </w:r>
          </w:p>
        </w:tc>
        <w:tc>
          <w:tcPr>
            <w:tcW w:w="2520" w:type="dxa"/>
          </w:tcPr>
          <w:p w14:paraId="754B5E56" w14:textId="77777777" w:rsidR="00EF282D" w:rsidRPr="003A67E9" w:rsidRDefault="005A3E0C">
            <w:pPr>
              <w:rPr>
                <w:sz w:val="24"/>
                <w:szCs w:val="24"/>
              </w:rPr>
            </w:pPr>
            <w:r w:rsidRPr="003A67E9">
              <w:rPr>
                <w:sz w:val="24"/>
                <w:szCs w:val="24"/>
              </w:rPr>
              <w:t>Small touch targets</w:t>
            </w:r>
          </w:p>
        </w:tc>
      </w:tr>
      <w:tr w:rsidR="00EF282D" w:rsidRPr="003A67E9" w14:paraId="5341F4AC" w14:textId="77777777">
        <w:trPr>
          <w:jc w:val="center"/>
        </w:trPr>
        <w:tc>
          <w:tcPr>
            <w:tcW w:w="2520" w:type="dxa"/>
          </w:tcPr>
          <w:p w14:paraId="28181F9E" w14:textId="77777777" w:rsidR="00EF282D" w:rsidRPr="003A67E9" w:rsidRDefault="005A3E0C">
            <w:pPr>
              <w:rPr>
                <w:sz w:val="24"/>
                <w:szCs w:val="24"/>
              </w:rPr>
            </w:pPr>
            <w:r w:rsidRPr="003A67E9">
              <w:rPr>
                <w:sz w:val="24"/>
                <w:szCs w:val="24"/>
              </w:rPr>
              <w:t>Team status visible</w:t>
            </w:r>
          </w:p>
        </w:tc>
        <w:tc>
          <w:tcPr>
            <w:tcW w:w="2520" w:type="dxa"/>
          </w:tcPr>
          <w:p w14:paraId="4081ABE4" w14:textId="77777777" w:rsidR="00EF282D" w:rsidRPr="003A67E9" w:rsidRDefault="005A3E0C">
            <w:pPr>
              <w:rPr>
                <w:sz w:val="24"/>
                <w:szCs w:val="24"/>
              </w:rPr>
            </w:pPr>
            <w:r w:rsidRPr="003A67E9">
              <w:rPr>
                <w:sz w:val="24"/>
                <w:szCs w:val="24"/>
              </w:rPr>
              <w:t>Accessible button size</w:t>
            </w:r>
          </w:p>
        </w:tc>
        <w:tc>
          <w:tcPr>
            <w:tcW w:w="2520" w:type="dxa"/>
          </w:tcPr>
          <w:p w14:paraId="49AC2C35" w14:textId="77777777" w:rsidR="00EF282D" w:rsidRPr="003A67E9" w:rsidRDefault="005A3E0C">
            <w:pPr>
              <w:rPr>
                <w:sz w:val="24"/>
                <w:szCs w:val="24"/>
              </w:rPr>
            </w:pPr>
            <w:r w:rsidRPr="003A67E9">
              <w:rPr>
                <w:sz w:val="24"/>
                <w:szCs w:val="24"/>
              </w:rPr>
              <w:t>Priority filter</w:t>
            </w:r>
          </w:p>
        </w:tc>
        <w:tc>
          <w:tcPr>
            <w:tcW w:w="2520" w:type="dxa"/>
          </w:tcPr>
          <w:p w14:paraId="6D28DA0C" w14:textId="77777777" w:rsidR="00EF282D" w:rsidRPr="003A67E9" w:rsidRDefault="005A3E0C">
            <w:pPr>
              <w:rPr>
                <w:sz w:val="24"/>
                <w:szCs w:val="24"/>
              </w:rPr>
            </w:pPr>
            <w:r w:rsidRPr="003A67E9">
              <w:rPr>
                <w:sz w:val="24"/>
                <w:szCs w:val="24"/>
              </w:rPr>
              <w:t>Purely decorative screens</w:t>
            </w:r>
          </w:p>
        </w:tc>
      </w:tr>
    </w:tbl>
    <w:p w14:paraId="24543D22" w14:textId="77777777" w:rsidR="00EF282D" w:rsidRDefault="00EF282D"/>
    <w:p w14:paraId="4EBA023D" w14:textId="77777777" w:rsidR="00EF282D" w:rsidRDefault="005A3E0C">
      <w:pPr>
        <w:pStyle w:val="Heading1"/>
      </w:pPr>
      <w:bookmarkStart w:id="26" w:name="_Toc233920638"/>
      <w:r>
        <w:lastRenderedPageBreak/>
        <w:t>5. User and Experience Requirements</w:t>
      </w:r>
      <w:bookmarkEnd w:id="26"/>
    </w:p>
    <w:p w14:paraId="50F4C38A" w14:textId="77777777" w:rsidR="00EF282D" w:rsidRPr="003A67E9" w:rsidRDefault="005A3E0C">
      <w:pPr>
        <w:pStyle w:val="BodyText"/>
        <w:rPr>
          <w:sz w:val="24"/>
          <w:szCs w:val="24"/>
        </w:rPr>
      </w:pPr>
      <w:r>
        <w:t>Common requirements are quick setup, understandable roles, large touch targets, visible outbreak status, a simple campus map, consistent navigation and immediate feedback. These support effectiveness, efficiency and satisfaction [3].</w:t>
      </w:r>
    </w:p>
    <w:p w14:paraId="58FE55C1" w14:textId="77777777" w:rsidR="00EF282D" w:rsidRPr="003A67E9" w:rsidRDefault="005A3E0C">
      <w:pPr>
        <w:pStyle w:val="Heading2"/>
        <w:rPr>
          <w:sz w:val="32"/>
          <w:szCs w:val="32"/>
        </w:rPr>
      </w:pPr>
      <w:bookmarkStart w:id="27" w:name="_Toc233920639"/>
      <w:r w:rsidRPr="003A67E9">
        <w:rPr>
          <w:sz w:val="32"/>
          <w:szCs w:val="32"/>
        </w:rPr>
        <w:t xml:space="preserve">5.1 Combined </w:t>
      </w:r>
      <w:proofErr w:type="spellStart"/>
      <w:r w:rsidRPr="003A67E9">
        <w:rPr>
          <w:sz w:val="32"/>
          <w:szCs w:val="32"/>
        </w:rPr>
        <w:t>MoSCoW</w:t>
      </w:r>
      <w:proofErr w:type="spellEnd"/>
      <w:r w:rsidRPr="003A67E9">
        <w:rPr>
          <w:sz w:val="32"/>
          <w:szCs w:val="32"/>
        </w:rPr>
        <w:t xml:space="preserve"> Summary</w:t>
      </w:r>
      <w:bookmarkEnd w:id="27"/>
    </w:p>
    <w:tbl>
      <w:tblPr>
        <w:tblStyle w:val="TableGrid"/>
        <w:tblW w:w="0" w:type="auto"/>
        <w:jc w:val="center"/>
        <w:tblLook w:val="04A0" w:firstRow="1" w:lastRow="0" w:firstColumn="1" w:lastColumn="0" w:noHBand="0" w:noVBand="1"/>
      </w:tblPr>
      <w:tblGrid>
        <w:gridCol w:w="2517"/>
        <w:gridCol w:w="2518"/>
        <w:gridCol w:w="2517"/>
        <w:gridCol w:w="2518"/>
      </w:tblGrid>
      <w:tr w:rsidR="00EF282D" w:rsidRPr="003A67E9" w14:paraId="0BB49809" w14:textId="77777777">
        <w:trPr>
          <w:jc w:val="center"/>
        </w:trPr>
        <w:tc>
          <w:tcPr>
            <w:tcW w:w="2520" w:type="dxa"/>
            <w:shd w:val="clear" w:color="auto" w:fill="1F77B4"/>
          </w:tcPr>
          <w:p w14:paraId="302CB80A" w14:textId="77777777" w:rsidR="00EF282D" w:rsidRPr="003A67E9" w:rsidRDefault="005A3E0C">
            <w:pPr>
              <w:rPr>
                <w:sz w:val="24"/>
                <w:szCs w:val="24"/>
              </w:rPr>
            </w:pPr>
            <w:r w:rsidRPr="003A67E9">
              <w:rPr>
                <w:b/>
                <w:color w:val="FFFFFF"/>
                <w:sz w:val="24"/>
                <w:szCs w:val="24"/>
              </w:rPr>
              <w:t>Must Have</w:t>
            </w:r>
          </w:p>
        </w:tc>
        <w:tc>
          <w:tcPr>
            <w:tcW w:w="2520" w:type="dxa"/>
            <w:shd w:val="clear" w:color="auto" w:fill="1F77B4"/>
          </w:tcPr>
          <w:p w14:paraId="3E9D12D4" w14:textId="77777777" w:rsidR="00EF282D" w:rsidRPr="003A67E9" w:rsidRDefault="005A3E0C">
            <w:pPr>
              <w:rPr>
                <w:sz w:val="24"/>
                <w:szCs w:val="24"/>
              </w:rPr>
            </w:pPr>
            <w:r w:rsidRPr="003A67E9">
              <w:rPr>
                <w:b/>
                <w:color w:val="FFFFFF"/>
                <w:sz w:val="24"/>
                <w:szCs w:val="24"/>
              </w:rPr>
              <w:t>Should Have</w:t>
            </w:r>
          </w:p>
        </w:tc>
        <w:tc>
          <w:tcPr>
            <w:tcW w:w="2520" w:type="dxa"/>
            <w:shd w:val="clear" w:color="auto" w:fill="1F77B4"/>
          </w:tcPr>
          <w:p w14:paraId="2AE81586" w14:textId="77777777" w:rsidR="00EF282D" w:rsidRPr="003A67E9" w:rsidRDefault="005A3E0C">
            <w:pPr>
              <w:rPr>
                <w:sz w:val="24"/>
                <w:szCs w:val="24"/>
              </w:rPr>
            </w:pPr>
            <w:r w:rsidRPr="003A67E9">
              <w:rPr>
                <w:b/>
                <w:color w:val="FFFFFF"/>
                <w:sz w:val="24"/>
                <w:szCs w:val="24"/>
              </w:rPr>
              <w:t>Could Have</w:t>
            </w:r>
          </w:p>
        </w:tc>
        <w:tc>
          <w:tcPr>
            <w:tcW w:w="2520" w:type="dxa"/>
            <w:shd w:val="clear" w:color="auto" w:fill="1F77B4"/>
          </w:tcPr>
          <w:p w14:paraId="248E8C99" w14:textId="77777777" w:rsidR="00EF282D" w:rsidRPr="003A67E9" w:rsidRDefault="005A3E0C">
            <w:pPr>
              <w:rPr>
                <w:sz w:val="24"/>
                <w:szCs w:val="24"/>
              </w:rPr>
            </w:pPr>
            <w:r w:rsidRPr="003A67E9">
              <w:rPr>
                <w:b/>
                <w:color w:val="FFFFFF"/>
                <w:sz w:val="24"/>
                <w:szCs w:val="24"/>
              </w:rPr>
              <w:t>Won't Have</w:t>
            </w:r>
          </w:p>
        </w:tc>
      </w:tr>
      <w:tr w:rsidR="00EF282D" w:rsidRPr="003A67E9" w14:paraId="5E4AD649" w14:textId="77777777">
        <w:trPr>
          <w:jc w:val="center"/>
        </w:trPr>
        <w:tc>
          <w:tcPr>
            <w:tcW w:w="2520" w:type="dxa"/>
          </w:tcPr>
          <w:p w14:paraId="2A394B91" w14:textId="77777777" w:rsidR="00EF282D" w:rsidRPr="003A67E9" w:rsidRDefault="005A3E0C">
            <w:pPr>
              <w:rPr>
                <w:sz w:val="24"/>
                <w:szCs w:val="24"/>
              </w:rPr>
            </w:pPr>
            <w:r w:rsidRPr="003A67E9">
              <w:rPr>
                <w:sz w:val="24"/>
                <w:szCs w:val="24"/>
              </w:rPr>
              <w:t>Start screen and main menu</w:t>
            </w:r>
          </w:p>
        </w:tc>
        <w:tc>
          <w:tcPr>
            <w:tcW w:w="2520" w:type="dxa"/>
          </w:tcPr>
          <w:p w14:paraId="7314B94A" w14:textId="77777777" w:rsidR="00EF282D" w:rsidRPr="003A67E9" w:rsidRDefault="005A3E0C">
            <w:pPr>
              <w:rPr>
                <w:sz w:val="24"/>
                <w:szCs w:val="24"/>
              </w:rPr>
            </w:pPr>
            <w:r w:rsidRPr="003A67E9">
              <w:rPr>
                <w:sz w:val="24"/>
                <w:szCs w:val="24"/>
              </w:rPr>
              <w:t>Short tutorial</w:t>
            </w:r>
          </w:p>
        </w:tc>
        <w:tc>
          <w:tcPr>
            <w:tcW w:w="2520" w:type="dxa"/>
          </w:tcPr>
          <w:p w14:paraId="7D152DE3" w14:textId="77777777" w:rsidR="00EF282D" w:rsidRPr="003A67E9" w:rsidRDefault="005A3E0C">
            <w:pPr>
              <w:rPr>
                <w:sz w:val="24"/>
                <w:szCs w:val="24"/>
              </w:rPr>
            </w:pPr>
            <w:r w:rsidRPr="003A67E9">
              <w:rPr>
                <w:sz w:val="24"/>
                <w:szCs w:val="24"/>
              </w:rPr>
              <w:t>Custom avatars</w:t>
            </w:r>
          </w:p>
        </w:tc>
        <w:tc>
          <w:tcPr>
            <w:tcW w:w="2520" w:type="dxa"/>
          </w:tcPr>
          <w:p w14:paraId="308E4DC9" w14:textId="77777777" w:rsidR="00EF282D" w:rsidRPr="003A67E9" w:rsidRDefault="005A3E0C">
            <w:pPr>
              <w:rPr>
                <w:sz w:val="24"/>
                <w:szCs w:val="24"/>
              </w:rPr>
            </w:pPr>
            <w:r w:rsidRPr="003A67E9">
              <w:rPr>
                <w:sz w:val="24"/>
                <w:szCs w:val="24"/>
              </w:rPr>
              <w:t>Full 3D graphics</w:t>
            </w:r>
          </w:p>
        </w:tc>
      </w:tr>
      <w:tr w:rsidR="00EF282D" w:rsidRPr="003A67E9" w14:paraId="4D2C89DE" w14:textId="77777777">
        <w:trPr>
          <w:jc w:val="center"/>
        </w:trPr>
        <w:tc>
          <w:tcPr>
            <w:tcW w:w="2520" w:type="dxa"/>
          </w:tcPr>
          <w:p w14:paraId="780B862F" w14:textId="77777777" w:rsidR="00EF282D" w:rsidRPr="003A67E9" w:rsidRDefault="005A3E0C">
            <w:pPr>
              <w:rPr>
                <w:sz w:val="24"/>
                <w:szCs w:val="24"/>
              </w:rPr>
            </w:pPr>
            <w:r w:rsidRPr="003A67E9">
              <w:rPr>
                <w:sz w:val="24"/>
                <w:szCs w:val="24"/>
              </w:rPr>
              <w:t>Create/join game flow</w:t>
            </w:r>
          </w:p>
        </w:tc>
        <w:tc>
          <w:tcPr>
            <w:tcW w:w="2520" w:type="dxa"/>
          </w:tcPr>
          <w:p w14:paraId="6D27A6D7" w14:textId="77777777" w:rsidR="00EF282D" w:rsidRPr="003A67E9" w:rsidRDefault="005A3E0C">
            <w:pPr>
              <w:rPr>
                <w:sz w:val="24"/>
                <w:szCs w:val="24"/>
              </w:rPr>
            </w:pPr>
            <w:r w:rsidRPr="003A67E9">
              <w:rPr>
                <w:sz w:val="24"/>
                <w:szCs w:val="24"/>
              </w:rPr>
              <w:t>Accessibility settings</w:t>
            </w:r>
          </w:p>
        </w:tc>
        <w:tc>
          <w:tcPr>
            <w:tcW w:w="2520" w:type="dxa"/>
          </w:tcPr>
          <w:p w14:paraId="25388A5B" w14:textId="77777777" w:rsidR="00EF282D" w:rsidRPr="003A67E9" w:rsidRDefault="005A3E0C">
            <w:pPr>
              <w:rPr>
                <w:sz w:val="24"/>
                <w:szCs w:val="24"/>
              </w:rPr>
            </w:pPr>
            <w:r w:rsidRPr="003A67E9">
              <w:rPr>
                <w:sz w:val="24"/>
                <w:szCs w:val="24"/>
              </w:rPr>
              <w:t>Difficulty levels</w:t>
            </w:r>
          </w:p>
        </w:tc>
        <w:tc>
          <w:tcPr>
            <w:tcW w:w="2520" w:type="dxa"/>
          </w:tcPr>
          <w:p w14:paraId="05208F77" w14:textId="77777777" w:rsidR="00EF282D" w:rsidRPr="003A67E9" w:rsidRDefault="005A3E0C">
            <w:pPr>
              <w:rPr>
                <w:sz w:val="24"/>
                <w:szCs w:val="24"/>
              </w:rPr>
            </w:pPr>
            <w:r w:rsidRPr="003A67E9">
              <w:rPr>
                <w:sz w:val="24"/>
                <w:szCs w:val="24"/>
              </w:rPr>
              <w:t>Complex tutorials</w:t>
            </w:r>
          </w:p>
        </w:tc>
      </w:tr>
      <w:tr w:rsidR="00EF282D" w:rsidRPr="003A67E9" w14:paraId="77E8CCE3" w14:textId="77777777">
        <w:trPr>
          <w:jc w:val="center"/>
        </w:trPr>
        <w:tc>
          <w:tcPr>
            <w:tcW w:w="2520" w:type="dxa"/>
          </w:tcPr>
          <w:p w14:paraId="40B1E7FC" w14:textId="77777777" w:rsidR="00EF282D" w:rsidRPr="003A67E9" w:rsidRDefault="005A3E0C">
            <w:pPr>
              <w:rPr>
                <w:sz w:val="24"/>
                <w:szCs w:val="24"/>
              </w:rPr>
            </w:pPr>
            <w:r w:rsidRPr="003A67E9">
              <w:rPr>
                <w:sz w:val="24"/>
                <w:szCs w:val="24"/>
              </w:rPr>
              <w:t>Role selection</w:t>
            </w:r>
          </w:p>
        </w:tc>
        <w:tc>
          <w:tcPr>
            <w:tcW w:w="2520" w:type="dxa"/>
          </w:tcPr>
          <w:p w14:paraId="041D7C54" w14:textId="77777777" w:rsidR="00EF282D" w:rsidRPr="003A67E9" w:rsidRDefault="005A3E0C">
            <w:pPr>
              <w:rPr>
                <w:sz w:val="24"/>
                <w:szCs w:val="24"/>
              </w:rPr>
            </w:pPr>
            <w:r w:rsidRPr="003A67E9">
              <w:rPr>
                <w:sz w:val="24"/>
                <w:szCs w:val="24"/>
              </w:rPr>
              <w:t>Icons with text labels</w:t>
            </w:r>
          </w:p>
        </w:tc>
        <w:tc>
          <w:tcPr>
            <w:tcW w:w="2520" w:type="dxa"/>
          </w:tcPr>
          <w:p w14:paraId="7A374474" w14:textId="77777777" w:rsidR="00EF282D" w:rsidRPr="003A67E9" w:rsidRDefault="005A3E0C">
            <w:pPr>
              <w:rPr>
                <w:sz w:val="24"/>
                <w:szCs w:val="24"/>
              </w:rPr>
            </w:pPr>
            <w:r w:rsidRPr="003A67E9">
              <w:rPr>
                <w:sz w:val="24"/>
                <w:szCs w:val="24"/>
              </w:rPr>
              <w:t>Chat/quick messages</w:t>
            </w:r>
          </w:p>
        </w:tc>
        <w:tc>
          <w:tcPr>
            <w:tcW w:w="2520" w:type="dxa"/>
          </w:tcPr>
          <w:p w14:paraId="354A2135" w14:textId="77777777" w:rsidR="00EF282D" w:rsidRPr="003A67E9" w:rsidRDefault="005A3E0C">
            <w:pPr>
              <w:rPr>
                <w:sz w:val="24"/>
                <w:szCs w:val="24"/>
              </w:rPr>
            </w:pPr>
            <w:proofErr w:type="spellStart"/>
            <w:r w:rsidRPr="003A67E9">
              <w:rPr>
                <w:sz w:val="24"/>
                <w:szCs w:val="24"/>
              </w:rPr>
              <w:t>Unlabelled</w:t>
            </w:r>
            <w:proofErr w:type="spellEnd"/>
            <w:r w:rsidRPr="003A67E9">
              <w:rPr>
                <w:sz w:val="24"/>
                <w:szCs w:val="24"/>
              </w:rPr>
              <w:t xml:space="preserve"> icons</w:t>
            </w:r>
          </w:p>
        </w:tc>
      </w:tr>
      <w:tr w:rsidR="00EF282D" w:rsidRPr="003A67E9" w14:paraId="0B482DA5" w14:textId="77777777">
        <w:trPr>
          <w:jc w:val="center"/>
        </w:trPr>
        <w:tc>
          <w:tcPr>
            <w:tcW w:w="2520" w:type="dxa"/>
          </w:tcPr>
          <w:p w14:paraId="39090A1D" w14:textId="77777777" w:rsidR="00EF282D" w:rsidRPr="003A67E9" w:rsidRDefault="005A3E0C">
            <w:pPr>
              <w:rPr>
                <w:sz w:val="24"/>
                <w:szCs w:val="24"/>
              </w:rPr>
            </w:pPr>
            <w:r w:rsidRPr="003A67E9">
              <w:rPr>
                <w:sz w:val="24"/>
                <w:szCs w:val="24"/>
              </w:rPr>
              <w:t>Campus outbreak map</w:t>
            </w:r>
          </w:p>
        </w:tc>
        <w:tc>
          <w:tcPr>
            <w:tcW w:w="2520" w:type="dxa"/>
          </w:tcPr>
          <w:p w14:paraId="2AD5D8DF" w14:textId="77777777" w:rsidR="00EF282D" w:rsidRPr="003A67E9" w:rsidRDefault="005A3E0C">
            <w:pPr>
              <w:rPr>
                <w:sz w:val="24"/>
                <w:szCs w:val="24"/>
              </w:rPr>
            </w:pPr>
            <w:r w:rsidRPr="003A67E9">
              <w:rPr>
                <w:sz w:val="24"/>
                <w:szCs w:val="24"/>
              </w:rPr>
              <w:t>Team status panel</w:t>
            </w:r>
          </w:p>
        </w:tc>
        <w:tc>
          <w:tcPr>
            <w:tcW w:w="2520" w:type="dxa"/>
          </w:tcPr>
          <w:p w14:paraId="68EDB0C9" w14:textId="77777777" w:rsidR="00EF282D" w:rsidRPr="003A67E9" w:rsidRDefault="005A3E0C">
            <w:pPr>
              <w:rPr>
                <w:sz w:val="24"/>
                <w:szCs w:val="24"/>
              </w:rPr>
            </w:pPr>
            <w:r w:rsidRPr="003A67E9">
              <w:rPr>
                <w:sz w:val="24"/>
                <w:szCs w:val="24"/>
              </w:rPr>
              <w:t>Replay summary</w:t>
            </w:r>
          </w:p>
        </w:tc>
        <w:tc>
          <w:tcPr>
            <w:tcW w:w="2520" w:type="dxa"/>
          </w:tcPr>
          <w:p w14:paraId="01A3FDB1" w14:textId="77777777" w:rsidR="00EF282D" w:rsidRPr="003A67E9" w:rsidRDefault="005A3E0C">
            <w:pPr>
              <w:rPr>
                <w:sz w:val="24"/>
                <w:szCs w:val="24"/>
              </w:rPr>
            </w:pPr>
            <w:r w:rsidRPr="003A67E9">
              <w:rPr>
                <w:sz w:val="24"/>
                <w:szCs w:val="24"/>
              </w:rPr>
              <w:t>Long rules-only screens</w:t>
            </w:r>
          </w:p>
        </w:tc>
      </w:tr>
      <w:tr w:rsidR="00EF282D" w:rsidRPr="003A67E9" w14:paraId="66417CBD" w14:textId="77777777">
        <w:trPr>
          <w:jc w:val="center"/>
        </w:trPr>
        <w:tc>
          <w:tcPr>
            <w:tcW w:w="2520" w:type="dxa"/>
          </w:tcPr>
          <w:p w14:paraId="6B0BCB36" w14:textId="77777777" w:rsidR="00EF282D" w:rsidRPr="003A67E9" w:rsidRDefault="005A3E0C">
            <w:pPr>
              <w:rPr>
                <w:sz w:val="24"/>
                <w:szCs w:val="24"/>
              </w:rPr>
            </w:pPr>
            <w:r w:rsidRPr="003A67E9">
              <w:rPr>
                <w:sz w:val="24"/>
                <w:szCs w:val="24"/>
              </w:rPr>
              <w:t>Player action screen</w:t>
            </w:r>
          </w:p>
        </w:tc>
        <w:tc>
          <w:tcPr>
            <w:tcW w:w="2520" w:type="dxa"/>
          </w:tcPr>
          <w:p w14:paraId="3E7FCBC5" w14:textId="77777777" w:rsidR="00EF282D" w:rsidRPr="003A67E9" w:rsidRDefault="005A3E0C">
            <w:pPr>
              <w:rPr>
                <w:sz w:val="24"/>
                <w:szCs w:val="24"/>
              </w:rPr>
            </w:pPr>
            <w:r w:rsidRPr="003A67E9">
              <w:rPr>
                <w:sz w:val="24"/>
                <w:szCs w:val="24"/>
              </w:rPr>
              <w:t>Cure progress screen</w:t>
            </w:r>
          </w:p>
        </w:tc>
        <w:tc>
          <w:tcPr>
            <w:tcW w:w="2520" w:type="dxa"/>
          </w:tcPr>
          <w:p w14:paraId="47B90B13" w14:textId="77777777" w:rsidR="00EF282D" w:rsidRPr="003A67E9" w:rsidRDefault="005A3E0C">
            <w:pPr>
              <w:rPr>
                <w:sz w:val="24"/>
                <w:szCs w:val="24"/>
              </w:rPr>
            </w:pPr>
            <w:r w:rsidRPr="003A67E9">
              <w:rPr>
                <w:sz w:val="24"/>
                <w:szCs w:val="24"/>
              </w:rPr>
              <w:t>Classroom mode</w:t>
            </w:r>
          </w:p>
        </w:tc>
        <w:tc>
          <w:tcPr>
            <w:tcW w:w="2520" w:type="dxa"/>
          </w:tcPr>
          <w:p w14:paraId="20EAAED2" w14:textId="77777777" w:rsidR="00EF282D" w:rsidRPr="003A67E9" w:rsidRDefault="005A3E0C">
            <w:pPr>
              <w:rPr>
                <w:sz w:val="24"/>
                <w:szCs w:val="24"/>
              </w:rPr>
            </w:pPr>
            <w:r w:rsidRPr="003A67E9">
              <w:rPr>
                <w:sz w:val="24"/>
                <w:szCs w:val="24"/>
              </w:rPr>
              <w:t xml:space="preserve">Full </w:t>
            </w:r>
            <w:proofErr w:type="spellStart"/>
            <w:r w:rsidRPr="003A67E9">
              <w:rPr>
                <w:sz w:val="24"/>
                <w:szCs w:val="24"/>
              </w:rPr>
              <w:t>colour</w:t>
            </w:r>
            <w:proofErr w:type="spellEnd"/>
            <w:r w:rsidRPr="003A67E9">
              <w:rPr>
                <w:sz w:val="24"/>
                <w:szCs w:val="24"/>
              </w:rPr>
              <w:t xml:space="preserve"> final design in Component 1</w:t>
            </w:r>
          </w:p>
        </w:tc>
      </w:tr>
      <w:tr w:rsidR="00EF282D" w:rsidRPr="003A67E9" w14:paraId="00FBE7AC" w14:textId="77777777">
        <w:trPr>
          <w:jc w:val="center"/>
        </w:trPr>
        <w:tc>
          <w:tcPr>
            <w:tcW w:w="2520" w:type="dxa"/>
          </w:tcPr>
          <w:p w14:paraId="795B3F51" w14:textId="77777777" w:rsidR="00EF282D" w:rsidRPr="003A67E9" w:rsidRDefault="005A3E0C">
            <w:pPr>
              <w:rPr>
                <w:sz w:val="24"/>
                <w:szCs w:val="24"/>
              </w:rPr>
            </w:pPr>
            <w:r w:rsidRPr="003A67E9">
              <w:rPr>
                <w:sz w:val="24"/>
                <w:szCs w:val="24"/>
              </w:rPr>
              <w:t>Win/lose results screen</w:t>
            </w:r>
          </w:p>
        </w:tc>
        <w:tc>
          <w:tcPr>
            <w:tcW w:w="2520" w:type="dxa"/>
          </w:tcPr>
          <w:p w14:paraId="3C98EC67" w14:textId="77777777" w:rsidR="00EF282D" w:rsidRPr="003A67E9" w:rsidRDefault="005A3E0C">
            <w:pPr>
              <w:rPr>
                <w:sz w:val="24"/>
                <w:szCs w:val="24"/>
              </w:rPr>
            </w:pPr>
            <w:r w:rsidRPr="003A67E9">
              <w:rPr>
                <w:sz w:val="24"/>
                <w:szCs w:val="24"/>
              </w:rPr>
              <w:t xml:space="preserve">Confirmation </w:t>
            </w:r>
            <w:proofErr w:type="gramStart"/>
            <w:r w:rsidRPr="003A67E9">
              <w:rPr>
                <w:sz w:val="24"/>
                <w:szCs w:val="24"/>
              </w:rPr>
              <w:t>for</w:t>
            </w:r>
            <w:proofErr w:type="gramEnd"/>
            <w:r w:rsidRPr="003A67E9">
              <w:rPr>
                <w:sz w:val="24"/>
                <w:szCs w:val="24"/>
              </w:rPr>
              <w:t xml:space="preserve"> major actions</w:t>
            </w:r>
          </w:p>
        </w:tc>
        <w:tc>
          <w:tcPr>
            <w:tcW w:w="2520" w:type="dxa"/>
          </w:tcPr>
          <w:p w14:paraId="51B20D80" w14:textId="77777777" w:rsidR="00EF282D" w:rsidRPr="003A67E9" w:rsidRDefault="005A3E0C">
            <w:pPr>
              <w:rPr>
                <w:sz w:val="24"/>
                <w:szCs w:val="24"/>
              </w:rPr>
            </w:pPr>
            <w:r w:rsidRPr="003A67E9">
              <w:rPr>
                <w:sz w:val="24"/>
                <w:szCs w:val="24"/>
              </w:rPr>
              <w:t>Export results</w:t>
            </w:r>
          </w:p>
        </w:tc>
        <w:tc>
          <w:tcPr>
            <w:tcW w:w="2520" w:type="dxa"/>
          </w:tcPr>
          <w:p w14:paraId="36BCB86C" w14:textId="77777777" w:rsidR="00EF282D" w:rsidRPr="003A67E9" w:rsidRDefault="005A3E0C">
            <w:pPr>
              <w:rPr>
                <w:sz w:val="24"/>
                <w:szCs w:val="24"/>
              </w:rPr>
            </w:pPr>
            <w:r w:rsidRPr="003A67E9">
              <w:rPr>
                <w:sz w:val="24"/>
                <w:szCs w:val="24"/>
              </w:rPr>
              <w:t>Complex account system</w:t>
            </w:r>
          </w:p>
        </w:tc>
      </w:tr>
    </w:tbl>
    <w:p w14:paraId="5AF35C31" w14:textId="77777777" w:rsidR="00EF282D" w:rsidRPr="003A67E9" w:rsidRDefault="00EF282D">
      <w:pPr>
        <w:rPr>
          <w:sz w:val="24"/>
          <w:szCs w:val="24"/>
        </w:rPr>
      </w:pPr>
    </w:p>
    <w:p w14:paraId="4524B22C" w14:textId="77777777" w:rsidR="000E6F63" w:rsidRDefault="00FC6335">
      <w:pPr>
        <w:pStyle w:val="Heading2"/>
      </w:pPr>
      <w:bookmarkStart w:id="28" w:name="_Toc233920640"/>
      <w:r>
        <w:t>5.2 Flexible Participation and Shared Game State</w:t>
      </w:r>
      <w:bookmarkEnd w:id="28"/>
    </w:p>
    <w:p w14:paraId="2BD41648" w14:textId="77777777" w:rsidR="000E6F63" w:rsidRDefault="00FC6335">
      <w:pPr>
        <w:pStyle w:val="BodyText"/>
      </w:pPr>
      <w:r>
        <w:t>The four modes access the same cooperative state. Solo supplies computer-controlled support; pass-and-play changes the active-player view; asynchronous play saves confirmed turns; and live play distributes updates immediately. Turn indicators, connection status and confirmation prevent conflicting board states [2], [9].</w:t>
      </w:r>
    </w:p>
    <w:p w14:paraId="026788E6" w14:textId="77777777" w:rsidR="00EF282D" w:rsidRDefault="005A3E0C">
      <w:pPr>
        <w:pStyle w:val="Heading1"/>
      </w:pPr>
      <w:bookmarkStart w:id="29" w:name="_Toc233920641"/>
      <w:r>
        <w:t>6. Usability Design Considerations</w:t>
      </w:r>
      <w:bookmarkEnd w:id="29"/>
    </w:p>
    <w:p w14:paraId="58FB90A2" w14:textId="77777777" w:rsidR="000E6F63" w:rsidRDefault="00FC6335">
      <w:pPr>
        <w:pStyle w:val="Heading2"/>
      </w:pPr>
      <w:bookmarkStart w:id="30" w:name="_Toc233920642"/>
      <w:r>
        <w:t>6.1 Usability Quality Components</w:t>
      </w:r>
      <w:bookmarkEnd w:id="30"/>
    </w:p>
    <w:p w14:paraId="45E86FB8" w14:textId="77777777" w:rsidR="000E6F63" w:rsidRDefault="00FC6335">
      <w:pPr>
        <w:pStyle w:val="BodyText"/>
      </w:pPr>
      <w:r>
        <w:t>Usability is evaluated through learnability, efficiency, memorability, errors and satisfaction rather than visual preference alone [4]. These qualities provide measurable questions for the storyboard.</w:t>
      </w:r>
    </w:p>
    <w:p w14:paraId="0112C0A9" w14:textId="77777777" w:rsidR="000E6F63" w:rsidRDefault="00FC6335">
      <w:pPr>
        <w:pStyle w:val="BodyText"/>
        <w:jc w:val="center"/>
      </w:pPr>
      <w:r>
        <w:rPr>
          <w:i/>
        </w:rPr>
        <w:t xml:space="preserve">Table 2. Usability qualities </w:t>
      </w:r>
      <w:proofErr w:type="gramStart"/>
      <w:r>
        <w:rPr>
          <w:i/>
        </w:rPr>
        <w:t>applied</w:t>
      </w:r>
      <w:proofErr w:type="gramEnd"/>
      <w:r>
        <w:rPr>
          <w:i/>
        </w:rPr>
        <w:t xml:space="preserve"> to UWTSD Pandemic.</w:t>
      </w:r>
    </w:p>
    <w:tbl>
      <w:tblPr>
        <w:tblStyle w:val="TableGrid"/>
        <w:tblW w:w="0" w:type="auto"/>
        <w:jc w:val="center"/>
        <w:tblLook w:val="04A0" w:firstRow="1" w:lastRow="0" w:firstColumn="1" w:lastColumn="0" w:noHBand="0" w:noVBand="1"/>
      </w:tblPr>
      <w:tblGrid>
        <w:gridCol w:w="5035"/>
        <w:gridCol w:w="5035"/>
      </w:tblGrid>
      <w:tr w:rsidR="000E6F63" w14:paraId="5D68D01E" w14:textId="77777777">
        <w:trPr>
          <w:jc w:val="center"/>
        </w:trPr>
        <w:tc>
          <w:tcPr>
            <w:tcW w:w="5040" w:type="dxa"/>
            <w:shd w:val="clear" w:color="auto" w:fill="1F77B4"/>
            <w:vAlign w:val="center"/>
          </w:tcPr>
          <w:p w14:paraId="4775CC91" w14:textId="77777777" w:rsidR="000E6F63" w:rsidRDefault="00FC6335">
            <w:r>
              <w:rPr>
                <w:b/>
                <w:color w:val="FFFFFF"/>
                <w:sz w:val="16"/>
              </w:rPr>
              <w:t>Quality</w:t>
            </w:r>
          </w:p>
        </w:tc>
        <w:tc>
          <w:tcPr>
            <w:tcW w:w="5040" w:type="dxa"/>
            <w:shd w:val="clear" w:color="auto" w:fill="1F77B4"/>
            <w:vAlign w:val="center"/>
          </w:tcPr>
          <w:p w14:paraId="0D35A0DC" w14:textId="77777777" w:rsidR="000E6F63" w:rsidRDefault="00FC6335">
            <w:r>
              <w:rPr>
                <w:b/>
                <w:color w:val="FFFFFF"/>
                <w:sz w:val="16"/>
              </w:rPr>
              <w:t>Application</w:t>
            </w:r>
          </w:p>
        </w:tc>
      </w:tr>
      <w:tr w:rsidR="000E6F63" w14:paraId="44FAA15E" w14:textId="77777777">
        <w:trPr>
          <w:jc w:val="center"/>
        </w:trPr>
        <w:tc>
          <w:tcPr>
            <w:tcW w:w="5040" w:type="dxa"/>
            <w:shd w:val="clear" w:color="auto" w:fill="D9EAF7"/>
            <w:vAlign w:val="center"/>
          </w:tcPr>
          <w:p w14:paraId="1904F195" w14:textId="77777777" w:rsidR="000E6F63" w:rsidRDefault="00FC6335">
            <w:r>
              <w:rPr>
                <w:b/>
                <w:sz w:val="16"/>
              </w:rPr>
              <w:t>Learnability</w:t>
            </w:r>
          </w:p>
        </w:tc>
        <w:tc>
          <w:tcPr>
            <w:tcW w:w="5040" w:type="dxa"/>
            <w:vAlign w:val="center"/>
          </w:tcPr>
          <w:p w14:paraId="6DB49D12" w14:textId="77777777" w:rsidR="000E6F63" w:rsidRDefault="00FC6335">
            <w:r>
              <w:rPr>
                <w:sz w:val="16"/>
              </w:rPr>
              <w:t>Complete joining, role selection and a first action without lengthy help.</w:t>
            </w:r>
          </w:p>
        </w:tc>
      </w:tr>
      <w:tr w:rsidR="000E6F63" w14:paraId="1CB178D5" w14:textId="77777777">
        <w:trPr>
          <w:jc w:val="center"/>
        </w:trPr>
        <w:tc>
          <w:tcPr>
            <w:tcW w:w="5040" w:type="dxa"/>
            <w:shd w:val="clear" w:color="auto" w:fill="D9EAF7"/>
            <w:vAlign w:val="center"/>
          </w:tcPr>
          <w:p w14:paraId="5E0D674B" w14:textId="77777777" w:rsidR="000E6F63" w:rsidRDefault="00FC6335">
            <w:r>
              <w:rPr>
                <w:b/>
                <w:sz w:val="16"/>
              </w:rPr>
              <w:t>Efficiency</w:t>
            </w:r>
          </w:p>
        </w:tc>
        <w:tc>
          <w:tcPr>
            <w:tcW w:w="5040" w:type="dxa"/>
            <w:vAlign w:val="center"/>
          </w:tcPr>
          <w:p w14:paraId="43408169" w14:textId="77777777" w:rsidR="000E6F63" w:rsidRDefault="00FC6335">
            <w:r>
              <w:rPr>
                <w:sz w:val="16"/>
              </w:rPr>
              <w:t>Reduce steps and time required to create or rejoin a game.</w:t>
            </w:r>
          </w:p>
        </w:tc>
      </w:tr>
      <w:tr w:rsidR="000E6F63" w14:paraId="1E6DCA57" w14:textId="77777777">
        <w:trPr>
          <w:jc w:val="center"/>
        </w:trPr>
        <w:tc>
          <w:tcPr>
            <w:tcW w:w="5040" w:type="dxa"/>
            <w:shd w:val="clear" w:color="auto" w:fill="D9EAF7"/>
            <w:vAlign w:val="center"/>
          </w:tcPr>
          <w:p w14:paraId="5F753521" w14:textId="77777777" w:rsidR="000E6F63" w:rsidRDefault="00FC6335">
            <w:r>
              <w:rPr>
                <w:b/>
                <w:sz w:val="16"/>
              </w:rPr>
              <w:t>Memorability</w:t>
            </w:r>
          </w:p>
        </w:tc>
        <w:tc>
          <w:tcPr>
            <w:tcW w:w="5040" w:type="dxa"/>
            <w:vAlign w:val="center"/>
          </w:tcPr>
          <w:p w14:paraId="2E842435" w14:textId="77777777" w:rsidR="000E6F63" w:rsidRDefault="00FC6335">
            <w:r>
              <w:rPr>
                <w:sz w:val="16"/>
              </w:rPr>
              <w:t>Keep labels and control positions consistent across screens.</w:t>
            </w:r>
          </w:p>
        </w:tc>
      </w:tr>
      <w:tr w:rsidR="000E6F63" w14:paraId="33D28EE7" w14:textId="77777777">
        <w:trPr>
          <w:jc w:val="center"/>
        </w:trPr>
        <w:tc>
          <w:tcPr>
            <w:tcW w:w="5040" w:type="dxa"/>
            <w:shd w:val="clear" w:color="auto" w:fill="D9EAF7"/>
            <w:vAlign w:val="center"/>
          </w:tcPr>
          <w:p w14:paraId="74F83136" w14:textId="77777777" w:rsidR="000E6F63" w:rsidRDefault="00FC6335">
            <w:r>
              <w:rPr>
                <w:b/>
                <w:sz w:val="16"/>
              </w:rPr>
              <w:t>Errors</w:t>
            </w:r>
          </w:p>
        </w:tc>
        <w:tc>
          <w:tcPr>
            <w:tcW w:w="5040" w:type="dxa"/>
            <w:vAlign w:val="center"/>
          </w:tcPr>
          <w:p w14:paraId="7084DB00" w14:textId="77777777" w:rsidR="000E6F63" w:rsidRDefault="00FC6335">
            <w:r>
              <w:rPr>
                <w:sz w:val="16"/>
              </w:rPr>
              <w:t>Prevent invalid actions and explain recovery in plain language.</w:t>
            </w:r>
          </w:p>
        </w:tc>
      </w:tr>
      <w:tr w:rsidR="000E6F63" w14:paraId="321BD0B2" w14:textId="77777777">
        <w:trPr>
          <w:jc w:val="center"/>
        </w:trPr>
        <w:tc>
          <w:tcPr>
            <w:tcW w:w="5040" w:type="dxa"/>
            <w:shd w:val="clear" w:color="auto" w:fill="D9EAF7"/>
            <w:vAlign w:val="center"/>
          </w:tcPr>
          <w:p w14:paraId="2FC11028" w14:textId="77777777" w:rsidR="000E6F63" w:rsidRDefault="00FC6335">
            <w:r>
              <w:rPr>
                <w:b/>
                <w:sz w:val="16"/>
              </w:rPr>
              <w:t>Satisfaction</w:t>
            </w:r>
          </w:p>
        </w:tc>
        <w:tc>
          <w:tcPr>
            <w:tcW w:w="5040" w:type="dxa"/>
            <w:vAlign w:val="center"/>
          </w:tcPr>
          <w:p w14:paraId="1C959903" w14:textId="77777777" w:rsidR="000E6F63" w:rsidRDefault="00FC6335">
            <w:r>
              <w:rPr>
                <w:sz w:val="16"/>
              </w:rPr>
              <w:t>Measure confidence, stress, teamwork and willingness to replay.</w:t>
            </w:r>
          </w:p>
        </w:tc>
      </w:tr>
    </w:tbl>
    <w:p w14:paraId="702216E0" w14:textId="77777777" w:rsidR="00EF282D" w:rsidRPr="003A67E9" w:rsidRDefault="005A3E0C">
      <w:pPr>
        <w:pStyle w:val="Heading2"/>
        <w:rPr>
          <w:sz w:val="32"/>
          <w:szCs w:val="32"/>
        </w:rPr>
      </w:pPr>
      <w:bookmarkStart w:id="31" w:name="_Toc233920643"/>
      <w:r>
        <w:t>6.2 Learnability and Visibility</w:t>
      </w:r>
      <w:bookmarkEnd w:id="31"/>
    </w:p>
    <w:p w14:paraId="66D483E3" w14:textId="77777777" w:rsidR="00EF282D" w:rsidRPr="003A67E9" w:rsidRDefault="005A3E0C">
      <w:pPr>
        <w:pStyle w:val="BodyText"/>
        <w:rPr>
          <w:sz w:val="24"/>
          <w:szCs w:val="24"/>
        </w:rPr>
      </w:pPr>
      <w:r>
        <w:t>The prototype shows the current role, outbreak level, available actions and team progress when needed. Visibility of system status, clear signifiers and consistent controls help first-time users predict outcomes [4], [5]. Game-usability research also supports clear goals and understandable status information [12], so major actions require confirmation.</w:t>
      </w:r>
    </w:p>
    <w:p w14:paraId="01D486B1" w14:textId="77777777" w:rsidR="00EF282D" w:rsidRPr="003A67E9" w:rsidRDefault="005A3E0C">
      <w:pPr>
        <w:pStyle w:val="Heading2"/>
        <w:rPr>
          <w:sz w:val="32"/>
          <w:szCs w:val="32"/>
        </w:rPr>
      </w:pPr>
      <w:bookmarkStart w:id="32" w:name="_Toc233920644"/>
      <w:r>
        <w:lastRenderedPageBreak/>
        <w:t>6.3 Cognitive Load</w:t>
      </w:r>
      <w:bookmarkEnd w:id="32"/>
    </w:p>
    <w:p w14:paraId="513FE501" w14:textId="77777777" w:rsidR="00EF282D" w:rsidRPr="003A67E9" w:rsidRDefault="005A3E0C">
      <w:pPr>
        <w:pStyle w:val="BodyText"/>
        <w:rPr>
          <w:sz w:val="24"/>
          <w:szCs w:val="24"/>
        </w:rPr>
      </w:pPr>
      <w:r>
        <w:t>Maps, roles, resources and team decisions can overload working memory. The wireframes use one dominant task per screen, short labels, grouped controls and progressive disclosure [6]. Completion time, wrong selections and a brief effort rating can identify avoidable cognitive demand [13].</w:t>
      </w:r>
    </w:p>
    <w:p w14:paraId="1B4133C1" w14:textId="77777777" w:rsidR="00EF282D" w:rsidRPr="003A67E9" w:rsidRDefault="005A3E0C">
      <w:pPr>
        <w:pStyle w:val="Heading2"/>
        <w:rPr>
          <w:sz w:val="32"/>
          <w:szCs w:val="32"/>
        </w:rPr>
      </w:pPr>
      <w:bookmarkStart w:id="33" w:name="_Toc233920645"/>
      <w:r>
        <w:t>6.4 Accessibility and Inclusive Design</w:t>
      </w:r>
      <w:bookmarkEnd w:id="33"/>
    </w:p>
    <w:p w14:paraId="2F6B3C2B" w14:textId="77777777" w:rsidR="00EF282D" w:rsidRPr="003A67E9" w:rsidRDefault="005A3E0C">
      <w:pPr>
        <w:pStyle w:val="BodyText"/>
        <w:rPr>
          <w:sz w:val="24"/>
          <w:szCs w:val="24"/>
        </w:rPr>
      </w:pPr>
      <w:r>
        <w:t xml:space="preserve">Accessibility uses readable text, strong contrast, large touch targets, labelled icons, simple language and alternatives to </w:t>
      </w:r>
      <w:proofErr w:type="spellStart"/>
      <w:r>
        <w:t>colour</w:t>
      </w:r>
      <w:proofErr w:type="spellEnd"/>
      <w:r>
        <w:t>-only meaning. Optional text resizing, audio guidance, captions and reduced motion should be tested [7]. Mobile guidance also supports consistent help and usable target sizes [14].</w:t>
      </w:r>
    </w:p>
    <w:p w14:paraId="3FF01B48" w14:textId="77777777" w:rsidR="00EF282D" w:rsidRPr="003A67E9" w:rsidRDefault="005A3E0C">
      <w:pPr>
        <w:pStyle w:val="Heading2"/>
        <w:rPr>
          <w:sz w:val="32"/>
          <w:szCs w:val="32"/>
        </w:rPr>
      </w:pPr>
      <w:bookmarkStart w:id="34" w:name="_Toc233920646"/>
      <w:r>
        <w:t>6.5 Navigation, Errors and Feedback</w:t>
      </w:r>
      <w:bookmarkEnd w:id="34"/>
    </w:p>
    <w:p w14:paraId="795374F1" w14:textId="77777777" w:rsidR="00EF282D" w:rsidRPr="003A67E9" w:rsidRDefault="005A3E0C">
      <w:pPr>
        <w:pStyle w:val="BodyText"/>
        <w:rPr>
          <w:sz w:val="24"/>
          <w:szCs w:val="24"/>
        </w:rPr>
      </w:pPr>
      <w:r>
        <w:t>The storyboard follows a predictable sequence and gives feedback after important actions. Back and Cancel preserve user freedom, invalid room codes receive specific messages, and unavailable actions should be disabled. Consistency, error prevention and recognition rather than recall support recovery [4], [8].</w:t>
      </w:r>
    </w:p>
    <w:p w14:paraId="11BA2EF3" w14:textId="77777777" w:rsidR="00EF282D" w:rsidRPr="003A67E9" w:rsidRDefault="005A3E0C">
      <w:pPr>
        <w:pStyle w:val="Heading2"/>
        <w:rPr>
          <w:sz w:val="32"/>
          <w:szCs w:val="32"/>
        </w:rPr>
      </w:pPr>
      <w:bookmarkStart w:id="35" w:name="_Toc233920647"/>
      <w:r>
        <w:t>6.6 Mobile Interaction Design</w:t>
      </w:r>
      <w:bookmarkEnd w:id="35"/>
    </w:p>
    <w:p w14:paraId="2EA7DB3F" w14:textId="77777777" w:rsidR="00EF282D" w:rsidRPr="003A67E9" w:rsidRDefault="005A3E0C">
      <w:pPr>
        <w:pStyle w:val="BodyText"/>
        <w:rPr>
          <w:sz w:val="24"/>
          <w:szCs w:val="24"/>
        </w:rPr>
      </w:pPr>
      <w:r>
        <w:t xml:space="preserve">Important controls are large, separated and consistently positioned. The design </w:t>
      </w:r>
      <w:proofErr w:type="spellStart"/>
      <w:r>
        <w:t>prioritises</w:t>
      </w:r>
      <w:proofErr w:type="spellEnd"/>
      <w:r>
        <w:t xml:space="preserve"> the current player task over decoration. Mobile-game research recommends evaluating controls, feedback and interruptions in the device context [15], so asynchronous notifications should inform without distracting.</w:t>
      </w:r>
    </w:p>
    <w:p w14:paraId="7892D7D9" w14:textId="77777777" w:rsidR="000E6F63" w:rsidRDefault="00FC6335">
      <w:pPr>
        <w:pStyle w:val="Heading2"/>
      </w:pPr>
      <w:bookmarkStart w:id="36" w:name="_Toc233920648"/>
      <w:r>
        <w:t>6.7 Nielsen Heuristics Applied to the Storyboard</w:t>
      </w:r>
      <w:bookmarkEnd w:id="36"/>
    </w:p>
    <w:p w14:paraId="346FA97A" w14:textId="77777777" w:rsidR="000E6F63" w:rsidRDefault="00FC6335">
      <w:pPr>
        <w:pStyle w:val="BodyText"/>
      </w:pPr>
      <w:r>
        <w:t xml:space="preserve">Nielsen's heuristics appear through visible turn and cure status, familiar campus terminology, Back and Cancel controls, consistent buttons, room-code validation, labelled abilities, quick joining and accessible Help [4]. </w:t>
      </w:r>
      <w:proofErr w:type="gramStart"/>
      <w:r>
        <w:t>The full</w:t>
      </w:r>
      <w:proofErr w:type="gramEnd"/>
      <w:r>
        <w:t xml:space="preserve"> heuristic mapping and evaluation instruments are provided in Appendix C.</w:t>
      </w:r>
    </w:p>
    <w:p w14:paraId="3AC57AB9" w14:textId="77777777" w:rsidR="00EF282D" w:rsidRDefault="005A3E0C">
      <w:pPr>
        <w:pStyle w:val="Heading1"/>
      </w:pPr>
      <w:bookmarkStart w:id="37" w:name="_Toc233920649"/>
      <w:r>
        <w:t>7. Wireframe Storyboard Design</w:t>
      </w:r>
      <w:bookmarkEnd w:id="37"/>
    </w:p>
    <w:p w14:paraId="4501D709" w14:textId="77777777" w:rsidR="00EF282D" w:rsidRPr="003A67E9" w:rsidRDefault="005A3E0C">
      <w:pPr>
        <w:pStyle w:val="BodyText"/>
        <w:rPr>
          <w:sz w:val="24"/>
          <w:szCs w:val="24"/>
        </w:rPr>
      </w:pPr>
      <w:r>
        <w:t>Appendix D presents eleven individual black-and-white phone screens covering launch, modes, lobby, campus, role, map, alert, action, cure progress, team status and result. The HTML prototype provides clickable evidence for the first five stages.</w:t>
      </w:r>
    </w:p>
    <w:tbl>
      <w:tblPr>
        <w:tblStyle w:val="TableGrid"/>
        <w:tblW w:w="0" w:type="auto"/>
        <w:jc w:val="center"/>
        <w:tblLook w:val="04A0" w:firstRow="1" w:lastRow="0" w:firstColumn="1" w:lastColumn="0" w:noHBand="0" w:noVBand="1"/>
      </w:tblPr>
      <w:tblGrid>
        <w:gridCol w:w="2518"/>
        <w:gridCol w:w="2517"/>
        <w:gridCol w:w="2518"/>
        <w:gridCol w:w="2517"/>
      </w:tblGrid>
      <w:tr w:rsidR="00EF282D" w:rsidRPr="003A67E9" w14:paraId="5856A543" w14:textId="77777777">
        <w:trPr>
          <w:jc w:val="center"/>
        </w:trPr>
        <w:tc>
          <w:tcPr>
            <w:tcW w:w="2520" w:type="dxa"/>
            <w:shd w:val="clear" w:color="auto" w:fill="1F77B4"/>
          </w:tcPr>
          <w:p w14:paraId="72A34736" w14:textId="77777777" w:rsidR="00EF282D" w:rsidRPr="003A67E9" w:rsidRDefault="005A3E0C">
            <w:pPr>
              <w:rPr>
                <w:sz w:val="24"/>
                <w:szCs w:val="24"/>
              </w:rPr>
            </w:pPr>
            <w:r w:rsidRPr="003A67E9">
              <w:rPr>
                <w:b/>
                <w:color w:val="FFFFFF"/>
                <w:sz w:val="24"/>
                <w:szCs w:val="24"/>
              </w:rPr>
              <w:t>Screen</w:t>
            </w:r>
          </w:p>
        </w:tc>
        <w:tc>
          <w:tcPr>
            <w:tcW w:w="2520" w:type="dxa"/>
            <w:shd w:val="clear" w:color="auto" w:fill="1F77B4"/>
          </w:tcPr>
          <w:p w14:paraId="7CEFE5BD" w14:textId="77777777" w:rsidR="00EF282D" w:rsidRPr="003A67E9" w:rsidRDefault="005A3E0C">
            <w:pPr>
              <w:rPr>
                <w:sz w:val="24"/>
                <w:szCs w:val="24"/>
              </w:rPr>
            </w:pPr>
            <w:r w:rsidRPr="003A67E9">
              <w:rPr>
                <w:b/>
                <w:color w:val="FFFFFF"/>
                <w:sz w:val="24"/>
                <w:szCs w:val="24"/>
              </w:rPr>
              <w:t>Purpose</w:t>
            </w:r>
          </w:p>
        </w:tc>
        <w:tc>
          <w:tcPr>
            <w:tcW w:w="2520" w:type="dxa"/>
            <w:shd w:val="clear" w:color="auto" w:fill="1F77B4"/>
          </w:tcPr>
          <w:p w14:paraId="1A4D7F12" w14:textId="77777777" w:rsidR="00EF282D" w:rsidRPr="003A67E9" w:rsidRDefault="005A3E0C">
            <w:pPr>
              <w:rPr>
                <w:sz w:val="24"/>
                <w:szCs w:val="24"/>
              </w:rPr>
            </w:pPr>
            <w:r w:rsidRPr="003A67E9">
              <w:rPr>
                <w:b/>
                <w:color w:val="FFFFFF"/>
                <w:sz w:val="24"/>
                <w:szCs w:val="24"/>
              </w:rPr>
              <w:t>Main elements</w:t>
            </w:r>
          </w:p>
        </w:tc>
        <w:tc>
          <w:tcPr>
            <w:tcW w:w="2520" w:type="dxa"/>
            <w:shd w:val="clear" w:color="auto" w:fill="1F77B4"/>
          </w:tcPr>
          <w:p w14:paraId="2A108F4F" w14:textId="77777777" w:rsidR="00EF282D" w:rsidRPr="003A67E9" w:rsidRDefault="005A3E0C">
            <w:pPr>
              <w:rPr>
                <w:sz w:val="24"/>
                <w:szCs w:val="24"/>
              </w:rPr>
            </w:pPr>
            <w:r w:rsidRPr="003A67E9">
              <w:rPr>
                <w:b/>
                <w:color w:val="FFFFFF"/>
                <w:sz w:val="24"/>
                <w:szCs w:val="24"/>
              </w:rPr>
              <w:t>Next action</w:t>
            </w:r>
          </w:p>
        </w:tc>
      </w:tr>
      <w:tr w:rsidR="00EF282D" w:rsidRPr="003A67E9" w14:paraId="78A6B69C" w14:textId="77777777">
        <w:trPr>
          <w:jc w:val="center"/>
        </w:trPr>
        <w:tc>
          <w:tcPr>
            <w:tcW w:w="2520" w:type="dxa"/>
          </w:tcPr>
          <w:p w14:paraId="0F0ED3D5" w14:textId="77777777" w:rsidR="00EF282D" w:rsidRPr="003A67E9" w:rsidRDefault="005A3E0C">
            <w:pPr>
              <w:rPr>
                <w:sz w:val="24"/>
                <w:szCs w:val="24"/>
              </w:rPr>
            </w:pPr>
            <w:r w:rsidRPr="003A67E9">
              <w:rPr>
                <w:sz w:val="24"/>
                <w:szCs w:val="24"/>
              </w:rPr>
              <w:t>1. Start Screen</w:t>
            </w:r>
          </w:p>
        </w:tc>
        <w:tc>
          <w:tcPr>
            <w:tcW w:w="2520" w:type="dxa"/>
          </w:tcPr>
          <w:p w14:paraId="46E159B6" w14:textId="77777777" w:rsidR="00EF282D" w:rsidRPr="003A67E9" w:rsidRDefault="005A3E0C">
            <w:pPr>
              <w:rPr>
                <w:sz w:val="24"/>
                <w:szCs w:val="24"/>
              </w:rPr>
            </w:pPr>
            <w:proofErr w:type="gramStart"/>
            <w:r w:rsidRPr="003A67E9">
              <w:rPr>
                <w:sz w:val="24"/>
                <w:szCs w:val="24"/>
              </w:rPr>
              <w:t>Introduce</w:t>
            </w:r>
            <w:proofErr w:type="gramEnd"/>
            <w:r w:rsidRPr="003A67E9">
              <w:rPr>
                <w:sz w:val="24"/>
                <w:szCs w:val="24"/>
              </w:rPr>
              <w:t xml:space="preserve"> the game</w:t>
            </w:r>
          </w:p>
        </w:tc>
        <w:tc>
          <w:tcPr>
            <w:tcW w:w="2520" w:type="dxa"/>
          </w:tcPr>
          <w:p w14:paraId="4E3B71F5" w14:textId="77777777" w:rsidR="00EF282D" w:rsidRPr="003A67E9" w:rsidRDefault="005A3E0C">
            <w:pPr>
              <w:rPr>
                <w:sz w:val="24"/>
                <w:szCs w:val="24"/>
              </w:rPr>
            </w:pPr>
            <w:r w:rsidRPr="003A67E9">
              <w:rPr>
                <w:sz w:val="24"/>
                <w:szCs w:val="24"/>
              </w:rPr>
              <w:t>Title, Start Game, Join Game, Tutorial, Accessibility</w:t>
            </w:r>
          </w:p>
        </w:tc>
        <w:tc>
          <w:tcPr>
            <w:tcW w:w="2520" w:type="dxa"/>
          </w:tcPr>
          <w:p w14:paraId="598FB1D9" w14:textId="77777777" w:rsidR="00EF282D" w:rsidRPr="003A67E9" w:rsidRDefault="005A3E0C">
            <w:pPr>
              <w:rPr>
                <w:sz w:val="24"/>
                <w:szCs w:val="24"/>
              </w:rPr>
            </w:pPr>
            <w:r w:rsidRPr="003A67E9">
              <w:rPr>
                <w:sz w:val="24"/>
                <w:szCs w:val="24"/>
              </w:rPr>
              <w:t>Tap Start or Join</w:t>
            </w:r>
          </w:p>
        </w:tc>
      </w:tr>
      <w:tr w:rsidR="00EF282D" w:rsidRPr="003A67E9" w14:paraId="1AFB1B53" w14:textId="77777777">
        <w:trPr>
          <w:jc w:val="center"/>
        </w:trPr>
        <w:tc>
          <w:tcPr>
            <w:tcW w:w="2520" w:type="dxa"/>
          </w:tcPr>
          <w:p w14:paraId="2EB86447" w14:textId="77777777" w:rsidR="00EF282D" w:rsidRPr="003A67E9" w:rsidRDefault="005A3E0C">
            <w:pPr>
              <w:rPr>
                <w:sz w:val="24"/>
                <w:szCs w:val="24"/>
              </w:rPr>
            </w:pPr>
            <w:r w:rsidRPr="003A67E9">
              <w:rPr>
                <w:sz w:val="24"/>
                <w:szCs w:val="24"/>
              </w:rPr>
              <w:t>2. Main Menu</w:t>
            </w:r>
          </w:p>
        </w:tc>
        <w:tc>
          <w:tcPr>
            <w:tcW w:w="2520" w:type="dxa"/>
          </w:tcPr>
          <w:p w14:paraId="72EBB6F4" w14:textId="77777777" w:rsidR="00EF282D" w:rsidRPr="003A67E9" w:rsidRDefault="005A3E0C">
            <w:pPr>
              <w:rPr>
                <w:sz w:val="24"/>
                <w:szCs w:val="24"/>
              </w:rPr>
            </w:pPr>
            <w:r w:rsidRPr="003A67E9">
              <w:rPr>
                <w:sz w:val="24"/>
                <w:szCs w:val="24"/>
              </w:rPr>
              <w:t>Select game mode</w:t>
            </w:r>
          </w:p>
        </w:tc>
        <w:tc>
          <w:tcPr>
            <w:tcW w:w="2520" w:type="dxa"/>
          </w:tcPr>
          <w:p w14:paraId="57D6B390" w14:textId="77777777" w:rsidR="00EF282D" w:rsidRPr="003A67E9" w:rsidRDefault="005A3E0C">
            <w:pPr>
              <w:rPr>
                <w:sz w:val="24"/>
                <w:szCs w:val="24"/>
              </w:rPr>
            </w:pPr>
            <w:r w:rsidRPr="003A67E9">
              <w:rPr>
                <w:sz w:val="24"/>
                <w:szCs w:val="24"/>
              </w:rPr>
              <w:t>Create Game, Join Game, How to Play, Settings</w:t>
            </w:r>
          </w:p>
        </w:tc>
        <w:tc>
          <w:tcPr>
            <w:tcW w:w="2520" w:type="dxa"/>
          </w:tcPr>
          <w:p w14:paraId="62B37E24" w14:textId="77777777" w:rsidR="00EF282D" w:rsidRPr="003A67E9" w:rsidRDefault="005A3E0C">
            <w:pPr>
              <w:rPr>
                <w:sz w:val="24"/>
                <w:szCs w:val="24"/>
              </w:rPr>
            </w:pPr>
            <w:r w:rsidRPr="003A67E9">
              <w:rPr>
                <w:sz w:val="24"/>
                <w:szCs w:val="24"/>
              </w:rPr>
              <w:t>Choose Create/Join</w:t>
            </w:r>
          </w:p>
        </w:tc>
      </w:tr>
      <w:tr w:rsidR="00EF282D" w:rsidRPr="003A67E9" w14:paraId="41863B97" w14:textId="77777777">
        <w:trPr>
          <w:jc w:val="center"/>
        </w:trPr>
        <w:tc>
          <w:tcPr>
            <w:tcW w:w="2520" w:type="dxa"/>
          </w:tcPr>
          <w:p w14:paraId="2E53F660" w14:textId="77777777" w:rsidR="00EF282D" w:rsidRPr="003A67E9" w:rsidRDefault="005A3E0C">
            <w:pPr>
              <w:rPr>
                <w:sz w:val="24"/>
                <w:szCs w:val="24"/>
              </w:rPr>
            </w:pPr>
            <w:r w:rsidRPr="003A67E9">
              <w:rPr>
                <w:sz w:val="24"/>
                <w:szCs w:val="24"/>
              </w:rPr>
              <w:t>3. Create/Join Game</w:t>
            </w:r>
          </w:p>
        </w:tc>
        <w:tc>
          <w:tcPr>
            <w:tcW w:w="2520" w:type="dxa"/>
          </w:tcPr>
          <w:p w14:paraId="661F95B1" w14:textId="77777777" w:rsidR="00EF282D" w:rsidRPr="003A67E9" w:rsidRDefault="005A3E0C">
            <w:pPr>
              <w:rPr>
                <w:sz w:val="24"/>
                <w:szCs w:val="24"/>
              </w:rPr>
            </w:pPr>
            <w:r w:rsidRPr="003A67E9">
              <w:rPr>
                <w:sz w:val="24"/>
                <w:szCs w:val="24"/>
              </w:rPr>
              <w:t>Start a session quickly</w:t>
            </w:r>
          </w:p>
        </w:tc>
        <w:tc>
          <w:tcPr>
            <w:tcW w:w="2520" w:type="dxa"/>
          </w:tcPr>
          <w:p w14:paraId="64BE98D1" w14:textId="77777777" w:rsidR="00EF282D" w:rsidRPr="003A67E9" w:rsidRDefault="005A3E0C">
            <w:pPr>
              <w:rPr>
                <w:sz w:val="24"/>
                <w:szCs w:val="24"/>
              </w:rPr>
            </w:pPr>
            <w:r w:rsidRPr="003A67E9">
              <w:rPr>
                <w:sz w:val="24"/>
                <w:szCs w:val="24"/>
              </w:rPr>
              <w:t>Room code, invite link, player list</w:t>
            </w:r>
          </w:p>
        </w:tc>
        <w:tc>
          <w:tcPr>
            <w:tcW w:w="2520" w:type="dxa"/>
          </w:tcPr>
          <w:p w14:paraId="7EF96AE1" w14:textId="77777777" w:rsidR="00EF282D" w:rsidRPr="003A67E9" w:rsidRDefault="005A3E0C">
            <w:pPr>
              <w:rPr>
                <w:sz w:val="24"/>
                <w:szCs w:val="24"/>
              </w:rPr>
            </w:pPr>
            <w:r w:rsidRPr="003A67E9">
              <w:rPr>
                <w:sz w:val="24"/>
                <w:szCs w:val="24"/>
              </w:rPr>
              <w:t>Enter lobby</w:t>
            </w:r>
          </w:p>
        </w:tc>
      </w:tr>
      <w:tr w:rsidR="00EF282D" w:rsidRPr="003A67E9" w14:paraId="6B652C6D" w14:textId="77777777">
        <w:trPr>
          <w:jc w:val="center"/>
        </w:trPr>
        <w:tc>
          <w:tcPr>
            <w:tcW w:w="2520" w:type="dxa"/>
          </w:tcPr>
          <w:p w14:paraId="55A8E174" w14:textId="77777777" w:rsidR="00EF282D" w:rsidRPr="003A67E9" w:rsidRDefault="005A3E0C">
            <w:pPr>
              <w:rPr>
                <w:sz w:val="24"/>
                <w:szCs w:val="24"/>
              </w:rPr>
            </w:pPr>
            <w:r w:rsidRPr="003A67E9">
              <w:rPr>
                <w:sz w:val="24"/>
                <w:szCs w:val="24"/>
              </w:rPr>
              <w:t>4. Choose Campus</w:t>
            </w:r>
          </w:p>
        </w:tc>
        <w:tc>
          <w:tcPr>
            <w:tcW w:w="2520" w:type="dxa"/>
          </w:tcPr>
          <w:p w14:paraId="4ADDF190" w14:textId="77777777" w:rsidR="00EF282D" w:rsidRPr="003A67E9" w:rsidRDefault="005A3E0C">
            <w:pPr>
              <w:rPr>
                <w:sz w:val="24"/>
                <w:szCs w:val="24"/>
              </w:rPr>
            </w:pPr>
            <w:r w:rsidRPr="003A67E9">
              <w:rPr>
                <w:sz w:val="24"/>
                <w:szCs w:val="24"/>
              </w:rPr>
              <w:t>Set game location</w:t>
            </w:r>
          </w:p>
        </w:tc>
        <w:tc>
          <w:tcPr>
            <w:tcW w:w="2520" w:type="dxa"/>
          </w:tcPr>
          <w:p w14:paraId="3F88F3A9" w14:textId="77777777" w:rsidR="00EF282D" w:rsidRPr="003A67E9" w:rsidRDefault="005A3E0C">
            <w:pPr>
              <w:rPr>
                <w:sz w:val="24"/>
                <w:szCs w:val="24"/>
              </w:rPr>
            </w:pPr>
            <w:r w:rsidRPr="003A67E9">
              <w:rPr>
                <w:sz w:val="24"/>
                <w:szCs w:val="24"/>
              </w:rPr>
              <w:t>Birmingham, Swansea, London, Online campus map options</w:t>
            </w:r>
          </w:p>
        </w:tc>
        <w:tc>
          <w:tcPr>
            <w:tcW w:w="2520" w:type="dxa"/>
          </w:tcPr>
          <w:p w14:paraId="03F865C7" w14:textId="77777777" w:rsidR="00EF282D" w:rsidRPr="003A67E9" w:rsidRDefault="005A3E0C">
            <w:pPr>
              <w:rPr>
                <w:sz w:val="24"/>
                <w:szCs w:val="24"/>
              </w:rPr>
            </w:pPr>
            <w:r w:rsidRPr="003A67E9">
              <w:rPr>
                <w:sz w:val="24"/>
                <w:szCs w:val="24"/>
              </w:rPr>
              <w:t>Select campus</w:t>
            </w:r>
          </w:p>
        </w:tc>
      </w:tr>
      <w:tr w:rsidR="00EF282D" w:rsidRPr="003A67E9" w14:paraId="560E444B" w14:textId="77777777">
        <w:trPr>
          <w:jc w:val="center"/>
        </w:trPr>
        <w:tc>
          <w:tcPr>
            <w:tcW w:w="2520" w:type="dxa"/>
          </w:tcPr>
          <w:p w14:paraId="23664716" w14:textId="77777777" w:rsidR="00EF282D" w:rsidRPr="003A67E9" w:rsidRDefault="005A3E0C">
            <w:pPr>
              <w:rPr>
                <w:sz w:val="24"/>
                <w:szCs w:val="24"/>
              </w:rPr>
            </w:pPr>
            <w:r w:rsidRPr="003A67E9">
              <w:rPr>
                <w:sz w:val="24"/>
                <w:szCs w:val="24"/>
              </w:rPr>
              <w:t>5. Choose Role</w:t>
            </w:r>
          </w:p>
        </w:tc>
        <w:tc>
          <w:tcPr>
            <w:tcW w:w="2520" w:type="dxa"/>
          </w:tcPr>
          <w:p w14:paraId="25C1E9A4" w14:textId="77777777" w:rsidR="00EF282D" w:rsidRPr="003A67E9" w:rsidRDefault="005A3E0C">
            <w:pPr>
              <w:rPr>
                <w:sz w:val="24"/>
                <w:szCs w:val="24"/>
              </w:rPr>
            </w:pPr>
            <w:r w:rsidRPr="003A67E9">
              <w:rPr>
                <w:sz w:val="24"/>
                <w:szCs w:val="24"/>
              </w:rPr>
              <w:t>Assign university roles</w:t>
            </w:r>
          </w:p>
        </w:tc>
        <w:tc>
          <w:tcPr>
            <w:tcW w:w="2520" w:type="dxa"/>
          </w:tcPr>
          <w:p w14:paraId="1B2CF978" w14:textId="77777777" w:rsidR="00EF282D" w:rsidRPr="003A67E9" w:rsidRDefault="005A3E0C">
            <w:pPr>
              <w:rPr>
                <w:sz w:val="24"/>
                <w:szCs w:val="24"/>
              </w:rPr>
            </w:pPr>
            <w:r w:rsidRPr="003A67E9">
              <w:rPr>
                <w:sz w:val="24"/>
                <w:szCs w:val="24"/>
              </w:rPr>
              <w:t>Role cards, ability summary, confirm button</w:t>
            </w:r>
          </w:p>
        </w:tc>
        <w:tc>
          <w:tcPr>
            <w:tcW w:w="2520" w:type="dxa"/>
          </w:tcPr>
          <w:p w14:paraId="276B2F9C" w14:textId="77777777" w:rsidR="00EF282D" w:rsidRPr="003A67E9" w:rsidRDefault="005A3E0C">
            <w:pPr>
              <w:rPr>
                <w:sz w:val="24"/>
                <w:szCs w:val="24"/>
              </w:rPr>
            </w:pPr>
            <w:r w:rsidRPr="003A67E9">
              <w:rPr>
                <w:sz w:val="24"/>
                <w:szCs w:val="24"/>
              </w:rPr>
              <w:t>Confirm role</w:t>
            </w:r>
          </w:p>
        </w:tc>
      </w:tr>
      <w:tr w:rsidR="00EF282D" w:rsidRPr="003A67E9" w14:paraId="0EFA9993" w14:textId="77777777">
        <w:trPr>
          <w:jc w:val="center"/>
        </w:trPr>
        <w:tc>
          <w:tcPr>
            <w:tcW w:w="2520" w:type="dxa"/>
          </w:tcPr>
          <w:p w14:paraId="7C5EDC2A" w14:textId="77777777" w:rsidR="00EF282D" w:rsidRPr="003A67E9" w:rsidRDefault="005A3E0C">
            <w:pPr>
              <w:rPr>
                <w:sz w:val="24"/>
                <w:szCs w:val="24"/>
              </w:rPr>
            </w:pPr>
            <w:r w:rsidRPr="003A67E9">
              <w:rPr>
                <w:sz w:val="24"/>
                <w:szCs w:val="24"/>
              </w:rPr>
              <w:t>6. Campus Outbreak Map</w:t>
            </w:r>
          </w:p>
        </w:tc>
        <w:tc>
          <w:tcPr>
            <w:tcW w:w="2520" w:type="dxa"/>
          </w:tcPr>
          <w:p w14:paraId="5E313F2D" w14:textId="77777777" w:rsidR="00EF282D" w:rsidRPr="003A67E9" w:rsidRDefault="005A3E0C">
            <w:pPr>
              <w:rPr>
                <w:sz w:val="24"/>
                <w:szCs w:val="24"/>
              </w:rPr>
            </w:pPr>
            <w:r w:rsidRPr="003A67E9">
              <w:rPr>
                <w:sz w:val="24"/>
                <w:szCs w:val="24"/>
              </w:rPr>
              <w:t>Main gameplay screen</w:t>
            </w:r>
          </w:p>
        </w:tc>
        <w:tc>
          <w:tcPr>
            <w:tcW w:w="2520" w:type="dxa"/>
          </w:tcPr>
          <w:p w14:paraId="22518E5F" w14:textId="77777777" w:rsidR="00EF282D" w:rsidRPr="003A67E9" w:rsidRDefault="005A3E0C">
            <w:pPr>
              <w:rPr>
                <w:sz w:val="24"/>
                <w:szCs w:val="24"/>
              </w:rPr>
            </w:pPr>
            <w:r w:rsidRPr="003A67E9">
              <w:rPr>
                <w:sz w:val="24"/>
                <w:szCs w:val="24"/>
              </w:rPr>
              <w:t xml:space="preserve">Campus zones, outbreak markers, </w:t>
            </w:r>
            <w:r w:rsidRPr="003A67E9">
              <w:rPr>
                <w:sz w:val="24"/>
                <w:szCs w:val="24"/>
              </w:rPr>
              <w:lastRenderedPageBreak/>
              <w:t>player icons, resources</w:t>
            </w:r>
          </w:p>
        </w:tc>
        <w:tc>
          <w:tcPr>
            <w:tcW w:w="2520" w:type="dxa"/>
          </w:tcPr>
          <w:p w14:paraId="2DCF9101" w14:textId="77777777" w:rsidR="00EF282D" w:rsidRPr="003A67E9" w:rsidRDefault="005A3E0C">
            <w:pPr>
              <w:rPr>
                <w:sz w:val="24"/>
                <w:szCs w:val="24"/>
              </w:rPr>
            </w:pPr>
            <w:r w:rsidRPr="003A67E9">
              <w:rPr>
                <w:sz w:val="24"/>
                <w:szCs w:val="24"/>
              </w:rPr>
              <w:lastRenderedPageBreak/>
              <w:t>Tap zone/action</w:t>
            </w:r>
          </w:p>
        </w:tc>
      </w:tr>
      <w:tr w:rsidR="00EF282D" w:rsidRPr="003A67E9" w14:paraId="275004A9" w14:textId="77777777">
        <w:trPr>
          <w:jc w:val="center"/>
        </w:trPr>
        <w:tc>
          <w:tcPr>
            <w:tcW w:w="2520" w:type="dxa"/>
          </w:tcPr>
          <w:p w14:paraId="3EE25772" w14:textId="77777777" w:rsidR="00EF282D" w:rsidRPr="003A67E9" w:rsidRDefault="005A3E0C">
            <w:pPr>
              <w:rPr>
                <w:sz w:val="24"/>
                <w:szCs w:val="24"/>
              </w:rPr>
            </w:pPr>
            <w:r w:rsidRPr="003A67E9">
              <w:rPr>
                <w:sz w:val="24"/>
                <w:szCs w:val="24"/>
              </w:rPr>
              <w:t>7. Outbreak Alert</w:t>
            </w:r>
          </w:p>
        </w:tc>
        <w:tc>
          <w:tcPr>
            <w:tcW w:w="2520" w:type="dxa"/>
          </w:tcPr>
          <w:p w14:paraId="0C418F5A" w14:textId="77777777" w:rsidR="00EF282D" w:rsidRPr="003A67E9" w:rsidRDefault="005A3E0C">
            <w:pPr>
              <w:rPr>
                <w:sz w:val="24"/>
                <w:szCs w:val="24"/>
              </w:rPr>
            </w:pPr>
            <w:r w:rsidRPr="003A67E9">
              <w:rPr>
                <w:sz w:val="24"/>
                <w:szCs w:val="24"/>
              </w:rPr>
              <w:t>Show new crisis</w:t>
            </w:r>
          </w:p>
        </w:tc>
        <w:tc>
          <w:tcPr>
            <w:tcW w:w="2520" w:type="dxa"/>
          </w:tcPr>
          <w:p w14:paraId="4A25287E" w14:textId="77777777" w:rsidR="00EF282D" w:rsidRPr="003A67E9" w:rsidRDefault="005A3E0C">
            <w:pPr>
              <w:rPr>
                <w:sz w:val="24"/>
                <w:szCs w:val="24"/>
              </w:rPr>
            </w:pPr>
            <w:r w:rsidRPr="003A67E9">
              <w:rPr>
                <w:sz w:val="24"/>
                <w:szCs w:val="24"/>
              </w:rPr>
              <w:t>Alert type, affected area, urgency, recommended response</w:t>
            </w:r>
          </w:p>
        </w:tc>
        <w:tc>
          <w:tcPr>
            <w:tcW w:w="2520" w:type="dxa"/>
          </w:tcPr>
          <w:p w14:paraId="0E8F377A" w14:textId="77777777" w:rsidR="00EF282D" w:rsidRPr="003A67E9" w:rsidRDefault="005A3E0C">
            <w:pPr>
              <w:rPr>
                <w:sz w:val="24"/>
                <w:szCs w:val="24"/>
              </w:rPr>
            </w:pPr>
            <w:r w:rsidRPr="003A67E9">
              <w:rPr>
                <w:sz w:val="24"/>
                <w:szCs w:val="24"/>
              </w:rPr>
              <w:t>Choose response</w:t>
            </w:r>
          </w:p>
        </w:tc>
      </w:tr>
      <w:tr w:rsidR="00EF282D" w:rsidRPr="003A67E9" w14:paraId="582F998E" w14:textId="77777777">
        <w:trPr>
          <w:jc w:val="center"/>
        </w:trPr>
        <w:tc>
          <w:tcPr>
            <w:tcW w:w="2520" w:type="dxa"/>
          </w:tcPr>
          <w:p w14:paraId="43CF89DB" w14:textId="77777777" w:rsidR="00EF282D" w:rsidRPr="003A67E9" w:rsidRDefault="005A3E0C">
            <w:pPr>
              <w:rPr>
                <w:sz w:val="24"/>
                <w:szCs w:val="24"/>
              </w:rPr>
            </w:pPr>
            <w:r w:rsidRPr="003A67E9">
              <w:rPr>
                <w:sz w:val="24"/>
                <w:szCs w:val="24"/>
              </w:rPr>
              <w:t>8. Player Action Screen</w:t>
            </w:r>
          </w:p>
        </w:tc>
        <w:tc>
          <w:tcPr>
            <w:tcW w:w="2520" w:type="dxa"/>
          </w:tcPr>
          <w:p w14:paraId="0BE874D2" w14:textId="77777777" w:rsidR="00EF282D" w:rsidRPr="003A67E9" w:rsidRDefault="005A3E0C">
            <w:pPr>
              <w:rPr>
                <w:sz w:val="24"/>
                <w:szCs w:val="24"/>
              </w:rPr>
            </w:pPr>
            <w:r w:rsidRPr="003A67E9">
              <w:rPr>
                <w:sz w:val="24"/>
                <w:szCs w:val="24"/>
              </w:rPr>
              <w:t>Let user act</w:t>
            </w:r>
          </w:p>
        </w:tc>
        <w:tc>
          <w:tcPr>
            <w:tcW w:w="2520" w:type="dxa"/>
          </w:tcPr>
          <w:p w14:paraId="6FD66318" w14:textId="77777777" w:rsidR="00EF282D" w:rsidRPr="003A67E9" w:rsidRDefault="005A3E0C">
            <w:pPr>
              <w:rPr>
                <w:sz w:val="24"/>
                <w:szCs w:val="24"/>
              </w:rPr>
            </w:pPr>
            <w:r w:rsidRPr="003A67E9">
              <w:rPr>
                <w:sz w:val="24"/>
                <w:szCs w:val="24"/>
              </w:rPr>
              <w:t>Move, Treat Outbreak, Share Resource, Research Cure</w:t>
            </w:r>
          </w:p>
        </w:tc>
        <w:tc>
          <w:tcPr>
            <w:tcW w:w="2520" w:type="dxa"/>
          </w:tcPr>
          <w:p w14:paraId="0EA48283" w14:textId="77777777" w:rsidR="00EF282D" w:rsidRPr="003A67E9" w:rsidRDefault="005A3E0C">
            <w:pPr>
              <w:rPr>
                <w:sz w:val="24"/>
                <w:szCs w:val="24"/>
              </w:rPr>
            </w:pPr>
            <w:r w:rsidRPr="003A67E9">
              <w:rPr>
                <w:sz w:val="24"/>
                <w:szCs w:val="24"/>
              </w:rPr>
              <w:t>Confirm action</w:t>
            </w:r>
          </w:p>
        </w:tc>
      </w:tr>
      <w:tr w:rsidR="00EF282D" w:rsidRPr="003A67E9" w14:paraId="14EE7AA6" w14:textId="77777777">
        <w:trPr>
          <w:jc w:val="center"/>
        </w:trPr>
        <w:tc>
          <w:tcPr>
            <w:tcW w:w="2520" w:type="dxa"/>
          </w:tcPr>
          <w:p w14:paraId="3522BEBE" w14:textId="77777777" w:rsidR="00EF282D" w:rsidRPr="003A67E9" w:rsidRDefault="005A3E0C">
            <w:pPr>
              <w:rPr>
                <w:sz w:val="24"/>
                <w:szCs w:val="24"/>
              </w:rPr>
            </w:pPr>
            <w:r w:rsidRPr="003A67E9">
              <w:rPr>
                <w:sz w:val="24"/>
                <w:szCs w:val="24"/>
              </w:rPr>
              <w:t>9. Cure Progress</w:t>
            </w:r>
          </w:p>
        </w:tc>
        <w:tc>
          <w:tcPr>
            <w:tcW w:w="2520" w:type="dxa"/>
          </w:tcPr>
          <w:p w14:paraId="10FC56EB" w14:textId="77777777" w:rsidR="00EF282D" w:rsidRPr="003A67E9" w:rsidRDefault="005A3E0C">
            <w:pPr>
              <w:rPr>
                <w:sz w:val="24"/>
                <w:szCs w:val="24"/>
              </w:rPr>
            </w:pPr>
            <w:r w:rsidRPr="003A67E9">
              <w:rPr>
                <w:sz w:val="24"/>
                <w:szCs w:val="24"/>
              </w:rPr>
              <w:t>Show team progress</w:t>
            </w:r>
          </w:p>
        </w:tc>
        <w:tc>
          <w:tcPr>
            <w:tcW w:w="2520" w:type="dxa"/>
          </w:tcPr>
          <w:p w14:paraId="3B9F2B52" w14:textId="77777777" w:rsidR="00EF282D" w:rsidRPr="003A67E9" w:rsidRDefault="005A3E0C">
            <w:pPr>
              <w:rPr>
                <w:sz w:val="24"/>
                <w:szCs w:val="24"/>
              </w:rPr>
            </w:pPr>
            <w:r w:rsidRPr="003A67E9">
              <w:rPr>
                <w:sz w:val="24"/>
                <w:szCs w:val="24"/>
              </w:rPr>
              <w:t>Progress bar, resources needed, completed cures</w:t>
            </w:r>
          </w:p>
        </w:tc>
        <w:tc>
          <w:tcPr>
            <w:tcW w:w="2520" w:type="dxa"/>
          </w:tcPr>
          <w:p w14:paraId="644DBA3C" w14:textId="77777777" w:rsidR="00EF282D" w:rsidRPr="003A67E9" w:rsidRDefault="005A3E0C">
            <w:pPr>
              <w:rPr>
                <w:sz w:val="24"/>
                <w:szCs w:val="24"/>
              </w:rPr>
            </w:pPr>
            <w:r w:rsidRPr="003A67E9">
              <w:rPr>
                <w:sz w:val="24"/>
                <w:szCs w:val="24"/>
              </w:rPr>
              <w:t>Return to map</w:t>
            </w:r>
          </w:p>
        </w:tc>
      </w:tr>
      <w:tr w:rsidR="00EF282D" w:rsidRPr="003A67E9" w14:paraId="361EC8AC" w14:textId="77777777">
        <w:trPr>
          <w:jc w:val="center"/>
        </w:trPr>
        <w:tc>
          <w:tcPr>
            <w:tcW w:w="2520" w:type="dxa"/>
          </w:tcPr>
          <w:p w14:paraId="1BE3E688" w14:textId="77777777" w:rsidR="00EF282D" w:rsidRPr="003A67E9" w:rsidRDefault="005A3E0C">
            <w:pPr>
              <w:rPr>
                <w:sz w:val="24"/>
                <w:szCs w:val="24"/>
              </w:rPr>
            </w:pPr>
            <w:r w:rsidRPr="003A67E9">
              <w:rPr>
                <w:sz w:val="24"/>
                <w:szCs w:val="24"/>
              </w:rPr>
              <w:t>10. Team Status</w:t>
            </w:r>
          </w:p>
        </w:tc>
        <w:tc>
          <w:tcPr>
            <w:tcW w:w="2520" w:type="dxa"/>
          </w:tcPr>
          <w:p w14:paraId="110FBA0A" w14:textId="77777777" w:rsidR="00EF282D" w:rsidRPr="003A67E9" w:rsidRDefault="005A3E0C">
            <w:pPr>
              <w:rPr>
                <w:sz w:val="24"/>
                <w:szCs w:val="24"/>
              </w:rPr>
            </w:pPr>
            <w:r w:rsidRPr="003A67E9">
              <w:rPr>
                <w:sz w:val="24"/>
                <w:szCs w:val="24"/>
              </w:rPr>
              <w:t>Show collaboration state</w:t>
            </w:r>
          </w:p>
        </w:tc>
        <w:tc>
          <w:tcPr>
            <w:tcW w:w="2520" w:type="dxa"/>
          </w:tcPr>
          <w:p w14:paraId="2360C1D0" w14:textId="77777777" w:rsidR="00EF282D" w:rsidRPr="003A67E9" w:rsidRDefault="005A3E0C">
            <w:pPr>
              <w:rPr>
                <w:sz w:val="24"/>
                <w:szCs w:val="24"/>
              </w:rPr>
            </w:pPr>
            <w:r w:rsidRPr="003A67E9">
              <w:rPr>
                <w:sz w:val="24"/>
                <w:szCs w:val="24"/>
              </w:rPr>
              <w:t>Player roles, turn order, health/resource status</w:t>
            </w:r>
          </w:p>
        </w:tc>
        <w:tc>
          <w:tcPr>
            <w:tcW w:w="2520" w:type="dxa"/>
          </w:tcPr>
          <w:p w14:paraId="51F81A89" w14:textId="77777777" w:rsidR="00EF282D" w:rsidRPr="003A67E9" w:rsidRDefault="005A3E0C">
            <w:pPr>
              <w:rPr>
                <w:sz w:val="24"/>
                <w:szCs w:val="24"/>
              </w:rPr>
            </w:pPr>
            <w:r w:rsidRPr="003A67E9">
              <w:rPr>
                <w:sz w:val="24"/>
                <w:szCs w:val="24"/>
              </w:rPr>
              <w:t>Continue game</w:t>
            </w:r>
          </w:p>
        </w:tc>
      </w:tr>
      <w:tr w:rsidR="00EF282D" w:rsidRPr="003A67E9" w14:paraId="41024416" w14:textId="77777777">
        <w:trPr>
          <w:jc w:val="center"/>
        </w:trPr>
        <w:tc>
          <w:tcPr>
            <w:tcW w:w="2520" w:type="dxa"/>
          </w:tcPr>
          <w:p w14:paraId="56052C39" w14:textId="77777777" w:rsidR="00EF282D" w:rsidRPr="003A67E9" w:rsidRDefault="005A3E0C">
            <w:pPr>
              <w:rPr>
                <w:sz w:val="24"/>
                <w:szCs w:val="24"/>
              </w:rPr>
            </w:pPr>
            <w:r w:rsidRPr="003A67E9">
              <w:rPr>
                <w:sz w:val="24"/>
                <w:szCs w:val="24"/>
              </w:rPr>
              <w:t>11. Win/Lose Result</w:t>
            </w:r>
          </w:p>
        </w:tc>
        <w:tc>
          <w:tcPr>
            <w:tcW w:w="2520" w:type="dxa"/>
          </w:tcPr>
          <w:p w14:paraId="1F7E7A53" w14:textId="77777777" w:rsidR="00EF282D" w:rsidRPr="003A67E9" w:rsidRDefault="005A3E0C">
            <w:pPr>
              <w:rPr>
                <w:sz w:val="24"/>
                <w:szCs w:val="24"/>
              </w:rPr>
            </w:pPr>
            <w:r w:rsidRPr="003A67E9">
              <w:rPr>
                <w:sz w:val="24"/>
                <w:szCs w:val="24"/>
              </w:rPr>
              <w:t>End and reflect</w:t>
            </w:r>
          </w:p>
        </w:tc>
        <w:tc>
          <w:tcPr>
            <w:tcW w:w="2520" w:type="dxa"/>
          </w:tcPr>
          <w:p w14:paraId="5227800B" w14:textId="77777777" w:rsidR="00EF282D" w:rsidRPr="003A67E9" w:rsidRDefault="005A3E0C">
            <w:pPr>
              <w:rPr>
                <w:sz w:val="24"/>
                <w:szCs w:val="24"/>
              </w:rPr>
            </w:pPr>
            <w:r w:rsidRPr="003A67E9">
              <w:rPr>
                <w:sz w:val="24"/>
                <w:szCs w:val="24"/>
              </w:rPr>
              <w:t>Outcome, score, outbreak control, key decisions</w:t>
            </w:r>
          </w:p>
        </w:tc>
        <w:tc>
          <w:tcPr>
            <w:tcW w:w="2520" w:type="dxa"/>
          </w:tcPr>
          <w:p w14:paraId="5068012F" w14:textId="77777777" w:rsidR="00EF282D" w:rsidRPr="003A67E9" w:rsidRDefault="005A3E0C">
            <w:pPr>
              <w:rPr>
                <w:sz w:val="24"/>
                <w:szCs w:val="24"/>
              </w:rPr>
            </w:pPr>
            <w:r w:rsidRPr="003A67E9">
              <w:rPr>
                <w:sz w:val="24"/>
                <w:szCs w:val="24"/>
              </w:rPr>
              <w:t>Replay or exit</w:t>
            </w:r>
          </w:p>
        </w:tc>
      </w:tr>
    </w:tbl>
    <w:p w14:paraId="0EFADBEF" w14:textId="77777777" w:rsidR="00EF282D" w:rsidRPr="003A67E9" w:rsidRDefault="00EF282D">
      <w:pPr>
        <w:rPr>
          <w:sz w:val="24"/>
          <w:szCs w:val="24"/>
        </w:rPr>
      </w:pPr>
    </w:p>
    <w:p w14:paraId="48D40E6E" w14:textId="77777777" w:rsidR="00991960" w:rsidRPr="003A67E9" w:rsidRDefault="005A3E0C">
      <w:pPr>
        <w:pStyle w:val="BodyText"/>
        <w:rPr>
          <w:sz w:val="24"/>
          <w:szCs w:val="24"/>
        </w:rPr>
      </w:pPr>
      <w:r w:rsidRPr="003A67E9">
        <w:rPr>
          <w:sz w:val="24"/>
          <w:szCs w:val="24"/>
        </w:rPr>
        <w:t xml:space="preserve">Suggested storyboard flow: </w:t>
      </w:r>
    </w:p>
    <w:p w14:paraId="0A3A6B0E" w14:textId="77777777" w:rsidR="009C18F8" w:rsidRPr="003A67E9" w:rsidRDefault="009C18F8">
      <w:pPr>
        <w:pStyle w:val="BodyText"/>
        <w:rPr>
          <w:sz w:val="24"/>
          <w:szCs w:val="24"/>
        </w:rPr>
      </w:pPr>
    </w:p>
    <w:p w14:paraId="7E29AA6F" w14:textId="77777777" w:rsidR="00805D0C" w:rsidRPr="003A67E9" w:rsidRDefault="005A3E0C">
      <w:pPr>
        <w:pStyle w:val="BodyText"/>
        <w:rPr>
          <w:sz w:val="24"/>
          <w:szCs w:val="24"/>
        </w:rPr>
      </w:pPr>
      <w:r w:rsidRPr="003A67E9">
        <w:rPr>
          <w:sz w:val="24"/>
          <w:szCs w:val="24"/>
        </w:rPr>
        <w:t xml:space="preserve">Start Screen </w:t>
      </w:r>
      <w:r w:rsidR="00F03179" w:rsidRPr="003A67E9">
        <w:rPr>
          <w:sz w:val="24"/>
          <w:szCs w:val="24"/>
        </w:rPr>
        <w:t>–</w:t>
      </w:r>
      <w:r w:rsidR="00805D0C" w:rsidRPr="003A67E9">
        <w:rPr>
          <w:sz w:val="24"/>
          <w:szCs w:val="24"/>
        </w:rPr>
        <w:t xml:space="preserve"> </w:t>
      </w:r>
      <w:r w:rsidRPr="003A67E9">
        <w:rPr>
          <w:sz w:val="24"/>
          <w:szCs w:val="24"/>
        </w:rPr>
        <w:t xml:space="preserve">&gt; </w:t>
      </w:r>
    </w:p>
    <w:p w14:paraId="1F7C66ED" w14:textId="77777777" w:rsidR="00805D0C" w:rsidRPr="003A67E9" w:rsidRDefault="005A3E0C">
      <w:pPr>
        <w:pStyle w:val="BodyText"/>
        <w:rPr>
          <w:sz w:val="24"/>
          <w:szCs w:val="24"/>
        </w:rPr>
      </w:pPr>
      <w:r w:rsidRPr="003A67E9">
        <w:rPr>
          <w:sz w:val="24"/>
          <w:szCs w:val="24"/>
        </w:rPr>
        <w:t xml:space="preserve">Main Menu </w:t>
      </w:r>
      <w:r w:rsidR="00F03179" w:rsidRPr="003A67E9">
        <w:rPr>
          <w:sz w:val="24"/>
          <w:szCs w:val="24"/>
        </w:rPr>
        <w:t>–</w:t>
      </w:r>
      <w:r w:rsidR="00805D0C" w:rsidRPr="003A67E9">
        <w:rPr>
          <w:sz w:val="24"/>
          <w:szCs w:val="24"/>
        </w:rPr>
        <w:t xml:space="preserve"> </w:t>
      </w:r>
      <w:r w:rsidRPr="003A67E9">
        <w:rPr>
          <w:sz w:val="24"/>
          <w:szCs w:val="24"/>
        </w:rPr>
        <w:t xml:space="preserve">&gt; </w:t>
      </w:r>
    </w:p>
    <w:p w14:paraId="02855CA8" w14:textId="77777777" w:rsidR="00805D0C" w:rsidRPr="003A67E9" w:rsidRDefault="005A3E0C">
      <w:pPr>
        <w:pStyle w:val="BodyText"/>
        <w:rPr>
          <w:sz w:val="24"/>
          <w:szCs w:val="24"/>
        </w:rPr>
      </w:pPr>
      <w:r w:rsidRPr="003A67E9">
        <w:rPr>
          <w:sz w:val="24"/>
          <w:szCs w:val="24"/>
        </w:rPr>
        <w:t xml:space="preserve">Create/Join Game </w:t>
      </w:r>
      <w:r w:rsidR="00F03179" w:rsidRPr="003A67E9">
        <w:rPr>
          <w:sz w:val="24"/>
          <w:szCs w:val="24"/>
        </w:rPr>
        <w:t>–</w:t>
      </w:r>
      <w:r w:rsidR="00805D0C" w:rsidRPr="003A67E9">
        <w:rPr>
          <w:sz w:val="24"/>
          <w:szCs w:val="24"/>
        </w:rPr>
        <w:t xml:space="preserve"> </w:t>
      </w:r>
      <w:r w:rsidRPr="003A67E9">
        <w:rPr>
          <w:sz w:val="24"/>
          <w:szCs w:val="24"/>
        </w:rPr>
        <w:t xml:space="preserve">&gt; </w:t>
      </w:r>
    </w:p>
    <w:p w14:paraId="5140423E" w14:textId="77777777" w:rsidR="00805D0C" w:rsidRPr="003A67E9" w:rsidRDefault="005A3E0C">
      <w:pPr>
        <w:pStyle w:val="BodyText"/>
        <w:rPr>
          <w:sz w:val="24"/>
          <w:szCs w:val="24"/>
        </w:rPr>
      </w:pPr>
      <w:r w:rsidRPr="003A67E9">
        <w:rPr>
          <w:sz w:val="24"/>
          <w:szCs w:val="24"/>
        </w:rPr>
        <w:t xml:space="preserve">Choose Campus </w:t>
      </w:r>
      <w:r w:rsidR="00F03179" w:rsidRPr="003A67E9">
        <w:rPr>
          <w:sz w:val="24"/>
          <w:szCs w:val="24"/>
        </w:rPr>
        <w:t>–</w:t>
      </w:r>
      <w:r w:rsidR="00805D0C" w:rsidRPr="003A67E9">
        <w:rPr>
          <w:sz w:val="24"/>
          <w:szCs w:val="24"/>
        </w:rPr>
        <w:t xml:space="preserve"> </w:t>
      </w:r>
      <w:r w:rsidRPr="003A67E9">
        <w:rPr>
          <w:sz w:val="24"/>
          <w:szCs w:val="24"/>
        </w:rPr>
        <w:t xml:space="preserve">&gt; </w:t>
      </w:r>
    </w:p>
    <w:p w14:paraId="293A1A9F" w14:textId="77777777" w:rsidR="009C18F8" w:rsidRPr="003A67E9" w:rsidRDefault="005A3E0C">
      <w:pPr>
        <w:pStyle w:val="BodyText"/>
        <w:rPr>
          <w:sz w:val="24"/>
          <w:szCs w:val="24"/>
        </w:rPr>
      </w:pPr>
      <w:r w:rsidRPr="003A67E9">
        <w:rPr>
          <w:sz w:val="24"/>
          <w:szCs w:val="24"/>
        </w:rPr>
        <w:t xml:space="preserve">Choose Role </w:t>
      </w:r>
      <w:r w:rsidR="00F03179" w:rsidRPr="003A67E9">
        <w:rPr>
          <w:sz w:val="24"/>
          <w:szCs w:val="24"/>
        </w:rPr>
        <w:t>–</w:t>
      </w:r>
      <w:r w:rsidR="009C18F8" w:rsidRPr="003A67E9">
        <w:rPr>
          <w:sz w:val="24"/>
          <w:szCs w:val="24"/>
        </w:rPr>
        <w:t xml:space="preserve"> </w:t>
      </w:r>
      <w:r w:rsidRPr="003A67E9">
        <w:rPr>
          <w:sz w:val="24"/>
          <w:szCs w:val="24"/>
        </w:rPr>
        <w:t xml:space="preserve">&gt; </w:t>
      </w:r>
    </w:p>
    <w:p w14:paraId="351C04ED" w14:textId="77777777" w:rsidR="009C18F8" w:rsidRPr="003A67E9" w:rsidRDefault="005A3E0C">
      <w:pPr>
        <w:pStyle w:val="BodyText"/>
        <w:rPr>
          <w:sz w:val="24"/>
          <w:szCs w:val="24"/>
        </w:rPr>
      </w:pPr>
      <w:r w:rsidRPr="003A67E9">
        <w:rPr>
          <w:sz w:val="24"/>
          <w:szCs w:val="24"/>
        </w:rPr>
        <w:t xml:space="preserve">Campus Outbreak Map </w:t>
      </w:r>
      <w:r w:rsidR="00991960" w:rsidRPr="003A67E9">
        <w:rPr>
          <w:sz w:val="24"/>
          <w:szCs w:val="24"/>
        </w:rPr>
        <w:t>–</w:t>
      </w:r>
      <w:r w:rsidR="009C18F8" w:rsidRPr="003A67E9">
        <w:rPr>
          <w:sz w:val="24"/>
          <w:szCs w:val="24"/>
        </w:rPr>
        <w:t xml:space="preserve"> </w:t>
      </w:r>
      <w:r w:rsidRPr="003A67E9">
        <w:rPr>
          <w:sz w:val="24"/>
          <w:szCs w:val="24"/>
        </w:rPr>
        <w:t xml:space="preserve">&gt; </w:t>
      </w:r>
    </w:p>
    <w:p w14:paraId="0EF5D6A9" w14:textId="77777777" w:rsidR="009C18F8" w:rsidRPr="003A67E9" w:rsidRDefault="005A3E0C">
      <w:pPr>
        <w:pStyle w:val="BodyText"/>
        <w:rPr>
          <w:sz w:val="24"/>
          <w:szCs w:val="24"/>
        </w:rPr>
      </w:pPr>
      <w:r w:rsidRPr="003A67E9">
        <w:rPr>
          <w:sz w:val="24"/>
          <w:szCs w:val="24"/>
        </w:rPr>
        <w:t xml:space="preserve">Outbreak Alert </w:t>
      </w:r>
      <w:r w:rsidR="00991960" w:rsidRPr="003A67E9">
        <w:rPr>
          <w:sz w:val="24"/>
          <w:szCs w:val="24"/>
        </w:rPr>
        <w:t>–</w:t>
      </w:r>
      <w:r w:rsidR="009C18F8" w:rsidRPr="003A67E9">
        <w:rPr>
          <w:sz w:val="24"/>
          <w:szCs w:val="24"/>
        </w:rPr>
        <w:t xml:space="preserve"> </w:t>
      </w:r>
      <w:r w:rsidRPr="003A67E9">
        <w:rPr>
          <w:sz w:val="24"/>
          <w:szCs w:val="24"/>
        </w:rPr>
        <w:t xml:space="preserve">&gt; </w:t>
      </w:r>
    </w:p>
    <w:p w14:paraId="0838CDB7" w14:textId="77777777" w:rsidR="009C18F8" w:rsidRPr="003A67E9" w:rsidRDefault="005A3E0C">
      <w:pPr>
        <w:pStyle w:val="BodyText"/>
        <w:rPr>
          <w:sz w:val="24"/>
          <w:szCs w:val="24"/>
        </w:rPr>
      </w:pPr>
      <w:r w:rsidRPr="003A67E9">
        <w:rPr>
          <w:sz w:val="24"/>
          <w:szCs w:val="24"/>
        </w:rPr>
        <w:t xml:space="preserve">Player Action Screen </w:t>
      </w:r>
      <w:r w:rsidR="00991960" w:rsidRPr="003A67E9">
        <w:rPr>
          <w:sz w:val="24"/>
          <w:szCs w:val="24"/>
        </w:rPr>
        <w:t>–</w:t>
      </w:r>
      <w:r w:rsidR="009C18F8" w:rsidRPr="003A67E9">
        <w:rPr>
          <w:sz w:val="24"/>
          <w:szCs w:val="24"/>
        </w:rPr>
        <w:t xml:space="preserve"> </w:t>
      </w:r>
      <w:r w:rsidRPr="003A67E9">
        <w:rPr>
          <w:sz w:val="24"/>
          <w:szCs w:val="24"/>
        </w:rPr>
        <w:t xml:space="preserve">&gt; </w:t>
      </w:r>
    </w:p>
    <w:p w14:paraId="0638A16D" w14:textId="77777777" w:rsidR="009C18F8" w:rsidRPr="003A67E9" w:rsidRDefault="005A3E0C">
      <w:pPr>
        <w:pStyle w:val="BodyText"/>
        <w:rPr>
          <w:sz w:val="24"/>
          <w:szCs w:val="24"/>
        </w:rPr>
      </w:pPr>
      <w:r w:rsidRPr="003A67E9">
        <w:rPr>
          <w:sz w:val="24"/>
          <w:szCs w:val="24"/>
        </w:rPr>
        <w:t xml:space="preserve">Cure Progress </w:t>
      </w:r>
      <w:r w:rsidR="00991960" w:rsidRPr="003A67E9">
        <w:rPr>
          <w:sz w:val="24"/>
          <w:szCs w:val="24"/>
        </w:rPr>
        <w:t>–</w:t>
      </w:r>
      <w:r w:rsidR="009C18F8" w:rsidRPr="003A67E9">
        <w:rPr>
          <w:sz w:val="24"/>
          <w:szCs w:val="24"/>
        </w:rPr>
        <w:t xml:space="preserve"> </w:t>
      </w:r>
      <w:r w:rsidRPr="003A67E9">
        <w:rPr>
          <w:sz w:val="24"/>
          <w:szCs w:val="24"/>
        </w:rPr>
        <w:t xml:space="preserve">&gt; </w:t>
      </w:r>
    </w:p>
    <w:p w14:paraId="45959210" w14:textId="77777777" w:rsidR="009C18F8" w:rsidRPr="003A67E9" w:rsidRDefault="005A3E0C">
      <w:pPr>
        <w:pStyle w:val="BodyText"/>
        <w:rPr>
          <w:sz w:val="24"/>
          <w:szCs w:val="24"/>
        </w:rPr>
      </w:pPr>
      <w:r w:rsidRPr="003A67E9">
        <w:rPr>
          <w:sz w:val="24"/>
          <w:szCs w:val="24"/>
        </w:rPr>
        <w:t xml:space="preserve">Team Status </w:t>
      </w:r>
      <w:r w:rsidR="00991960" w:rsidRPr="003A67E9">
        <w:rPr>
          <w:sz w:val="24"/>
          <w:szCs w:val="24"/>
        </w:rPr>
        <w:t>–</w:t>
      </w:r>
      <w:r w:rsidR="009C18F8" w:rsidRPr="003A67E9">
        <w:rPr>
          <w:sz w:val="24"/>
          <w:szCs w:val="24"/>
        </w:rPr>
        <w:t xml:space="preserve"> </w:t>
      </w:r>
      <w:r w:rsidRPr="003A67E9">
        <w:rPr>
          <w:sz w:val="24"/>
          <w:szCs w:val="24"/>
        </w:rPr>
        <w:t xml:space="preserve">&gt; </w:t>
      </w:r>
    </w:p>
    <w:p w14:paraId="161143E3" w14:textId="77777777" w:rsidR="00EF282D" w:rsidRPr="003A67E9" w:rsidRDefault="005A3E0C">
      <w:pPr>
        <w:pStyle w:val="BodyText"/>
        <w:rPr>
          <w:sz w:val="24"/>
          <w:szCs w:val="24"/>
        </w:rPr>
      </w:pPr>
      <w:r w:rsidRPr="003A67E9">
        <w:rPr>
          <w:sz w:val="24"/>
          <w:szCs w:val="24"/>
        </w:rPr>
        <w:t>Win/Lose Result.</w:t>
      </w:r>
    </w:p>
    <w:p w14:paraId="4B2B4C41" w14:textId="77777777" w:rsidR="00D26577" w:rsidRDefault="00FC6335" w:rsidP="00D26577">
      <w:pPr>
        <w:keepNext/>
        <w:jc w:val="center"/>
      </w:pPr>
      <w:r>
        <w:rPr>
          <w:noProof/>
        </w:rPr>
        <w:lastRenderedPageBreak/>
        <w:drawing>
          <wp:inline distT="0" distB="0" distL="0" distR="0" wp14:anchorId="3E82E665" wp14:editId="3ECD8463">
            <wp:extent cx="5806440" cy="2096770"/>
            <wp:effectExtent l="0" t="0" r="0" b="0"/>
            <wp:docPr id="1835689778" name="Picture 1835689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yboard_navigation_flow.png"/>
                    <pic:cNvPicPr/>
                  </pic:nvPicPr>
                  <pic:blipFill>
                    <a:blip r:embed="rId12"/>
                    <a:stretch>
                      <a:fillRect/>
                    </a:stretch>
                  </pic:blipFill>
                  <pic:spPr>
                    <a:xfrm>
                      <a:off x="0" y="0"/>
                      <a:ext cx="5806440" cy="2096770"/>
                    </a:xfrm>
                    <a:prstGeom prst="rect">
                      <a:avLst/>
                    </a:prstGeom>
                  </pic:spPr>
                </pic:pic>
              </a:graphicData>
            </a:graphic>
          </wp:inline>
        </w:drawing>
      </w:r>
    </w:p>
    <w:p w14:paraId="2F66074D" w14:textId="10B99FDA" w:rsidR="000E6F63" w:rsidRDefault="00D26577" w:rsidP="00D26577">
      <w:pPr>
        <w:pStyle w:val="Caption"/>
        <w:jc w:val="center"/>
      </w:pPr>
      <w:bookmarkStart w:id="38" w:name="_Toc233923763"/>
      <w:r>
        <w:t xml:space="preserve">Figure </w:t>
      </w:r>
      <w:fldSimple w:instr=" SEQ Figure \* ARABIC ">
        <w:r w:rsidR="00A11837">
          <w:rPr>
            <w:noProof/>
          </w:rPr>
          <w:t>3</w:t>
        </w:r>
      </w:fldSimple>
      <w:r>
        <w:t xml:space="preserve"> </w:t>
      </w:r>
      <w:r w:rsidRPr="000F5634">
        <w:t>Storyboard navigation flow between the eleven mobile screens.</w:t>
      </w:r>
      <w:bookmarkEnd w:id="38"/>
    </w:p>
    <w:p w14:paraId="7832D269" w14:textId="649DA78E" w:rsidR="000E6F63" w:rsidRDefault="000E6F63">
      <w:pPr>
        <w:pStyle w:val="Caption"/>
        <w:jc w:val="center"/>
      </w:pPr>
    </w:p>
    <w:p w14:paraId="50BF0440" w14:textId="77777777" w:rsidR="00EF282D" w:rsidRDefault="005A3E0C">
      <w:pPr>
        <w:pStyle w:val="Heading1"/>
      </w:pPr>
      <w:bookmarkStart w:id="39" w:name="_Toc233920650"/>
      <w:r>
        <w:t>8. Prototype Feedback</w:t>
      </w:r>
      <w:bookmarkEnd w:id="39"/>
    </w:p>
    <w:p w14:paraId="4B12D9B3" w14:textId="77777777" w:rsidR="00EF282D" w:rsidRPr="003A67E9" w:rsidRDefault="005A3E0C">
      <w:pPr>
        <w:pStyle w:val="BodyText"/>
        <w:rPr>
          <w:sz w:val="24"/>
          <w:szCs w:val="24"/>
        </w:rPr>
      </w:pPr>
      <w:r>
        <w:t>Participants will complete realistic tasks before answering the Cognito form: start or join, distinguish the four modes, choose a campus and role, identify an urgent outbreak and locate accessibility support. Observation will record completion, hesitation, wrong taps, navigation reversals and requests for help. The detailed feedback instrument and Likert statements are reproduced in Appendix C.</w:t>
      </w:r>
    </w:p>
    <w:tbl>
      <w:tblPr>
        <w:tblStyle w:val="TableGrid"/>
        <w:tblW w:w="0" w:type="auto"/>
        <w:jc w:val="center"/>
        <w:tblLook w:val="04A0" w:firstRow="1" w:lastRow="0" w:firstColumn="1" w:lastColumn="0" w:noHBand="0" w:noVBand="1"/>
      </w:tblPr>
      <w:tblGrid>
        <w:gridCol w:w="5035"/>
        <w:gridCol w:w="5035"/>
      </w:tblGrid>
      <w:tr w:rsidR="00EF282D" w:rsidRPr="003A67E9" w14:paraId="012B0E3C" w14:textId="77777777">
        <w:trPr>
          <w:jc w:val="center"/>
        </w:trPr>
        <w:tc>
          <w:tcPr>
            <w:tcW w:w="5040" w:type="dxa"/>
            <w:shd w:val="clear" w:color="auto" w:fill="1F77B4"/>
          </w:tcPr>
          <w:p w14:paraId="2D3688B0" w14:textId="77777777" w:rsidR="000E6F63" w:rsidRDefault="00FC6335">
            <w:r>
              <w:t>Issue to check</w:t>
            </w:r>
          </w:p>
        </w:tc>
        <w:tc>
          <w:tcPr>
            <w:tcW w:w="5040" w:type="dxa"/>
            <w:shd w:val="clear" w:color="auto" w:fill="1F77B4"/>
          </w:tcPr>
          <w:p w14:paraId="2026878E" w14:textId="77777777" w:rsidR="000E6F63" w:rsidRDefault="00FC6335">
            <w:r>
              <w:t>Possible design response</w:t>
            </w:r>
          </w:p>
        </w:tc>
      </w:tr>
      <w:tr w:rsidR="00EF282D" w:rsidRPr="003A67E9" w14:paraId="1F6F0B8E" w14:textId="77777777">
        <w:trPr>
          <w:jc w:val="center"/>
        </w:trPr>
        <w:tc>
          <w:tcPr>
            <w:tcW w:w="5040" w:type="dxa"/>
          </w:tcPr>
          <w:p w14:paraId="6BCDB763" w14:textId="77777777" w:rsidR="00EF282D" w:rsidRPr="003A67E9" w:rsidRDefault="005A3E0C">
            <w:pPr>
              <w:rPr>
                <w:sz w:val="24"/>
                <w:szCs w:val="24"/>
              </w:rPr>
            </w:pPr>
            <w:r w:rsidRPr="003A67E9">
              <w:rPr>
                <w:sz w:val="24"/>
                <w:szCs w:val="24"/>
              </w:rPr>
              <w:t>Which screen was easiest to understand?</w:t>
            </w:r>
          </w:p>
        </w:tc>
        <w:tc>
          <w:tcPr>
            <w:tcW w:w="5040" w:type="dxa"/>
          </w:tcPr>
          <w:p w14:paraId="4E013585" w14:textId="77777777" w:rsidR="00EF282D" w:rsidRPr="003A67E9" w:rsidRDefault="005A3E0C">
            <w:pPr>
              <w:rPr>
                <w:sz w:val="24"/>
                <w:szCs w:val="24"/>
              </w:rPr>
            </w:pPr>
            <w:r w:rsidRPr="003A67E9">
              <w:rPr>
                <w:sz w:val="24"/>
                <w:szCs w:val="24"/>
              </w:rPr>
              <w:t>Identifies strong parts of the design.</w:t>
            </w:r>
          </w:p>
        </w:tc>
      </w:tr>
      <w:tr w:rsidR="00EF282D" w:rsidRPr="003A67E9" w14:paraId="0801AFE0" w14:textId="77777777">
        <w:trPr>
          <w:jc w:val="center"/>
        </w:trPr>
        <w:tc>
          <w:tcPr>
            <w:tcW w:w="5040" w:type="dxa"/>
          </w:tcPr>
          <w:p w14:paraId="021B1112" w14:textId="77777777" w:rsidR="00EF282D" w:rsidRPr="003A67E9" w:rsidRDefault="005A3E0C">
            <w:pPr>
              <w:rPr>
                <w:sz w:val="24"/>
                <w:szCs w:val="24"/>
              </w:rPr>
            </w:pPr>
            <w:r w:rsidRPr="003A67E9">
              <w:rPr>
                <w:sz w:val="24"/>
                <w:szCs w:val="24"/>
              </w:rPr>
              <w:t>Which screen was confusing?</w:t>
            </w:r>
          </w:p>
        </w:tc>
        <w:tc>
          <w:tcPr>
            <w:tcW w:w="5040" w:type="dxa"/>
          </w:tcPr>
          <w:p w14:paraId="636A81C8" w14:textId="77777777" w:rsidR="00EF282D" w:rsidRPr="003A67E9" w:rsidRDefault="005A3E0C">
            <w:pPr>
              <w:rPr>
                <w:sz w:val="24"/>
                <w:szCs w:val="24"/>
              </w:rPr>
            </w:pPr>
            <w:r w:rsidRPr="003A67E9">
              <w:rPr>
                <w:sz w:val="24"/>
                <w:szCs w:val="24"/>
              </w:rPr>
              <w:t>Finds usability problems.</w:t>
            </w:r>
          </w:p>
        </w:tc>
      </w:tr>
      <w:tr w:rsidR="00EF282D" w:rsidRPr="003A67E9" w14:paraId="37EC6E87" w14:textId="77777777">
        <w:trPr>
          <w:jc w:val="center"/>
        </w:trPr>
        <w:tc>
          <w:tcPr>
            <w:tcW w:w="5040" w:type="dxa"/>
          </w:tcPr>
          <w:p w14:paraId="43C4E32A" w14:textId="77777777" w:rsidR="00EF282D" w:rsidRPr="003A67E9" w:rsidRDefault="005A3E0C">
            <w:pPr>
              <w:rPr>
                <w:sz w:val="24"/>
                <w:szCs w:val="24"/>
              </w:rPr>
            </w:pPr>
            <w:r w:rsidRPr="003A67E9">
              <w:rPr>
                <w:sz w:val="24"/>
                <w:szCs w:val="24"/>
              </w:rPr>
              <w:t>Were the buttons and labels clear?</w:t>
            </w:r>
          </w:p>
        </w:tc>
        <w:tc>
          <w:tcPr>
            <w:tcW w:w="5040" w:type="dxa"/>
          </w:tcPr>
          <w:p w14:paraId="734BA456" w14:textId="77777777" w:rsidR="00EF282D" w:rsidRPr="003A67E9" w:rsidRDefault="005A3E0C">
            <w:pPr>
              <w:rPr>
                <w:sz w:val="24"/>
                <w:szCs w:val="24"/>
              </w:rPr>
            </w:pPr>
            <w:r w:rsidRPr="003A67E9">
              <w:rPr>
                <w:sz w:val="24"/>
                <w:szCs w:val="24"/>
              </w:rPr>
              <w:t>Checks navigation and wording.</w:t>
            </w:r>
          </w:p>
        </w:tc>
      </w:tr>
      <w:tr w:rsidR="00EF282D" w:rsidRPr="003A67E9" w14:paraId="6D9958B2" w14:textId="77777777">
        <w:trPr>
          <w:jc w:val="center"/>
        </w:trPr>
        <w:tc>
          <w:tcPr>
            <w:tcW w:w="5040" w:type="dxa"/>
          </w:tcPr>
          <w:p w14:paraId="0459117B" w14:textId="77777777" w:rsidR="00EF282D" w:rsidRPr="003A67E9" w:rsidRDefault="005A3E0C">
            <w:pPr>
              <w:rPr>
                <w:sz w:val="24"/>
                <w:szCs w:val="24"/>
              </w:rPr>
            </w:pPr>
            <w:r w:rsidRPr="003A67E9">
              <w:rPr>
                <w:sz w:val="24"/>
                <w:szCs w:val="24"/>
              </w:rPr>
              <w:t>Did the game flow make sense?</w:t>
            </w:r>
          </w:p>
        </w:tc>
        <w:tc>
          <w:tcPr>
            <w:tcW w:w="5040" w:type="dxa"/>
          </w:tcPr>
          <w:p w14:paraId="68004664" w14:textId="77777777" w:rsidR="00EF282D" w:rsidRPr="003A67E9" w:rsidRDefault="005A3E0C">
            <w:pPr>
              <w:rPr>
                <w:sz w:val="24"/>
                <w:szCs w:val="24"/>
              </w:rPr>
            </w:pPr>
            <w:r w:rsidRPr="003A67E9">
              <w:rPr>
                <w:sz w:val="24"/>
                <w:szCs w:val="24"/>
              </w:rPr>
              <w:t>Checks storyboard structure.</w:t>
            </w:r>
          </w:p>
        </w:tc>
      </w:tr>
      <w:tr w:rsidR="00EF282D" w:rsidRPr="003A67E9" w14:paraId="728BFFFF" w14:textId="77777777">
        <w:trPr>
          <w:jc w:val="center"/>
        </w:trPr>
        <w:tc>
          <w:tcPr>
            <w:tcW w:w="5040" w:type="dxa"/>
          </w:tcPr>
          <w:p w14:paraId="2EEC93DC" w14:textId="77777777" w:rsidR="00EF282D" w:rsidRPr="003A67E9" w:rsidRDefault="005A3E0C">
            <w:pPr>
              <w:rPr>
                <w:sz w:val="24"/>
                <w:szCs w:val="24"/>
              </w:rPr>
            </w:pPr>
            <w:r w:rsidRPr="003A67E9">
              <w:rPr>
                <w:sz w:val="24"/>
                <w:szCs w:val="24"/>
              </w:rPr>
              <w:t>How did the design make you feel?</w:t>
            </w:r>
          </w:p>
        </w:tc>
        <w:tc>
          <w:tcPr>
            <w:tcW w:w="5040" w:type="dxa"/>
          </w:tcPr>
          <w:p w14:paraId="44F127AD" w14:textId="77777777" w:rsidR="00EF282D" w:rsidRPr="003A67E9" w:rsidRDefault="005A3E0C">
            <w:pPr>
              <w:rPr>
                <w:sz w:val="24"/>
                <w:szCs w:val="24"/>
              </w:rPr>
            </w:pPr>
            <w:r w:rsidRPr="003A67E9">
              <w:rPr>
                <w:sz w:val="24"/>
                <w:szCs w:val="24"/>
              </w:rPr>
              <w:t>Checks emotional response and confidence.</w:t>
            </w:r>
          </w:p>
        </w:tc>
      </w:tr>
      <w:tr w:rsidR="00EF282D" w:rsidRPr="003A67E9" w14:paraId="51BD2AB6" w14:textId="77777777">
        <w:trPr>
          <w:jc w:val="center"/>
        </w:trPr>
        <w:tc>
          <w:tcPr>
            <w:tcW w:w="5040" w:type="dxa"/>
          </w:tcPr>
          <w:p w14:paraId="7FE8C5E8" w14:textId="77777777" w:rsidR="00EF282D" w:rsidRPr="003A67E9" w:rsidRDefault="005A3E0C">
            <w:pPr>
              <w:rPr>
                <w:sz w:val="24"/>
                <w:szCs w:val="24"/>
              </w:rPr>
            </w:pPr>
            <w:r w:rsidRPr="003A67E9">
              <w:rPr>
                <w:sz w:val="24"/>
                <w:szCs w:val="24"/>
              </w:rPr>
              <w:t>What would you improve?</w:t>
            </w:r>
          </w:p>
        </w:tc>
        <w:tc>
          <w:tcPr>
            <w:tcW w:w="5040" w:type="dxa"/>
          </w:tcPr>
          <w:p w14:paraId="1FFD4141" w14:textId="77777777" w:rsidR="00EF282D" w:rsidRPr="003A67E9" w:rsidRDefault="005A3E0C">
            <w:pPr>
              <w:rPr>
                <w:sz w:val="24"/>
                <w:szCs w:val="24"/>
              </w:rPr>
            </w:pPr>
            <w:r w:rsidRPr="003A67E9">
              <w:rPr>
                <w:sz w:val="24"/>
                <w:szCs w:val="24"/>
              </w:rPr>
              <w:t>Provides design changes for the next version.</w:t>
            </w:r>
          </w:p>
        </w:tc>
      </w:tr>
    </w:tbl>
    <w:p w14:paraId="611C68A0" w14:textId="77777777" w:rsidR="00EF282D" w:rsidRDefault="00EF282D"/>
    <w:p w14:paraId="19E69A2B" w14:textId="77777777" w:rsidR="00EF282D" w:rsidRPr="00DA7B5B" w:rsidRDefault="005A3E0C">
      <w:pPr>
        <w:pStyle w:val="Heading2"/>
        <w:rPr>
          <w:sz w:val="32"/>
          <w:szCs w:val="32"/>
        </w:rPr>
      </w:pPr>
      <w:bookmarkStart w:id="40" w:name="_Toc233920651"/>
      <w:r>
        <w:t>8.1 Planned Usability Tasks</w:t>
      </w:r>
      <w:bookmarkEnd w:id="40"/>
    </w:p>
    <w:p w14:paraId="3EB52782" w14:textId="77777777" w:rsidR="00EF282D" w:rsidRPr="00DA7B5B" w:rsidRDefault="005A3E0C">
      <w:pPr>
        <w:pStyle w:val="ListBullet"/>
        <w:rPr>
          <w:sz w:val="24"/>
          <w:szCs w:val="24"/>
        </w:rPr>
      </w:pPr>
      <w:r>
        <w:t>Start or join without researcher assistance.</w:t>
      </w:r>
    </w:p>
    <w:p w14:paraId="46B96F6E" w14:textId="77777777" w:rsidR="00EF282D" w:rsidRPr="00DA7B5B" w:rsidRDefault="005A3E0C">
      <w:pPr>
        <w:pStyle w:val="ListBullet"/>
        <w:rPr>
          <w:sz w:val="24"/>
          <w:szCs w:val="24"/>
        </w:rPr>
      </w:pPr>
      <w:r>
        <w:t>Explain the selected mode and specialist role.</w:t>
      </w:r>
    </w:p>
    <w:p w14:paraId="52F4BA8F" w14:textId="77777777" w:rsidR="00EF282D" w:rsidRPr="00DA7B5B" w:rsidRDefault="005A3E0C">
      <w:pPr>
        <w:pStyle w:val="ListBullet"/>
        <w:rPr>
          <w:sz w:val="24"/>
          <w:szCs w:val="24"/>
        </w:rPr>
      </w:pPr>
      <w:r>
        <w:t>Identify the urgent outbreak and choose an action.</w:t>
      </w:r>
    </w:p>
    <w:p w14:paraId="11A5D37F" w14:textId="77777777" w:rsidR="00EF282D" w:rsidRPr="00DA7B5B" w:rsidRDefault="005A3E0C">
      <w:pPr>
        <w:pStyle w:val="ListBullet"/>
        <w:rPr>
          <w:sz w:val="24"/>
          <w:szCs w:val="24"/>
        </w:rPr>
      </w:pPr>
      <w:r>
        <w:t>Find Accessibility and recover from an invalid room code.</w:t>
      </w:r>
    </w:p>
    <w:p w14:paraId="21AF76EC" w14:textId="77777777" w:rsidR="00EF282D" w:rsidRPr="00DA7B5B" w:rsidRDefault="005A3E0C">
      <w:pPr>
        <w:pStyle w:val="Heading2"/>
        <w:rPr>
          <w:sz w:val="32"/>
          <w:szCs w:val="32"/>
        </w:rPr>
      </w:pPr>
      <w:bookmarkStart w:id="41" w:name="_Toc233920652"/>
      <w:r>
        <w:t>8.2 Measures and Feedback Analysis</w:t>
      </w:r>
      <w:bookmarkEnd w:id="41"/>
    </w:p>
    <w:p w14:paraId="6371EFA8" w14:textId="77777777" w:rsidR="00EF282D" w:rsidRPr="00DA7B5B" w:rsidRDefault="005A3E0C">
      <w:pPr>
        <w:pStyle w:val="ListBullet"/>
        <w:rPr>
          <w:sz w:val="24"/>
          <w:szCs w:val="24"/>
        </w:rPr>
      </w:pPr>
      <w:r>
        <w:t>Objective measures: completion, time, wrong taps and help requests.</w:t>
      </w:r>
    </w:p>
    <w:p w14:paraId="2503FB84" w14:textId="77777777" w:rsidR="00EF282D" w:rsidRPr="00DA7B5B" w:rsidRDefault="005A3E0C">
      <w:pPr>
        <w:pStyle w:val="ListBullet"/>
        <w:rPr>
          <w:sz w:val="24"/>
          <w:szCs w:val="24"/>
        </w:rPr>
      </w:pPr>
      <w:r>
        <w:t>Subjective measures: clarity, confidence, effort and emotional response.</w:t>
      </w:r>
    </w:p>
    <w:p w14:paraId="24D4B79E" w14:textId="77777777" w:rsidR="00EF282D" w:rsidRPr="00DA7B5B" w:rsidRDefault="005A3E0C">
      <w:pPr>
        <w:pStyle w:val="ListBullet"/>
        <w:rPr>
          <w:sz w:val="24"/>
          <w:szCs w:val="24"/>
        </w:rPr>
      </w:pPr>
      <w:r>
        <w:t>Open comments: easiest screen, confusing screen and preferred improvement.</w:t>
      </w:r>
    </w:p>
    <w:p w14:paraId="0F94F8E0" w14:textId="77777777" w:rsidR="00EF282D" w:rsidRPr="00DA7B5B" w:rsidRDefault="005A3E0C">
      <w:pPr>
        <w:pStyle w:val="ListBullet"/>
        <w:rPr>
          <w:sz w:val="24"/>
          <w:szCs w:val="24"/>
        </w:rPr>
      </w:pPr>
      <w:r>
        <w:t>Only genuine repeated themes will be reported as findings.</w:t>
      </w:r>
    </w:p>
    <w:p w14:paraId="611C5FFF" w14:textId="77777777" w:rsidR="00EF282D" w:rsidRPr="00DA7B5B" w:rsidRDefault="005A3E0C">
      <w:pPr>
        <w:pStyle w:val="Heading2"/>
        <w:rPr>
          <w:sz w:val="32"/>
          <w:szCs w:val="32"/>
        </w:rPr>
      </w:pPr>
      <w:bookmarkStart w:id="42" w:name="_Toc233920653"/>
      <w:r w:rsidRPr="00DA7B5B">
        <w:rPr>
          <w:sz w:val="32"/>
          <w:szCs w:val="32"/>
        </w:rPr>
        <w:t>8.3 Planned Improvements</w:t>
      </w:r>
      <w:bookmarkEnd w:id="42"/>
    </w:p>
    <w:p w14:paraId="189BA370" w14:textId="77777777" w:rsidR="00EF282D" w:rsidRPr="00DA7B5B" w:rsidRDefault="005A3E0C">
      <w:pPr>
        <w:pStyle w:val="ListBullet"/>
        <w:rPr>
          <w:sz w:val="24"/>
          <w:szCs w:val="24"/>
        </w:rPr>
      </w:pPr>
      <w:r w:rsidRPr="00DA7B5B">
        <w:rPr>
          <w:sz w:val="24"/>
          <w:szCs w:val="24"/>
        </w:rPr>
        <w:t>Add a short tutorial before the first game.</w:t>
      </w:r>
    </w:p>
    <w:p w14:paraId="25D9C573" w14:textId="77777777" w:rsidR="00EF282D" w:rsidRPr="00DA7B5B" w:rsidRDefault="005A3E0C">
      <w:pPr>
        <w:pStyle w:val="ListBullet"/>
        <w:rPr>
          <w:sz w:val="24"/>
          <w:szCs w:val="24"/>
        </w:rPr>
      </w:pPr>
      <w:r w:rsidRPr="00DA7B5B">
        <w:rPr>
          <w:sz w:val="24"/>
          <w:szCs w:val="24"/>
        </w:rPr>
        <w:lastRenderedPageBreak/>
        <w:t>Add clearer labels to action buttons.</w:t>
      </w:r>
    </w:p>
    <w:p w14:paraId="2E788460" w14:textId="77777777" w:rsidR="00EF282D" w:rsidRPr="00DA7B5B" w:rsidRDefault="005A3E0C">
      <w:pPr>
        <w:pStyle w:val="ListBullet"/>
        <w:rPr>
          <w:sz w:val="24"/>
          <w:szCs w:val="24"/>
        </w:rPr>
      </w:pPr>
      <w:r w:rsidRPr="00DA7B5B">
        <w:rPr>
          <w:sz w:val="24"/>
          <w:szCs w:val="24"/>
        </w:rPr>
        <w:t>Improve the visual hierarchy of the outbreak map.</w:t>
      </w:r>
    </w:p>
    <w:p w14:paraId="607B282C" w14:textId="77777777" w:rsidR="00EF282D" w:rsidRPr="00DA7B5B" w:rsidRDefault="005A3E0C">
      <w:pPr>
        <w:pStyle w:val="ListBullet"/>
        <w:rPr>
          <w:sz w:val="24"/>
          <w:szCs w:val="24"/>
        </w:rPr>
      </w:pPr>
      <w:r w:rsidRPr="00DA7B5B">
        <w:rPr>
          <w:sz w:val="24"/>
          <w:szCs w:val="24"/>
        </w:rPr>
        <w:t>Add accessibility settings for text size and contrast.</w:t>
      </w:r>
    </w:p>
    <w:p w14:paraId="6FC0FCE5" w14:textId="77777777" w:rsidR="00EF282D" w:rsidRPr="00DA7B5B" w:rsidRDefault="005A3E0C">
      <w:pPr>
        <w:pStyle w:val="ListBullet"/>
        <w:rPr>
          <w:sz w:val="24"/>
          <w:szCs w:val="24"/>
        </w:rPr>
      </w:pPr>
      <w:r w:rsidRPr="00DA7B5B">
        <w:rPr>
          <w:sz w:val="24"/>
          <w:szCs w:val="24"/>
        </w:rPr>
        <w:t>Add a recommended action prompt for users who feel unsure.</w:t>
      </w:r>
    </w:p>
    <w:p w14:paraId="59B2C005" w14:textId="77777777" w:rsidR="00EF282D" w:rsidRDefault="005A3E0C">
      <w:pPr>
        <w:pStyle w:val="Heading1"/>
      </w:pPr>
      <w:bookmarkStart w:id="43" w:name="_Toc233920654"/>
      <w:r>
        <w:t>9. Peer Evaluation Plan</w:t>
      </w:r>
      <w:bookmarkEnd w:id="43"/>
    </w:p>
    <w:p w14:paraId="397D7022" w14:textId="77777777" w:rsidR="00EF282D" w:rsidRPr="00DA7B5B" w:rsidRDefault="005A3E0C">
      <w:pPr>
        <w:pStyle w:val="BodyText"/>
        <w:rPr>
          <w:sz w:val="24"/>
          <w:szCs w:val="24"/>
        </w:rPr>
      </w:pPr>
      <w:r>
        <w:t>Peer evaluation will check clarity, consistency, navigation, accessibility and emotional response. The table lists possible issues and responses; genuine feedback must confirm or replace them.</w:t>
      </w:r>
    </w:p>
    <w:tbl>
      <w:tblPr>
        <w:tblStyle w:val="TableGrid"/>
        <w:tblW w:w="0" w:type="auto"/>
        <w:jc w:val="center"/>
        <w:tblLook w:val="04A0" w:firstRow="1" w:lastRow="0" w:firstColumn="1" w:lastColumn="0" w:noHBand="0" w:noVBand="1"/>
      </w:tblPr>
      <w:tblGrid>
        <w:gridCol w:w="5035"/>
        <w:gridCol w:w="5035"/>
      </w:tblGrid>
      <w:tr w:rsidR="00EF282D" w:rsidRPr="00DA7B5B" w14:paraId="069138B7" w14:textId="77777777">
        <w:trPr>
          <w:jc w:val="center"/>
        </w:trPr>
        <w:tc>
          <w:tcPr>
            <w:tcW w:w="5040" w:type="dxa"/>
            <w:shd w:val="clear" w:color="auto" w:fill="1F77B4"/>
          </w:tcPr>
          <w:p w14:paraId="1C43ACE8" w14:textId="77777777" w:rsidR="000E6F63" w:rsidRDefault="00FC6335">
            <w:r>
              <w:t>Issue to check</w:t>
            </w:r>
          </w:p>
        </w:tc>
        <w:tc>
          <w:tcPr>
            <w:tcW w:w="5040" w:type="dxa"/>
            <w:shd w:val="clear" w:color="auto" w:fill="1F77B4"/>
          </w:tcPr>
          <w:p w14:paraId="6B4D10FA" w14:textId="77777777" w:rsidR="000E6F63" w:rsidRDefault="00FC6335">
            <w:r>
              <w:t>Possible design response</w:t>
            </w:r>
          </w:p>
        </w:tc>
      </w:tr>
      <w:tr w:rsidR="00EF282D" w:rsidRPr="00DA7B5B" w14:paraId="528277FD" w14:textId="77777777">
        <w:trPr>
          <w:jc w:val="center"/>
        </w:trPr>
        <w:tc>
          <w:tcPr>
            <w:tcW w:w="5040" w:type="dxa"/>
          </w:tcPr>
          <w:p w14:paraId="0C397B8E" w14:textId="77777777" w:rsidR="00EF282D" w:rsidRPr="00DA7B5B" w:rsidRDefault="005A3E0C">
            <w:pPr>
              <w:rPr>
                <w:sz w:val="24"/>
                <w:szCs w:val="24"/>
              </w:rPr>
            </w:pPr>
            <w:r w:rsidRPr="00DA7B5B">
              <w:rPr>
                <w:sz w:val="24"/>
                <w:szCs w:val="24"/>
              </w:rPr>
              <w:t>The role selection screen needs clearer descriptions.</w:t>
            </w:r>
          </w:p>
        </w:tc>
        <w:tc>
          <w:tcPr>
            <w:tcW w:w="5040" w:type="dxa"/>
          </w:tcPr>
          <w:p w14:paraId="1445BD79" w14:textId="77777777" w:rsidR="00EF282D" w:rsidRPr="00DA7B5B" w:rsidRDefault="005A3E0C">
            <w:pPr>
              <w:rPr>
                <w:sz w:val="24"/>
                <w:szCs w:val="24"/>
              </w:rPr>
            </w:pPr>
            <w:r w:rsidRPr="00DA7B5B">
              <w:rPr>
                <w:sz w:val="24"/>
                <w:szCs w:val="24"/>
              </w:rPr>
              <w:t>Add short ability summaries under each role.</w:t>
            </w:r>
          </w:p>
        </w:tc>
      </w:tr>
      <w:tr w:rsidR="00EF282D" w:rsidRPr="00DA7B5B" w14:paraId="335A7A68" w14:textId="77777777">
        <w:trPr>
          <w:jc w:val="center"/>
        </w:trPr>
        <w:tc>
          <w:tcPr>
            <w:tcW w:w="5040" w:type="dxa"/>
          </w:tcPr>
          <w:p w14:paraId="7242051E" w14:textId="77777777" w:rsidR="00EF282D" w:rsidRPr="00DA7B5B" w:rsidRDefault="005A3E0C">
            <w:pPr>
              <w:rPr>
                <w:sz w:val="24"/>
                <w:szCs w:val="24"/>
              </w:rPr>
            </w:pPr>
            <w:r w:rsidRPr="00DA7B5B">
              <w:rPr>
                <w:sz w:val="24"/>
                <w:szCs w:val="24"/>
              </w:rPr>
              <w:t>The outbreak map may be too busy.</w:t>
            </w:r>
          </w:p>
        </w:tc>
        <w:tc>
          <w:tcPr>
            <w:tcW w:w="5040" w:type="dxa"/>
          </w:tcPr>
          <w:p w14:paraId="69CB326D" w14:textId="77777777" w:rsidR="00EF282D" w:rsidRPr="00DA7B5B" w:rsidRDefault="005A3E0C">
            <w:pPr>
              <w:rPr>
                <w:sz w:val="24"/>
                <w:szCs w:val="24"/>
              </w:rPr>
            </w:pPr>
            <w:r w:rsidRPr="00DA7B5B">
              <w:rPr>
                <w:sz w:val="24"/>
                <w:szCs w:val="24"/>
              </w:rPr>
              <w:t>Reduce clutter and highlight only urgent zones.</w:t>
            </w:r>
          </w:p>
        </w:tc>
      </w:tr>
      <w:tr w:rsidR="00EF282D" w:rsidRPr="00DA7B5B" w14:paraId="0F4A5402" w14:textId="77777777">
        <w:trPr>
          <w:jc w:val="center"/>
        </w:trPr>
        <w:tc>
          <w:tcPr>
            <w:tcW w:w="5040" w:type="dxa"/>
          </w:tcPr>
          <w:p w14:paraId="3116B675" w14:textId="77777777" w:rsidR="00EF282D" w:rsidRPr="00DA7B5B" w:rsidRDefault="005A3E0C">
            <w:pPr>
              <w:rPr>
                <w:sz w:val="24"/>
                <w:szCs w:val="24"/>
              </w:rPr>
            </w:pPr>
            <w:r w:rsidRPr="00DA7B5B">
              <w:rPr>
                <w:sz w:val="24"/>
                <w:szCs w:val="24"/>
              </w:rPr>
              <w:t>The game flow is understandable.</w:t>
            </w:r>
          </w:p>
        </w:tc>
        <w:tc>
          <w:tcPr>
            <w:tcW w:w="5040" w:type="dxa"/>
          </w:tcPr>
          <w:p w14:paraId="4F6275B4" w14:textId="77777777" w:rsidR="00EF282D" w:rsidRPr="00DA7B5B" w:rsidRDefault="005A3E0C">
            <w:pPr>
              <w:rPr>
                <w:sz w:val="24"/>
                <w:szCs w:val="24"/>
              </w:rPr>
            </w:pPr>
            <w:r w:rsidRPr="00DA7B5B">
              <w:rPr>
                <w:sz w:val="24"/>
                <w:szCs w:val="24"/>
              </w:rPr>
              <w:t>Keep the same overall screen order.</w:t>
            </w:r>
          </w:p>
        </w:tc>
      </w:tr>
      <w:tr w:rsidR="00EF282D" w:rsidRPr="00DA7B5B" w14:paraId="5B2B0825" w14:textId="77777777">
        <w:trPr>
          <w:jc w:val="center"/>
        </w:trPr>
        <w:tc>
          <w:tcPr>
            <w:tcW w:w="5040" w:type="dxa"/>
          </w:tcPr>
          <w:p w14:paraId="31858D7F" w14:textId="77777777" w:rsidR="00EF282D" w:rsidRPr="00DA7B5B" w:rsidRDefault="005A3E0C">
            <w:pPr>
              <w:rPr>
                <w:sz w:val="24"/>
                <w:szCs w:val="24"/>
              </w:rPr>
            </w:pPr>
            <w:r w:rsidRPr="00DA7B5B">
              <w:rPr>
                <w:sz w:val="24"/>
                <w:szCs w:val="24"/>
              </w:rPr>
              <w:t>Accessibility options should be easier to find.</w:t>
            </w:r>
          </w:p>
        </w:tc>
        <w:tc>
          <w:tcPr>
            <w:tcW w:w="5040" w:type="dxa"/>
          </w:tcPr>
          <w:p w14:paraId="6B920086" w14:textId="77777777" w:rsidR="00EF282D" w:rsidRPr="00DA7B5B" w:rsidRDefault="005A3E0C">
            <w:pPr>
              <w:rPr>
                <w:sz w:val="24"/>
                <w:szCs w:val="24"/>
              </w:rPr>
            </w:pPr>
            <w:r w:rsidRPr="00DA7B5B">
              <w:rPr>
                <w:sz w:val="24"/>
                <w:szCs w:val="24"/>
              </w:rPr>
              <w:t>Add Accessibility button on Start Screen and Settings.</w:t>
            </w:r>
          </w:p>
        </w:tc>
      </w:tr>
    </w:tbl>
    <w:p w14:paraId="1CE449D6" w14:textId="77777777" w:rsidR="00EF282D" w:rsidRDefault="00EF282D"/>
    <w:p w14:paraId="7CF15AC6" w14:textId="77777777" w:rsidR="00EF282D" w:rsidRDefault="005A3E0C">
      <w:pPr>
        <w:pStyle w:val="Heading1"/>
      </w:pPr>
      <w:bookmarkStart w:id="44" w:name="_Toc233920655"/>
      <w:r>
        <w:t>10. Conclusion</w:t>
      </w:r>
      <w:bookmarkEnd w:id="44"/>
    </w:p>
    <w:p w14:paraId="52345B6F" w14:textId="77777777" w:rsidR="00EF282D" w:rsidRPr="00DA7B5B" w:rsidRDefault="005A3E0C">
      <w:pPr>
        <w:pStyle w:val="BodyText"/>
        <w:rPr>
          <w:sz w:val="24"/>
          <w:szCs w:val="24"/>
        </w:rPr>
      </w:pPr>
      <w:r>
        <w:t xml:space="preserve">This report establishes a literature-informed usability direction for UWTSD Pandemic. Six personas and </w:t>
      </w:r>
      <w:proofErr w:type="spellStart"/>
      <w:r>
        <w:t>MoSCoW</w:t>
      </w:r>
      <w:proofErr w:type="spellEnd"/>
      <w:r>
        <w:t xml:space="preserve"> priorities guide the monochrome storyboard and linked prototype. Planned findings must later be replaced with genuine Cognito Forms, card-sorting, </w:t>
      </w:r>
      <w:proofErr w:type="gramStart"/>
      <w:r>
        <w:t>usability-test</w:t>
      </w:r>
      <w:proofErr w:type="gramEnd"/>
      <w:r>
        <w:t xml:space="preserve"> and peer-evaluation evidence.</w:t>
      </w:r>
    </w:p>
    <w:p w14:paraId="3DA494C1" w14:textId="77777777" w:rsidR="00EF282D" w:rsidRDefault="005A3E0C">
      <w:pPr>
        <w:pStyle w:val="Heading1"/>
      </w:pPr>
      <w:bookmarkStart w:id="45" w:name="_Toc233920656"/>
      <w:r>
        <w:t>References</w:t>
      </w:r>
      <w:bookmarkEnd w:id="45"/>
    </w:p>
    <w:p w14:paraId="6DEB8B60" w14:textId="77777777" w:rsidR="00FE4C46" w:rsidRPr="00DA7B5B" w:rsidRDefault="00B057E1">
      <w:pPr>
        <w:ind w:left="288" w:hanging="288"/>
        <w:rPr>
          <w:sz w:val="24"/>
          <w:szCs w:val="24"/>
        </w:rPr>
      </w:pPr>
      <w:r w:rsidRPr="00DA7B5B">
        <w:rPr>
          <w:sz w:val="24"/>
          <w:szCs w:val="24"/>
        </w:rPr>
        <w:t>[1] Z-Man Games, "Pandemic," official game page and rules, 2026.</w:t>
      </w:r>
    </w:p>
    <w:p w14:paraId="004EC4DC" w14:textId="77777777" w:rsidR="00FE4C46" w:rsidRPr="00DA7B5B" w:rsidRDefault="00B057E1">
      <w:pPr>
        <w:ind w:left="288" w:hanging="288"/>
        <w:rPr>
          <w:sz w:val="24"/>
          <w:szCs w:val="24"/>
        </w:rPr>
      </w:pPr>
      <w:r w:rsidRPr="00DA7B5B">
        <w:rPr>
          <w:sz w:val="24"/>
          <w:szCs w:val="24"/>
        </w:rPr>
        <w:t>[2] H. Saarenpää and H. Korhonen, "Asynchronous gameplay in pervasive multiplayer mobile games," in CHI Extended Abstracts, 2009, pp. 4213-4218.</w:t>
      </w:r>
    </w:p>
    <w:p w14:paraId="68E2DD73" w14:textId="77777777" w:rsidR="00FE4C46" w:rsidRPr="00DA7B5B" w:rsidRDefault="00B057E1">
      <w:pPr>
        <w:ind w:left="288" w:hanging="288"/>
        <w:rPr>
          <w:sz w:val="24"/>
          <w:szCs w:val="24"/>
        </w:rPr>
      </w:pPr>
      <w:r w:rsidRPr="00DA7B5B">
        <w:rPr>
          <w:sz w:val="24"/>
          <w:szCs w:val="24"/>
        </w:rPr>
        <w:t>[3] ISO 9241-11:2018, Ergonomics of Human-System Interaction - Part 11: Usability: Definitions and Concepts. Geneva: ISO, 2018.</w:t>
      </w:r>
    </w:p>
    <w:p w14:paraId="62566117" w14:textId="77777777" w:rsidR="00FE4C46" w:rsidRPr="00DA7B5B" w:rsidRDefault="00B057E1">
      <w:pPr>
        <w:ind w:left="288" w:hanging="288"/>
        <w:rPr>
          <w:sz w:val="24"/>
          <w:szCs w:val="24"/>
        </w:rPr>
      </w:pPr>
      <w:r w:rsidRPr="00DA7B5B">
        <w:rPr>
          <w:sz w:val="24"/>
          <w:szCs w:val="24"/>
        </w:rPr>
        <w:t>[4] J. Nielsen, "Enhancing the explanatory power of usability heuristics," in Proc. CHI, 1994, pp. 152-158.</w:t>
      </w:r>
    </w:p>
    <w:p w14:paraId="26D78F31" w14:textId="77777777" w:rsidR="00FE4C46" w:rsidRPr="00DA7B5B" w:rsidRDefault="00B057E1">
      <w:pPr>
        <w:ind w:left="288" w:hanging="288"/>
        <w:rPr>
          <w:sz w:val="24"/>
          <w:szCs w:val="24"/>
        </w:rPr>
      </w:pPr>
      <w:r w:rsidRPr="00DA7B5B">
        <w:rPr>
          <w:sz w:val="24"/>
          <w:szCs w:val="24"/>
        </w:rPr>
        <w:t>[5] D. A. Norman, The Design of Everyday Things, rev. ed. New York, NY, USA: Basic Books, 2013.</w:t>
      </w:r>
    </w:p>
    <w:p w14:paraId="369D0A7E" w14:textId="77777777" w:rsidR="00FE4C46" w:rsidRPr="00DA7B5B" w:rsidRDefault="00B057E1">
      <w:pPr>
        <w:ind w:left="288" w:hanging="288"/>
        <w:rPr>
          <w:sz w:val="24"/>
          <w:szCs w:val="24"/>
        </w:rPr>
      </w:pPr>
      <w:r w:rsidRPr="00DA7B5B">
        <w:rPr>
          <w:sz w:val="24"/>
          <w:szCs w:val="24"/>
        </w:rPr>
        <w:t xml:space="preserve">[6] J. </w:t>
      </w:r>
      <w:proofErr w:type="spellStart"/>
      <w:r w:rsidRPr="00DA7B5B">
        <w:rPr>
          <w:sz w:val="24"/>
          <w:szCs w:val="24"/>
        </w:rPr>
        <w:t>Sweller</w:t>
      </w:r>
      <w:proofErr w:type="spellEnd"/>
      <w:r w:rsidRPr="00DA7B5B">
        <w:rPr>
          <w:sz w:val="24"/>
          <w:szCs w:val="24"/>
        </w:rPr>
        <w:t>, "Cognitive load during problem solving: Effects on learning," Cognitive Science, vol. 12, no. 2, pp. 257-285, 1988.</w:t>
      </w:r>
    </w:p>
    <w:p w14:paraId="41A84663" w14:textId="77777777" w:rsidR="00FE4C46" w:rsidRPr="00DA7B5B" w:rsidRDefault="00B057E1">
      <w:pPr>
        <w:ind w:left="288" w:hanging="288"/>
        <w:rPr>
          <w:sz w:val="24"/>
          <w:szCs w:val="24"/>
        </w:rPr>
      </w:pPr>
      <w:r w:rsidRPr="00DA7B5B">
        <w:rPr>
          <w:sz w:val="24"/>
          <w:szCs w:val="24"/>
        </w:rPr>
        <w:t>[7] W3C, Web Content Accessibility Guidelines (WCAG) 2.2, 2024.</w:t>
      </w:r>
    </w:p>
    <w:p w14:paraId="6FA109CC" w14:textId="77777777" w:rsidR="00FE4C46" w:rsidRPr="00DA7B5B" w:rsidRDefault="00B057E1">
      <w:pPr>
        <w:ind w:left="288" w:hanging="288"/>
        <w:rPr>
          <w:sz w:val="24"/>
          <w:szCs w:val="24"/>
        </w:rPr>
      </w:pPr>
      <w:r w:rsidRPr="00DA7B5B">
        <w:rPr>
          <w:sz w:val="24"/>
          <w:szCs w:val="24"/>
        </w:rPr>
        <w:lastRenderedPageBreak/>
        <w:t>[8] Y. Rogers, H. Sharp, and J. Preece, Interaction Design: Beyond Human-Computer Interaction, 6th ed. Hoboken, NJ, USA: Wiley, 2023.</w:t>
      </w:r>
    </w:p>
    <w:p w14:paraId="1001BC0B" w14:textId="77777777" w:rsidR="00FE4C46" w:rsidRPr="00DA7B5B" w:rsidRDefault="00B057E1">
      <w:pPr>
        <w:ind w:left="288" w:hanging="288"/>
        <w:rPr>
          <w:sz w:val="24"/>
          <w:szCs w:val="24"/>
        </w:rPr>
      </w:pPr>
      <w:r w:rsidRPr="00DA7B5B">
        <w:rPr>
          <w:sz w:val="24"/>
          <w:szCs w:val="24"/>
        </w:rPr>
        <w:t>[9] Microsoft, "Common multiplayer scenarios," Microsoft Game Development Kit Documentation, 2025.</w:t>
      </w:r>
    </w:p>
    <w:p w14:paraId="2D9798E3" w14:textId="77777777" w:rsidR="00FE4C46" w:rsidRPr="00DA7B5B" w:rsidRDefault="00B057E1">
      <w:pPr>
        <w:ind w:left="288" w:hanging="288"/>
        <w:rPr>
          <w:sz w:val="24"/>
          <w:szCs w:val="24"/>
        </w:rPr>
      </w:pPr>
      <w:r w:rsidRPr="00DA7B5B">
        <w:rPr>
          <w:sz w:val="24"/>
          <w:szCs w:val="24"/>
        </w:rPr>
        <w:t>[10] D. Spencer, Card Sorting: Designing Usable Categories. Brooklyn, NY, USA: Rosenfeld Media, 2009.</w:t>
      </w:r>
    </w:p>
    <w:p w14:paraId="2BD0FA5B" w14:textId="77777777" w:rsidR="00FE4C46" w:rsidRPr="00DA7B5B" w:rsidRDefault="00B057E1">
      <w:pPr>
        <w:ind w:left="288" w:hanging="288"/>
        <w:rPr>
          <w:sz w:val="24"/>
          <w:szCs w:val="24"/>
        </w:rPr>
      </w:pPr>
      <w:r w:rsidRPr="00DA7B5B">
        <w:rPr>
          <w:sz w:val="24"/>
          <w:szCs w:val="24"/>
        </w:rPr>
        <w:t>[11] J. Lazar, J. H. Feng, and H. Hochheiser, Research Methods in Human-Computer Interaction, 2nd ed. Cambridge, MA, USA: Morgan Kaufmann, 2017.</w:t>
      </w:r>
    </w:p>
    <w:p w14:paraId="0B215040" w14:textId="77777777" w:rsidR="00FE4C46" w:rsidRPr="00DA7B5B" w:rsidRDefault="00B057E1">
      <w:pPr>
        <w:ind w:left="288" w:hanging="288"/>
        <w:rPr>
          <w:sz w:val="24"/>
          <w:szCs w:val="24"/>
        </w:rPr>
      </w:pPr>
      <w:r w:rsidRPr="00DA7B5B">
        <w:rPr>
          <w:sz w:val="24"/>
          <w:szCs w:val="24"/>
        </w:rPr>
        <w:t xml:space="preserve">[12] D. </w:t>
      </w:r>
      <w:proofErr w:type="spellStart"/>
      <w:r w:rsidRPr="00DA7B5B">
        <w:rPr>
          <w:sz w:val="24"/>
          <w:szCs w:val="24"/>
        </w:rPr>
        <w:t>Pinelle</w:t>
      </w:r>
      <w:proofErr w:type="spellEnd"/>
      <w:r w:rsidRPr="00DA7B5B">
        <w:rPr>
          <w:sz w:val="24"/>
          <w:szCs w:val="24"/>
        </w:rPr>
        <w:t>, N. Wong, and T. Stach, "Heuristic evaluation for games: Usability principles for video game design," in Proc. CHI, 2008, pp. 1453-1462.</w:t>
      </w:r>
    </w:p>
    <w:p w14:paraId="18105CE7" w14:textId="77777777" w:rsidR="00FE4C46" w:rsidRPr="00DA7B5B" w:rsidRDefault="00B057E1">
      <w:pPr>
        <w:ind w:left="288" w:hanging="288"/>
        <w:rPr>
          <w:sz w:val="24"/>
          <w:szCs w:val="24"/>
        </w:rPr>
      </w:pPr>
      <w:r w:rsidRPr="00DA7B5B">
        <w:rPr>
          <w:sz w:val="24"/>
          <w:szCs w:val="24"/>
        </w:rPr>
        <w:t xml:space="preserve">[13] A. </w:t>
      </w:r>
      <w:proofErr w:type="spellStart"/>
      <w:r w:rsidRPr="00DA7B5B">
        <w:rPr>
          <w:sz w:val="24"/>
          <w:szCs w:val="24"/>
        </w:rPr>
        <w:t>Darejeh</w:t>
      </w:r>
      <w:proofErr w:type="spellEnd"/>
      <w:r w:rsidRPr="00DA7B5B">
        <w:rPr>
          <w:sz w:val="24"/>
          <w:szCs w:val="24"/>
        </w:rPr>
        <w:t xml:space="preserve">, N. Marcusa, G. Mohammadi, and J. </w:t>
      </w:r>
      <w:proofErr w:type="spellStart"/>
      <w:r w:rsidRPr="00DA7B5B">
        <w:rPr>
          <w:sz w:val="24"/>
          <w:szCs w:val="24"/>
        </w:rPr>
        <w:t>Sweller</w:t>
      </w:r>
      <w:proofErr w:type="spellEnd"/>
      <w:r w:rsidRPr="00DA7B5B">
        <w:rPr>
          <w:sz w:val="24"/>
          <w:szCs w:val="24"/>
        </w:rPr>
        <w:t>, "A critical analysis of cognitive load measurement methods for evaluating interfaces," Behaviour &amp; Information Technology, 2024.</w:t>
      </w:r>
    </w:p>
    <w:p w14:paraId="46C8BF7E" w14:textId="77777777" w:rsidR="00FE4C46" w:rsidRPr="00DA7B5B" w:rsidRDefault="00B057E1">
      <w:pPr>
        <w:ind w:left="288" w:hanging="288"/>
        <w:rPr>
          <w:sz w:val="24"/>
          <w:szCs w:val="24"/>
        </w:rPr>
      </w:pPr>
      <w:r w:rsidRPr="00DA7B5B">
        <w:rPr>
          <w:sz w:val="24"/>
          <w:szCs w:val="24"/>
        </w:rPr>
        <w:t>[14] W3C, "Guidance on applying WCAG 2.2 to mobile applications," World Wide Web Consortium, 2024.</w:t>
      </w:r>
    </w:p>
    <w:p w14:paraId="1E6719BF" w14:textId="77777777" w:rsidR="00FE4C46" w:rsidRPr="00DA7B5B" w:rsidRDefault="00B057E1">
      <w:pPr>
        <w:ind w:left="288" w:hanging="288"/>
        <w:rPr>
          <w:sz w:val="24"/>
          <w:szCs w:val="24"/>
        </w:rPr>
      </w:pPr>
      <w:r w:rsidRPr="00DA7B5B">
        <w:rPr>
          <w:sz w:val="24"/>
          <w:szCs w:val="24"/>
        </w:rPr>
        <w:t xml:space="preserve">[15] H. Korhonen and E. M. I. Koivisto, "Playability heuristics for mobile games," in Proc. </w:t>
      </w:r>
      <w:proofErr w:type="spellStart"/>
      <w:r w:rsidRPr="00DA7B5B">
        <w:rPr>
          <w:sz w:val="24"/>
          <w:szCs w:val="24"/>
        </w:rPr>
        <w:t>MobileHCI</w:t>
      </w:r>
      <w:proofErr w:type="spellEnd"/>
      <w:r w:rsidRPr="00DA7B5B">
        <w:rPr>
          <w:sz w:val="24"/>
          <w:szCs w:val="24"/>
        </w:rPr>
        <w:t>, 2006, pp. 9-16.</w:t>
      </w:r>
    </w:p>
    <w:p w14:paraId="7453671C" w14:textId="77777777" w:rsidR="00FE4C46" w:rsidRPr="00DA7B5B" w:rsidRDefault="00FE4C46">
      <w:pPr>
        <w:rPr>
          <w:sz w:val="24"/>
          <w:szCs w:val="24"/>
        </w:rPr>
      </w:pPr>
    </w:p>
    <w:p w14:paraId="3EA79C40" w14:textId="77777777" w:rsidR="00FE4C46" w:rsidRPr="00DA7B5B" w:rsidRDefault="00FE4C46">
      <w:pPr>
        <w:rPr>
          <w:sz w:val="24"/>
          <w:szCs w:val="24"/>
        </w:rPr>
      </w:pPr>
    </w:p>
    <w:p w14:paraId="3F221F7D" w14:textId="77777777" w:rsidR="00FE4C46" w:rsidRPr="00DA7B5B" w:rsidRDefault="00FE4C46">
      <w:pPr>
        <w:rPr>
          <w:sz w:val="24"/>
          <w:szCs w:val="24"/>
        </w:rPr>
      </w:pPr>
    </w:p>
    <w:p w14:paraId="1B1EC8E4" w14:textId="77777777" w:rsidR="00FE4C46" w:rsidRPr="00DA7B5B" w:rsidRDefault="00FE4C46">
      <w:pPr>
        <w:rPr>
          <w:sz w:val="24"/>
          <w:szCs w:val="24"/>
        </w:rPr>
      </w:pPr>
    </w:p>
    <w:p w14:paraId="070D9B70" w14:textId="77777777" w:rsidR="00FE4C46" w:rsidRPr="00DA7B5B" w:rsidRDefault="00FE4C46">
      <w:pPr>
        <w:rPr>
          <w:sz w:val="24"/>
          <w:szCs w:val="24"/>
        </w:rPr>
      </w:pPr>
    </w:p>
    <w:p w14:paraId="3010CB8A" w14:textId="77777777" w:rsidR="00FE4C46" w:rsidRPr="00DA7B5B" w:rsidRDefault="00FE4C46">
      <w:pPr>
        <w:rPr>
          <w:sz w:val="24"/>
          <w:szCs w:val="24"/>
        </w:rPr>
      </w:pPr>
    </w:p>
    <w:p w14:paraId="0F5D3B49" w14:textId="77777777" w:rsidR="00FE4C46" w:rsidRPr="00DA7B5B" w:rsidRDefault="00FE4C46">
      <w:pPr>
        <w:rPr>
          <w:sz w:val="24"/>
          <w:szCs w:val="24"/>
        </w:rPr>
      </w:pPr>
    </w:p>
    <w:p w14:paraId="06B8244F" w14:textId="77777777" w:rsidR="00FE4C46" w:rsidRPr="00DA7B5B" w:rsidRDefault="00FE4C46">
      <w:pPr>
        <w:rPr>
          <w:sz w:val="24"/>
          <w:szCs w:val="24"/>
        </w:rPr>
      </w:pPr>
    </w:p>
    <w:p w14:paraId="6155946F" w14:textId="77777777" w:rsidR="00FE4C46" w:rsidRPr="00DA7B5B" w:rsidRDefault="00FE4C46">
      <w:pPr>
        <w:rPr>
          <w:sz w:val="24"/>
          <w:szCs w:val="24"/>
        </w:rPr>
      </w:pPr>
    </w:p>
    <w:p w14:paraId="2B2C46D5" w14:textId="77777777" w:rsidR="00FE4C46" w:rsidRPr="00DA7B5B" w:rsidRDefault="00FE4C46">
      <w:pPr>
        <w:rPr>
          <w:sz w:val="24"/>
          <w:szCs w:val="24"/>
        </w:rPr>
      </w:pPr>
    </w:p>
    <w:p w14:paraId="5CA6316B" w14:textId="77777777" w:rsidR="00FE4C46" w:rsidRPr="00DA7B5B" w:rsidRDefault="00FE4C46">
      <w:pPr>
        <w:rPr>
          <w:sz w:val="24"/>
          <w:szCs w:val="24"/>
        </w:rPr>
      </w:pPr>
    </w:p>
    <w:p w14:paraId="6EC2C01E" w14:textId="77777777" w:rsidR="00FE4C46" w:rsidRPr="00DA7B5B" w:rsidRDefault="00FE4C46">
      <w:pPr>
        <w:rPr>
          <w:sz w:val="24"/>
          <w:szCs w:val="24"/>
        </w:rPr>
      </w:pPr>
    </w:p>
    <w:p w14:paraId="40512E78" w14:textId="77777777" w:rsidR="00FE4C46" w:rsidRPr="00DA7B5B" w:rsidRDefault="00FE4C46">
      <w:pPr>
        <w:rPr>
          <w:sz w:val="24"/>
          <w:szCs w:val="24"/>
        </w:rPr>
      </w:pPr>
    </w:p>
    <w:p w14:paraId="057076E8" w14:textId="77777777" w:rsidR="00FE4C46" w:rsidRDefault="00FE4C46"/>
    <w:p w14:paraId="468E566E" w14:textId="77777777" w:rsidR="00FE4C46" w:rsidRDefault="00FE4C46"/>
    <w:p w14:paraId="5D96A3FC" w14:textId="77777777" w:rsidR="000E6F63" w:rsidRDefault="00FC6335">
      <w:pPr>
        <w:pStyle w:val="BodyText"/>
        <w:spacing w:after="100"/>
      </w:pPr>
      <w:r>
        <w:t>[16] J. Rudd, K. Stern, and S. Isensee, "Low vs. high-fidelity prototyping debate," Interactions, vol. 3, no. 1, pp. 76-85, 1996.</w:t>
      </w:r>
    </w:p>
    <w:p w14:paraId="771DD535" w14:textId="77777777" w:rsidR="000E6F63" w:rsidRDefault="00FC6335">
      <w:pPr>
        <w:pStyle w:val="BodyText"/>
        <w:spacing w:after="100"/>
      </w:pPr>
      <w:r>
        <w:t>[17] C. Snyder, Paper Prototyping: The Fast and Easy Way to Design and Refine User Interfaces. San Francisco, CA, USA: Morgan Kaufmann, 2003.</w:t>
      </w:r>
    </w:p>
    <w:p w14:paraId="4E894A37" w14:textId="77777777" w:rsidR="000E6F63" w:rsidRDefault="00FC6335">
      <w:pPr>
        <w:pStyle w:val="BodyText"/>
        <w:spacing w:after="100"/>
      </w:pPr>
      <w:r>
        <w:t>[18] International Organization for Standardization, ISO 9241-210:2019, Ergonomics of Human-System Interaction-Part 210: Human-</w:t>
      </w:r>
      <w:proofErr w:type="spellStart"/>
      <w:r>
        <w:t>Centred</w:t>
      </w:r>
      <w:proofErr w:type="spellEnd"/>
      <w:r>
        <w:t xml:space="preserve"> Design for Interactive Systems. Geneva, Switzerland: ISO, 2019.</w:t>
      </w:r>
    </w:p>
    <w:p w14:paraId="03F0F27B" w14:textId="77777777" w:rsidR="000E6F63" w:rsidRDefault="00FC6335">
      <w:pPr>
        <w:pStyle w:val="BodyText"/>
        <w:spacing w:after="100"/>
      </w:pPr>
      <w:r>
        <w:t>[19] J. Nielsen, "Usability 101: Introduction to usability," Nielsen Norman Group, Jan. 3, 2012.</w:t>
      </w:r>
    </w:p>
    <w:p w14:paraId="4D930BA2" w14:textId="77777777" w:rsidR="000E6F63" w:rsidRDefault="00FC6335">
      <w:pPr>
        <w:pStyle w:val="BodyText"/>
        <w:spacing w:after="100"/>
      </w:pPr>
      <w:r>
        <w:t>[20] A. Cooper, R. Reimann, D. Cronin, and C. Noessel, About Face: The Essentials of Interaction Design, 4th ed. Indianapolis, IN, USA: Wiley, 2014.</w:t>
      </w:r>
    </w:p>
    <w:p w14:paraId="1D323379" w14:textId="77777777" w:rsidR="000E6F63" w:rsidRDefault="00FC6335">
      <w:pPr>
        <w:pStyle w:val="BodyText"/>
        <w:spacing w:after="100"/>
      </w:pPr>
      <w:r>
        <w:t>[21] J. Brooke, "SUS: A quick and dirty usability scale," in Usability Evaluation in Industry, P. W. Jordan et al., Eds. London, U.K.: Taylor &amp; Francis, 1996, pp. 189-194.</w:t>
      </w:r>
    </w:p>
    <w:p w14:paraId="29ED78D5" w14:textId="77777777" w:rsidR="000E6F63" w:rsidRDefault="00FC6335">
      <w:pPr>
        <w:pStyle w:val="BodyText"/>
        <w:spacing w:after="100"/>
      </w:pPr>
      <w:r>
        <w:t>[22] T. Tullis and B. Albert, Measuring the User Experience: Collecting, Analyzing, and Presenting Usability Metrics, 2nd ed. Waltham, MA, USA: Morgan Kaufmann, 2013.</w:t>
      </w:r>
    </w:p>
    <w:p w14:paraId="16414EFC" w14:textId="77777777" w:rsidR="00EF282D" w:rsidRDefault="005A3E0C">
      <w:pPr>
        <w:pStyle w:val="Heading1"/>
      </w:pPr>
      <w:bookmarkStart w:id="46" w:name="_Toc233920657"/>
      <w:r>
        <w:t>Appendices</w:t>
      </w:r>
      <w:bookmarkEnd w:id="46"/>
    </w:p>
    <w:p w14:paraId="627FD796" w14:textId="77777777" w:rsidR="00EF282D" w:rsidRPr="00DA7B5B" w:rsidRDefault="005A3E0C">
      <w:pPr>
        <w:pStyle w:val="Heading2"/>
        <w:rPr>
          <w:sz w:val="32"/>
          <w:szCs w:val="32"/>
        </w:rPr>
      </w:pPr>
      <w:bookmarkStart w:id="47" w:name="_Toc233920658"/>
      <w:r>
        <w:t>Appendix A: Research Materials</w:t>
      </w:r>
      <w:bookmarkEnd w:id="47"/>
    </w:p>
    <w:p w14:paraId="5D7E7E9D" w14:textId="77777777" w:rsidR="000E6F63" w:rsidRDefault="00FC6335" w:rsidP="00D26577">
      <w:pPr>
        <w:pStyle w:val="Heading2"/>
      </w:pPr>
      <w:bookmarkStart w:id="48" w:name="_Toc233920659"/>
      <w:r>
        <w:t>A.1 Short Interview Prompts</w:t>
      </w:r>
      <w:bookmarkEnd w:id="48"/>
    </w:p>
    <w:p w14:paraId="58CC472B" w14:textId="77777777" w:rsidR="000E6F63" w:rsidRDefault="00FC6335">
      <w:pPr>
        <w:pStyle w:val="BodyText"/>
      </w:pPr>
      <w:r>
        <w:t>The short prompts below may be used during interviews after participants have reviewed the prototype. Participants may skip any question they do not wish to answer.</w:t>
      </w:r>
    </w:p>
    <w:p w14:paraId="2FD3194F" w14:textId="77777777" w:rsidR="00EF282D" w:rsidRDefault="005A3E0C">
      <w:pPr>
        <w:pStyle w:val="ListBullet"/>
      </w:pPr>
      <w:r>
        <w:t>What would make this game easy to understand?</w:t>
      </w:r>
    </w:p>
    <w:p w14:paraId="507EB9A0" w14:textId="77777777" w:rsidR="00EF282D" w:rsidRDefault="00EF282D">
      <w:pPr>
        <w:pStyle w:val="ListBullet"/>
      </w:pPr>
    </w:p>
    <w:p w14:paraId="28A4055F" w14:textId="77777777" w:rsidR="00EF282D" w:rsidRDefault="005A3E0C">
      <w:pPr>
        <w:pStyle w:val="ListBullet"/>
      </w:pPr>
      <w:r>
        <w:t>Would you prefer icons, text instructions, or both?</w:t>
      </w:r>
    </w:p>
    <w:p w14:paraId="376EC39C" w14:textId="77777777" w:rsidR="00EF282D" w:rsidRDefault="005A3E0C">
      <w:pPr>
        <w:pStyle w:val="ListBullet"/>
      </w:pPr>
      <w:r>
        <w:t>What accessibility features would help different users?</w:t>
      </w:r>
    </w:p>
    <w:p w14:paraId="2F53170F" w14:textId="77777777" w:rsidR="00EF282D" w:rsidRDefault="00EF282D">
      <w:pPr>
        <w:pStyle w:val="ListBullet"/>
      </w:pPr>
    </w:p>
    <w:p w14:paraId="21A856B2" w14:textId="77777777" w:rsidR="00EF282D" w:rsidRDefault="005A3E0C">
      <w:pPr>
        <w:pStyle w:val="ListBullet"/>
      </w:pPr>
      <w:r>
        <w:t>What would make the game enjoyable enough to play again?</w:t>
      </w:r>
    </w:p>
    <w:p w14:paraId="52129FA3" w14:textId="77777777" w:rsidR="000E6F63" w:rsidRDefault="00FC6335">
      <w:pPr>
        <w:pStyle w:val="ListBullet"/>
      </w:pPr>
      <w:r>
        <w:t>What would confuse you in a game with maps, roles and outbreaks?</w:t>
      </w:r>
    </w:p>
    <w:p w14:paraId="2F831A2A" w14:textId="77777777" w:rsidR="000E6F63" w:rsidRDefault="00FC6335">
      <w:pPr>
        <w:pStyle w:val="ListBullet"/>
      </w:pPr>
      <w:r>
        <w:t>What information should remain visible on the main game screen?</w:t>
      </w:r>
    </w:p>
    <w:p w14:paraId="538F90F4" w14:textId="77777777" w:rsidR="000E6F63" w:rsidRDefault="00FC6335">
      <w:pPr>
        <w:pStyle w:val="ListBullet"/>
      </w:pPr>
      <w:r>
        <w:t>What should happen after an incorrect room code or accidental action?</w:t>
      </w:r>
    </w:p>
    <w:p w14:paraId="45B8B65C" w14:textId="77777777" w:rsidR="000E6F63" w:rsidRDefault="00FC6335">
      <w:pPr>
        <w:pStyle w:val="ListBullet"/>
      </w:pPr>
      <w:r>
        <w:t>How should outbreak alerts show urgency without becoming overwhelming?</w:t>
      </w:r>
    </w:p>
    <w:p w14:paraId="5A38B978" w14:textId="77777777" w:rsidR="000E6F63" w:rsidRDefault="00FC6335">
      <w:r>
        <w:br w:type="page"/>
      </w:r>
    </w:p>
    <w:p w14:paraId="4D300676" w14:textId="77777777" w:rsidR="000E6F63" w:rsidRDefault="00FC6335" w:rsidP="00D26577">
      <w:pPr>
        <w:pStyle w:val="Heading2"/>
      </w:pPr>
      <w:bookmarkStart w:id="49" w:name="_Toc233920660"/>
      <w:r>
        <w:lastRenderedPageBreak/>
        <w:t>A.2 Expanded Inclusive Questionnaire</w:t>
      </w:r>
      <w:bookmarkEnd w:id="49"/>
    </w:p>
    <w:p w14:paraId="4674BCDA" w14:textId="77777777" w:rsidR="000E6F63" w:rsidRDefault="00FC6335">
      <w:pPr>
        <w:pStyle w:val="BodyText"/>
      </w:pPr>
      <w:r>
        <w:t>The expanded questionnaire covers background, experience, technical confidence, joining preference, play mode, navigation, accessibility, cognitive load, error recovery, emotional response, cooperation and return use. Participants may skip questions they do not wish to answer.</w:t>
      </w:r>
    </w:p>
    <w:tbl>
      <w:tblPr>
        <w:tblStyle w:val="TableGrid"/>
        <w:tblW w:w="0" w:type="auto"/>
        <w:jc w:val="center"/>
        <w:tblLook w:val="04A0" w:firstRow="1" w:lastRow="0" w:firstColumn="1" w:lastColumn="0" w:noHBand="0" w:noVBand="1"/>
      </w:tblPr>
      <w:tblGrid>
        <w:gridCol w:w="4986"/>
        <w:gridCol w:w="4986"/>
      </w:tblGrid>
      <w:tr w:rsidR="009E5915" w14:paraId="06D2E5C4" w14:textId="77777777">
        <w:trPr>
          <w:jc w:val="center"/>
        </w:trPr>
        <w:tc>
          <w:tcPr>
            <w:tcW w:w="4986" w:type="dxa"/>
            <w:shd w:val="clear" w:color="auto" w:fill="2F75B5"/>
          </w:tcPr>
          <w:p w14:paraId="077DC4D3" w14:textId="77777777" w:rsidR="0097442A" w:rsidRDefault="00FC6335">
            <w:r>
              <w:rPr>
                <w:color w:val="FFFFFF"/>
              </w:rPr>
              <w:t>Question area</w:t>
            </w:r>
          </w:p>
        </w:tc>
        <w:tc>
          <w:tcPr>
            <w:tcW w:w="4986" w:type="dxa"/>
            <w:shd w:val="clear" w:color="auto" w:fill="2F75B5"/>
          </w:tcPr>
          <w:p w14:paraId="7EF48D05" w14:textId="77777777" w:rsidR="0097442A" w:rsidRDefault="00FC6335">
            <w:r>
              <w:rPr>
                <w:color w:val="FFFFFF"/>
              </w:rPr>
              <w:t>Questions</w:t>
            </w:r>
          </w:p>
        </w:tc>
      </w:tr>
      <w:tr w:rsidR="009E5915" w14:paraId="52E7505E" w14:textId="77777777">
        <w:trPr>
          <w:jc w:val="center"/>
        </w:trPr>
        <w:tc>
          <w:tcPr>
            <w:tcW w:w="4986" w:type="dxa"/>
          </w:tcPr>
          <w:p w14:paraId="63C547DF" w14:textId="77777777" w:rsidR="0097442A" w:rsidRDefault="00FC6335">
            <w:r>
              <w:t>Background</w:t>
            </w:r>
          </w:p>
        </w:tc>
        <w:tc>
          <w:tcPr>
            <w:tcW w:w="4986" w:type="dxa"/>
          </w:tcPr>
          <w:p w14:paraId="226334A5" w14:textId="77777777" w:rsidR="0097442A" w:rsidRDefault="00FC6335">
            <w:r>
              <w:t xml:space="preserve">What is your relationship </w:t>
            </w:r>
            <w:proofErr w:type="gramStart"/>
            <w:r>
              <w:t>to</w:t>
            </w:r>
            <w:proofErr w:type="gramEnd"/>
            <w:r>
              <w:t xml:space="preserve"> UWTSD? What age range are you in? Which device would you normally use?</w:t>
            </w:r>
          </w:p>
        </w:tc>
      </w:tr>
      <w:tr w:rsidR="009E5915" w14:paraId="1D5207DB" w14:textId="77777777">
        <w:trPr>
          <w:jc w:val="center"/>
        </w:trPr>
        <w:tc>
          <w:tcPr>
            <w:tcW w:w="4986" w:type="dxa"/>
          </w:tcPr>
          <w:p w14:paraId="0F03095B" w14:textId="77777777" w:rsidR="0097442A" w:rsidRDefault="00FC6335">
            <w:r>
              <w:t>Experience</w:t>
            </w:r>
          </w:p>
        </w:tc>
        <w:tc>
          <w:tcPr>
            <w:tcW w:w="4986" w:type="dxa"/>
          </w:tcPr>
          <w:p w14:paraId="028AAE6C" w14:textId="77777777" w:rsidR="0097442A" w:rsidRDefault="00FC6335">
            <w:r>
              <w:t>How often do you play digital games or board games? Have you played Pandemic or another cooperative strategy game?</w:t>
            </w:r>
          </w:p>
        </w:tc>
      </w:tr>
      <w:tr w:rsidR="009E5915" w14:paraId="0F77E1E8" w14:textId="77777777">
        <w:trPr>
          <w:jc w:val="center"/>
        </w:trPr>
        <w:tc>
          <w:tcPr>
            <w:tcW w:w="4986" w:type="dxa"/>
          </w:tcPr>
          <w:p w14:paraId="6F040CE3" w14:textId="77777777" w:rsidR="0097442A" w:rsidRDefault="00FC6335">
            <w:r>
              <w:t>Technical confidence</w:t>
            </w:r>
          </w:p>
        </w:tc>
        <w:tc>
          <w:tcPr>
            <w:tcW w:w="4986" w:type="dxa"/>
          </w:tcPr>
          <w:p w14:paraId="096F5761" w14:textId="77777777" w:rsidR="0097442A" w:rsidRDefault="00FC6335">
            <w:r>
              <w:t>How confident are you using an invitation link, QR code, room code, app settings and online multiplayer?</w:t>
            </w:r>
          </w:p>
        </w:tc>
      </w:tr>
      <w:tr w:rsidR="009E5915" w14:paraId="646B05C0" w14:textId="77777777">
        <w:trPr>
          <w:jc w:val="center"/>
        </w:trPr>
        <w:tc>
          <w:tcPr>
            <w:tcW w:w="4986" w:type="dxa"/>
          </w:tcPr>
          <w:p w14:paraId="05224791" w14:textId="77777777" w:rsidR="0097442A" w:rsidRDefault="00FC6335">
            <w:r>
              <w:t>Joining preference</w:t>
            </w:r>
          </w:p>
        </w:tc>
        <w:tc>
          <w:tcPr>
            <w:tcW w:w="4986" w:type="dxa"/>
          </w:tcPr>
          <w:p w14:paraId="0F2047B1" w14:textId="77777777" w:rsidR="0097442A" w:rsidRDefault="00FC6335">
            <w:r>
              <w:t>Which option would be easiest: guest join, room code, QR code, invitation link or account sign-in? Why?</w:t>
            </w:r>
          </w:p>
        </w:tc>
      </w:tr>
      <w:tr w:rsidR="009E5915" w14:paraId="56E4DE46" w14:textId="77777777">
        <w:trPr>
          <w:jc w:val="center"/>
        </w:trPr>
        <w:tc>
          <w:tcPr>
            <w:tcW w:w="4986" w:type="dxa"/>
          </w:tcPr>
          <w:p w14:paraId="78C87648" w14:textId="77777777" w:rsidR="0097442A" w:rsidRDefault="00FC6335">
            <w:r>
              <w:t>Play mode</w:t>
            </w:r>
          </w:p>
        </w:tc>
        <w:tc>
          <w:tcPr>
            <w:tcW w:w="4986" w:type="dxa"/>
          </w:tcPr>
          <w:p w14:paraId="3D6E98B3" w14:textId="77777777" w:rsidR="0097442A" w:rsidRDefault="00FC6335">
            <w:r>
              <w:t>Which mode would you use: solo, pass-and-play, asynchronous online or live online?</w:t>
            </w:r>
          </w:p>
        </w:tc>
      </w:tr>
      <w:tr w:rsidR="009E5915" w14:paraId="44319218" w14:textId="77777777">
        <w:trPr>
          <w:jc w:val="center"/>
        </w:trPr>
        <w:tc>
          <w:tcPr>
            <w:tcW w:w="4986" w:type="dxa"/>
          </w:tcPr>
          <w:p w14:paraId="252FF5B4" w14:textId="77777777" w:rsidR="0097442A" w:rsidRDefault="00FC6335">
            <w:r>
              <w:t>Navigation</w:t>
            </w:r>
          </w:p>
        </w:tc>
        <w:tc>
          <w:tcPr>
            <w:tcW w:w="4986" w:type="dxa"/>
          </w:tcPr>
          <w:p w14:paraId="3BF1BECD" w14:textId="77777777" w:rsidR="0097442A" w:rsidRDefault="00FC6335">
            <w:r>
              <w:t>What information must stay visible on every screen? Which labels or icons are unclear?</w:t>
            </w:r>
          </w:p>
        </w:tc>
      </w:tr>
      <w:tr w:rsidR="009E5915" w14:paraId="2255B456" w14:textId="77777777">
        <w:trPr>
          <w:jc w:val="center"/>
        </w:trPr>
        <w:tc>
          <w:tcPr>
            <w:tcW w:w="4986" w:type="dxa"/>
          </w:tcPr>
          <w:p w14:paraId="3CBE7178" w14:textId="77777777" w:rsidR="0097442A" w:rsidRDefault="00FC6335">
            <w:r>
              <w:t>Accessibility</w:t>
            </w:r>
          </w:p>
        </w:tc>
        <w:tc>
          <w:tcPr>
            <w:tcW w:w="4986" w:type="dxa"/>
          </w:tcPr>
          <w:p w14:paraId="7113DEC2" w14:textId="77777777" w:rsidR="0097442A" w:rsidRDefault="00FC6335">
            <w:r>
              <w:t xml:space="preserve">Would text resizing, audio guidance, high contrast, subtitles, </w:t>
            </w:r>
            <w:proofErr w:type="spellStart"/>
            <w:r>
              <w:t>colour</w:t>
            </w:r>
            <w:proofErr w:type="spellEnd"/>
            <w:r>
              <w:t>-safe symbols, reduced motion, extra time or simplified language help?</w:t>
            </w:r>
          </w:p>
        </w:tc>
      </w:tr>
      <w:tr w:rsidR="009E5915" w14:paraId="08880522" w14:textId="77777777">
        <w:trPr>
          <w:jc w:val="center"/>
        </w:trPr>
        <w:tc>
          <w:tcPr>
            <w:tcW w:w="4986" w:type="dxa"/>
          </w:tcPr>
          <w:p w14:paraId="4CF40475" w14:textId="77777777" w:rsidR="0097442A" w:rsidRDefault="00FC6335">
            <w:r>
              <w:t>Cognitive load</w:t>
            </w:r>
          </w:p>
        </w:tc>
        <w:tc>
          <w:tcPr>
            <w:tcW w:w="4986" w:type="dxa"/>
          </w:tcPr>
          <w:p w14:paraId="485BE5B4" w14:textId="77777777" w:rsidR="0097442A" w:rsidRDefault="00FC6335">
            <w:r>
              <w:t>How many choices should appear on one screen before it feels busy or stressful?</w:t>
            </w:r>
          </w:p>
        </w:tc>
      </w:tr>
      <w:tr w:rsidR="009E5915" w14:paraId="2C582B30" w14:textId="77777777">
        <w:trPr>
          <w:jc w:val="center"/>
        </w:trPr>
        <w:tc>
          <w:tcPr>
            <w:tcW w:w="4986" w:type="dxa"/>
          </w:tcPr>
          <w:p w14:paraId="65399B8D" w14:textId="77777777" w:rsidR="0097442A" w:rsidRDefault="00FC6335">
            <w:r>
              <w:t>Error recovery</w:t>
            </w:r>
          </w:p>
        </w:tc>
        <w:tc>
          <w:tcPr>
            <w:tcW w:w="4986" w:type="dxa"/>
          </w:tcPr>
          <w:p w14:paraId="6E1164E2" w14:textId="77777777" w:rsidR="0097442A" w:rsidRDefault="00FC6335">
            <w:r>
              <w:t>What should happen after a wrong room code, accidental action, missed turn or lost connection?</w:t>
            </w:r>
          </w:p>
        </w:tc>
      </w:tr>
      <w:tr w:rsidR="009E5915" w14:paraId="002B63DD" w14:textId="77777777">
        <w:trPr>
          <w:jc w:val="center"/>
        </w:trPr>
        <w:tc>
          <w:tcPr>
            <w:tcW w:w="4986" w:type="dxa"/>
          </w:tcPr>
          <w:p w14:paraId="4D7D984B" w14:textId="77777777" w:rsidR="0097442A" w:rsidRDefault="00FC6335">
            <w:r>
              <w:t>Emotional response</w:t>
            </w:r>
          </w:p>
        </w:tc>
        <w:tc>
          <w:tcPr>
            <w:tcW w:w="4986" w:type="dxa"/>
          </w:tcPr>
          <w:p w14:paraId="66485680" w14:textId="77777777" w:rsidR="0097442A" w:rsidRDefault="00FC6335">
            <w:r>
              <w:t>How should outbreak alerts communicate urgency without becoming overwhelming?</w:t>
            </w:r>
          </w:p>
        </w:tc>
      </w:tr>
      <w:tr w:rsidR="009E5915" w14:paraId="47221193" w14:textId="77777777">
        <w:trPr>
          <w:jc w:val="center"/>
        </w:trPr>
        <w:tc>
          <w:tcPr>
            <w:tcW w:w="4986" w:type="dxa"/>
          </w:tcPr>
          <w:p w14:paraId="1BA2D653" w14:textId="77777777" w:rsidR="0097442A" w:rsidRDefault="00FC6335">
            <w:r>
              <w:t>Cooperation</w:t>
            </w:r>
          </w:p>
        </w:tc>
        <w:tc>
          <w:tcPr>
            <w:tcW w:w="4986" w:type="dxa"/>
          </w:tcPr>
          <w:p w14:paraId="5104FB1B" w14:textId="77777777" w:rsidR="0097442A" w:rsidRDefault="00FC6335">
            <w:r>
              <w:t>What team information, quick messages or turn reminders would help players coordinate?</w:t>
            </w:r>
          </w:p>
        </w:tc>
      </w:tr>
      <w:tr w:rsidR="009E5915" w14:paraId="1F927A88" w14:textId="77777777">
        <w:trPr>
          <w:jc w:val="center"/>
        </w:trPr>
        <w:tc>
          <w:tcPr>
            <w:tcW w:w="4986" w:type="dxa"/>
          </w:tcPr>
          <w:p w14:paraId="01091B48" w14:textId="77777777" w:rsidR="0097442A" w:rsidRDefault="00FC6335">
            <w:r>
              <w:t>Return use</w:t>
            </w:r>
          </w:p>
        </w:tc>
        <w:tc>
          <w:tcPr>
            <w:tcW w:w="4986" w:type="dxa"/>
          </w:tcPr>
          <w:p w14:paraId="55685BB1" w14:textId="77777777" w:rsidR="0097442A" w:rsidRDefault="00FC6335">
            <w:r>
              <w:t>What would make you play again, and which one feature would you remove or change?</w:t>
            </w:r>
          </w:p>
        </w:tc>
      </w:tr>
    </w:tbl>
    <w:p w14:paraId="5173818E" w14:textId="77777777" w:rsidR="000E6F63" w:rsidRDefault="00FC6335">
      <w:r>
        <w:br w:type="page"/>
      </w:r>
    </w:p>
    <w:p w14:paraId="573E0FBB" w14:textId="77777777" w:rsidR="000E6F63" w:rsidRPr="00FB2D65" w:rsidRDefault="00FC6335" w:rsidP="00FB2D65">
      <w:pPr>
        <w:pStyle w:val="Heading2"/>
      </w:pPr>
      <w:bookmarkStart w:id="50" w:name="_Toc233920661"/>
      <w:r w:rsidRPr="00FB2D65">
        <w:lastRenderedPageBreak/>
        <w:t>A.3 Planned Analysis and Chart Formats</w:t>
      </w:r>
      <w:bookmarkEnd w:id="50"/>
    </w:p>
    <w:p w14:paraId="02EE6F66" w14:textId="77777777" w:rsidR="000E6F63" w:rsidRDefault="00FC6335">
      <w:pPr>
        <w:pStyle w:val="BodyText"/>
      </w:pPr>
      <w:r>
        <w:t xml:space="preserve">Closed questions will be </w:t>
      </w:r>
      <w:proofErr w:type="spellStart"/>
      <w:r>
        <w:t>summarised</w:t>
      </w:r>
      <w:proofErr w:type="spellEnd"/>
      <w:r>
        <w:t xml:space="preserve"> using counts or percentages, while open responses will be grouped into themes. Only genuine data will be reported. Every chart must include a clear title, labels, sample size and data source; bar charts are preferred when precise category comparison is important.</w:t>
      </w:r>
    </w:p>
    <w:tbl>
      <w:tblPr>
        <w:tblStyle w:val="TableGrid"/>
        <w:tblW w:w="0" w:type="auto"/>
        <w:jc w:val="center"/>
        <w:tblLook w:val="04A0" w:firstRow="1" w:lastRow="0" w:firstColumn="1" w:lastColumn="0" w:noHBand="0" w:noVBand="1"/>
      </w:tblPr>
      <w:tblGrid>
        <w:gridCol w:w="3324"/>
        <w:gridCol w:w="3324"/>
        <w:gridCol w:w="3324"/>
      </w:tblGrid>
      <w:tr w:rsidR="009E5915" w14:paraId="1B67639A" w14:textId="77777777">
        <w:trPr>
          <w:jc w:val="center"/>
        </w:trPr>
        <w:tc>
          <w:tcPr>
            <w:tcW w:w="3324" w:type="dxa"/>
            <w:shd w:val="clear" w:color="auto" w:fill="1F4E78"/>
            <w:vAlign w:val="center"/>
          </w:tcPr>
          <w:p w14:paraId="10345634" w14:textId="77777777" w:rsidR="0097442A" w:rsidRDefault="00FC6335">
            <w:r>
              <w:rPr>
                <w:b/>
                <w:color w:val="FFFFFF"/>
                <w:sz w:val="18"/>
              </w:rPr>
              <w:t>Chart</w:t>
            </w:r>
          </w:p>
        </w:tc>
        <w:tc>
          <w:tcPr>
            <w:tcW w:w="3324" w:type="dxa"/>
            <w:shd w:val="clear" w:color="auto" w:fill="1F4E78"/>
            <w:vAlign w:val="center"/>
          </w:tcPr>
          <w:p w14:paraId="42DBBA92" w14:textId="77777777" w:rsidR="0097442A" w:rsidRDefault="00FC6335">
            <w:r>
              <w:rPr>
                <w:b/>
                <w:color w:val="FFFFFF"/>
                <w:sz w:val="18"/>
              </w:rPr>
              <w:t>Recommended format</w:t>
            </w:r>
          </w:p>
        </w:tc>
        <w:tc>
          <w:tcPr>
            <w:tcW w:w="3324" w:type="dxa"/>
            <w:shd w:val="clear" w:color="auto" w:fill="1F4E78"/>
            <w:vAlign w:val="center"/>
          </w:tcPr>
          <w:p w14:paraId="02914DEE" w14:textId="77777777" w:rsidR="0097442A" w:rsidRDefault="00FC6335">
            <w:r>
              <w:rPr>
                <w:b/>
                <w:color w:val="FFFFFF"/>
                <w:sz w:val="18"/>
              </w:rPr>
              <w:t>Required labelling</w:t>
            </w:r>
          </w:p>
        </w:tc>
      </w:tr>
      <w:tr w:rsidR="009E5915" w14:paraId="084C026F" w14:textId="77777777">
        <w:trPr>
          <w:jc w:val="center"/>
        </w:trPr>
        <w:tc>
          <w:tcPr>
            <w:tcW w:w="3324" w:type="dxa"/>
            <w:shd w:val="clear" w:color="auto" w:fill="FFFFFF"/>
            <w:vAlign w:val="center"/>
          </w:tcPr>
          <w:p w14:paraId="6864D101" w14:textId="77777777" w:rsidR="0097442A" w:rsidRDefault="00FC6335">
            <w:r>
              <w:rPr>
                <w:color w:val="000000"/>
                <w:sz w:val="17"/>
              </w:rPr>
              <w:t>Participant profile by role</w:t>
            </w:r>
          </w:p>
        </w:tc>
        <w:tc>
          <w:tcPr>
            <w:tcW w:w="3324" w:type="dxa"/>
            <w:shd w:val="clear" w:color="auto" w:fill="FFFFFF"/>
            <w:vAlign w:val="center"/>
          </w:tcPr>
          <w:p w14:paraId="7EB2FDD5" w14:textId="77777777" w:rsidR="0097442A" w:rsidRDefault="00FC6335">
            <w:r>
              <w:rPr>
                <w:color w:val="000000"/>
                <w:sz w:val="17"/>
              </w:rPr>
              <w:t>Horizontal bar chart</w:t>
            </w:r>
          </w:p>
        </w:tc>
        <w:tc>
          <w:tcPr>
            <w:tcW w:w="3324" w:type="dxa"/>
            <w:shd w:val="clear" w:color="auto" w:fill="FFFFFF"/>
            <w:vAlign w:val="center"/>
          </w:tcPr>
          <w:p w14:paraId="33C0D8DA" w14:textId="77777777" w:rsidR="0097442A" w:rsidRDefault="00FC6335">
            <w:r>
              <w:rPr>
                <w:color w:val="000000"/>
                <w:sz w:val="17"/>
              </w:rPr>
              <w:t>Role categories, count, n and data source.</w:t>
            </w:r>
          </w:p>
        </w:tc>
      </w:tr>
      <w:tr w:rsidR="009E5915" w14:paraId="5409149D" w14:textId="77777777">
        <w:trPr>
          <w:jc w:val="center"/>
        </w:trPr>
        <w:tc>
          <w:tcPr>
            <w:tcW w:w="3324" w:type="dxa"/>
            <w:shd w:val="clear" w:color="auto" w:fill="F2F2F2"/>
            <w:vAlign w:val="center"/>
          </w:tcPr>
          <w:p w14:paraId="67060AA1" w14:textId="77777777" w:rsidR="0097442A" w:rsidRDefault="00FC6335">
            <w:r>
              <w:rPr>
                <w:color w:val="000000"/>
                <w:sz w:val="17"/>
              </w:rPr>
              <w:t>Gaming frequency</w:t>
            </w:r>
          </w:p>
        </w:tc>
        <w:tc>
          <w:tcPr>
            <w:tcW w:w="3324" w:type="dxa"/>
            <w:shd w:val="clear" w:color="auto" w:fill="F2F2F2"/>
            <w:vAlign w:val="center"/>
          </w:tcPr>
          <w:p w14:paraId="6DD2A611" w14:textId="77777777" w:rsidR="0097442A" w:rsidRDefault="00FC6335">
            <w:r>
              <w:rPr>
                <w:color w:val="000000"/>
                <w:sz w:val="17"/>
              </w:rPr>
              <w:t>Column chart</w:t>
            </w:r>
          </w:p>
        </w:tc>
        <w:tc>
          <w:tcPr>
            <w:tcW w:w="3324" w:type="dxa"/>
            <w:shd w:val="clear" w:color="auto" w:fill="F2F2F2"/>
            <w:vAlign w:val="center"/>
          </w:tcPr>
          <w:p w14:paraId="4539C360" w14:textId="77777777" w:rsidR="0097442A" w:rsidRDefault="00FC6335">
            <w:r>
              <w:rPr>
                <w:color w:val="000000"/>
                <w:sz w:val="17"/>
              </w:rPr>
              <w:t>Never/occasionally/weekly/daily, count or percentage, n.</w:t>
            </w:r>
          </w:p>
        </w:tc>
      </w:tr>
      <w:tr w:rsidR="009E5915" w14:paraId="2C99007A" w14:textId="77777777">
        <w:trPr>
          <w:jc w:val="center"/>
        </w:trPr>
        <w:tc>
          <w:tcPr>
            <w:tcW w:w="3324" w:type="dxa"/>
            <w:shd w:val="clear" w:color="auto" w:fill="FFFFFF"/>
            <w:vAlign w:val="center"/>
          </w:tcPr>
          <w:p w14:paraId="7B68A399" w14:textId="77777777" w:rsidR="0097442A" w:rsidRDefault="00FC6335">
            <w:r>
              <w:rPr>
                <w:color w:val="000000"/>
                <w:sz w:val="17"/>
              </w:rPr>
              <w:t>Preferred joining method</w:t>
            </w:r>
          </w:p>
        </w:tc>
        <w:tc>
          <w:tcPr>
            <w:tcW w:w="3324" w:type="dxa"/>
            <w:shd w:val="clear" w:color="auto" w:fill="FFFFFF"/>
            <w:vAlign w:val="center"/>
          </w:tcPr>
          <w:p w14:paraId="7859193E" w14:textId="77777777" w:rsidR="0097442A" w:rsidRDefault="00FC6335">
            <w:r>
              <w:rPr>
                <w:color w:val="000000"/>
                <w:sz w:val="17"/>
              </w:rPr>
              <w:t>Bar chart</w:t>
            </w:r>
          </w:p>
        </w:tc>
        <w:tc>
          <w:tcPr>
            <w:tcW w:w="3324" w:type="dxa"/>
            <w:shd w:val="clear" w:color="auto" w:fill="FFFFFF"/>
            <w:vAlign w:val="center"/>
          </w:tcPr>
          <w:p w14:paraId="0D2A58B0" w14:textId="77777777" w:rsidR="0097442A" w:rsidRDefault="00FC6335">
            <w:r>
              <w:rPr>
                <w:color w:val="000000"/>
                <w:sz w:val="17"/>
              </w:rPr>
              <w:t>Room code, invite link, QR code, guest join; allow multiple responses if applicable.</w:t>
            </w:r>
          </w:p>
        </w:tc>
      </w:tr>
      <w:tr w:rsidR="009E5915" w14:paraId="6763725D" w14:textId="77777777">
        <w:trPr>
          <w:jc w:val="center"/>
        </w:trPr>
        <w:tc>
          <w:tcPr>
            <w:tcW w:w="3324" w:type="dxa"/>
            <w:shd w:val="clear" w:color="auto" w:fill="F2F2F2"/>
            <w:vAlign w:val="center"/>
          </w:tcPr>
          <w:p w14:paraId="04B40611" w14:textId="77777777" w:rsidR="0097442A" w:rsidRDefault="00FC6335">
            <w:r>
              <w:rPr>
                <w:color w:val="000000"/>
                <w:sz w:val="17"/>
              </w:rPr>
              <w:t>Importance of usability features</w:t>
            </w:r>
          </w:p>
        </w:tc>
        <w:tc>
          <w:tcPr>
            <w:tcW w:w="3324" w:type="dxa"/>
            <w:shd w:val="clear" w:color="auto" w:fill="F2F2F2"/>
            <w:vAlign w:val="center"/>
          </w:tcPr>
          <w:p w14:paraId="09596111" w14:textId="77777777" w:rsidR="0097442A" w:rsidRDefault="00FC6335">
            <w:r>
              <w:rPr>
                <w:color w:val="000000"/>
                <w:sz w:val="17"/>
              </w:rPr>
              <w:t>Likert stacked bar chart</w:t>
            </w:r>
          </w:p>
        </w:tc>
        <w:tc>
          <w:tcPr>
            <w:tcW w:w="3324" w:type="dxa"/>
            <w:shd w:val="clear" w:color="auto" w:fill="F2F2F2"/>
            <w:vAlign w:val="center"/>
          </w:tcPr>
          <w:p w14:paraId="44ED8711" w14:textId="77777777" w:rsidR="0097442A" w:rsidRDefault="00FC6335">
            <w:r>
              <w:rPr>
                <w:color w:val="000000"/>
                <w:sz w:val="17"/>
              </w:rPr>
              <w:t>Statement, 1-5 scale definition</w:t>
            </w:r>
            <w:proofErr w:type="gramStart"/>
            <w:r>
              <w:rPr>
                <w:color w:val="000000"/>
                <w:sz w:val="17"/>
              </w:rPr>
              <w:t>, n</w:t>
            </w:r>
            <w:proofErr w:type="gramEnd"/>
            <w:r>
              <w:rPr>
                <w:color w:val="000000"/>
                <w:sz w:val="17"/>
              </w:rPr>
              <w:t xml:space="preserve"> and missing responses.</w:t>
            </w:r>
          </w:p>
        </w:tc>
      </w:tr>
      <w:tr w:rsidR="009E5915" w14:paraId="04CE337B" w14:textId="77777777">
        <w:trPr>
          <w:jc w:val="center"/>
        </w:trPr>
        <w:tc>
          <w:tcPr>
            <w:tcW w:w="3324" w:type="dxa"/>
            <w:shd w:val="clear" w:color="auto" w:fill="FFFFFF"/>
            <w:vAlign w:val="center"/>
          </w:tcPr>
          <w:p w14:paraId="6D2735CB" w14:textId="77777777" w:rsidR="0097442A" w:rsidRDefault="00FC6335">
            <w:r>
              <w:rPr>
                <w:color w:val="000000"/>
                <w:sz w:val="17"/>
              </w:rPr>
              <w:t>Accessibility support requested</w:t>
            </w:r>
          </w:p>
        </w:tc>
        <w:tc>
          <w:tcPr>
            <w:tcW w:w="3324" w:type="dxa"/>
            <w:shd w:val="clear" w:color="auto" w:fill="FFFFFF"/>
            <w:vAlign w:val="center"/>
          </w:tcPr>
          <w:p w14:paraId="1447AF0D" w14:textId="77777777" w:rsidR="0097442A" w:rsidRDefault="00FC6335">
            <w:r>
              <w:rPr>
                <w:color w:val="000000"/>
                <w:sz w:val="17"/>
              </w:rPr>
              <w:t>Horizontal bar chart</w:t>
            </w:r>
          </w:p>
        </w:tc>
        <w:tc>
          <w:tcPr>
            <w:tcW w:w="3324" w:type="dxa"/>
            <w:shd w:val="clear" w:color="auto" w:fill="FFFFFF"/>
            <w:vAlign w:val="center"/>
          </w:tcPr>
          <w:p w14:paraId="1D133468" w14:textId="77777777" w:rsidR="0097442A" w:rsidRDefault="00FC6335">
            <w:r>
              <w:rPr>
                <w:color w:val="000000"/>
                <w:sz w:val="17"/>
              </w:rPr>
              <w:t>Text size, contrast, audio guidance, captions, reduced motion, simplified language; note multiple selections.</w:t>
            </w:r>
          </w:p>
        </w:tc>
      </w:tr>
      <w:tr w:rsidR="009E5915" w14:paraId="2042A336" w14:textId="77777777">
        <w:trPr>
          <w:jc w:val="center"/>
        </w:trPr>
        <w:tc>
          <w:tcPr>
            <w:tcW w:w="3324" w:type="dxa"/>
            <w:shd w:val="clear" w:color="auto" w:fill="F2F2F2"/>
            <w:vAlign w:val="center"/>
          </w:tcPr>
          <w:p w14:paraId="7599A3E9" w14:textId="77777777" w:rsidR="0097442A" w:rsidRDefault="00FC6335">
            <w:r>
              <w:rPr>
                <w:color w:val="000000"/>
                <w:sz w:val="17"/>
              </w:rPr>
              <w:t>Prototype task results</w:t>
            </w:r>
          </w:p>
        </w:tc>
        <w:tc>
          <w:tcPr>
            <w:tcW w:w="3324" w:type="dxa"/>
            <w:shd w:val="clear" w:color="auto" w:fill="F2F2F2"/>
            <w:vAlign w:val="center"/>
          </w:tcPr>
          <w:p w14:paraId="2232249F" w14:textId="77777777" w:rsidR="0097442A" w:rsidRDefault="00FC6335">
            <w:r>
              <w:rPr>
                <w:color w:val="000000"/>
                <w:sz w:val="17"/>
              </w:rPr>
              <w:t>Table or clustered bar chart</w:t>
            </w:r>
          </w:p>
        </w:tc>
        <w:tc>
          <w:tcPr>
            <w:tcW w:w="3324" w:type="dxa"/>
            <w:shd w:val="clear" w:color="auto" w:fill="F2F2F2"/>
            <w:vAlign w:val="center"/>
          </w:tcPr>
          <w:p w14:paraId="78B3AEB7" w14:textId="77777777" w:rsidR="0097442A" w:rsidRDefault="00FC6335">
            <w:r>
              <w:rPr>
                <w:color w:val="000000"/>
                <w:sz w:val="17"/>
              </w:rPr>
              <w:t>Task completion, time, errors and satisfaction by task.</w:t>
            </w:r>
          </w:p>
        </w:tc>
      </w:tr>
    </w:tbl>
    <w:p w14:paraId="377C047E" w14:textId="77777777" w:rsidR="00EF282D" w:rsidRPr="00DA7B5B" w:rsidRDefault="005A3E0C">
      <w:pPr>
        <w:pStyle w:val="Heading2"/>
        <w:rPr>
          <w:sz w:val="32"/>
          <w:szCs w:val="32"/>
        </w:rPr>
      </w:pPr>
      <w:bookmarkStart w:id="51" w:name="_Toc233920662"/>
      <w:r>
        <w:t>Appendix B: Full Persona Profiles</w:t>
      </w:r>
      <w:bookmarkEnd w:id="51"/>
    </w:p>
    <w:p w14:paraId="2BC52041" w14:textId="77777777" w:rsidR="00EF282D" w:rsidRDefault="005A3E0C">
      <w:pPr>
        <w:pStyle w:val="BodyText"/>
      </w:pPr>
      <w:r>
        <w:t>The concise persona cards in the main report support the word target. The complete profiles below preserve the fuller background, scenario, accessibility and experience information from the lecturer-reviewed working draft.</w:t>
      </w:r>
    </w:p>
    <w:p w14:paraId="44732638" w14:textId="77777777" w:rsidR="000E6F63" w:rsidRDefault="00FC6335">
      <w:r>
        <w:br w:type="page"/>
      </w:r>
    </w:p>
    <w:p w14:paraId="108E0C90" w14:textId="77777777" w:rsidR="000E6F63" w:rsidRPr="00FB2D65" w:rsidRDefault="00FC6335" w:rsidP="00FB2D65">
      <w:pPr>
        <w:pStyle w:val="Heading2"/>
      </w:pPr>
      <w:bookmarkStart w:id="52" w:name="_Toc233920663"/>
      <w:r w:rsidRPr="00FB2D65">
        <w:lastRenderedPageBreak/>
        <w:t>B.1 Aisha Khan - Commuter Undergraduate Student</w:t>
      </w:r>
      <w:bookmarkEnd w:id="52"/>
    </w:p>
    <w:tbl>
      <w:tblPr>
        <w:tblStyle w:val="TableGrid"/>
        <w:tblW w:w="0" w:type="auto"/>
        <w:jc w:val="center"/>
        <w:tblLook w:val="04A0" w:firstRow="1" w:lastRow="0" w:firstColumn="1" w:lastColumn="0" w:noHBand="0" w:noVBand="1"/>
      </w:tblPr>
      <w:tblGrid>
        <w:gridCol w:w="5032"/>
        <w:gridCol w:w="5032"/>
      </w:tblGrid>
      <w:tr w:rsidR="00EF282D" w:rsidRPr="00FB2D65" w14:paraId="71B2C18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3484981A" w14:textId="77777777" w:rsidR="00EF282D" w:rsidRPr="00FB2D65" w:rsidRDefault="005A3E0C">
            <w:pPr>
              <w:rPr>
                <w:sz w:val="24"/>
                <w:szCs w:val="24"/>
              </w:rPr>
            </w:pPr>
            <w:r w:rsidRPr="00FB2D65">
              <w:rPr>
                <w:b/>
                <w:color w:val="FFFFFF"/>
                <w:sz w:val="24"/>
                <w:szCs w:val="24"/>
              </w:rPr>
              <w:t>🎒 Persona 1: Aisha Khan</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5DCBE23A" w14:textId="77777777" w:rsidR="00EF282D" w:rsidRPr="00FB2D65" w:rsidRDefault="005A3E0C">
            <w:pPr>
              <w:rPr>
                <w:sz w:val="24"/>
                <w:szCs w:val="24"/>
              </w:rPr>
            </w:pPr>
            <w:r w:rsidRPr="00FB2D65">
              <w:rPr>
                <w:b/>
                <w:color w:val="FFFFFF"/>
                <w:sz w:val="24"/>
                <w:szCs w:val="24"/>
              </w:rPr>
              <w:t>Commuter undergraduate student</w:t>
            </w:r>
          </w:p>
        </w:tc>
      </w:tr>
      <w:tr w:rsidR="00EF282D" w:rsidRPr="00FB2D65" w14:paraId="636B29A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71B75EE9"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22C10F0D" w14:textId="77777777" w:rsidR="00EF282D" w:rsidRPr="00FB2D65" w:rsidRDefault="005A3E0C">
            <w:pPr>
              <w:rPr>
                <w:sz w:val="24"/>
                <w:szCs w:val="24"/>
              </w:rPr>
            </w:pPr>
            <w:r w:rsidRPr="00FB2D65">
              <w:rPr>
                <w:sz w:val="24"/>
                <w:szCs w:val="24"/>
              </w:rPr>
              <w:t>24</w:t>
            </w:r>
          </w:p>
        </w:tc>
      </w:tr>
      <w:tr w:rsidR="00EF282D" w:rsidRPr="00FB2D65" w14:paraId="71927E3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12AEEC0"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715FCDE" w14:textId="77777777" w:rsidR="00EF282D" w:rsidRPr="00FB2D65" w:rsidRDefault="005A3E0C">
            <w:pPr>
              <w:rPr>
                <w:sz w:val="24"/>
                <w:szCs w:val="24"/>
              </w:rPr>
            </w:pPr>
            <w:r w:rsidRPr="00FB2D65">
              <w:rPr>
                <w:sz w:val="24"/>
                <w:szCs w:val="24"/>
              </w:rPr>
              <w:t>Commuter undergraduate student</w:t>
            </w:r>
          </w:p>
        </w:tc>
      </w:tr>
      <w:tr w:rsidR="00EF282D" w:rsidRPr="00FB2D65" w14:paraId="6718F01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C007B84"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98F3CB6" w14:textId="77777777" w:rsidR="00EF282D" w:rsidRPr="00FB2D65" w:rsidRDefault="005A3E0C">
            <w:pPr>
              <w:rPr>
                <w:sz w:val="24"/>
                <w:szCs w:val="24"/>
              </w:rPr>
            </w:pPr>
            <w:r w:rsidRPr="00FB2D65">
              <w:rPr>
                <w:sz w:val="24"/>
                <w:szCs w:val="24"/>
              </w:rPr>
              <w:t>British Pakistani student who travels to campus by bus and uses her phone during short breaks.</w:t>
            </w:r>
          </w:p>
        </w:tc>
      </w:tr>
      <w:tr w:rsidR="00EF282D" w:rsidRPr="00FB2D65" w14:paraId="7E557A8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2BF0090"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4857139" w14:textId="77777777" w:rsidR="00EF282D" w:rsidRPr="00FB2D65" w:rsidRDefault="005A3E0C">
            <w:pPr>
              <w:rPr>
                <w:sz w:val="24"/>
                <w:szCs w:val="24"/>
              </w:rPr>
            </w:pPr>
            <w:r w:rsidRPr="00FB2D65">
              <w:rPr>
                <w:sz w:val="24"/>
                <w:szCs w:val="24"/>
              </w:rPr>
              <w:t>UWTSD Birmingham</w:t>
            </w:r>
          </w:p>
        </w:tc>
      </w:tr>
      <w:tr w:rsidR="00EF282D" w:rsidRPr="00FB2D65" w14:paraId="40BD2B6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04ACA03"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034B2D3" w14:textId="77777777" w:rsidR="00EF282D" w:rsidRPr="00FB2D65" w:rsidRDefault="005A3E0C">
            <w:pPr>
              <w:rPr>
                <w:sz w:val="24"/>
                <w:szCs w:val="24"/>
              </w:rPr>
            </w:pPr>
            <w:r w:rsidRPr="00FB2D65">
              <w:rPr>
                <w:sz w:val="24"/>
                <w:szCs w:val="24"/>
              </w:rPr>
              <w:t>Medium</w:t>
            </w:r>
          </w:p>
        </w:tc>
      </w:tr>
      <w:tr w:rsidR="00EF282D" w:rsidRPr="00FB2D65" w14:paraId="3B24A03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4371E0E"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188E0CB" w14:textId="77777777" w:rsidR="00EF282D" w:rsidRPr="00FB2D65" w:rsidRDefault="005A3E0C">
            <w:pPr>
              <w:rPr>
                <w:sz w:val="24"/>
                <w:szCs w:val="24"/>
              </w:rPr>
            </w:pPr>
            <w:r w:rsidRPr="00FB2D65">
              <w:rPr>
                <w:sz w:val="24"/>
                <w:szCs w:val="24"/>
              </w:rPr>
              <w:t>Needs clear text, large buttons and a simple layout because she often uses apps while travelling.</w:t>
            </w:r>
          </w:p>
        </w:tc>
      </w:tr>
      <w:tr w:rsidR="00EF282D" w:rsidRPr="00FB2D65" w14:paraId="346D18E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722467B"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8F68585" w14:textId="77777777" w:rsidR="00EF282D" w:rsidRPr="00FB2D65" w:rsidRDefault="005A3E0C">
            <w:pPr>
              <w:rPr>
                <w:sz w:val="24"/>
                <w:szCs w:val="24"/>
              </w:rPr>
            </w:pPr>
            <w:r w:rsidRPr="00FB2D65">
              <w:rPr>
                <w:sz w:val="24"/>
                <w:szCs w:val="24"/>
              </w:rPr>
              <w:t>Occasional casual mobile gamer; prefers short sessions and quick understanding.</w:t>
            </w:r>
          </w:p>
        </w:tc>
      </w:tr>
      <w:tr w:rsidR="00EF282D" w:rsidRPr="00FB2D65" w14:paraId="2A0908C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8624597"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D14979C" w14:textId="77777777" w:rsidR="00EF282D" w:rsidRPr="00FB2D65" w:rsidRDefault="005A3E0C">
            <w:pPr>
              <w:rPr>
                <w:sz w:val="24"/>
                <w:szCs w:val="24"/>
              </w:rPr>
            </w:pPr>
            <w:r w:rsidRPr="00FB2D65">
              <w:rPr>
                <w:sz w:val="24"/>
                <w:szCs w:val="24"/>
              </w:rPr>
              <w:t>Aisha receives an invite link from a classmate. She opens the game during a short break and wants to join quickly, understand her role and know what action to take without reading a long tutorial.</w:t>
            </w:r>
          </w:p>
        </w:tc>
      </w:tr>
      <w:tr w:rsidR="00EF282D" w:rsidRPr="00FB2D65" w14:paraId="6F74BCB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7A26A3F"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6CD2D650" w14:textId="77777777" w:rsidR="00EF282D" w:rsidRPr="00FB2D65" w:rsidRDefault="005A3E0C">
            <w:pPr>
              <w:rPr>
                <w:sz w:val="24"/>
                <w:szCs w:val="24"/>
              </w:rPr>
            </w:pPr>
            <w:r w:rsidRPr="00FB2D65">
              <w:rPr>
                <w:sz w:val="24"/>
                <w:szCs w:val="24"/>
              </w:rPr>
              <w:t>1. Quick join option</w:t>
            </w:r>
            <w:r w:rsidRPr="00FB2D65">
              <w:rPr>
                <w:sz w:val="24"/>
                <w:szCs w:val="24"/>
              </w:rPr>
              <w:br/>
              <w:t>2. Clear role explanation</w:t>
            </w:r>
            <w:r w:rsidRPr="00FB2D65">
              <w:rPr>
                <w:sz w:val="24"/>
                <w:szCs w:val="24"/>
              </w:rPr>
              <w:br/>
              <w:t>3. Large readable buttons</w:t>
            </w:r>
            <w:r w:rsidRPr="00FB2D65">
              <w:rPr>
                <w:sz w:val="24"/>
                <w:szCs w:val="24"/>
              </w:rPr>
              <w:br/>
              <w:t>4. Short instructions</w:t>
            </w:r>
            <w:r w:rsidRPr="00FB2D65">
              <w:rPr>
                <w:sz w:val="24"/>
                <w:szCs w:val="24"/>
              </w:rPr>
              <w:br/>
              <w:t>5. Save and resume option</w:t>
            </w:r>
          </w:p>
        </w:tc>
      </w:tr>
      <w:tr w:rsidR="00EF282D" w:rsidRPr="00FB2D65" w14:paraId="5A07AB8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6C778F11"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1B86501" w14:textId="77777777" w:rsidR="00EF282D" w:rsidRPr="00FB2D65" w:rsidRDefault="005A3E0C">
            <w:pPr>
              <w:rPr>
                <w:sz w:val="24"/>
                <w:szCs w:val="24"/>
              </w:rPr>
            </w:pPr>
            <w:r w:rsidRPr="00FB2D65">
              <w:rPr>
                <w:sz w:val="24"/>
                <w:szCs w:val="24"/>
              </w:rPr>
              <w:t>Fast joining, simple actions, clear mobile flow and confidence during short breaks.</w:t>
            </w:r>
          </w:p>
        </w:tc>
      </w:tr>
    </w:tbl>
    <w:p w14:paraId="734B7363" w14:textId="77777777" w:rsidR="000E6F63" w:rsidRPr="00FB2D65" w:rsidRDefault="00FC6335">
      <w:pPr>
        <w:rPr>
          <w:sz w:val="24"/>
          <w:szCs w:val="24"/>
        </w:rPr>
      </w:pPr>
      <w:r w:rsidRPr="00FB2D65">
        <w:rPr>
          <w:sz w:val="24"/>
          <w:szCs w:val="24"/>
        </w:rPr>
        <w:br w:type="page"/>
      </w:r>
    </w:p>
    <w:p w14:paraId="3096A303" w14:textId="77777777" w:rsidR="000E6F63" w:rsidRPr="00FB2D65" w:rsidRDefault="00FC6335" w:rsidP="00FB2D65">
      <w:pPr>
        <w:pStyle w:val="Heading2"/>
      </w:pPr>
      <w:bookmarkStart w:id="53" w:name="_Toc233920664"/>
      <w:r w:rsidRPr="00FB2D65">
        <w:lastRenderedPageBreak/>
        <w:t>B.2 Jean-Baptiste Traore - International Student</w:t>
      </w:r>
      <w:bookmarkEnd w:id="53"/>
    </w:p>
    <w:tbl>
      <w:tblPr>
        <w:tblStyle w:val="TableGrid"/>
        <w:tblW w:w="0" w:type="auto"/>
        <w:jc w:val="center"/>
        <w:tblLook w:val="04A0" w:firstRow="1" w:lastRow="0" w:firstColumn="1" w:lastColumn="0" w:noHBand="0" w:noVBand="1"/>
      </w:tblPr>
      <w:tblGrid>
        <w:gridCol w:w="5032"/>
        <w:gridCol w:w="5032"/>
      </w:tblGrid>
      <w:tr w:rsidR="00EF282D" w:rsidRPr="00FB2D65" w14:paraId="71DFBF2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1DF88248" w14:textId="77777777" w:rsidR="00EF282D" w:rsidRPr="00FB2D65" w:rsidRDefault="005A3E0C">
            <w:pPr>
              <w:rPr>
                <w:sz w:val="24"/>
                <w:szCs w:val="24"/>
                <w:lang w:val="fr-FR"/>
              </w:rPr>
            </w:pPr>
            <w:r w:rsidRPr="00FB2D65">
              <w:rPr>
                <w:b/>
                <w:color w:val="FFFFFF"/>
                <w:sz w:val="24"/>
                <w:szCs w:val="24"/>
              </w:rPr>
              <w:t>🌍</w:t>
            </w:r>
            <w:r w:rsidRPr="00FB2D65">
              <w:rPr>
                <w:b/>
                <w:color w:val="FFFFFF"/>
                <w:sz w:val="24"/>
                <w:szCs w:val="24"/>
                <w:lang w:val="fr-FR"/>
              </w:rPr>
              <w:t xml:space="preserve"> Persona 2: Jean-Baptiste Traoré</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61AAD5FA" w14:textId="77777777" w:rsidR="00EF282D" w:rsidRPr="00FB2D65" w:rsidRDefault="005A3E0C">
            <w:pPr>
              <w:rPr>
                <w:sz w:val="24"/>
                <w:szCs w:val="24"/>
              </w:rPr>
            </w:pPr>
            <w:r w:rsidRPr="00FB2D65">
              <w:rPr>
                <w:b/>
                <w:color w:val="FFFFFF"/>
                <w:sz w:val="24"/>
                <w:szCs w:val="24"/>
              </w:rPr>
              <w:t>International student</w:t>
            </w:r>
          </w:p>
        </w:tc>
      </w:tr>
      <w:tr w:rsidR="00EF282D" w:rsidRPr="00FB2D65" w14:paraId="7E50E02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FB4DACA"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83A4409" w14:textId="77777777" w:rsidR="00EF282D" w:rsidRPr="00FB2D65" w:rsidRDefault="005A3E0C">
            <w:pPr>
              <w:rPr>
                <w:sz w:val="24"/>
                <w:szCs w:val="24"/>
              </w:rPr>
            </w:pPr>
            <w:r w:rsidRPr="00FB2D65">
              <w:rPr>
                <w:sz w:val="24"/>
                <w:szCs w:val="24"/>
              </w:rPr>
              <w:t>28</w:t>
            </w:r>
          </w:p>
        </w:tc>
      </w:tr>
      <w:tr w:rsidR="00EF282D" w:rsidRPr="00FB2D65" w14:paraId="1BAD5C3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FB39ADE"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849361A" w14:textId="77777777" w:rsidR="00EF282D" w:rsidRPr="00FB2D65" w:rsidRDefault="005A3E0C">
            <w:pPr>
              <w:rPr>
                <w:sz w:val="24"/>
                <w:szCs w:val="24"/>
              </w:rPr>
            </w:pPr>
            <w:r w:rsidRPr="00FB2D65">
              <w:rPr>
                <w:sz w:val="24"/>
                <w:szCs w:val="24"/>
              </w:rPr>
              <w:t>International student</w:t>
            </w:r>
          </w:p>
        </w:tc>
      </w:tr>
      <w:tr w:rsidR="00EF282D" w:rsidRPr="00FB2D65" w14:paraId="726FB32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4B84D00"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0D6EE5B9" w14:textId="77777777" w:rsidR="00EF282D" w:rsidRPr="00FB2D65" w:rsidRDefault="005A3E0C">
            <w:pPr>
              <w:rPr>
                <w:sz w:val="24"/>
                <w:szCs w:val="24"/>
              </w:rPr>
            </w:pPr>
            <w:r w:rsidRPr="00FB2D65">
              <w:rPr>
                <w:sz w:val="24"/>
                <w:szCs w:val="24"/>
              </w:rPr>
              <w:t>French/Malian international computing student. English is not his first language, so he benefits from visual guidance and plain language.</w:t>
            </w:r>
          </w:p>
        </w:tc>
      </w:tr>
      <w:tr w:rsidR="00EF282D" w:rsidRPr="00FB2D65" w14:paraId="2359D21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23A0F21"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86344F9" w14:textId="77777777" w:rsidR="00EF282D" w:rsidRPr="00FB2D65" w:rsidRDefault="005A3E0C">
            <w:pPr>
              <w:rPr>
                <w:sz w:val="24"/>
                <w:szCs w:val="24"/>
              </w:rPr>
            </w:pPr>
            <w:r w:rsidRPr="00FB2D65">
              <w:rPr>
                <w:sz w:val="24"/>
                <w:szCs w:val="24"/>
              </w:rPr>
              <w:t>UWTSD Birmingham</w:t>
            </w:r>
          </w:p>
        </w:tc>
      </w:tr>
      <w:tr w:rsidR="00EF282D" w:rsidRPr="00FB2D65" w14:paraId="6BA6E20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7DD505C"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1060C65F" w14:textId="77777777" w:rsidR="00EF282D" w:rsidRPr="00FB2D65" w:rsidRDefault="005A3E0C">
            <w:pPr>
              <w:rPr>
                <w:sz w:val="24"/>
                <w:szCs w:val="24"/>
              </w:rPr>
            </w:pPr>
            <w:r w:rsidRPr="00FB2D65">
              <w:rPr>
                <w:sz w:val="24"/>
                <w:szCs w:val="24"/>
              </w:rPr>
              <w:t>Medium-high</w:t>
            </w:r>
          </w:p>
        </w:tc>
      </w:tr>
      <w:tr w:rsidR="00EF282D" w:rsidRPr="00FB2D65" w14:paraId="537D249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C3A3D98"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6159F79D" w14:textId="77777777" w:rsidR="00EF282D" w:rsidRPr="00FB2D65" w:rsidRDefault="005A3E0C">
            <w:pPr>
              <w:rPr>
                <w:sz w:val="24"/>
                <w:szCs w:val="24"/>
              </w:rPr>
            </w:pPr>
            <w:r w:rsidRPr="00FB2D65">
              <w:rPr>
                <w:sz w:val="24"/>
                <w:szCs w:val="24"/>
              </w:rPr>
              <w:t>Needs simple English, labelled icons and visual reinforcement of instructions.</w:t>
            </w:r>
          </w:p>
        </w:tc>
      </w:tr>
      <w:tr w:rsidR="00EF282D" w:rsidRPr="00FB2D65" w14:paraId="2D9A1E8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2F0A30D"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64ABCB10" w14:textId="77777777" w:rsidR="00EF282D" w:rsidRPr="00FB2D65" w:rsidRDefault="005A3E0C">
            <w:pPr>
              <w:rPr>
                <w:sz w:val="24"/>
                <w:szCs w:val="24"/>
              </w:rPr>
            </w:pPr>
            <w:r w:rsidRPr="00FB2D65">
              <w:rPr>
                <w:sz w:val="24"/>
                <w:szCs w:val="24"/>
              </w:rPr>
              <w:t>Enjoys mobile apps but avoids games with unclear rules or too much text.</w:t>
            </w:r>
          </w:p>
        </w:tc>
      </w:tr>
      <w:tr w:rsidR="00EF282D" w:rsidRPr="00FB2D65" w14:paraId="78E8CF78"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C90DE62"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CB00CD3" w14:textId="77777777" w:rsidR="00EF282D" w:rsidRPr="00FB2D65" w:rsidRDefault="005A3E0C">
            <w:pPr>
              <w:rPr>
                <w:sz w:val="24"/>
                <w:szCs w:val="24"/>
              </w:rPr>
            </w:pPr>
            <w:r w:rsidRPr="00FB2D65">
              <w:rPr>
                <w:sz w:val="24"/>
                <w:szCs w:val="24"/>
              </w:rPr>
              <w:t>Jean-Baptiste joins a team game with classmates. He selects the IT Support role but needs clear guidance about what each action means, especially actions such as Move, Treat Outbreak, Share Resource and Research Cure.</w:t>
            </w:r>
          </w:p>
        </w:tc>
      </w:tr>
      <w:tr w:rsidR="00EF282D" w:rsidRPr="00FB2D65" w14:paraId="479FB45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66C201D"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D18B334" w14:textId="77777777" w:rsidR="00EF282D" w:rsidRPr="00FB2D65" w:rsidRDefault="005A3E0C">
            <w:pPr>
              <w:rPr>
                <w:sz w:val="24"/>
                <w:szCs w:val="24"/>
              </w:rPr>
            </w:pPr>
            <w:r w:rsidRPr="00FB2D65">
              <w:rPr>
                <w:sz w:val="24"/>
                <w:szCs w:val="24"/>
              </w:rPr>
              <w:t>1. Plain English labels</w:t>
            </w:r>
            <w:r w:rsidRPr="00FB2D65">
              <w:rPr>
                <w:sz w:val="24"/>
                <w:szCs w:val="24"/>
              </w:rPr>
              <w:br/>
              <w:t>2. Icons with text support</w:t>
            </w:r>
            <w:r w:rsidRPr="00FB2D65">
              <w:rPr>
                <w:sz w:val="24"/>
                <w:szCs w:val="24"/>
              </w:rPr>
              <w:br/>
              <w:t>3. Help button on each screen</w:t>
            </w:r>
            <w:r w:rsidRPr="00FB2D65">
              <w:rPr>
                <w:sz w:val="24"/>
                <w:szCs w:val="24"/>
              </w:rPr>
              <w:br/>
              <w:t>4. Short examples of actions</w:t>
            </w:r>
            <w:r w:rsidRPr="00FB2D65">
              <w:rPr>
                <w:sz w:val="24"/>
                <w:szCs w:val="24"/>
              </w:rPr>
              <w:br/>
              <w:t>5. Predictable interaction patterns</w:t>
            </w:r>
          </w:p>
        </w:tc>
      </w:tr>
      <w:tr w:rsidR="00EF282D" w:rsidRPr="00FB2D65" w14:paraId="44DEB592"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4D687BB"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5220320" w14:textId="77777777" w:rsidR="00EF282D" w:rsidRPr="00FB2D65" w:rsidRDefault="005A3E0C">
            <w:pPr>
              <w:rPr>
                <w:sz w:val="24"/>
                <w:szCs w:val="24"/>
              </w:rPr>
            </w:pPr>
            <w:r w:rsidRPr="00FB2D65">
              <w:rPr>
                <w:sz w:val="24"/>
                <w:szCs w:val="24"/>
              </w:rPr>
              <w:t>Plain English, labelled icons, visual guidance and no confusing slang.</w:t>
            </w:r>
          </w:p>
        </w:tc>
      </w:tr>
    </w:tbl>
    <w:p w14:paraId="2EE87ECD" w14:textId="77777777" w:rsidR="000E6F63" w:rsidRPr="00FB2D65" w:rsidRDefault="00FC6335">
      <w:pPr>
        <w:rPr>
          <w:sz w:val="24"/>
          <w:szCs w:val="24"/>
        </w:rPr>
      </w:pPr>
      <w:r w:rsidRPr="00FB2D65">
        <w:rPr>
          <w:sz w:val="24"/>
          <w:szCs w:val="24"/>
        </w:rPr>
        <w:br w:type="page"/>
      </w:r>
    </w:p>
    <w:p w14:paraId="2855535E" w14:textId="77777777" w:rsidR="000E6F63" w:rsidRPr="00FB2D65" w:rsidRDefault="00FC6335" w:rsidP="00FB2D65">
      <w:pPr>
        <w:pStyle w:val="Heading2"/>
      </w:pPr>
      <w:bookmarkStart w:id="54" w:name="_Toc233920665"/>
      <w:r w:rsidRPr="00FB2D65">
        <w:lastRenderedPageBreak/>
        <w:t>B.3 Daniel Morgan - Mature / Neurodivergent Student</w:t>
      </w:r>
      <w:bookmarkEnd w:id="54"/>
    </w:p>
    <w:tbl>
      <w:tblPr>
        <w:tblStyle w:val="TableGrid"/>
        <w:tblW w:w="0" w:type="auto"/>
        <w:jc w:val="center"/>
        <w:tblLook w:val="04A0" w:firstRow="1" w:lastRow="0" w:firstColumn="1" w:lastColumn="0" w:noHBand="0" w:noVBand="1"/>
      </w:tblPr>
      <w:tblGrid>
        <w:gridCol w:w="5032"/>
        <w:gridCol w:w="5032"/>
      </w:tblGrid>
      <w:tr w:rsidR="00EF282D" w:rsidRPr="00FB2D65" w14:paraId="7D19C7D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6C6C0F44" w14:textId="77777777" w:rsidR="00EF282D" w:rsidRPr="00FB2D65" w:rsidRDefault="005A3E0C">
            <w:pPr>
              <w:rPr>
                <w:sz w:val="24"/>
                <w:szCs w:val="24"/>
              </w:rPr>
            </w:pPr>
            <w:r w:rsidRPr="00FB2D65">
              <w:rPr>
                <w:b/>
                <w:color w:val="FFFFFF"/>
                <w:sz w:val="24"/>
                <w:szCs w:val="24"/>
              </w:rPr>
              <w:t>🧠 Persona 3: Daniel Morgan</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0892A6E8" w14:textId="77777777" w:rsidR="00EF282D" w:rsidRPr="00FB2D65" w:rsidRDefault="005A3E0C">
            <w:pPr>
              <w:rPr>
                <w:sz w:val="24"/>
                <w:szCs w:val="24"/>
              </w:rPr>
            </w:pPr>
            <w:r w:rsidRPr="00FB2D65">
              <w:rPr>
                <w:b/>
                <w:color w:val="FFFFFF"/>
                <w:sz w:val="24"/>
                <w:szCs w:val="24"/>
              </w:rPr>
              <w:t>Mature / neurodivergent student</w:t>
            </w:r>
          </w:p>
        </w:tc>
      </w:tr>
      <w:tr w:rsidR="00EF282D" w:rsidRPr="00FB2D65" w14:paraId="5D722DC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114F187"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7B82A147" w14:textId="77777777" w:rsidR="00EF282D" w:rsidRPr="00FB2D65" w:rsidRDefault="005A3E0C">
            <w:pPr>
              <w:rPr>
                <w:sz w:val="24"/>
                <w:szCs w:val="24"/>
              </w:rPr>
            </w:pPr>
            <w:r w:rsidRPr="00FB2D65">
              <w:rPr>
                <w:sz w:val="24"/>
                <w:szCs w:val="24"/>
              </w:rPr>
              <w:t>31</w:t>
            </w:r>
          </w:p>
        </w:tc>
      </w:tr>
      <w:tr w:rsidR="00EF282D" w:rsidRPr="00FB2D65" w14:paraId="09E27F0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0543259"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91C3322" w14:textId="77777777" w:rsidR="00EF282D" w:rsidRPr="00FB2D65" w:rsidRDefault="005A3E0C">
            <w:pPr>
              <w:rPr>
                <w:sz w:val="24"/>
                <w:szCs w:val="24"/>
              </w:rPr>
            </w:pPr>
            <w:r w:rsidRPr="00FB2D65">
              <w:rPr>
                <w:sz w:val="24"/>
                <w:szCs w:val="24"/>
              </w:rPr>
              <w:t>Mature / neurodivergent student</w:t>
            </w:r>
          </w:p>
        </w:tc>
      </w:tr>
      <w:tr w:rsidR="00EF282D" w:rsidRPr="00FB2D65" w14:paraId="5BBABC6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13062C5"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84A0BFD" w14:textId="77777777" w:rsidR="00EF282D" w:rsidRPr="00FB2D65" w:rsidRDefault="005A3E0C">
            <w:pPr>
              <w:rPr>
                <w:sz w:val="24"/>
                <w:szCs w:val="24"/>
              </w:rPr>
            </w:pPr>
            <w:r w:rsidRPr="00FB2D65">
              <w:rPr>
                <w:sz w:val="24"/>
                <w:szCs w:val="24"/>
              </w:rPr>
              <w:t>Welsh mature student with ADHD traits who sometimes finds busy interfaces stressful. He benefits from structure and clear priorities.</w:t>
            </w:r>
          </w:p>
        </w:tc>
      </w:tr>
      <w:tr w:rsidR="00EF282D" w:rsidRPr="00FB2D65" w14:paraId="74E2681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5D9BC6B"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D1E0CEB" w14:textId="77777777" w:rsidR="00EF282D" w:rsidRPr="00FB2D65" w:rsidRDefault="005A3E0C">
            <w:pPr>
              <w:rPr>
                <w:sz w:val="24"/>
                <w:szCs w:val="24"/>
              </w:rPr>
            </w:pPr>
            <w:r w:rsidRPr="00FB2D65">
              <w:rPr>
                <w:sz w:val="24"/>
                <w:szCs w:val="24"/>
              </w:rPr>
              <w:t>UWTSD Swansea / Online</w:t>
            </w:r>
          </w:p>
        </w:tc>
      </w:tr>
      <w:tr w:rsidR="00EF282D" w:rsidRPr="00FB2D65" w14:paraId="2F2DFF9C"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CC10B16"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04D309DC" w14:textId="77777777" w:rsidR="00EF282D" w:rsidRPr="00FB2D65" w:rsidRDefault="005A3E0C">
            <w:pPr>
              <w:rPr>
                <w:sz w:val="24"/>
                <w:szCs w:val="24"/>
              </w:rPr>
            </w:pPr>
            <w:r w:rsidRPr="00FB2D65">
              <w:rPr>
                <w:sz w:val="24"/>
                <w:szCs w:val="24"/>
              </w:rPr>
              <w:t>Medium</w:t>
            </w:r>
          </w:p>
        </w:tc>
      </w:tr>
      <w:tr w:rsidR="00EF282D" w:rsidRPr="00FB2D65" w14:paraId="2F7836C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2B3D07A"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75192C4" w14:textId="77777777" w:rsidR="00EF282D" w:rsidRPr="00FB2D65" w:rsidRDefault="005A3E0C">
            <w:pPr>
              <w:rPr>
                <w:sz w:val="24"/>
                <w:szCs w:val="24"/>
              </w:rPr>
            </w:pPr>
            <w:r w:rsidRPr="00FB2D65">
              <w:rPr>
                <w:sz w:val="24"/>
                <w:szCs w:val="24"/>
              </w:rPr>
              <w:t>Needs reduced clutter, clear focus, progress indicators and the ability to pause or review information.</w:t>
            </w:r>
          </w:p>
        </w:tc>
      </w:tr>
      <w:tr w:rsidR="00EF282D" w:rsidRPr="00FB2D65" w14:paraId="6114C18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1D963E1"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7BD97970" w14:textId="77777777" w:rsidR="00EF282D" w:rsidRPr="00FB2D65" w:rsidRDefault="005A3E0C">
            <w:pPr>
              <w:rPr>
                <w:sz w:val="24"/>
                <w:szCs w:val="24"/>
              </w:rPr>
            </w:pPr>
            <w:r w:rsidRPr="00FB2D65">
              <w:rPr>
                <w:sz w:val="24"/>
                <w:szCs w:val="24"/>
              </w:rPr>
              <w:t>Plays some strategy games but can feel overwhelmed by too many options at once.</w:t>
            </w:r>
          </w:p>
        </w:tc>
      </w:tr>
      <w:tr w:rsidR="00EF282D" w:rsidRPr="00FB2D65" w14:paraId="44766B2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4527F29"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BE53D89" w14:textId="77777777" w:rsidR="00EF282D" w:rsidRPr="00FB2D65" w:rsidRDefault="005A3E0C">
            <w:pPr>
              <w:rPr>
                <w:sz w:val="24"/>
                <w:szCs w:val="24"/>
              </w:rPr>
            </w:pPr>
            <w:r w:rsidRPr="00FB2D65">
              <w:rPr>
                <w:sz w:val="24"/>
                <w:szCs w:val="24"/>
              </w:rPr>
              <w:t>Daniel is playing during a usability test. When an outbreak alert appears, several actions are available. The interface highlights the most urgent campus area and shows a recommended next action so he can decide without feeling overloaded.</w:t>
            </w:r>
          </w:p>
        </w:tc>
      </w:tr>
      <w:tr w:rsidR="00EF282D" w:rsidRPr="00FB2D65" w14:paraId="6E283B7C"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DF90AAA"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261AD348" w14:textId="77777777" w:rsidR="00EF282D" w:rsidRPr="00FB2D65" w:rsidRDefault="005A3E0C">
            <w:pPr>
              <w:rPr>
                <w:sz w:val="24"/>
                <w:szCs w:val="24"/>
              </w:rPr>
            </w:pPr>
            <w:r w:rsidRPr="00FB2D65">
              <w:rPr>
                <w:sz w:val="24"/>
                <w:szCs w:val="24"/>
              </w:rPr>
              <w:t>1. Reduced visual clutter</w:t>
            </w:r>
            <w:r w:rsidRPr="00FB2D65">
              <w:rPr>
                <w:sz w:val="24"/>
                <w:szCs w:val="24"/>
              </w:rPr>
              <w:br/>
              <w:t>2. Recommended next action</w:t>
            </w:r>
            <w:r w:rsidRPr="00FB2D65">
              <w:rPr>
                <w:sz w:val="24"/>
                <w:szCs w:val="24"/>
              </w:rPr>
              <w:br/>
              <w:t>3. Pause/review option</w:t>
            </w:r>
            <w:r w:rsidRPr="00FB2D65">
              <w:rPr>
                <w:sz w:val="24"/>
                <w:szCs w:val="24"/>
              </w:rPr>
              <w:br/>
              <w:t>4. Clear progress bar</w:t>
            </w:r>
            <w:r w:rsidRPr="00FB2D65">
              <w:rPr>
                <w:sz w:val="24"/>
                <w:szCs w:val="24"/>
              </w:rPr>
              <w:br/>
              <w:t>5. One main task visible at a time</w:t>
            </w:r>
          </w:p>
        </w:tc>
      </w:tr>
      <w:tr w:rsidR="00EF282D" w:rsidRPr="00FB2D65" w14:paraId="1108F07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87EE515"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72712CC" w14:textId="77777777" w:rsidR="00EF282D" w:rsidRPr="00FB2D65" w:rsidRDefault="005A3E0C">
            <w:pPr>
              <w:rPr>
                <w:sz w:val="24"/>
                <w:szCs w:val="24"/>
              </w:rPr>
            </w:pPr>
            <w:r w:rsidRPr="00FB2D65">
              <w:rPr>
                <w:sz w:val="24"/>
                <w:szCs w:val="24"/>
              </w:rPr>
              <w:t>Low-clutter screens, calm alerts, recommended next action and pause/review support.</w:t>
            </w:r>
          </w:p>
        </w:tc>
      </w:tr>
    </w:tbl>
    <w:p w14:paraId="1EFE6664" w14:textId="77777777" w:rsidR="000E6F63" w:rsidRPr="00FB2D65" w:rsidRDefault="00FC6335">
      <w:pPr>
        <w:rPr>
          <w:sz w:val="24"/>
          <w:szCs w:val="24"/>
        </w:rPr>
      </w:pPr>
      <w:r w:rsidRPr="00FB2D65">
        <w:rPr>
          <w:sz w:val="24"/>
          <w:szCs w:val="24"/>
        </w:rPr>
        <w:br w:type="page"/>
      </w:r>
    </w:p>
    <w:p w14:paraId="20AADDA7" w14:textId="77777777" w:rsidR="000E6F63" w:rsidRPr="00FB2D65" w:rsidRDefault="00FC6335" w:rsidP="00FB2D65">
      <w:pPr>
        <w:pStyle w:val="Heading2"/>
      </w:pPr>
      <w:bookmarkStart w:id="55" w:name="_Toc233920666"/>
      <w:r w:rsidRPr="00FB2D65">
        <w:lastRenderedPageBreak/>
        <w:t>B.4 Dr Sarah Evans - Lecturer / Academic Staff</w:t>
      </w:r>
      <w:bookmarkEnd w:id="55"/>
    </w:p>
    <w:tbl>
      <w:tblPr>
        <w:tblStyle w:val="TableGrid"/>
        <w:tblW w:w="0" w:type="auto"/>
        <w:jc w:val="center"/>
        <w:tblLook w:val="04A0" w:firstRow="1" w:lastRow="0" w:firstColumn="1" w:lastColumn="0" w:noHBand="0" w:noVBand="1"/>
      </w:tblPr>
      <w:tblGrid>
        <w:gridCol w:w="5032"/>
        <w:gridCol w:w="5032"/>
      </w:tblGrid>
      <w:tr w:rsidR="00EF282D" w:rsidRPr="00FB2D65" w14:paraId="704706CC"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5606028B" w14:textId="77777777" w:rsidR="00EF282D" w:rsidRPr="00FB2D65" w:rsidRDefault="005A3E0C">
            <w:pPr>
              <w:rPr>
                <w:sz w:val="24"/>
                <w:szCs w:val="24"/>
              </w:rPr>
            </w:pPr>
            <w:r w:rsidRPr="00FB2D65">
              <w:rPr>
                <w:b/>
                <w:color w:val="FFFFFF"/>
                <w:sz w:val="24"/>
                <w:szCs w:val="24"/>
              </w:rPr>
              <w:t>👩‍🏫 Persona 4: Dr Sarah Evans</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3F9C7526" w14:textId="77777777" w:rsidR="00EF282D" w:rsidRPr="00FB2D65" w:rsidRDefault="005A3E0C">
            <w:pPr>
              <w:rPr>
                <w:sz w:val="24"/>
                <w:szCs w:val="24"/>
              </w:rPr>
            </w:pPr>
            <w:r w:rsidRPr="00FB2D65">
              <w:rPr>
                <w:b/>
                <w:color w:val="FFFFFF"/>
                <w:sz w:val="24"/>
                <w:szCs w:val="24"/>
              </w:rPr>
              <w:t>Lecturer / academic staff</w:t>
            </w:r>
          </w:p>
        </w:tc>
      </w:tr>
      <w:tr w:rsidR="00EF282D" w:rsidRPr="00FB2D65" w14:paraId="302FF31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FDCB1B3"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009A07F5" w14:textId="77777777" w:rsidR="00EF282D" w:rsidRPr="00FB2D65" w:rsidRDefault="005A3E0C">
            <w:pPr>
              <w:rPr>
                <w:sz w:val="24"/>
                <w:szCs w:val="24"/>
              </w:rPr>
            </w:pPr>
            <w:r w:rsidRPr="00FB2D65">
              <w:rPr>
                <w:sz w:val="24"/>
                <w:szCs w:val="24"/>
              </w:rPr>
              <w:t>45</w:t>
            </w:r>
          </w:p>
        </w:tc>
      </w:tr>
      <w:tr w:rsidR="00EF282D" w:rsidRPr="00FB2D65" w14:paraId="6F7554B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A8D457F"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8AFE872" w14:textId="77777777" w:rsidR="00EF282D" w:rsidRPr="00FB2D65" w:rsidRDefault="005A3E0C">
            <w:pPr>
              <w:rPr>
                <w:sz w:val="24"/>
                <w:szCs w:val="24"/>
              </w:rPr>
            </w:pPr>
            <w:r w:rsidRPr="00FB2D65">
              <w:rPr>
                <w:sz w:val="24"/>
                <w:szCs w:val="24"/>
              </w:rPr>
              <w:t>Lecturer / academic staff</w:t>
            </w:r>
          </w:p>
        </w:tc>
      </w:tr>
      <w:tr w:rsidR="00EF282D" w:rsidRPr="00FB2D65" w14:paraId="3D5F176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033F3777"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2B3F7B04" w14:textId="77777777" w:rsidR="00EF282D" w:rsidRPr="00FB2D65" w:rsidRDefault="005A3E0C">
            <w:pPr>
              <w:rPr>
                <w:sz w:val="24"/>
                <w:szCs w:val="24"/>
              </w:rPr>
            </w:pPr>
            <w:r w:rsidRPr="00FB2D65">
              <w:rPr>
                <w:sz w:val="24"/>
                <w:szCs w:val="24"/>
              </w:rPr>
              <w:t>Welsh/English academic staff member interested in using serious games for collaboration and decision-making activities.</w:t>
            </w:r>
          </w:p>
        </w:tc>
      </w:tr>
      <w:tr w:rsidR="00EF282D" w:rsidRPr="00FB2D65" w14:paraId="03DC0E1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412B2AD"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C5D56E9" w14:textId="77777777" w:rsidR="00EF282D" w:rsidRPr="00FB2D65" w:rsidRDefault="005A3E0C">
            <w:pPr>
              <w:rPr>
                <w:sz w:val="24"/>
                <w:szCs w:val="24"/>
              </w:rPr>
            </w:pPr>
            <w:r w:rsidRPr="00FB2D65">
              <w:rPr>
                <w:sz w:val="24"/>
                <w:szCs w:val="24"/>
              </w:rPr>
              <w:t>UWTSD Swansea</w:t>
            </w:r>
          </w:p>
        </w:tc>
      </w:tr>
      <w:tr w:rsidR="00EF282D" w:rsidRPr="00FB2D65" w14:paraId="26D2B77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C15ACAD"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68E2949" w14:textId="77777777" w:rsidR="00EF282D" w:rsidRPr="00FB2D65" w:rsidRDefault="005A3E0C">
            <w:pPr>
              <w:rPr>
                <w:sz w:val="24"/>
                <w:szCs w:val="24"/>
              </w:rPr>
            </w:pPr>
            <w:r w:rsidRPr="00FB2D65">
              <w:rPr>
                <w:sz w:val="24"/>
                <w:szCs w:val="24"/>
              </w:rPr>
              <w:t>High</w:t>
            </w:r>
          </w:p>
        </w:tc>
      </w:tr>
      <w:tr w:rsidR="00EF282D" w:rsidRPr="00FB2D65" w14:paraId="6E505E5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CD4A020"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40FD44E" w14:textId="77777777" w:rsidR="00EF282D" w:rsidRPr="00FB2D65" w:rsidRDefault="005A3E0C">
            <w:pPr>
              <w:rPr>
                <w:sz w:val="24"/>
                <w:szCs w:val="24"/>
              </w:rPr>
            </w:pPr>
            <w:r w:rsidRPr="00FB2D65">
              <w:rPr>
                <w:sz w:val="24"/>
                <w:szCs w:val="24"/>
              </w:rPr>
              <w:t>Needs clear learning purpose, classroom-friendly flow and a results summary that supports reflection.</w:t>
            </w:r>
          </w:p>
        </w:tc>
      </w:tr>
      <w:tr w:rsidR="00EF282D" w:rsidRPr="00FB2D65" w14:paraId="7FBA491C"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C413888"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0D2280F7" w14:textId="77777777" w:rsidR="00EF282D" w:rsidRPr="00FB2D65" w:rsidRDefault="005A3E0C">
            <w:pPr>
              <w:rPr>
                <w:sz w:val="24"/>
                <w:szCs w:val="24"/>
              </w:rPr>
            </w:pPr>
            <w:r w:rsidRPr="00FB2D65">
              <w:rPr>
                <w:sz w:val="24"/>
                <w:szCs w:val="24"/>
              </w:rPr>
              <w:t>Does not play many mobile games but is interested in educational digital tools.</w:t>
            </w:r>
          </w:p>
        </w:tc>
      </w:tr>
      <w:tr w:rsidR="00EF282D" w:rsidRPr="00FB2D65" w14:paraId="60E277F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893BF05"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713E26E" w14:textId="77777777" w:rsidR="00EF282D" w:rsidRPr="00FB2D65" w:rsidRDefault="005A3E0C">
            <w:pPr>
              <w:rPr>
                <w:sz w:val="24"/>
                <w:szCs w:val="24"/>
              </w:rPr>
            </w:pPr>
            <w:r w:rsidRPr="00FB2D65">
              <w:rPr>
                <w:sz w:val="24"/>
                <w:szCs w:val="24"/>
              </w:rPr>
              <w:t>Dr Evans uses the game in a classroom activity. Students work together to control outbreaks across campus zones. After the game, the results screen shows team performance, outbreak control, cure progress and key decisions.</w:t>
            </w:r>
          </w:p>
        </w:tc>
      </w:tr>
      <w:tr w:rsidR="00EF282D" w:rsidRPr="00FB2D65" w14:paraId="4B66B8D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B212F0C"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7316C3E9" w14:textId="77777777" w:rsidR="00EF282D" w:rsidRPr="00FB2D65" w:rsidRDefault="005A3E0C">
            <w:pPr>
              <w:rPr>
                <w:sz w:val="24"/>
                <w:szCs w:val="24"/>
              </w:rPr>
            </w:pPr>
            <w:r w:rsidRPr="00FB2D65">
              <w:rPr>
                <w:sz w:val="24"/>
                <w:szCs w:val="24"/>
              </w:rPr>
              <w:t>1. Clear learning purpose</w:t>
            </w:r>
            <w:r w:rsidRPr="00FB2D65">
              <w:rPr>
                <w:sz w:val="24"/>
                <w:szCs w:val="24"/>
              </w:rPr>
              <w:br/>
              <w:t>2. Team progress screen</w:t>
            </w:r>
            <w:r w:rsidRPr="00FB2D65">
              <w:rPr>
                <w:sz w:val="24"/>
                <w:szCs w:val="24"/>
              </w:rPr>
              <w:br/>
              <w:t>3. Results summary</w:t>
            </w:r>
            <w:r w:rsidRPr="00FB2D65">
              <w:rPr>
                <w:sz w:val="24"/>
                <w:szCs w:val="24"/>
              </w:rPr>
              <w:br/>
              <w:t>4. Simple role explanations</w:t>
            </w:r>
            <w:r w:rsidRPr="00FB2D65">
              <w:rPr>
                <w:sz w:val="24"/>
                <w:szCs w:val="24"/>
              </w:rPr>
              <w:br/>
              <w:t>5. Classroom-friendly layout</w:t>
            </w:r>
          </w:p>
        </w:tc>
      </w:tr>
      <w:tr w:rsidR="00EF282D" w:rsidRPr="00FB2D65" w14:paraId="6AFC5E6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ECE8319"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388323F" w14:textId="77777777" w:rsidR="00EF282D" w:rsidRPr="00FB2D65" w:rsidRDefault="005A3E0C">
            <w:pPr>
              <w:rPr>
                <w:sz w:val="24"/>
                <w:szCs w:val="24"/>
              </w:rPr>
            </w:pPr>
            <w:r w:rsidRPr="00FB2D65">
              <w:rPr>
                <w:sz w:val="24"/>
                <w:szCs w:val="24"/>
              </w:rPr>
              <w:t>Clear learning purpose, team performance feedback and classroom discussion value.</w:t>
            </w:r>
          </w:p>
        </w:tc>
      </w:tr>
    </w:tbl>
    <w:p w14:paraId="6EBE3BC7" w14:textId="77777777" w:rsidR="000E6F63" w:rsidRPr="00FB2D65" w:rsidRDefault="00FC6335">
      <w:pPr>
        <w:rPr>
          <w:sz w:val="24"/>
          <w:szCs w:val="24"/>
        </w:rPr>
      </w:pPr>
      <w:r w:rsidRPr="00FB2D65">
        <w:rPr>
          <w:sz w:val="24"/>
          <w:szCs w:val="24"/>
        </w:rPr>
        <w:br w:type="page"/>
      </w:r>
    </w:p>
    <w:p w14:paraId="13084180" w14:textId="77777777" w:rsidR="000E6F63" w:rsidRPr="00FB2D65" w:rsidRDefault="00FC6335" w:rsidP="00FB2D65">
      <w:pPr>
        <w:pStyle w:val="Heading2"/>
      </w:pPr>
      <w:bookmarkStart w:id="56" w:name="_Toc233920667"/>
      <w:r w:rsidRPr="00FB2D65">
        <w:lastRenderedPageBreak/>
        <w:t>B.5 Priya Patel - International Postgraduate Student</w:t>
      </w:r>
      <w:bookmarkEnd w:id="56"/>
    </w:p>
    <w:tbl>
      <w:tblPr>
        <w:tblStyle w:val="TableGrid"/>
        <w:tblW w:w="0" w:type="auto"/>
        <w:jc w:val="center"/>
        <w:tblLook w:val="04A0" w:firstRow="1" w:lastRow="0" w:firstColumn="1" w:lastColumn="0" w:noHBand="0" w:noVBand="1"/>
      </w:tblPr>
      <w:tblGrid>
        <w:gridCol w:w="5032"/>
        <w:gridCol w:w="5032"/>
      </w:tblGrid>
      <w:tr w:rsidR="00EF282D" w:rsidRPr="00FB2D65" w14:paraId="067524F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3EC576E2" w14:textId="77777777" w:rsidR="00EF282D" w:rsidRPr="00FB2D65" w:rsidRDefault="005A3E0C">
            <w:pPr>
              <w:rPr>
                <w:sz w:val="24"/>
                <w:szCs w:val="24"/>
              </w:rPr>
            </w:pPr>
            <w:r w:rsidRPr="00FB2D65">
              <w:rPr>
                <w:b/>
                <w:color w:val="FFFFFF"/>
                <w:sz w:val="24"/>
                <w:szCs w:val="24"/>
              </w:rPr>
              <w:t>📱 Persona 5: Priya Patel</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386E9C76" w14:textId="77777777" w:rsidR="00EF282D" w:rsidRPr="00FB2D65" w:rsidRDefault="005A3E0C">
            <w:pPr>
              <w:rPr>
                <w:sz w:val="24"/>
                <w:szCs w:val="24"/>
              </w:rPr>
            </w:pPr>
            <w:r w:rsidRPr="00FB2D65">
              <w:rPr>
                <w:b/>
                <w:color w:val="FFFFFF"/>
                <w:sz w:val="24"/>
                <w:szCs w:val="24"/>
              </w:rPr>
              <w:t>International postgraduate student</w:t>
            </w:r>
          </w:p>
        </w:tc>
      </w:tr>
      <w:tr w:rsidR="00EF282D" w:rsidRPr="00FB2D65" w14:paraId="4039E08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7183095"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60CB2F2" w14:textId="77777777" w:rsidR="00EF282D" w:rsidRPr="00FB2D65" w:rsidRDefault="005A3E0C">
            <w:pPr>
              <w:rPr>
                <w:sz w:val="24"/>
                <w:szCs w:val="24"/>
              </w:rPr>
            </w:pPr>
            <w:r w:rsidRPr="00FB2D65">
              <w:rPr>
                <w:sz w:val="24"/>
                <w:szCs w:val="24"/>
              </w:rPr>
              <w:t>27</w:t>
            </w:r>
          </w:p>
        </w:tc>
      </w:tr>
      <w:tr w:rsidR="00EF282D" w:rsidRPr="00FB2D65" w14:paraId="2F1B9D7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7687DFB"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EB5CA38" w14:textId="77777777" w:rsidR="00EF282D" w:rsidRPr="00FB2D65" w:rsidRDefault="005A3E0C">
            <w:pPr>
              <w:rPr>
                <w:sz w:val="24"/>
                <w:szCs w:val="24"/>
              </w:rPr>
            </w:pPr>
            <w:r w:rsidRPr="00FB2D65">
              <w:rPr>
                <w:sz w:val="24"/>
                <w:szCs w:val="24"/>
              </w:rPr>
              <w:t>International postgraduate student</w:t>
            </w:r>
          </w:p>
        </w:tc>
      </w:tr>
      <w:tr w:rsidR="00EF282D" w:rsidRPr="00FB2D65" w14:paraId="1ADDCD3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51758167"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23F220B7" w14:textId="77777777" w:rsidR="00EF282D" w:rsidRPr="00FB2D65" w:rsidRDefault="005A3E0C">
            <w:pPr>
              <w:rPr>
                <w:sz w:val="24"/>
                <w:szCs w:val="24"/>
              </w:rPr>
            </w:pPr>
            <w:r w:rsidRPr="00FB2D65">
              <w:rPr>
                <w:sz w:val="24"/>
                <w:szCs w:val="24"/>
              </w:rPr>
              <w:t>British Indian / international postgraduate profile who studies across campus and remote learning contexts. She values clarity, simplicity and predictable interfaces.</w:t>
            </w:r>
          </w:p>
        </w:tc>
      </w:tr>
      <w:tr w:rsidR="00EF282D" w:rsidRPr="00FB2D65" w14:paraId="152BD747"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A16B4C9"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64225BE2" w14:textId="77777777" w:rsidR="00EF282D" w:rsidRPr="00FB2D65" w:rsidRDefault="005A3E0C">
            <w:pPr>
              <w:rPr>
                <w:sz w:val="24"/>
                <w:szCs w:val="24"/>
              </w:rPr>
            </w:pPr>
            <w:r w:rsidRPr="00FB2D65">
              <w:rPr>
                <w:sz w:val="24"/>
                <w:szCs w:val="24"/>
              </w:rPr>
              <w:t>UWTSD London / Online</w:t>
            </w:r>
          </w:p>
        </w:tc>
      </w:tr>
      <w:tr w:rsidR="00EF282D" w:rsidRPr="00FB2D65" w14:paraId="0713B28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DEE8107"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1D8D943" w14:textId="77777777" w:rsidR="00EF282D" w:rsidRPr="00FB2D65" w:rsidRDefault="005A3E0C">
            <w:pPr>
              <w:rPr>
                <w:sz w:val="24"/>
                <w:szCs w:val="24"/>
              </w:rPr>
            </w:pPr>
            <w:r w:rsidRPr="00FB2D65">
              <w:rPr>
                <w:sz w:val="24"/>
                <w:szCs w:val="24"/>
              </w:rPr>
              <w:t>Medium-high</w:t>
            </w:r>
          </w:p>
        </w:tc>
      </w:tr>
      <w:tr w:rsidR="00EF282D" w:rsidRPr="00FB2D65" w14:paraId="059DE775"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19B416E5"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CDF17B9" w14:textId="77777777" w:rsidR="00EF282D" w:rsidRPr="00FB2D65" w:rsidRDefault="005A3E0C">
            <w:pPr>
              <w:rPr>
                <w:sz w:val="24"/>
                <w:szCs w:val="24"/>
              </w:rPr>
            </w:pPr>
            <w:r w:rsidRPr="00FB2D65">
              <w:rPr>
                <w:sz w:val="24"/>
                <w:szCs w:val="24"/>
              </w:rPr>
              <w:t>Needs clear visual hierarchy, simple language and avoidance of confusing symbols.</w:t>
            </w:r>
          </w:p>
        </w:tc>
      </w:tr>
      <w:tr w:rsidR="00EF282D" w:rsidRPr="00FB2D65" w14:paraId="75E4AFFD"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5C51F6A"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652E9EB" w14:textId="77777777" w:rsidR="00EF282D" w:rsidRPr="00FB2D65" w:rsidRDefault="005A3E0C">
            <w:pPr>
              <w:rPr>
                <w:sz w:val="24"/>
                <w:szCs w:val="24"/>
              </w:rPr>
            </w:pPr>
            <w:r w:rsidRPr="00FB2D65">
              <w:rPr>
                <w:sz w:val="24"/>
                <w:szCs w:val="24"/>
              </w:rPr>
              <w:t>Uses mobile apps daily and prefers clean interfaces with minimal distractions.</w:t>
            </w:r>
          </w:p>
        </w:tc>
      </w:tr>
      <w:tr w:rsidR="00EF282D" w:rsidRPr="00FB2D65" w14:paraId="76C5D9B1"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61407205"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063266D" w14:textId="77777777" w:rsidR="00EF282D" w:rsidRPr="00FB2D65" w:rsidRDefault="005A3E0C">
            <w:pPr>
              <w:rPr>
                <w:sz w:val="24"/>
                <w:szCs w:val="24"/>
              </w:rPr>
            </w:pPr>
            <w:r w:rsidRPr="00FB2D65">
              <w:rPr>
                <w:sz w:val="24"/>
                <w:szCs w:val="24"/>
              </w:rPr>
              <w:t>Priya plays remotely with friends across campuses. Because she may join from a phone or laptop, she needs the game to work consistently and show the same key information across screens.</w:t>
            </w:r>
          </w:p>
        </w:tc>
      </w:tr>
      <w:tr w:rsidR="00EF282D" w:rsidRPr="00FB2D65" w14:paraId="5654051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F3D610D"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10C0FA6E" w14:textId="77777777" w:rsidR="00EF282D" w:rsidRPr="00FB2D65" w:rsidRDefault="005A3E0C">
            <w:pPr>
              <w:rPr>
                <w:sz w:val="24"/>
                <w:szCs w:val="24"/>
              </w:rPr>
            </w:pPr>
            <w:r w:rsidRPr="00FB2D65">
              <w:rPr>
                <w:sz w:val="24"/>
                <w:szCs w:val="24"/>
              </w:rPr>
              <w:t>1. Consistent layout across devices</w:t>
            </w:r>
            <w:r w:rsidRPr="00FB2D65">
              <w:rPr>
                <w:sz w:val="24"/>
                <w:szCs w:val="24"/>
              </w:rPr>
              <w:br/>
              <w:t>2. Clear simple language</w:t>
            </w:r>
            <w:r w:rsidRPr="00FB2D65">
              <w:rPr>
                <w:sz w:val="24"/>
                <w:szCs w:val="24"/>
              </w:rPr>
              <w:br/>
              <w:t>3. Predictable screen flow</w:t>
            </w:r>
            <w:r w:rsidRPr="00FB2D65">
              <w:rPr>
                <w:sz w:val="24"/>
                <w:szCs w:val="24"/>
              </w:rPr>
              <w:br/>
              <w:t>4. Strong visual hierarchy</w:t>
            </w:r>
            <w:r w:rsidRPr="00FB2D65">
              <w:rPr>
                <w:sz w:val="24"/>
                <w:szCs w:val="24"/>
              </w:rPr>
              <w:br/>
              <w:t>5. Minimal distracting elements</w:t>
            </w:r>
          </w:p>
        </w:tc>
      </w:tr>
      <w:tr w:rsidR="00EF282D" w:rsidRPr="00FB2D65" w14:paraId="37DC1CE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054D105"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0E3A275" w14:textId="77777777" w:rsidR="00EF282D" w:rsidRPr="00FB2D65" w:rsidRDefault="005A3E0C">
            <w:pPr>
              <w:rPr>
                <w:sz w:val="24"/>
                <w:szCs w:val="24"/>
              </w:rPr>
            </w:pPr>
            <w:r w:rsidRPr="00FB2D65">
              <w:rPr>
                <w:sz w:val="24"/>
                <w:szCs w:val="24"/>
              </w:rPr>
              <w:t>Clean mobile layout, predictable navigation and strong visual hierarchy.</w:t>
            </w:r>
          </w:p>
        </w:tc>
      </w:tr>
    </w:tbl>
    <w:p w14:paraId="124C83F6" w14:textId="77777777" w:rsidR="000E6F63" w:rsidRPr="00FB2D65" w:rsidRDefault="00FC6335">
      <w:pPr>
        <w:rPr>
          <w:sz w:val="24"/>
          <w:szCs w:val="24"/>
        </w:rPr>
      </w:pPr>
      <w:r w:rsidRPr="00FB2D65">
        <w:rPr>
          <w:sz w:val="24"/>
          <w:szCs w:val="24"/>
        </w:rPr>
        <w:br w:type="page"/>
      </w:r>
    </w:p>
    <w:p w14:paraId="1C6F375B" w14:textId="77777777" w:rsidR="000E6F63" w:rsidRPr="00FB2D65" w:rsidRDefault="00FC6335" w:rsidP="00FB2D65">
      <w:pPr>
        <w:pStyle w:val="Heading2"/>
      </w:pPr>
      <w:bookmarkStart w:id="57" w:name="_Toc233920668"/>
      <w:r w:rsidRPr="00FB2D65">
        <w:lastRenderedPageBreak/>
        <w:t>B.6 Kwame Mensah - Professional Services / Campus Support Staff</w:t>
      </w:r>
      <w:bookmarkEnd w:id="57"/>
    </w:p>
    <w:tbl>
      <w:tblPr>
        <w:tblStyle w:val="TableGrid"/>
        <w:tblW w:w="0" w:type="auto"/>
        <w:jc w:val="center"/>
        <w:tblLook w:val="04A0" w:firstRow="1" w:lastRow="0" w:firstColumn="1" w:lastColumn="0" w:noHBand="0" w:noVBand="1"/>
      </w:tblPr>
      <w:tblGrid>
        <w:gridCol w:w="5032"/>
        <w:gridCol w:w="5032"/>
      </w:tblGrid>
      <w:tr w:rsidR="00EF282D" w:rsidRPr="00FB2D65" w14:paraId="5D369CCA"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71AB605E" w14:textId="77777777" w:rsidR="00EF282D" w:rsidRPr="00FB2D65" w:rsidRDefault="005A3E0C">
            <w:pPr>
              <w:rPr>
                <w:sz w:val="24"/>
                <w:szCs w:val="24"/>
              </w:rPr>
            </w:pPr>
            <w:r w:rsidRPr="00FB2D65">
              <w:rPr>
                <w:b/>
                <w:color w:val="FFFFFF"/>
                <w:sz w:val="24"/>
                <w:szCs w:val="24"/>
              </w:rPr>
              <w:t>🛡️ Persona 6: Kwame Mensah</w:t>
            </w:r>
          </w:p>
        </w:tc>
        <w:tc>
          <w:tcPr>
            <w:tcW w:w="5040" w:type="dxa"/>
            <w:tcBorders>
              <w:top w:val="single" w:sz="6" w:space="0" w:color="B7A0D3"/>
              <w:left w:val="single" w:sz="6" w:space="0" w:color="B7A0D3"/>
              <w:bottom w:val="single" w:sz="6" w:space="0" w:color="B7A0D3"/>
              <w:right w:val="single" w:sz="6" w:space="0" w:color="B7A0D3"/>
            </w:tcBorders>
            <w:shd w:val="clear" w:color="auto" w:fill="5B2D91"/>
            <w:vAlign w:val="center"/>
          </w:tcPr>
          <w:p w14:paraId="569CECD5" w14:textId="77777777" w:rsidR="00EF282D" w:rsidRPr="00FB2D65" w:rsidRDefault="005A3E0C">
            <w:pPr>
              <w:rPr>
                <w:sz w:val="24"/>
                <w:szCs w:val="24"/>
              </w:rPr>
            </w:pPr>
            <w:r w:rsidRPr="00FB2D65">
              <w:rPr>
                <w:b/>
                <w:color w:val="FFFFFF"/>
                <w:sz w:val="24"/>
                <w:szCs w:val="24"/>
              </w:rPr>
              <w:t>Professional services / campus support staff</w:t>
            </w:r>
          </w:p>
        </w:tc>
      </w:tr>
      <w:tr w:rsidR="00EF282D" w:rsidRPr="00FB2D65" w14:paraId="1C0CCC5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1329E36D" w14:textId="77777777" w:rsidR="00EF282D" w:rsidRPr="00FB2D65" w:rsidRDefault="005A3E0C">
            <w:pPr>
              <w:rPr>
                <w:sz w:val="24"/>
                <w:szCs w:val="24"/>
              </w:rPr>
            </w:pPr>
            <w:r w:rsidRPr="00FB2D65">
              <w:rPr>
                <w:b/>
                <w:color w:val="5B2C83"/>
                <w:sz w:val="24"/>
                <w:szCs w:val="24"/>
              </w:rPr>
              <w:t>🎂 Age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906919B" w14:textId="77777777" w:rsidR="00EF282D" w:rsidRPr="00FB2D65" w:rsidRDefault="005A3E0C">
            <w:pPr>
              <w:rPr>
                <w:sz w:val="24"/>
                <w:szCs w:val="24"/>
              </w:rPr>
            </w:pPr>
            <w:r w:rsidRPr="00FB2D65">
              <w:rPr>
                <w:sz w:val="24"/>
                <w:szCs w:val="24"/>
              </w:rPr>
              <w:t>39</w:t>
            </w:r>
          </w:p>
        </w:tc>
      </w:tr>
      <w:tr w:rsidR="00EF282D" w:rsidRPr="00FB2D65" w14:paraId="3F0F5F8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206ED35" w14:textId="77777777" w:rsidR="00EF282D" w:rsidRPr="00FB2D65" w:rsidRDefault="005A3E0C">
            <w:pPr>
              <w:rPr>
                <w:sz w:val="24"/>
                <w:szCs w:val="24"/>
              </w:rPr>
            </w:pPr>
            <w:r w:rsidRPr="00FB2D65">
              <w:rPr>
                <w:b/>
                <w:color w:val="5B2C83"/>
                <w:sz w:val="24"/>
                <w:szCs w:val="24"/>
              </w:rPr>
              <w:t>🎓 Role</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EC6E36B" w14:textId="77777777" w:rsidR="00EF282D" w:rsidRPr="00FB2D65" w:rsidRDefault="005A3E0C">
            <w:pPr>
              <w:rPr>
                <w:sz w:val="24"/>
                <w:szCs w:val="24"/>
              </w:rPr>
            </w:pPr>
            <w:r w:rsidRPr="00FB2D65">
              <w:rPr>
                <w:sz w:val="24"/>
                <w:szCs w:val="24"/>
              </w:rPr>
              <w:t>Professional services / campus support staff</w:t>
            </w:r>
          </w:p>
        </w:tc>
      </w:tr>
      <w:tr w:rsidR="00EF282D" w:rsidRPr="00FB2D65" w14:paraId="09D29BF9"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4BD1A2B4" w14:textId="77777777" w:rsidR="00EF282D" w:rsidRPr="00FB2D65" w:rsidRDefault="005A3E0C">
            <w:pPr>
              <w:rPr>
                <w:sz w:val="24"/>
                <w:szCs w:val="24"/>
              </w:rPr>
            </w:pPr>
            <w:r w:rsidRPr="00FB2D65">
              <w:rPr>
                <w:b/>
                <w:color w:val="5B2C83"/>
                <w:sz w:val="24"/>
                <w:szCs w:val="24"/>
              </w:rPr>
              <w:t>🌍 Background / cultural context</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445B9E3E" w14:textId="77777777" w:rsidR="00EF282D" w:rsidRPr="00FB2D65" w:rsidRDefault="005A3E0C">
            <w:pPr>
              <w:rPr>
                <w:sz w:val="24"/>
                <w:szCs w:val="24"/>
              </w:rPr>
            </w:pPr>
            <w:proofErr w:type="gramStart"/>
            <w:r w:rsidRPr="00FB2D65">
              <w:rPr>
                <w:sz w:val="24"/>
                <w:szCs w:val="24"/>
              </w:rPr>
              <w:t>Ghanaian-British</w:t>
            </w:r>
            <w:proofErr w:type="gramEnd"/>
            <w:r w:rsidRPr="00FB2D65">
              <w:rPr>
                <w:sz w:val="24"/>
                <w:szCs w:val="24"/>
              </w:rPr>
              <w:t xml:space="preserve"> professional services staff member who supports campus operations and understands real-world pressure during incidents.</w:t>
            </w:r>
          </w:p>
        </w:tc>
      </w:tr>
      <w:tr w:rsidR="00EF282D" w:rsidRPr="00FB2D65" w14:paraId="71173710"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6FB66510" w14:textId="77777777" w:rsidR="00EF282D" w:rsidRPr="00FB2D65" w:rsidRDefault="005A3E0C">
            <w:pPr>
              <w:rPr>
                <w:sz w:val="24"/>
                <w:szCs w:val="24"/>
              </w:rPr>
            </w:pPr>
            <w:r w:rsidRPr="00FB2D65">
              <w:rPr>
                <w:b/>
                <w:color w:val="5B2C83"/>
                <w:sz w:val="24"/>
                <w:szCs w:val="24"/>
              </w:rPr>
              <w:t>📍 Campus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43500D33" w14:textId="77777777" w:rsidR="00EF282D" w:rsidRPr="00FB2D65" w:rsidRDefault="005A3E0C">
            <w:pPr>
              <w:rPr>
                <w:sz w:val="24"/>
                <w:szCs w:val="24"/>
              </w:rPr>
            </w:pPr>
            <w:r w:rsidRPr="00FB2D65">
              <w:rPr>
                <w:sz w:val="24"/>
                <w:szCs w:val="24"/>
              </w:rPr>
              <w:t>UWTSD Birmingham</w:t>
            </w:r>
          </w:p>
        </w:tc>
      </w:tr>
      <w:tr w:rsidR="00EF282D" w:rsidRPr="00FB2D65" w14:paraId="2C313F5E"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22A86357" w14:textId="77777777" w:rsidR="00EF282D" w:rsidRPr="00FB2D65" w:rsidRDefault="005A3E0C">
            <w:pPr>
              <w:rPr>
                <w:sz w:val="24"/>
                <w:szCs w:val="24"/>
              </w:rPr>
            </w:pPr>
            <w:r w:rsidRPr="00FB2D65">
              <w:rPr>
                <w:b/>
                <w:color w:val="5B2C83"/>
                <w:sz w:val="24"/>
                <w:szCs w:val="24"/>
              </w:rPr>
              <w:t>💻 Technical confidence</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30F7C444" w14:textId="77777777" w:rsidR="00EF282D" w:rsidRPr="00FB2D65" w:rsidRDefault="005A3E0C">
            <w:pPr>
              <w:rPr>
                <w:sz w:val="24"/>
                <w:szCs w:val="24"/>
              </w:rPr>
            </w:pPr>
            <w:r w:rsidRPr="00FB2D65">
              <w:rPr>
                <w:sz w:val="24"/>
                <w:szCs w:val="24"/>
              </w:rPr>
              <w:t>Medium</w:t>
            </w:r>
          </w:p>
        </w:tc>
      </w:tr>
      <w:tr w:rsidR="00EF282D" w:rsidRPr="00FB2D65" w14:paraId="60D87E8B"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7858CABE" w14:textId="77777777" w:rsidR="00EF282D" w:rsidRPr="00FB2D65" w:rsidRDefault="005A3E0C">
            <w:pPr>
              <w:rPr>
                <w:sz w:val="24"/>
                <w:szCs w:val="24"/>
              </w:rPr>
            </w:pPr>
            <w:r w:rsidRPr="00FB2D65">
              <w:rPr>
                <w:b/>
                <w:color w:val="5B2C83"/>
                <w:sz w:val="24"/>
                <w:szCs w:val="24"/>
              </w:rPr>
              <w:t>♿ Accessibility / support needs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166D3D0" w14:textId="77777777" w:rsidR="00EF282D" w:rsidRPr="00FB2D65" w:rsidRDefault="005A3E0C">
            <w:pPr>
              <w:rPr>
                <w:sz w:val="24"/>
                <w:szCs w:val="24"/>
              </w:rPr>
            </w:pPr>
            <w:r w:rsidRPr="00FB2D65">
              <w:rPr>
                <w:sz w:val="24"/>
                <w:szCs w:val="24"/>
              </w:rPr>
              <w:t>Needs practical, task-focused screens that make urgent actions easy to identify.</w:t>
            </w:r>
          </w:p>
        </w:tc>
      </w:tr>
      <w:tr w:rsidR="00EF282D" w:rsidRPr="00FB2D65" w14:paraId="0D4621E3"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6C7B8C3C" w14:textId="77777777" w:rsidR="00EF282D" w:rsidRPr="00FB2D65" w:rsidRDefault="005A3E0C">
            <w:pPr>
              <w:rPr>
                <w:sz w:val="24"/>
                <w:szCs w:val="24"/>
              </w:rPr>
            </w:pPr>
            <w:r w:rsidRPr="00FB2D65">
              <w:rPr>
                <w:b/>
                <w:color w:val="5B2C83"/>
                <w:sz w:val="24"/>
                <w:szCs w:val="24"/>
              </w:rPr>
              <w:t>🎮 Gaming preferences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5ABFDB1F" w14:textId="77777777" w:rsidR="00EF282D" w:rsidRPr="00FB2D65" w:rsidRDefault="005A3E0C">
            <w:pPr>
              <w:rPr>
                <w:sz w:val="24"/>
                <w:szCs w:val="24"/>
              </w:rPr>
            </w:pPr>
            <w:r w:rsidRPr="00FB2D65">
              <w:rPr>
                <w:sz w:val="24"/>
                <w:szCs w:val="24"/>
              </w:rPr>
              <w:t>Rare gamer; prefers functional apps and clear workflows rather than entertainment-heavy design.</w:t>
            </w:r>
          </w:p>
        </w:tc>
      </w:tr>
      <w:tr w:rsidR="00EF282D" w:rsidRPr="00FB2D65" w14:paraId="11B087A4"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568EAAF9" w14:textId="77777777" w:rsidR="00EF282D" w:rsidRPr="00FB2D65" w:rsidRDefault="005A3E0C">
            <w:pPr>
              <w:rPr>
                <w:sz w:val="24"/>
                <w:szCs w:val="24"/>
              </w:rPr>
            </w:pPr>
            <w:r w:rsidRPr="00FB2D65">
              <w:rPr>
                <w:b/>
                <w:color w:val="5B2C83"/>
                <w:sz w:val="24"/>
                <w:szCs w:val="24"/>
              </w:rPr>
              <w:t>🎬 Scenario</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3A42046C" w14:textId="77777777" w:rsidR="00EF282D" w:rsidRPr="00FB2D65" w:rsidRDefault="005A3E0C">
            <w:pPr>
              <w:rPr>
                <w:sz w:val="24"/>
                <w:szCs w:val="24"/>
              </w:rPr>
            </w:pPr>
            <w:r w:rsidRPr="00FB2D65">
              <w:rPr>
                <w:sz w:val="24"/>
                <w:szCs w:val="24"/>
              </w:rPr>
              <w:t>Kwame tests the prototype from the viewpoint of campus support staff. He wants to understand what crisis is happening, where it is located, who is affected and which action the team should take next.</w:t>
            </w:r>
          </w:p>
        </w:tc>
      </w:tr>
      <w:tr w:rsidR="00EF282D" w:rsidRPr="00FB2D65" w14:paraId="5C07B18F"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DE7F6"/>
            <w:vAlign w:val="center"/>
          </w:tcPr>
          <w:p w14:paraId="3C506157" w14:textId="77777777" w:rsidR="00EF282D" w:rsidRPr="00FB2D65" w:rsidRDefault="005A3E0C">
            <w:pPr>
              <w:rPr>
                <w:sz w:val="24"/>
                <w:szCs w:val="24"/>
              </w:rPr>
            </w:pPr>
            <w:r w:rsidRPr="00FB2D65">
              <w:rPr>
                <w:b/>
                <w:color w:val="5B2C83"/>
                <w:sz w:val="24"/>
                <w:szCs w:val="24"/>
              </w:rPr>
              <w:t>✨ User and experience requirements</w:t>
            </w:r>
          </w:p>
        </w:tc>
        <w:tc>
          <w:tcPr>
            <w:tcW w:w="5040" w:type="dxa"/>
            <w:tcBorders>
              <w:top w:val="single" w:sz="6" w:space="0" w:color="B7A0D3"/>
              <w:left w:val="single" w:sz="6" w:space="0" w:color="B7A0D3"/>
              <w:bottom w:val="single" w:sz="6" w:space="0" w:color="B7A0D3"/>
              <w:right w:val="single" w:sz="6" w:space="0" w:color="B7A0D3"/>
            </w:tcBorders>
            <w:shd w:val="clear" w:color="auto" w:fill="FFFFFF"/>
            <w:vAlign w:val="center"/>
          </w:tcPr>
          <w:p w14:paraId="72B31A5F" w14:textId="77777777" w:rsidR="00EF282D" w:rsidRPr="00FB2D65" w:rsidRDefault="005A3E0C">
            <w:pPr>
              <w:rPr>
                <w:sz w:val="24"/>
                <w:szCs w:val="24"/>
              </w:rPr>
            </w:pPr>
            <w:r w:rsidRPr="00FB2D65">
              <w:rPr>
                <w:sz w:val="24"/>
                <w:szCs w:val="24"/>
              </w:rPr>
              <w:t>1. Clear incident location</w:t>
            </w:r>
            <w:r w:rsidRPr="00FB2D65">
              <w:rPr>
                <w:sz w:val="24"/>
                <w:szCs w:val="24"/>
              </w:rPr>
              <w:br/>
              <w:t>2. Urgency indicators</w:t>
            </w:r>
            <w:r w:rsidRPr="00FB2D65">
              <w:rPr>
                <w:sz w:val="24"/>
                <w:szCs w:val="24"/>
              </w:rPr>
              <w:br/>
              <w:t>3. Task-focused action buttons</w:t>
            </w:r>
            <w:r w:rsidRPr="00FB2D65">
              <w:rPr>
                <w:sz w:val="24"/>
                <w:szCs w:val="24"/>
              </w:rPr>
              <w:br/>
              <w:t>4. Minimal game jargon</w:t>
            </w:r>
            <w:r w:rsidRPr="00FB2D65">
              <w:rPr>
                <w:sz w:val="24"/>
                <w:szCs w:val="24"/>
              </w:rPr>
              <w:br/>
              <w:t>5. Useful team communication cues</w:t>
            </w:r>
          </w:p>
        </w:tc>
      </w:tr>
      <w:tr w:rsidR="00EF282D" w:rsidRPr="00FB2D65" w14:paraId="2341EEC6" w14:textId="77777777">
        <w:trPr>
          <w:jc w:val="center"/>
        </w:trPr>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2E33AF50" w14:textId="77777777" w:rsidR="00EF282D" w:rsidRPr="00FB2D65" w:rsidRDefault="005A3E0C">
            <w:pPr>
              <w:rPr>
                <w:sz w:val="24"/>
                <w:szCs w:val="24"/>
              </w:rPr>
            </w:pPr>
            <w:r w:rsidRPr="00FB2D65">
              <w:rPr>
                <w:b/>
                <w:color w:val="5B2C83"/>
                <w:sz w:val="24"/>
                <w:szCs w:val="24"/>
              </w:rPr>
              <w:t>🚨 Design focus</w:t>
            </w:r>
          </w:p>
        </w:tc>
        <w:tc>
          <w:tcPr>
            <w:tcW w:w="5040" w:type="dxa"/>
            <w:tcBorders>
              <w:top w:val="single" w:sz="6" w:space="0" w:color="B7A0D3"/>
              <w:left w:val="single" w:sz="6" w:space="0" w:color="B7A0D3"/>
              <w:bottom w:val="single" w:sz="6" w:space="0" w:color="B7A0D3"/>
              <w:right w:val="single" w:sz="6" w:space="0" w:color="B7A0D3"/>
            </w:tcBorders>
            <w:shd w:val="clear" w:color="auto" w:fill="E8F2FA"/>
            <w:vAlign w:val="center"/>
          </w:tcPr>
          <w:p w14:paraId="0FD96D47" w14:textId="77777777" w:rsidR="00EF282D" w:rsidRPr="00FB2D65" w:rsidRDefault="005A3E0C">
            <w:pPr>
              <w:rPr>
                <w:sz w:val="24"/>
                <w:szCs w:val="24"/>
              </w:rPr>
            </w:pPr>
            <w:r w:rsidRPr="00FB2D65">
              <w:rPr>
                <w:sz w:val="24"/>
                <w:szCs w:val="24"/>
              </w:rPr>
              <w:t>Urgency, incident location, task priority and practical team coordination.</w:t>
            </w:r>
          </w:p>
        </w:tc>
      </w:tr>
    </w:tbl>
    <w:p w14:paraId="3371DB53" w14:textId="77777777" w:rsidR="00EF282D" w:rsidRPr="00FB2D65" w:rsidRDefault="005A3E0C">
      <w:pPr>
        <w:pStyle w:val="Heading2"/>
        <w:rPr>
          <w:sz w:val="32"/>
          <w:szCs w:val="32"/>
        </w:rPr>
      </w:pPr>
      <w:bookmarkStart w:id="58" w:name="_Toc233920669"/>
      <w:r w:rsidRPr="00FB2D65">
        <w:rPr>
          <w:sz w:val="32"/>
          <w:szCs w:val="32"/>
        </w:rPr>
        <w:t>Appendix C: Extended Usability and Evaluation Evidence</w:t>
      </w:r>
      <w:bookmarkEnd w:id="58"/>
    </w:p>
    <w:p w14:paraId="31F7DE3D" w14:textId="77777777" w:rsidR="00EF282D" w:rsidRDefault="005A3E0C">
      <w:pPr>
        <w:pStyle w:val="BodyText"/>
      </w:pPr>
      <w:r>
        <w:t>This appendix preserves the fuller prototype classification, usability matrices, testing questions and data-</w:t>
      </w:r>
      <w:proofErr w:type="spellStart"/>
      <w:r>
        <w:t>visualisation</w:t>
      </w:r>
      <w:proofErr w:type="spellEnd"/>
      <w:r>
        <w:t xml:space="preserve"> plan from the detailed working draft. The main report contains the concise discussion required for the word target.</w:t>
      </w:r>
    </w:p>
    <w:p w14:paraId="0F6466A7" w14:textId="3096665B" w:rsidR="000E6F63" w:rsidRPr="00FB2D65" w:rsidRDefault="00FC6335" w:rsidP="004E4318">
      <w:r>
        <w:br w:type="page"/>
      </w:r>
      <w:bookmarkStart w:id="59" w:name="_Toc233920670"/>
      <w:r w:rsidRPr="00FB2D65">
        <w:lastRenderedPageBreak/>
        <w:t>C.1 Prototype Classification by Fidelity and Functionality</w:t>
      </w:r>
      <w:bookmarkEnd w:id="59"/>
    </w:p>
    <w:p w14:paraId="19C2D6C2" w14:textId="77777777" w:rsidR="000E6F63" w:rsidRDefault="00FC6335">
      <w:pPr>
        <w:pStyle w:val="BodyText"/>
      </w:pPr>
      <w:r>
        <w:t>Low-fidelity prototypes use simplified forms to test structure and workflow before substantial development is committed [16], [17]. The current artefact is interactive at navigation level but does not implement outbreak algorithms, networking, artificial intelligence or persistent data.</w:t>
      </w:r>
    </w:p>
    <w:tbl>
      <w:tblPr>
        <w:tblStyle w:val="TableGrid"/>
        <w:tblpPr w:leftFromText="180" w:rightFromText="180" w:vertAnchor="text" w:horzAnchor="margin" w:tblpY="-5"/>
        <w:tblW w:w="0" w:type="auto"/>
        <w:tblLook w:val="04A0" w:firstRow="1" w:lastRow="0" w:firstColumn="1" w:lastColumn="0" w:noHBand="0" w:noVBand="1"/>
      </w:tblPr>
      <w:tblGrid>
        <w:gridCol w:w="2972"/>
        <w:gridCol w:w="3669"/>
        <w:gridCol w:w="3321"/>
      </w:tblGrid>
      <w:tr w:rsidR="00C61E74" w14:paraId="2284A4DC" w14:textId="77777777" w:rsidTr="00C71B30">
        <w:tc>
          <w:tcPr>
            <w:tcW w:w="2972" w:type="dxa"/>
            <w:shd w:val="clear" w:color="auto" w:fill="1F4E78"/>
            <w:vAlign w:val="center"/>
          </w:tcPr>
          <w:p w14:paraId="62B58BE5" w14:textId="77777777" w:rsidR="0097442A" w:rsidRDefault="00FC6335" w:rsidP="00C61E74">
            <w:r>
              <w:rPr>
                <w:b/>
                <w:color w:val="FFFFFF"/>
                <w:sz w:val="18"/>
              </w:rPr>
              <w:t>Classification</w:t>
            </w:r>
          </w:p>
        </w:tc>
        <w:tc>
          <w:tcPr>
            <w:tcW w:w="3669" w:type="dxa"/>
            <w:shd w:val="clear" w:color="auto" w:fill="1F4E78"/>
            <w:vAlign w:val="center"/>
          </w:tcPr>
          <w:p w14:paraId="69C4AB9A" w14:textId="77777777" w:rsidR="0097442A" w:rsidRDefault="00FC6335" w:rsidP="00C61E74">
            <w:r>
              <w:rPr>
                <w:b/>
                <w:color w:val="FFFFFF"/>
                <w:sz w:val="18"/>
              </w:rPr>
              <w:t>Meaning</w:t>
            </w:r>
          </w:p>
        </w:tc>
        <w:tc>
          <w:tcPr>
            <w:tcW w:w="3321" w:type="dxa"/>
            <w:shd w:val="clear" w:color="auto" w:fill="1F4E78"/>
            <w:vAlign w:val="center"/>
          </w:tcPr>
          <w:p w14:paraId="38F823DD" w14:textId="77777777" w:rsidR="0097442A" w:rsidRDefault="00FC6335" w:rsidP="00C61E74">
            <w:r>
              <w:rPr>
                <w:b/>
                <w:color w:val="FFFFFF"/>
                <w:sz w:val="18"/>
              </w:rPr>
              <w:t xml:space="preserve">Application </w:t>
            </w:r>
            <w:proofErr w:type="gramStart"/>
            <w:r>
              <w:rPr>
                <w:b/>
                <w:color w:val="FFFFFF"/>
                <w:sz w:val="18"/>
              </w:rPr>
              <w:t>to</w:t>
            </w:r>
            <w:proofErr w:type="gramEnd"/>
            <w:r>
              <w:rPr>
                <w:b/>
                <w:color w:val="FFFFFF"/>
                <w:sz w:val="18"/>
              </w:rPr>
              <w:t xml:space="preserve"> this project</w:t>
            </w:r>
          </w:p>
        </w:tc>
      </w:tr>
      <w:tr w:rsidR="00C61E74" w14:paraId="1909E646" w14:textId="77777777" w:rsidTr="00C71B30">
        <w:tc>
          <w:tcPr>
            <w:tcW w:w="2972" w:type="dxa"/>
            <w:shd w:val="clear" w:color="auto" w:fill="FFFFFF"/>
            <w:vAlign w:val="center"/>
          </w:tcPr>
          <w:p w14:paraId="55B56203" w14:textId="77777777" w:rsidR="0097442A" w:rsidRDefault="00FC6335" w:rsidP="00C61E74">
            <w:r>
              <w:rPr>
                <w:color w:val="000000"/>
                <w:sz w:val="17"/>
              </w:rPr>
              <w:t>Low fidelity</w:t>
            </w:r>
          </w:p>
        </w:tc>
        <w:tc>
          <w:tcPr>
            <w:tcW w:w="3669" w:type="dxa"/>
            <w:shd w:val="clear" w:color="auto" w:fill="FFFFFF"/>
            <w:vAlign w:val="center"/>
          </w:tcPr>
          <w:p w14:paraId="2A7E01FB" w14:textId="77777777" w:rsidR="0097442A" w:rsidRDefault="00FC6335" w:rsidP="00C61E74">
            <w:r>
              <w:rPr>
                <w:color w:val="000000"/>
                <w:sz w:val="17"/>
              </w:rPr>
              <w:t>Quick, inexpensive sketches or wireframes used to test layout and workflow.</w:t>
            </w:r>
          </w:p>
        </w:tc>
        <w:tc>
          <w:tcPr>
            <w:tcW w:w="3321" w:type="dxa"/>
            <w:shd w:val="clear" w:color="auto" w:fill="FFFFFF"/>
            <w:vAlign w:val="center"/>
          </w:tcPr>
          <w:p w14:paraId="3F1EBB72" w14:textId="77777777" w:rsidR="0097442A" w:rsidRDefault="00FC6335" w:rsidP="00C61E74">
            <w:r>
              <w:rPr>
                <w:color w:val="000000"/>
                <w:sz w:val="17"/>
              </w:rPr>
              <w:t>Yes - black-and-white mobile wireframes in Canva.</w:t>
            </w:r>
          </w:p>
        </w:tc>
      </w:tr>
      <w:tr w:rsidR="00C61E74" w14:paraId="4FA8ED52" w14:textId="77777777" w:rsidTr="00C71B30">
        <w:tc>
          <w:tcPr>
            <w:tcW w:w="2972" w:type="dxa"/>
            <w:shd w:val="clear" w:color="auto" w:fill="F2F2F2"/>
            <w:vAlign w:val="center"/>
          </w:tcPr>
          <w:p w14:paraId="2BD3C773" w14:textId="77777777" w:rsidR="0097442A" w:rsidRDefault="00FC6335" w:rsidP="00C61E74">
            <w:r>
              <w:rPr>
                <w:color w:val="000000"/>
                <w:sz w:val="17"/>
              </w:rPr>
              <w:t>Mid fidelity</w:t>
            </w:r>
          </w:p>
        </w:tc>
        <w:tc>
          <w:tcPr>
            <w:tcW w:w="3669" w:type="dxa"/>
            <w:shd w:val="clear" w:color="auto" w:fill="F2F2F2"/>
            <w:vAlign w:val="center"/>
          </w:tcPr>
          <w:p w14:paraId="76974D35" w14:textId="77777777" w:rsidR="0097442A" w:rsidRDefault="00FC6335" w:rsidP="00C61E74">
            <w:r>
              <w:rPr>
                <w:color w:val="000000"/>
                <w:sz w:val="17"/>
              </w:rPr>
              <w:t>More detailed digital screens that clarify visual hierarchy and navigation.</w:t>
            </w:r>
          </w:p>
        </w:tc>
        <w:tc>
          <w:tcPr>
            <w:tcW w:w="3321" w:type="dxa"/>
            <w:shd w:val="clear" w:color="auto" w:fill="F2F2F2"/>
            <w:vAlign w:val="center"/>
          </w:tcPr>
          <w:p w14:paraId="2579E091" w14:textId="77777777" w:rsidR="0097442A" w:rsidRDefault="00FC6335" w:rsidP="00C61E74">
            <w:r>
              <w:rPr>
                <w:color w:val="000000"/>
                <w:sz w:val="17"/>
              </w:rPr>
              <w:t>Future iteration after initial feedback.</w:t>
            </w:r>
          </w:p>
        </w:tc>
      </w:tr>
      <w:tr w:rsidR="00C61E74" w14:paraId="59D4470A" w14:textId="77777777" w:rsidTr="00C71B30">
        <w:tc>
          <w:tcPr>
            <w:tcW w:w="2972" w:type="dxa"/>
            <w:shd w:val="clear" w:color="auto" w:fill="FFFFFF"/>
            <w:vAlign w:val="center"/>
          </w:tcPr>
          <w:p w14:paraId="1EA54A0B" w14:textId="77777777" w:rsidR="0097442A" w:rsidRDefault="00FC6335" w:rsidP="00C61E74">
            <w:r>
              <w:rPr>
                <w:color w:val="000000"/>
                <w:sz w:val="17"/>
              </w:rPr>
              <w:t>High fidelity</w:t>
            </w:r>
          </w:p>
        </w:tc>
        <w:tc>
          <w:tcPr>
            <w:tcW w:w="3669" w:type="dxa"/>
            <w:shd w:val="clear" w:color="auto" w:fill="FFFFFF"/>
            <w:vAlign w:val="center"/>
          </w:tcPr>
          <w:p w14:paraId="46164703" w14:textId="77777777" w:rsidR="0097442A" w:rsidRDefault="00FC6335" w:rsidP="00C61E74">
            <w:r>
              <w:rPr>
                <w:color w:val="000000"/>
                <w:sz w:val="17"/>
              </w:rPr>
              <w:t>Detailed, realistic and interactive representation of the final product.</w:t>
            </w:r>
          </w:p>
        </w:tc>
        <w:tc>
          <w:tcPr>
            <w:tcW w:w="3321" w:type="dxa"/>
            <w:shd w:val="clear" w:color="auto" w:fill="FFFFFF"/>
            <w:vAlign w:val="center"/>
          </w:tcPr>
          <w:p w14:paraId="5FAF0EB6" w14:textId="77777777" w:rsidR="0097442A" w:rsidRDefault="00FC6335" w:rsidP="00C61E74">
            <w:r>
              <w:rPr>
                <w:color w:val="000000"/>
                <w:sz w:val="17"/>
              </w:rPr>
              <w:t xml:space="preserve">Future phase with realistic visual design and </w:t>
            </w:r>
            <w:proofErr w:type="spellStart"/>
            <w:r>
              <w:rPr>
                <w:color w:val="000000"/>
                <w:sz w:val="17"/>
              </w:rPr>
              <w:t>behaviour</w:t>
            </w:r>
            <w:proofErr w:type="spellEnd"/>
            <w:r>
              <w:rPr>
                <w:color w:val="000000"/>
                <w:sz w:val="17"/>
              </w:rPr>
              <w:t>.</w:t>
            </w:r>
          </w:p>
        </w:tc>
      </w:tr>
      <w:tr w:rsidR="00C61E74" w14:paraId="70A9BED9" w14:textId="77777777" w:rsidTr="00C71B30">
        <w:tc>
          <w:tcPr>
            <w:tcW w:w="2972" w:type="dxa"/>
            <w:shd w:val="clear" w:color="auto" w:fill="F2F2F2"/>
            <w:vAlign w:val="center"/>
          </w:tcPr>
          <w:p w14:paraId="3FB62C31" w14:textId="77777777" w:rsidR="0097442A" w:rsidRDefault="00FC6335" w:rsidP="00C61E74">
            <w:r>
              <w:rPr>
                <w:color w:val="000000"/>
                <w:sz w:val="17"/>
              </w:rPr>
              <w:t>Aesthetic prototype</w:t>
            </w:r>
          </w:p>
        </w:tc>
        <w:tc>
          <w:tcPr>
            <w:tcW w:w="3669" w:type="dxa"/>
            <w:shd w:val="clear" w:color="auto" w:fill="F2F2F2"/>
            <w:vAlign w:val="center"/>
          </w:tcPr>
          <w:p w14:paraId="4ACA1A4F" w14:textId="77777777" w:rsidR="0097442A" w:rsidRDefault="00FC6335" w:rsidP="00C61E74">
            <w:proofErr w:type="gramStart"/>
            <w:r>
              <w:rPr>
                <w:color w:val="000000"/>
                <w:sz w:val="17"/>
              </w:rPr>
              <w:t>Tests</w:t>
            </w:r>
            <w:proofErr w:type="gramEnd"/>
            <w:r>
              <w:rPr>
                <w:color w:val="000000"/>
                <w:sz w:val="17"/>
              </w:rPr>
              <w:t xml:space="preserve"> appearance, form and interface presentation with little or no underlying function.</w:t>
            </w:r>
          </w:p>
        </w:tc>
        <w:tc>
          <w:tcPr>
            <w:tcW w:w="3321" w:type="dxa"/>
            <w:shd w:val="clear" w:color="auto" w:fill="F2F2F2"/>
            <w:vAlign w:val="center"/>
          </w:tcPr>
          <w:p w14:paraId="46601F9E" w14:textId="77777777" w:rsidR="0097442A" w:rsidRDefault="00FC6335" w:rsidP="00C61E74">
            <w:r>
              <w:rPr>
                <w:color w:val="000000"/>
                <w:sz w:val="17"/>
              </w:rPr>
              <w:t xml:space="preserve">Partly - the screens communicate layout and visual </w:t>
            </w:r>
            <w:proofErr w:type="spellStart"/>
            <w:r>
              <w:rPr>
                <w:color w:val="000000"/>
                <w:sz w:val="17"/>
              </w:rPr>
              <w:t>organisation</w:t>
            </w:r>
            <w:proofErr w:type="spellEnd"/>
            <w:r>
              <w:rPr>
                <w:color w:val="000000"/>
                <w:sz w:val="17"/>
              </w:rPr>
              <w:t>.</w:t>
            </w:r>
          </w:p>
        </w:tc>
      </w:tr>
      <w:tr w:rsidR="00C61E74" w14:paraId="767DE931" w14:textId="77777777" w:rsidTr="00C71B30">
        <w:tc>
          <w:tcPr>
            <w:tcW w:w="2972" w:type="dxa"/>
            <w:shd w:val="clear" w:color="auto" w:fill="FFFFFF"/>
            <w:vAlign w:val="center"/>
          </w:tcPr>
          <w:p w14:paraId="3B0B6B7D" w14:textId="77777777" w:rsidR="0097442A" w:rsidRDefault="00FC6335" w:rsidP="00C61E74">
            <w:r>
              <w:rPr>
                <w:color w:val="000000"/>
                <w:sz w:val="17"/>
              </w:rPr>
              <w:t>Functional prototype</w:t>
            </w:r>
          </w:p>
        </w:tc>
        <w:tc>
          <w:tcPr>
            <w:tcW w:w="3669" w:type="dxa"/>
            <w:shd w:val="clear" w:color="auto" w:fill="FFFFFF"/>
            <w:vAlign w:val="center"/>
          </w:tcPr>
          <w:p w14:paraId="4027808A" w14:textId="77777777" w:rsidR="0097442A" w:rsidRDefault="00FC6335" w:rsidP="00C61E74">
            <w:r>
              <w:rPr>
                <w:color w:val="000000"/>
                <w:sz w:val="17"/>
              </w:rPr>
              <w:t xml:space="preserve">Proves that technical mechanics and system </w:t>
            </w:r>
            <w:proofErr w:type="spellStart"/>
            <w:r>
              <w:rPr>
                <w:color w:val="000000"/>
                <w:sz w:val="17"/>
              </w:rPr>
              <w:t>behaviour</w:t>
            </w:r>
            <w:proofErr w:type="spellEnd"/>
            <w:r>
              <w:rPr>
                <w:color w:val="000000"/>
                <w:sz w:val="17"/>
              </w:rPr>
              <w:t xml:space="preserve"> work.</w:t>
            </w:r>
          </w:p>
        </w:tc>
        <w:tc>
          <w:tcPr>
            <w:tcW w:w="3321" w:type="dxa"/>
            <w:shd w:val="clear" w:color="auto" w:fill="FFFFFF"/>
            <w:vAlign w:val="center"/>
          </w:tcPr>
          <w:p w14:paraId="467AF7B6" w14:textId="77777777" w:rsidR="0097442A" w:rsidRDefault="00FC6335" w:rsidP="00C61E74">
            <w:r>
              <w:rPr>
                <w:color w:val="000000"/>
                <w:sz w:val="17"/>
              </w:rPr>
              <w:t>Not yet - navigation is simulated, but game logic and networking are not implemented.</w:t>
            </w:r>
          </w:p>
        </w:tc>
      </w:tr>
      <w:tr w:rsidR="00C61E74" w14:paraId="3CAC7BD4" w14:textId="77777777" w:rsidTr="00C71B30">
        <w:tc>
          <w:tcPr>
            <w:tcW w:w="2972" w:type="dxa"/>
            <w:shd w:val="clear" w:color="auto" w:fill="F2F2F2"/>
            <w:vAlign w:val="center"/>
          </w:tcPr>
          <w:p w14:paraId="5767E21A" w14:textId="77777777" w:rsidR="0097442A" w:rsidRDefault="00FC6335" w:rsidP="00C61E74">
            <w:r>
              <w:rPr>
                <w:color w:val="000000"/>
                <w:sz w:val="17"/>
              </w:rPr>
              <w:t>Manufacturing / evolutionary</w:t>
            </w:r>
          </w:p>
        </w:tc>
        <w:tc>
          <w:tcPr>
            <w:tcW w:w="3669" w:type="dxa"/>
            <w:shd w:val="clear" w:color="auto" w:fill="F2F2F2"/>
            <w:vAlign w:val="center"/>
          </w:tcPr>
          <w:p w14:paraId="4759EF77" w14:textId="77777777" w:rsidR="0097442A" w:rsidRDefault="00FC6335" w:rsidP="00C61E74">
            <w:r>
              <w:rPr>
                <w:color w:val="000000"/>
                <w:sz w:val="17"/>
              </w:rPr>
              <w:t>Production-like model used to test commercial manufacture and final viability.</w:t>
            </w:r>
          </w:p>
        </w:tc>
        <w:tc>
          <w:tcPr>
            <w:tcW w:w="3321" w:type="dxa"/>
            <w:shd w:val="clear" w:color="auto" w:fill="F2F2F2"/>
            <w:vAlign w:val="center"/>
          </w:tcPr>
          <w:p w14:paraId="604470E9" w14:textId="77777777" w:rsidR="0097442A" w:rsidRDefault="00FC6335" w:rsidP="00C61E74">
            <w:r>
              <w:rPr>
                <w:color w:val="000000"/>
                <w:sz w:val="17"/>
              </w:rPr>
              <w:t>Not applicable to this early digital interface prototype.</w:t>
            </w:r>
          </w:p>
        </w:tc>
      </w:tr>
    </w:tbl>
    <w:p w14:paraId="40173E0C" w14:textId="77777777" w:rsidR="000E6F63" w:rsidRDefault="00FC6335">
      <w:r>
        <w:br w:type="page"/>
      </w:r>
    </w:p>
    <w:p w14:paraId="2A3E5BDB" w14:textId="276B577A" w:rsidR="00862E83" w:rsidRPr="00862E83" w:rsidRDefault="00FC6335" w:rsidP="00862E83">
      <w:pPr>
        <w:pStyle w:val="Heading2"/>
      </w:pPr>
      <w:bookmarkStart w:id="60" w:name="_Toc233920671"/>
      <w:r w:rsidRPr="00FB2D65">
        <w:lastRenderedPageBreak/>
        <w:t>C.2 Nielsen's Five Usability Quality Components</w:t>
      </w:r>
      <w:bookmarkEnd w:id="60"/>
    </w:p>
    <w:p w14:paraId="55F715E4" w14:textId="77777777" w:rsidR="000E6F63" w:rsidRDefault="00FC6335">
      <w:pPr>
        <w:pStyle w:val="BodyText"/>
      </w:pPr>
      <w:r>
        <w:t>Learnability, efficiency, memorability, errors and satisfaction convert general usability into questions that can be observed during testing [19].</w:t>
      </w:r>
    </w:p>
    <w:tbl>
      <w:tblPr>
        <w:tblStyle w:val="TableGrid"/>
        <w:tblW w:w="0" w:type="auto"/>
        <w:jc w:val="center"/>
        <w:tblLook w:val="04A0" w:firstRow="1" w:lastRow="0" w:firstColumn="1" w:lastColumn="0" w:noHBand="0" w:noVBand="1"/>
      </w:tblPr>
      <w:tblGrid>
        <w:gridCol w:w="3324"/>
        <w:gridCol w:w="3324"/>
        <w:gridCol w:w="3324"/>
      </w:tblGrid>
      <w:tr w:rsidR="009E5915" w14:paraId="6208490B" w14:textId="77777777">
        <w:trPr>
          <w:jc w:val="center"/>
        </w:trPr>
        <w:tc>
          <w:tcPr>
            <w:tcW w:w="3324" w:type="dxa"/>
            <w:shd w:val="clear" w:color="auto" w:fill="1F4E78"/>
            <w:vAlign w:val="center"/>
          </w:tcPr>
          <w:p w14:paraId="030FBE19" w14:textId="77777777" w:rsidR="0097442A" w:rsidRDefault="00FC6335">
            <w:r>
              <w:rPr>
                <w:b/>
                <w:color w:val="FFFFFF"/>
                <w:sz w:val="18"/>
              </w:rPr>
              <w:t>Quality component</w:t>
            </w:r>
          </w:p>
        </w:tc>
        <w:tc>
          <w:tcPr>
            <w:tcW w:w="3324" w:type="dxa"/>
            <w:shd w:val="clear" w:color="auto" w:fill="1F4E78"/>
            <w:vAlign w:val="center"/>
          </w:tcPr>
          <w:p w14:paraId="0DFC78A3" w14:textId="77777777" w:rsidR="0097442A" w:rsidRDefault="00FC6335">
            <w:r>
              <w:rPr>
                <w:b/>
                <w:color w:val="FFFFFF"/>
                <w:sz w:val="18"/>
              </w:rPr>
              <w:t>Question for evaluation</w:t>
            </w:r>
          </w:p>
        </w:tc>
        <w:tc>
          <w:tcPr>
            <w:tcW w:w="3324" w:type="dxa"/>
            <w:shd w:val="clear" w:color="auto" w:fill="1F4E78"/>
            <w:vAlign w:val="center"/>
          </w:tcPr>
          <w:p w14:paraId="29ACB77F" w14:textId="77777777" w:rsidR="0097442A" w:rsidRDefault="00FC6335">
            <w:r>
              <w:rPr>
                <w:b/>
                <w:color w:val="FFFFFF"/>
                <w:sz w:val="18"/>
              </w:rPr>
              <w:t>Application to UWTSD Pandemic</w:t>
            </w:r>
          </w:p>
        </w:tc>
      </w:tr>
      <w:tr w:rsidR="009E5915" w14:paraId="2FB3E485" w14:textId="77777777">
        <w:trPr>
          <w:jc w:val="center"/>
        </w:trPr>
        <w:tc>
          <w:tcPr>
            <w:tcW w:w="3324" w:type="dxa"/>
            <w:shd w:val="clear" w:color="auto" w:fill="FFFFFF"/>
            <w:vAlign w:val="center"/>
          </w:tcPr>
          <w:p w14:paraId="72E716E4" w14:textId="77777777" w:rsidR="0097442A" w:rsidRDefault="00FC6335">
            <w:r>
              <w:rPr>
                <w:color w:val="000000"/>
                <w:sz w:val="17"/>
              </w:rPr>
              <w:t>Learnability</w:t>
            </w:r>
          </w:p>
        </w:tc>
        <w:tc>
          <w:tcPr>
            <w:tcW w:w="3324" w:type="dxa"/>
            <w:shd w:val="clear" w:color="auto" w:fill="FFFFFF"/>
            <w:vAlign w:val="center"/>
          </w:tcPr>
          <w:p w14:paraId="26661840" w14:textId="77777777" w:rsidR="0097442A" w:rsidRDefault="00FC6335">
            <w:r>
              <w:rPr>
                <w:color w:val="000000"/>
                <w:sz w:val="17"/>
              </w:rPr>
              <w:t>Can a first-time player complete basic tasks?</w:t>
            </w:r>
          </w:p>
        </w:tc>
        <w:tc>
          <w:tcPr>
            <w:tcW w:w="3324" w:type="dxa"/>
            <w:shd w:val="clear" w:color="auto" w:fill="FFFFFF"/>
            <w:vAlign w:val="center"/>
          </w:tcPr>
          <w:p w14:paraId="35BD069F" w14:textId="77777777" w:rsidR="0097442A" w:rsidRDefault="00FC6335">
            <w:r>
              <w:rPr>
                <w:color w:val="000000"/>
                <w:sz w:val="17"/>
              </w:rPr>
              <w:t>Test whether users can select a mode, join a lobby, choose a role and take a first action without lengthy instruction.</w:t>
            </w:r>
          </w:p>
        </w:tc>
      </w:tr>
      <w:tr w:rsidR="009E5915" w14:paraId="3489AA56" w14:textId="77777777">
        <w:trPr>
          <w:jc w:val="center"/>
        </w:trPr>
        <w:tc>
          <w:tcPr>
            <w:tcW w:w="3324" w:type="dxa"/>
            <w:shd w:val="clear" w:color="auto" w:fill="F2F2F2"/>
            <w:vAlign w:val="center"/>
          </w:tcPr>
          <w:p w14:paraId="2352853B" w14:textId="77777777" w:rsidR="0097442A" w:rsidRDefault="00FC6335">
            <w:r>
              <w:rPr>
                <w:color w:val="000000"/>
                <w:sz w:val="17"/>
              </w:rPr>
              <w:t>Efficiency</w:t>
            </w:r>
          </w:p>
        </w:tc>
        <w:tc>
          <w:tcPr>
            <w:tcW w:w="3324" w:type="dxa"/>
            <w:shd w:val="clear" w:color="auto" w:fill="F2F2F2"/>
            <w:vAlign w:val="center"/>
          </w:tcPr>
          <w:p w14:paraId="2FCDE3C7" w14:textId="77777777" w:rsidR="0097442A" w:rsidRDefault="00FC6335">
            <w:r>
              <w:rPr>
                <w:color w:val="000000"/>
                <w:sz w:val="17"/>
              </w:rPr>
              <w:t xml:space="preserve">How quickly can an experienced player </w:t>
            </w:r>
            <w:proofErr w:type="gramStart"/>
            <w:r>
              <w:rPr>
                <w:color w:val="000000"/>
                <w:sz w:val="17"/>
              </w:rPr>
              <w:t>complete tasks</w:t>
            </w:r>
            <w:proofErr w:type="gramEnd"/>
            <w:r>
              <w:rPr>
                <w:color w:val="000000"/>
                <w:sz w:val="17"/>
              </w:rPr>
              <w:t>?</w:t>
            </w:r>
          </w:p>
        </w:tc>
        <w:tc>
          <w:tcPr>
            <w:tcW w:w="3324" w:type="dxa"/>
            <w:shd w:val="clear" w:color="auto" w:fill="F2F2F2"/>
            <w:vAlign w:val="center"/>
          </w:tcPr>
          <w:p w14:paraId="08A81DBE" w14:textId="77777777" w:rsidR="0097442A" w:rsidRDefault="00FC6335">
            <w:r>
              <w:rPr>
                <w:color w:val="000000"/>
                <w:sz w:val="17"/>
              </w:rPr>
              <w:t>Measure the number of steps and time required to create or join a game and return to the campus map.</w:t>
            </w:r>
          </w:p>
        </w:tc>
      </w:tr>
      <w:tr w:rsidR="009E5915" w14:paraId="012AA24C" w14:textId="77777777">
        <w:trPr>
          <w:jc w:val="center"/>
        </w:trPr>
        <w:tc>
          <w:tcPr>
            <w:tcW w:w="3324" w:type="dxa"/>
            <w:shd w:val="clear" w:color="auto" w:fill="FFFFFF"/>
            <w:vAlign w:val="center"/>
          </w:tcPr>
          <w:p w14:paraId="20587472" w14:textId="77777777" w:rsidR="0097442A" w:rsidRDefault="00FC6335">
            <w:r>
              <w:rPr>
                <w:color w:val="000000"/>
                <w:sz w:val="17"/>
              </w:rPr>
              <w:t>Memorability</w:t>
            </w:r>
          </w:p>
        </w:tc>
        <w:tc>
          <w:tcPr>
            <w:tcW w:w="3324" w:type="dxa"/>
            <w:shd w:val="clear" w:color="auto" w:fill="FFFFFF"/>
            <w:vAlign w:val="center"/>
          </w:tcPr>
          <w:p w14:paraId="7C77ECA9" w14:textId="77777777" w:rsidR="0097442A" w:rsidRDefault="00FC6335">
            <w:r>
              <w:rPr>
                <w:color w:val="000000"/>
                <w:sz w:val="17"/>
              </w:rPr>
              <w:t>Can returning users re-establish proficiency?</w:t>
            </w:r>
          </w:p>
        </w:tc>
        <w:tc>
          <w:tcPr>
            <w:tcW w:w="3324" w:type="dxa"/>
            <w:shd w:val="clear" w:color="auto" w:fill="FFFFFF"/>
            <w:vAlign w:val="center"/>
          </w:tcPr>
          <w:p w14:paraId="1FBF18E4" w14:textId="77777777" w:rsidR="0097442A" w:rsidRDefault="00FC6335">
            <w:r>
              <w:rPr>
                <w:color w:val="000000"/>
                <w:sz w:val="17"/>
              </w:rPr>
              <w:t>Keep navigation, labels and button positions consistent across screens and game modes.</w:t>
            </w:r>
          </w:p>
        </w:tc>
      </w:tr>
      <w:tr w:rsidR="009E5915" w14:paraId="1D90CDA2" w14:textId="77777777">
        <w:trPr>
          <w:jc w:val="center"/>
        </w:trPr>
        <w:tc>
          <w:tcPr>
            <w:tcW w:w="3324" w:type="dxa"/>
            <w:shd w:val="clear" w:color="auto" w:fill="F2F2F2"/>
            <w:vAlign w:val="center"/>
          </w:tcPr>
          <w:p w14:paraId="5BA0EB50" w14:textId="77777777" w:rsidR="0097442A" w:rsidRDefault="00FC6335">
            <w:r>
              <w:rPr>
                <w:color w:val="000000"/>
                <w:sz w:val="17"/>
              </w:rPr>
              <w:t>Errors</w:t>
            </w:r>
          </w:p>
        </w:tc>
        <w:tc>
          <w:tcPr>
            <w:tcW w:w="3324" w:type="dxa"/>
            <w:shd w:val="clear" w:color="auto" w:fill="F2F2F2"/>
            <w:vAlign w:val="center"/>
          </w:tcPr>
          <w:p w14:paraId="477054A0" w14:textId="77777777" w:rsidR="0097442A" w:rsidRDefault="00FC6335">
            <w:r>
              <w:rPr>
                <w:color w:val="000000"/>
                <w:sz w:val="17"/>
              </w:rPr>
              <w:t>What mistakes occur and how easily can users recover?</w:t>
            </w:r>
          </w:p>
        </w:tc>
        <w:tc>
          <w:tcPr>
            <w:tcW w:w="3324" w:type="dxa"/>
            <w:shd w:val="clear" w:color="auto" w:fill="F2F2F2"/>
            <w:vAlign w:val="center"/>
          </w:tcPr>
          <w:p w14:paraId="3B6B4708" w14:textId="77777777" w:rsidR="0097442A" w:rsidRDefault="00FC6335">
            <w:r>
              <w:rPr>
                <w:color w:val="000000"/>
                <w:sz w:val="17"/>
              </w:rPr>
              <w:t>Validate room codes, confirm major actions, allow Back/Undo where appropriate and explain errors in plain language.</w:t>
            </w:r>
          </w:p>
        </w:tc>
      </w:tr>
      <w:tr w:rsidR="009E5915" w14:paraId="4AF0B7D1" w14:textId="77777777">
        <w:trPr>
          <w:jc w:val="center"/>
        </w:trPr>
        <w:tc>
          <w:tcPr>
            <w:tcW w:w="3324" w:type="dxa"/>
            <w:shd w:val="clear" w:color="auto" w:fill="FFFFFF"/>
            <w:vAlign w:val="center"/>
          </w:tcPr>
          <w:p w14:paraId="572D7D84" w14:textId="77777777" w:rsidR="0097442A" w:rsidRDefault="00FC6335">
            <w:r>
              <w:rPr>
                <w:color w:val="000000"/>
                <w:sz w:val="17"/>
              </w:rPr>
              <w:t>Satisfaction</w:t>
            </w:r>
          </w:p>
        </w:tc>
        <w:tc>
          <w:tcPr>
            <w:tcW w:w="3324" w:type="dxa"/>
            <w:shd w:val="clear" w:color="auto" w:fill="FFFFFF"/>
            <w:vAlign w:val="center"/>
          </w:tcPr>
          <w:p w14:paraId="07351D9A" w14:textId="77777777" w:rsidR="0097442A" w:rsidRDefault="00FC6335">
            <w:r>
              <w:rPr>
                <w:color w:val="000000"/>
                <w:sz w:val="17"/>
              </w:rPr>
              <w:t>How pleasant and reassuring is the experience?</w:t>
            </w:r>
          </w:p>
        </w:tc>
        <w:tc>
          <w:tcPr>
            <w:tcW w:w="3324" w:type="dxa"/>
            <w:shd w:val="clear" w:color="auto" w:fill="FFFFFF"/>
            <w:vAlign w:val="center"/>
          </w:tcPr>
          <w:p w14:paraId="1BBD5EF6" w14:textId="77777777" w:rsidR="0097442A" w:rsidRDefault="00FC6335">
            <w:r>
              <w:rPr>
                <w:color w:val="000000"/>
                <w:sz w:val="17"/>
              </w:rPr>
              <w:t>Ask users about confidence, teamwork, stress, enjoyment and willingness to play again.</w:t>
            </w:r>
          </w:p>
        </w:tc>
      </w:tr>
    </w:tbl>
    <w:p w14:paraId="0FC8AC76" w14:textId="77777777" w:rsidR="000E6F63" w:rsidRDefault="00FC6335">
      <w:r>
        <w:br w:type="page"/>
      </w:r>
    </w:p>
    <w:p w14:paraId="208CF50C" w14:textId="77777777" w:rsidR="000E6F63" w:rsidRDefault="00FC6335" w:rsidP="00FB2D65">
      <w:pPr>
        <w:pStyle w:val="Heading2"/>
      </w:pPr>
      <w:bookmarkStart w:id="61" w:name="_Toc233920672"/>
      <w:r>
        <w:lastRenderedPageBreak/>
        <w:t>C.3 Nielsen Heuristics Applied to the Storyboard</w:t>
      </w:r>
      <w:bookmarkEnd w:id="61"/>
    </w:p>
    <w:p w14:paraId="5AA1A074" w14:textId="77777777" w:rsidR="000E6F63" w:rsidRDefault="00FC6335">
      <w:pPr>
        <w:pStyle w:val="BodyText"/>
      </w:pPr>
      <w:r>
        <w:t>The matrix below links each heuristic to a visible interface decision, including system status, user control, consistency, error prevention, recognition, flexibility and help.</w:t>
      </w:r>
    </w:p>
    <w:tbl>
      <w:tblPr>
        <w:tblStyle w:val="TableGrid"/>
        <w:tblW w:w="0" w:type="auto"/>
        <w:jc w:val="center"/>
        <w:tblLook w:val="04A0" w:firstRow="1" w:lastRow="0" w:firstColumn="1" w:lastColumn="0" w:noHBand="0" w:noVBand="1"/>
      </w:tblPr>
      <w:tblGrid>
        <w:gridCol w:w="4986"/>
        <w:gridCol w:w="4986"/>
      </w:tblGrid>
      <w:tr w:rsidR="009E5915" w14:paraId="702A2558" w14:textId="77777777">
        <w:trPr>
          <w:jc w:val="center"/>
        </w:trPr>
        <w:tc>
          <w:tcPr>
            <w:tcW w:w="4986" w:type="dxa"/>
            <w:shd w:val="clear" w:color="auto" w:fill="1F4E78"/>
            <w:vAlign w:val="center"/>
          </w:tcPr>
          <w:p w14:paraId="05956CD8" w14:textId="77777777" w:rsidR="0097442A" w:rsidRDefault="00FC6335">
            <w:r>
              <w:rPr>
                <w:b/>
                <w:color w:val="FFFFFF"/>
                <w:sz w:val="18"/>
              </w:rPr>
              <w:t>Heuristic</w:t>
            </w:r>
          </w:p>
        </w:tc>
        <w:tc>
          <w:tcPr>
            <w:tcW w:w="4986" w:type="dxa"/>
            <w:shd w:val="clear" w:color="auto" w:fill="1F4E78"/>
            <w:vAlign w:val="center"/>
          </w:tcPr>
          <w:p w14:paraId="507D40C2" w14:textId="77777777" w:rsidR="0097442A" w:rsidRDefault="00FC6335">
            <w:r>
              <w:rPr>
                <w:b/>
                <w:color w:val="FFFFFF"/>
                <w:sz w:val="18"/>
              </w:rPr>
              <w:t>Storyboard application</w:t>
            </w:r>
          </w:p>
        </w:tc>
      </w:tr>
      <w:tr w:rsidR="009E5915" w14:paraId="19AC1E33" w14:textId="77777777">
        <w:trPr>
          <w:jc w:val="center"/>
        </w:trPr>
        <w:tc>
          <w:tcPr>
            <w:tcW w:w="4986" w:type="dxa"/>
            <w:shd w:val="clear" w:color="auto" w:fill="FFFFFF"/>
            <w:vAlign w:val="center"/>
          </w:tcPr>
          <w:p w14:paraId="1BE79D21" w14:textId="77777777" w:rsidR="0097442A" w:rsidRDefault="00FC6335">
            <w:r>
              <w:rPr>
                <w:color w:val="000000"/>
                <w:sz w:val="17"/>
              </w:rPr>
              <w:t>Visibility of system status</w:t>
            </w:r>
          </w:p>
        </w:tc>
        <w:tc>
          <w:tcPr>
            <w:tcW w:w="4986" w:type="dxa"/>
            <w:shd w:val="clear" w:color="auto" w:fill="FFFFFF"/>
            <w:vAlign w:val="center"/>
          </w:tcPr>
          <w:p w14:paraId="1F83ADB8" w14:textId="77777777" w:rsidR="0097442A" w:rsidRDefault="00FC6335">
            <w:r>
              <w:rPr>
                <w:color w:val="000000"/>
                <w:sz w:val="17"/>
              </w:rPr>
              <w:t>Show outbreak level, current turn, role, connection status and cure progress.</w:t>
            </w:r>
          </w:p>
        </w:tc>
      </w:tr>
      <w:tr w:rsidR="009E5915" w14:paraId="461F354F" w14:textId="77777777">
        <w:trPr>
          <w:jc w:val="center"/>
        </w:trPr>
        <w:tc>
          <w:tcPr>
            <w:tcW w:w="4986" w:type="dxa"/>
            <w:shd w:val="clear" w:color="auto" w:fill="F2F2F2"/>
            <w:vAlign w:val="center"/>
          </w:tcPr>
          <w:p w14:paraId="7B0F4066" w14:textId="77777777" w:rsidR="0097442A" w:rsidRDefault="00FC6335">
            <w:r>
              <w:rPr>
                <w:color w:val="000000"/>
                <w:sz w:val="17"/>
              </w:rPr>
              <w:t>Match with the real world</w:t>
            </w:r>
          </w:p>
        </w:tc>
        <w:tc>
          <w:tcPr>
            <w:tcW w:w="4986" w:type="dxa"/>
            <w:shd w:val="clear" w:color="auto" w:fill="F2F2F2"/>
            <w:vAlign w:val="center"/>
          </w:tcPr>
          <w:p w14:paraId="132679E6" w14:textId="77777777" w:rsidR="0097442A" w:rsidRDefault="00FC6335">
            <w:r>
              <w:rPr>
                <w:color w:val="000000"/>
                <w:sz w:val="17"/>
              </w:rPr>
              <w:t>Use familiar campus names, maps, plain language and university roles.</w:t>
            </w:r>
          </w:p>
        </w:tc>
      </w:tr>
      <w:tr w:rsidR="009E5915" w14:paraId="75101557" w14:textId="77777777">
        <w:trPr>
          <w:jc w:val="center"/>
        </w:trPr>
        <w:tc>
          <w:tcPr>
            <w:tcW w:w="4986" w:type="dxa"/>
            <w:shd w:val="clear" w:color="auto" w:fill="FFFFFF"/>
            <w:vAlign w:val="center"/>
          </w:tcPr>
          <w:p w14:paraId="364CFFDA" w14:textId="77777777" w:rsidR="0097442A" w:rsidRDefault="00FC6335">
            <w:r>
              <w:rPr>
                <w:color w:val="000000"/>
                <w:sz w:val="17"/>
              </w:rPr>
              <w:t>User control and freedom</w:t>
            </w:r>
          </w:p>
        </w:tc>
        <w:tc>
          <w:tcPr>
            <w:tcW w:w="4986" w:type="dxa"/>
            <w:shd w:val="clear" w:color="auto" w:fill="FFFFFF"/>
            <w:vAlign w:val="center"/>
          </w:tcPr>
          <w:p w14:paraId="4300141B" w14:textId="77777777" w:rsidR="0097442A" w:rsidRDefault="00FC6335">
            <w:r>
              <w:rPr>
                <w:color w:val="000000"/>
                <w:sz w:val="17"/>
              </w:rPr>
              <w:t>Provide Back, Cancel, Leave Lobby and confirmation before irreversible actions.</w:t>
            </w:r>
          </w:p>
        </w:tc>
      </w:tr>
      <w:tr w:rsidR="009E5915" w14:paraId="5E13B4C3" w14:textId="77777777">
        <w:trPr>
          <w:jc w:val="center"/>
        </w:trPr>
        <w:tc>
          <w:tcPr>
            <w:tcW w:w="4986" w:type="dxa"/>
            <w:shd w:val="clear" w:color="auto" w:fill="F2F2F2"/>
            <w:vAlign w:val="center"/>
          </w:tcPr>
          <w:p w14:paraId="050F9A07" w14:textId="77777777" w:rsidR="0097442A" w:rsidRDefault="00FC6335">
            <w:r>
              <w:rPr>
                <w:color w:val="000000"/>
                <w:sz w:val="17"/>
              </w:rPr>
              <w:t>Consistency and standards</w:t>
            </w:r>
          </w:p>
        </w:tc>
        <w:tc>
          <w:tcPr>
            <w:tcW w:w="4986" w:type="dxa"/>
            <w:shd w:val="clear" w:color="auto" w:fill="F2F2F2"/>
            <w:vAlign w:val="center"/>
          </w:tcPr>
          <w:p w14:paraId="4294B5EA" w14:textId="77777777" w:rsidR="0097442A" w:rsidRDefault="00FC6335">
            <w:r>
              <w:rPr>
                <w:color w:val="000000"/>
                <w:sz w:val="17"/>
              </w:rPr>
              <w:t>Keep navigation, icons, labels and button placement consistent.</w:t>
            </w:r>
          </w:p>
        </w:tc>
      </w:tr>
      <w:tr w:rsidR="009E5915" w14:paraId="632566F7" w14:textId="77777777">
        <w:trPr>
          <w:jc w:val="center"/>
        </w:trPr>
        <w:tc>
          <w:tcPr>
            <w:tcW w:w="4986" w:type="dxa"/>
            <w:shd w:val="clear" w:color="auto" w:fill="FFFFFF"/>
            <w:vAlign w:val="center"/>
          </w:tcPr>
          <w:p w14:paraId="350A861D" w14:textId="77777777" w:rsidR="0097442A" w:rsidRDefault="00FC6335">
            <w:r>
              <w:rPr>
                <w:color w:val="000000"/>
                <w:sz w:val="17"/>
              </w:rPr>
              <w:t>Error prevention</w:t>
            </w:r>
          </w:p>
        </w:tc>
        <w:tc>
          <w:tcPr>
            <w:tcW w:w="4986" w:type="dxa"/>
            <w:shd w:val="clear" w:color="auto" w:fill="FFFFFF"/>
            <w:vAlign w:val="center"/>
          </w:tcPr>
          <w:p w14:paraId="6FC7E83D" w14:textId="77777777" w:rsidR="0097442A" w:rsidRDefault="00FC6335">
            <w:r>
              <w:rPr>
                <w:color w:val="000000"/>
                <w:sz w:val="17"/>
              </w:rPr>
              <w:t>Validate room codes, disable unavailable actions and confirm high-impact choices.</w:t>
            </w:r>
          </w:p>
        </w:tc>
      </w:tr>
      <w:tr w:rsidR="009E5915" w14:paraId="3007DCB6" w14:textId="77777777">
        <w:trPr>
          <w:jc w:val="center"/>
        </w:trPr>
        <w:tc>
          <w:tcPr>
            <w:tcW w:w="4986" w:type="dxa"/>
            <w:shd w:val="clear" w:color="auto" w:fill="F2F2F2"/>
            <w:vAlign w:val="center"/>
          </w:tcPr>
          <w:p w14:paraId="2CEC06D8" w14:textId="77777777" w:rsidR="0097442A" w:rsidRDefault="00FC6335">
            <w:r>
              <w:rPr>
                <w:color w:val="000000"/>
                <w:sz w:val="17"/>
              </w:rPr>
              <w:t>Recognition rather than recall</w:t>
            </w:r>
          </w:p>
        </w:tc>
        <w:tc>
          <w:tcPr>
            <w:tcW w:w="4986" w:type="dxa"/>
            <w:shd w:val="clear" w:color="auto" w:fill="F2F2F2"/>
            <w:vAlign w:val="center"/>
          </w:tcPr>
          <w:p w14:paraId="75CF62A2" w14:textId="77777777" w:rsidR="0097442A" w:rsidRDefault="00FC6335">
            <w:r>
              <w:rPr>
                <w:color w:val="000000"/>
                <w:sz w:val="17"/>
              </w:rPr>
              <w:t>Display role abilities, icon labels, action choices and recent events on screen.</w:t>
            </w:r>
          </w:p>
        </w:tc>
      </w:tr>
      <w:tr w:rsidR="009E5915" w14:paraId="43ADCF01" w14:textId="77777777">
        <w:trPr>
          <w:jc w:val="center"/>
        </w:trPr>
        <w:tc>
          <w:tcPr>
            <w:tcW w:w="4986" w:type="dxa"/>
            <w:shd w:val="clear" w:color="auto" w:fill="FFFFFF"/>
            <w:vAlign w:val="center"/>
          </w:tcPr>
          <w:p w14:paraId="38AAEF56" w14:textId="77777777" w:rsidR="0097442A" w:rsidRDefault="00FC6335">
            <w:r>
              <w:rPr>
                <w:color w:val="000000"/>
                <w:sz w:val="17"/>
              </w:rPr>
              <w:t>Flexibility and efficiency</w:t>
            </w:r>
          </w:p>
        </w:tc>
        <w:tc>
          <w:tcPr>
            <w:tcW w:w="4986" w:type="dxa"/>
            <w:shd w:val="clear" w:color="auto" w:fill="FFFFFF"/>
            <w:vAlign w:val="center"/>
          </w:tcPr>
          <w:p w14:paraId="10AC7915" w14:textId="77777777" w:rsidR="0097442A" w:rsidRDefault="00FC6335">
            <w:r>
              <w:rPr>
                <w:color w:val="000000"/>
                <w:sz w:val="17"/>
              </w:rPr>
              <w:t>Offer quick join, QR/invite link, room code, solo, pass-and-play, asynchronous and live modes.</w:t>
            </w:r>
          </w:p>
        </w:tc>
      </w:tr>
      <w:tr w:rsidR="009E5915" w14:paraId="3D6C1CA3" w14:textId="77777777">
        <w:trPr>
          <w:jc w:val="center"/>
        </w:trPr>
        <w:tc>
          <w:tcPr>
            <w:tcW w:w="4986" w:type="dxa"/>
            <w:shd w:val="clear" w:color="auto" w:fill="F2F2F2"/>
            <w:vAlign w:val="center"/>
          </w:tcPr>
          <w:p w14:paraId="7DEB31ED" w14:textId="77777777" w:rsidR="0097442A" w:rsidRDefault="00FC6335">
            <w:r>
              <w:rPr>
                <w:color w:val="000000"/>
                <w:sz w:val="17"/>
              </w:rPr>
              <w:t>Aesthetic and minimalist design</w:t>
            </w:r>
          </w:p>
        </w:tc>
        <w:tc>
          <w:tcPr>
            <w:tcW w:w="4986" w:type="dxa"/>
            <w:shd w:val="clear" w:color="auto" w:fill="F2F2F2"/>
            <w:vAlign w:val="center"/>
          </w:tcPr>
          <w:p w14:paraId="42E745C3" w14:textId="77777777" w:rsidR="0097442A" w:rsidRDefault="00FC6335">
            <w:r>
              <w:rPr>
                <w:color w:val="000000"/>
                <w:sz w:val="17"/>
              </w:rPr>
              <w:t xml:space="preserve">Use monochrome wireframes and </w:t>
            </w:r>
            <w:proofErr w:type="spellStart"/>
            <w:r>
              <w:rPr>
                <w:color w:val="000000"/>
                <w:sz w:val="17"/>
              </w:rPr>
              <w:t>prioritise</w:t>
            </w:r>
            <w:proofErr w:type="spellEnd"/>
            <w:r>
              <w:rPr>
                <w:color w:val="000000"/>
                <w:sz w:val="17"/>
              </w:rPr>
              <w:t xml:space="preserve"> essential actions on small screens.</w:t>
            </w:r>
          </w:p>
        </w:tc>
      </w:tr>
      <w:tr w:rsidR="009E5915" w14:paraId="5F8E6B03" w14:textId="77777777">
        <w:trPr>
          <w:jc w:val="center"/>
        </w:trPr>
        <w:tc>
          <w:tcPr>
            <w:tcW w:w="4986" w:type="dxa"/>
            <w:shd w:val="clear" w:color="auto" w:fill="FFFFFF"/>
            <w:vAlign w:val="center"/>
          </w:tcPr>
          <w:p w14:paraId="77936809" w14:textId="77777777" w:rsidR="0097442A" w:rsidRDefault="00FC6335">
            <w:r>
              <w:rPr>
                <w:color w:val="000000"/>
                <w:sz w:val="17"/>
              </w:rPr>
              <w:t>Error recognition and recovery</w:t>
            </w:r>
          </w:p>
        </w:tc>
        <w:tc>
          <w:tcPr>
            <w:tcW w:w="4986" w:type="dxa"/>
            <w:shd w:val="clear" w:color="auto" w:fill="FFFFFF"/>
            <w:vAlign w:val="center"/>
          </w:tcPr>
          <w:p w14:paraId="6D0B24C4" w14:textId="77777777" w:rsidR="0097442A" w:rsidRDefault="00FC6335">
            <w:r>
              <w:rPr>
                <w:color w:val="000000"/>
                <w:sz w:val="17"/>
              </w:rPr>
              <w:t>Use clear messages explaining what went wrong and how to correct it.</w:t>
            </w:r>
          </w:p>
        </w:tc>
      </w:tr>
      <w:tr w:rsidR="009E5915" w14:paraId="79BA0FF5" w14:textId="77777777">
        <w:trPr>
          <w:jc w:val="center"/>
        </w:trPr>
        <w:tc>
          <w:tcPr>
            <w:tcW w:w="4986" w:type="dxa"/>
            <w:shd w:val="clear" w:color="auto" w:fill="F2F2F2"/>
            <w:vAlign w:val="center"/>
          </w:tcPr>
          <w:p w14:paraId="75AC3D02" w14:textId="77777777" w:rsidR="0097442A" w:rsidRDefault="00FC6335">
            <w:r>
              <w:rPr>
                <w:color w:val="000000"/>
                <w:sz w:val="17"/>
              </w:rPr>
              <w:t>Help and documentation</w:t>
            </w:r>
          </w:p>
        </w:tc>
        <w:tc>
          <w:tcPr>
            <w:tcW w:w="4986" w:type="dxa"/>
            <w:shd w:val="clear" w:color="auto" w:fill="F2F2F2"/>
            <w:vAlign w:val="center"/>
          </w:tcPr>
          <w:p w14:paraId="6BAD7DA5" w14:textId="77777777" w:rsidR="0097442A" w:rsidRDefault="00FC6335">
            <w:r>
              <w:rPr>
                <w:color w:val="000000"/>
                <w:sz w:val="17"/>
              </w:rPr>
              <w:t>Keep Tutorial and Help available in a consistent location across relevant screens.</w:t>
            </w:r>
          </w:p>
        </w:tc>
      </w:tr>
    </w:tbl>
    <w:p w14:paraId="7203354B" w14:textId="77777777" w:rsidR="000E6F63" w:rsidRDefault="00FC6335">
      <w:r>
        <w:br w:type="page"/>
      </w:r>
    </w:p>
    <w:p w14:paraId="002071DD" w14:textId="77777777" w:rsidR="000E6F63" w:rsidRDefault="00FC6335" w:rsidP="00FB2D65">
      <w:pPr>
        <w:pStyle w:val="Heading2"/>
      </w:pPr>
      <w:bookmarkStart w:id="62" w:name="_Toc233920673"/>
      <w:r>
        <w:lastRenderedPageBreak/>
        <w:t>C.4 Detailed Usability-Test Questions</w:t>
      </w:r>
      <w:bookmarkEnd w:id="62"/>
    </w:p>
    <w:p w14:paraId="77BCE93F" w14:textId="77777777" w:rsidR="000E6F63" w:rsidRDefault="00FC6335">
      <w:pPr>
        <w:pStyle w:val="BodyText"/>
      </w:pPr>
      <w:r>
        <w:t xml:space="preserve">Participants should complete the same realistic tasks and think aloud where possible. The researcher records </w:t>
      </w:r>
      <w:proofErr w:type="spellStart"/>
      <w:r>
        <w:t>behaviour</w:t>
      </w:r>
      <w:proofErr w:type="spellEnd"/>
      <w:r>
        <w:t xml:space="preserve"> without teaching the interface during the task. Objective measures include completion, time, wrong taps, reversals and requests for help; subjective measures include clarity, confidence, effort and emotional response [21], [22].</w:t>
      </w:r>
    </w:p>
    <w:tbl>
      <w:tblPr>
        <w:tblStyle w:val="TableGrid"/>
        <w:tblW w:w="0" w:type="auto"/>
        <w:jc w:val="center"/>
        <w:tblLook w:val="04A0" w:firstRow="1" w:lastRow="0" w:firstColumn="1" w:lastColumn="0" w:noHBand="0" w:noVBand="1"/>
      </w:tblPr>
      <w:tblGrid>
        <w:gridCol w:w="4986"/>
        <w:gridCol w:w="4986"/>
      </w:tblGrid>
      <w:tr w:rsidR="009E5915" w14:paraId="4982B0F7" w14:textId="77777777">
        <w:trPr>
          <w:jc w:val="center"/>
        </w:trPr>
        <w:tc>
          <w:tcPr>
            <w:tcW w:w="4986" w:type="dxa"/>
            <w:shd w:val="clear" w:color="auto" w:fill="5B2C83"/>
          </w:tcPr>
          <w:p w14:paraId="254D1E69" w14:textId="77777777" w:rsidR="0097442A" w:rsidRDefault="00FC6335">
            <w:r>
              <w:rPr>
                <w:color w:val="FFFFFF"/>
              </w:rPr>
              <w:t>Evaluation area</w:t>
            </w:r>
          </w:p>
        </w:tc>
        <w:tc>
          <w:tcPr>
            <w:tcW w:w="4986" w:type="dxa"/>
            <w:shd w:val="clear" w:color="auto" w:fill="5B2C83"/>
          </w:tcPr>
          <w:p w14:paraId="1A946210" w14:textId="77777777" w:rsidR="0097442A" w:rsidRDefault="00FC6335">
            <w:r>
              <w:rPr>
                <w:color w:val="FFFFFF"/>
              </w:rPr>
              <w:t>Feedback question</w:t>
            </w:r>
          </w:p>
        </w:tc>
      </w:tr>
      <w:tr w:rsidR="009E5915" w14:paraId="398CD5C3" w14:textId="77777777">
        <w:trPr>
          <w:jc w:val="center"/>
        </w:trPr>
        <w:tc>
          <w:tcPr>
            <w:tcW w:w="4986" w:type="dxa"/>
          </w:tcPr>
          <w:p w14:paraId="35CBD391" w14:textId="77777777" w:rsidR="0097442A" w:rsidRDefault="00FC6335">
            <w:r>
              <w:t>First impression</w:t>
            </w:r>
          </w:p>
        </w:tc>
        <w:tc>
          <w:tcPr>
            <w:tcW w:w="4986" w:type="dxa"/>
          </w:tcPr>
          <w:p w14:paraId="6780215D" w14:textId="77777777" w:rsidR="0097442A" w:rsidRDefault="00FC6335">
            <w:r>
              <w:t>What do you think the game is about after five seconds?</w:t>
            </w:r>
          </w:p>
        </w:tc>
      </w:tr>
      <w:tr w:rsidR="009E5915" w14:paraId="413165C2" w14:textId="77777777">
        <w:trPr>
          <w:jc w:val="center"/>
        </w:trPr>
        <w:tc>
          <w:tcPr>
            <w:tcW w:w="4986" w:type="dxa"/>
          </w:tcPr>
          <w:p w14:paraId="6AF15FAC" w14:textId="77777777" w:rsidR="0097442A" w:rsidRDefault="00FC6335">
            <w:r>
              <w:t>Learnability</w:t>
            </w:r>
          </w:p>
        </w:tc>
        <w:tc>
          <w:tcPr>
            <w:tcW w:w="4986" w:type="dxa"/>
          </w:tcPr>
          <w:p w14:paraId="48F02E6A" w14:textId="77777777" w:rsidR="0097442A" w:rsidRDefault="00FC6335">
            <w:r>
              <w:t>Could you start or join without help?</w:t>
            </w:r>
          </w:p>
        </w:tc>
      </w:tr>
      <w:tr w:rsidR="009E5915" w14:paraId="7EC05D45" w14:textId="77777777">
        <w:trPr>
          <w:jc w:val="center"/>
        </w:trPr>
        <w:tc>
          <w:tcPr>
            <w:tcW w:w="4986" w:type="dxa"/>
          </w:tcPr>
          <w:p w14:paraId="1F19A7BC" w14:textId="77777777" w:rsidR="0097442A" w:rsidRDefault="00FC6335">
            <w:r>
              <w:t>Efficiency</w:t>
            </w:r>
          </w:p>
        </w:tc>
        <w:tc>
          <w:tcPr>
            <w:tcW w:w="4986" w:type="dxa"/>
          </w:tcPr>
          <w:p w14:paraId="36448C1F" w14:textId="77777777" w:rsidR="0097442A" w:rsidRDefault="00FC6335">
            <w:r>
              <w:t>Which step felt unnecessary or slow?</w:t>
            </w:r>
          </w:p>
        </w:tc>
      </w:tr>
      <w:tr w:rsidR="009E5915" w14:paraId="453148DC" w14:textId="77777777">
        <w:trPr>
          <w:jc w:val="center"/>
        </w:trPr>
        <w:tc>
          <w:tcPr>
            <w:tcW w:w="4986" w:type="dxa"/>
          </w:tcPr>
          <w:p w14:paraId="34C7225E" w14:textId="77777777" w:rsidR="0097442A" w:rsidRDefault="00FC6335">
            <w:r>
              <w:t>Memorability</w:t>
            </w:r>
          </w:p>
        </w:tc>
        <w:tc>
          <w:tcPr>
            <w:tcW w:w="4986" w:type="dxa"/>
          </w:tcPr>
          <w:p w14:paraId="567E4531" w14:textId="77777777" w:rsidR="0097442A" w:rsidRDefault="00FC6335">
            <w:r>
              <w:t>After a short break, could you remember how to return to the map?</w:t>
            </w:r>
          </w:p>
        </w:tc>
      </w:tr>
      <w:tr w:rsidR="009E5915" w14:paraId="5B1DA9A2" w14:textId="77777777">
        <w:trPr>
          <w:jc w:val="center"/>
        </w:trPr>
        <w:tc>
          <w:tcPr>
            <w:tcW w:w="4986" w:type="dxa"/>
          </w:tcPr>
          <w:p w14:paraId="0EC4F485" w14:textId="77777777" w:rsidR="0097442A" w:rsidRDefault="00FC6335">
            <w:r>
              <w:t>Errors</w:t>
            </w:r>
          </w:p>
        </w:tc>
        <w:tc>
          <w:tcPr>
            <w:tcW w:w="4986" w:type="dxa"/>
          </w:tcPr>
          <w:p w14:paraId="34E54891" w14:textId="77777777" w:rsidR="0097442A" w:rsidRDefault="00FC6335">
            <w:r>
              <w:t>Was it easy to recover from an incorrect room code or accidental choice?</w:t>
            </w:r>
          </w:p>
        </w:tc>
      </w:tr>
      <w:tr w:rsidR="009E5915" w14:paraId="2AB61715" w14:textId="77777777">
        <w:trPr>
          <w:jc w:val="center"/>
        </w:trPr>
        <w:tc>
          <w:tcPr>
            <w:tcW w:w="4986" w:type="dxa"/>
          </w:tcPr>
          <w:p w14:paraId="1C018638" w14:textId="77777777" w:rsidR="0097442A" w:rsidRDefault="00FC6335">
            <w:r>
              <w:t>Accessibility</w:t>
            </w:r>
          </w:p>
        </w:tc>
        <w:tc>
          <w:tcPr>
            <w:tcW w:w="4986" w:type="dxa"/>
          </w:tcPr>
          <w:p w14:paraId="0186C812" w14:textId="77777777" w:rsidR="0097442A" w:rsidRDefault="00FC6335">
            <w:r>
              <w:t>Were text, contrast, symbols, touch targets, timing and alerts suitable?</w:t>
            </w:r>
          </w:p>
        </w:tc>
      </w:tr>
      <w:tr w:rsidR="009E5915" w14:paraId="34C5C65D" w14:textId="77777777">
        <w:trPr>
          <w:jc w:val="center"/>
        </w:trPr>
        <w:tc>
          <w:tcPr>
            <w:tcW w:w="4986" w:type="dxa"/>
          </w:tcPr>
          <w:p w14:paraId="26A0517B" w14:textId="77777777" w:rsidR="0097442A" w:rsidRDefault="00FC6335">
            <w:r>
              <w:t>Game modes</w:t>
            </w:r>
          </w:p>
        </w:tc>
        <w:tc>
          <w:tcPr>
            <w:tcW w:w="4986" w:type="dxa"/>
          </w:tcPr>
          <w:p w14:paraId="6F629A49" w14:textId="77777777" w:rsidR="0097442A" w:rsidRDefault="00FC6335">
            <w:r>
              <w:t>Could you clearly explain the difference between the four play modes?</w:t>
            </w:r>
          </w:p>
        </w:tc>
      </w:tr>
      <w:tr w:rsidR="009E5915" w14:paraId="06BB3B4E" w14:textId="77777777">
        <w:trPr>
          <w:jc w:val="center"/>
        </w:trPr>
        <w:tc>
          <w:tcPr>
            <w:tcW w:w="4986" w:type="dxa"/>
          </w:tcPr>
          <w:p w14:paraId="2257A5F1" w14:textId="77777777" w:rsidR="0097442A" w:rsidRDefault="00FC6335">
            <w:r>
              <w:t>Role clarity</w:t>
            </w:r>
          </w:p>
        </w:tc>
        <w:tc>
          <w:tcPr>
            <w:tcW w:w="4986" w:type="dxa"/>
          </w:tcPr>
          <w:p w14:paraId="1785E552" w14:textId="77777777" w:rsidR="0097442A" w:rsidRDefault="00FC6335">
            <w:r>
              <w:t>Did the role card explain the special ability?</w:t>
            </w:r>
          </w:p>
        </w:tc>
      </w:tr>
      <w:tr w:rsidR="009E5915" w14:paraId="43E4C636" w14:textId="77777777">
        <w:trPr>
          <w:jc w:val="center"/>
        </w:trPr>
        <w:tc>
          <w:tcPr>
            <w:tcW w:w="4986" w:type="dxa"/>
          </w:tcPr>
          <w:p w14:paraId="57DEE1DF" w14:textId="77777777" w:rsidR="0097442A" w:rsidRDefault="00FC6335">
            <w:r>
              <w:t>Map clarity</w:t>
            </w:r>
          </w:p>
        </w:tc>
        <w:tc>
          <w:tcPr>
            <w:tcW w:w="4986" w:type="dxa"/>
          </w:tcPr>
          <w:p w14:paraId="1C8C0D3E" w14:textId="77777777" w:rsidR="0097442A" w:rsidRDefault="00FC6335">
            <w:r>
              <w:t>Could you identify the most urgent outbreak and next action?</w:t>
            </w:r>
          </w:p>
        </w:tc>
      </w:tr>
      <w:tr w:rsidR="009E5915" w14:paraId="4B2067C3" w14:textId="77777777">
        <w:trPr>
          <w:jc w:val="center"/>
        </w:trPr>
        <w:tc>
          <w:tcPr>
            <w:tcW w:w="4986" w:type="dxa"/>
          </w:tcPr>
          <w:p w14:paraId="3A94D26B" w14:textId="77777777" w:rsidR="0097442A" w:rsidRDefault="00FC6335">
            <w:r>
              <w:t>Emotional response</w:t>
            </w:r>
          </w:p>
        </w:tc>
        <w:tc>
          <w:tcPr>
            <w:tcW w:w="4986" w:type="dxa"/>
          </w:tcPr>
          <w:p w14:paraId="7A5933AD" w14:textId="77777777" w:rsidR="0097442A" w:rsidRDefault="00FC6335">
            <w:r>
              <w:t>Which screen felt calm, tense, confusing or overwhelming?</w:t>
            </w:r>
          </w:p>
        </w:tc>
      </w:tr>
      <w:tr w:rsidR="009E5915" w14:paraId="3C93B07E" w14:textId="77777777">
        <w:trPr>
          <w:jc w:val="center"/>
        </w:trPr>
        <w:tc>
          <w:tcPr>
            <w:tcW w:w="4986" w:type="dxa"/>
          </w:tcPr>
          <w:p w14:paraId="35397DAE" w14:textId="77777777" w:rsidR="0097442A" w:rsidRDefault="00FC6335">
            <w:r>
              <w:t>Cooperation</w:t>
            </w:r>
          </w:p>
        </w:tc>
        <w:tc>
          <w:tcPr>
            <w:tcW w:w="4986" w:type="dxa"/>
          </w:tcPr>
          <w:p w14:paraId="79974DE1" w14:textId="77777777" w:rsidR="0097442A" w:rsidRDefault="00FC6335">
            <w:r>
              <w:t>Did the team status and turn information support coordination?</w:t>
            </w:r>
          </w:p>
        </w:tc>
      </w:tr>
      <w:tr w:rsidR="009E5915" w14:paraId="646B80FB" w14:textId="77777777">
        <w:trPr>
          <w:jc w:val="center"/>
        </w:trPr>
        <w:tc>
          <w:tcPr>
            <w:tcW w:w="4986" w:type="dxa"/>
          </w:tcPr>
          <w:p w14:paraId="08E6A014" w14:textId="77777777" w:rsidR="0097442A" w:rsidRDefault="00FC6335">
            <w:r>
              <w:t>Improvement</w:t>
            </w:r>
          </w:p>
        </w:tc>
        <w:tc>
          <w:tcPr>
            <w:tcW w:w="4986" w:type="dxa"/>
          </w:tcPr>
          <w:p w14:paraId="1297CBA0" w14:textId="77777777" w:rsidR="0097442A" w:rsidRDefault="00FC6335">
            <w:r>
              <w:t>What single change would improve the prototype most?</w:t>
            </w:r>
          </w:p>
        </w:tc>
      </w:tr>
    </w:tbl>
    <w:p w14:paraId="0B3FFE72" w14:textId="77777777" w:rsidR="000E6F63" w:rsidRDefault="00FC6335" w:rsidP="00FB2D65">
      <w:pPr>
        <w:pStyle w:val="Heading2"/>
      </w:pPr>
      <w:bookmarkStart w:id="63" w:name="_Toc233920674"/>
      <w:r>
        <w:t>C.5 Five-Point Prototype Rating Statements</w:t>
      </w:r>
      <w:bookmarkEnd w:id="63"/>
    </w:p>
    <w:tbl>
      <w:tblPr>
        <w:tblStyle w:val="TableGrid"/>
        <w:tblW w:w="0" w:type="auto"/>
        <w:jc w:val="center"/>
        <w:tblLook w:val="04A0" w:firstRow="1" w:lastRow="0" w:firstColumn="1" w:lastColumn="0" w:noHBand="0" w:noVBand="1"/>
      </w:tblPr>
      <w:tblGrid>
        <w:gridCol w:w="4986"/>
        <w:gridCol w:w="4986"/>
      </w:tblGrid>
      <w:tr w:rsidR="009E5915" w14:paraId="2FDEC2CB" w14:textId="77777777">
        <w:trPr>
          <w:jc w:val="center"/>
        </w:trPr>
        <w:tc>
          <w:tcPr>
            <w:tcW w:w="4986" w:type="dxa"/>
            <w:shd w:val="clear" w:color="auto" w:fill="2F75B5"/>
          </w:tcPr>
          <w:p w14:paraId="3111060D" w14:textId="77777777" w:rsidR="0097442A" w:rsidRDefault="00FC6335">
            <w:r>
              <w:rPr>
                <w:color w:val="FFFFFF"/>
              </w:rPr>
              <w:t>Statement</w:t>
            </w:r>
          </w:p>
        </w:tc>
        <w:tc>
          <w:tcPr>
            <w:tcW w:w="4986" w:type="dxa"/>
            <w:shd w:val="clear" w:color="auto" w:fill="2F75B5"/>
          </w:tcPr>
          <w:p w14:paraId="7521E1C2" w14:textId="77777777" w:rsidR="0097442A" w:rsidRDefault="00FC6335">
            <w:proofErr w:type="gramStart"/>
            <w:r>
              <w:rPr>
                <w:color w:val="FFFFFF"/>
              </w:rPr>
              <w:t>1  2</w:t>
            </w:r>
            <w:proofErr w:type="gramEnd"/>
            <w:r>
              <w:rPr>
                <w:color w:val="FFFFFF"/>
              </w:rPr>
              <w:t xml:space="preserve">  </w:t>
            </w:r>
            <w:proofErr w:type="gramStart"/>
            <w:r>
              <w:rPr>
                <w:color w:val="FFFFFF"/>
              </w:rPr>
              <w:t>3  4</w:t>
            </w:r>
            <w:proofErr w:type="gramEnd"/>
            <w:r>
              <w:rPr>
                <w:color w:val="FFFFFF"/>
              </w:rPr>
              <w:t xml:space="preserve">  5</w:t>
            </w:r>
          </w:p>
        </w:tc>
      </w:tr>
      <w:tr w:rsidR="009E5915" w14:paraId="6331C103" w14:textId="77777777">
        <w:trPr>
          <w:jc w:val="center"/>
        </w:trPr>
        <w:tc>
          <w:tcPr>
            <w:tcW w:w="4986" w:type="dxa"/>
          </w:tcPr>
          <w:p w14:paraId="0FE3AE34" w14:textId="77777777" w:rsidR="0097442A" w:rsidRDefault="00FC6335">
            <w:r>
              <w:t>The purpose of the game was clear.</w:t>
            </w:r>
          </w:p>
        </w:tc>
        <w:tc>
          <w:tcPr>
            <w:tcW w:w="4986" w:type="dxa"/>
          </w:tcPr>
          <w:p w14:paraId="2C9ECD2B" w14:textId="77777777" w:rsidR="0097442A" w:rsidRDefault="00FC6335">
            <w:r>
              <w:t>☐  ☐  ☐  ☐  ☐</w:t>
            </w:r>
          </w:p>
        </w:tc>
      </w:tr>
      <w:tr w:rsidR="009E5915" w14:paraId="052DD895" w14:textId="77777777">
        <w:trPr>
          <w:jc w:val="center"/>
        </w:trPr>
        <w:tc>
          <w:tcPr>
            <w:tcW w:w="4986" w:type="dxa"/>
          </w:tcPr>
          <w:p w14:paraId="06C67A7E" w14:textId="77777777" w:rsidR="0097442A" w:rsidRDefault="00FC6335">
            <w:r>
              <w:t>I could join a game without assistance.</w:t>
            </w:r>
          </w:p>
        </w:tc>
        <w:tc>
          <w:tcPr>
            <w:tcW w:w="4986" w:type="dxa"/>
          </w:tcPr>
          <w:p w14:paraId="0755E48E" w14:textId="77777777" w:rsidR="0097442A" w:rsidRDefault="00FC6335">
            <w:r>
              <w:t>☐  ☐  ☐  ☐  ☐</w:t>
            </w:r>
          </w:p>
        </w:tc>
      </w:tr>
      <w:tr w:rsidR="009E5915" w14:paraId="46E290AA" w14:textId="77777777">
        <w:trPr>
          <w:jc w:val="center"/>
        </w:trPr>
        <w:tc>
          <w:tcPr>
            <w:tcW w:w="4986" w:type="dxa"/>
          </w:tcPr>
          <w:p w14:paraId="4ADA7A0F" w14:textId="77777777" w:rsidR="0097442A" w:rsidRDefault="00FC6335">
            <w:r>
              <w:t>The play modes were easy to distinguish.</w:t>
            </w:r>
          </w:p>
        </w:tc>
        <w:tc>
          <w:tcPr>
            <w:tcW w:w="4986" w:type="dxa"/>
          </w:tcPr>
          <w:p w14:paraId="3A89788D" w14:textId="77777777" w:rsidR="0097442A" w:rsidRDefault="00FC6335">
            <w:r>
              <w:t>☐  ☐  ☐  ☐  ☐</w:t>
            </w:r>
          </w:p>
        </w:tc>
      </w:tr>
      <w:tr w:rsidR="009E5915" w14:paraId="48249480" w14:textId="77777777">
        <w:trPr>
          <w:jc w:val="center"/>
        </w:trPr>
        <w:tc>
          <w:tcPr>
            <w:tcW w:w="4986" w:type="dxa"/>
          </w:tcPr>
          <w:p w14:paraId="7CD4A29F" w14:textId="77777777" w:rsidR="0097442A" w:rsidRDefault="00FC6335">
            <w:r>
              <w:t>The room-code and invitation options were simple.</w:t>
            </w:r>
          </w:p>
        </w:tc>
        <w:tc>
          <w:tcPr>
            <w:tcW w:w="4986" w:type="dxa"/>
          </w:tcPr>
          <w:p w14:paraId="046F97F0" w14:textId="77777777" w:rsidR="0097442A" w:rsidRDefault="00FC6335">
            <w:r>
              <w:t>☐  ☐  ☐  ☐  ☐</w:t>
            </w:r>
          </w:p>
        </w:tc>
      </w:tr>
      <w:tr w:rsidR="009E5915" w14:paraId="7774B011" w14:textId="77777777">
        <w:trPr>
          <w:jc w:val="center"/>
        </w:trPr>
        <w:tc>
          <w:tcPr>
            <w:tcW w:w="4986" w:type="dxa"/>
          </w:tcPr>
          <w:p w14:paraId="3E61C2D3" w14:textId="77777777" w:rsidR="0097442A" w:rsidRDefault="00FC6335">
            <w:r>
              <w:t>The university role and special ability were clear.</w:t>
            </w:r>
          </w:p>
        </w:tc>
        <w:tc>
          <w:tcPr>
            <w:tcW w:w="4986" w:type="dxa"/>
          </w:tcPr>
          <w:p w14:paraId="477BE7B4" w14:textId="77777777" w:rsidR="0097442A" w:rsidRDefault="00FC6335">
            <w:r>
              <w:t>☐  ☐  ☐  ☐  ☐</w:t>
            </w:r>
          </w:p>
        </w:tc>
      </w:tr>
      <w:tr w:rsidR="009E5915" w14:paraId="7F5FB44C" w14:textId="77777777">
        <w:trPr>
          <w:jc w:val="center"/>
        </w:trPr>
        <w:tc>
          <w:tcPr>
            <w:tcW w:w="4986" w:type="dxa"/>
          </w:tcPr>
          <w:p w14:paraId="5293678C" w14:textId="77777777" w:rsidR="0097442A" w:rsidRDefault="00FC6335">
            <w:r>
              <w:t>The outbreak map showed the next priority.</w:t>
            </w:r>
          </w:p>
        </w:tc>
        <w:tc>
          <w:tcPr>
            <w:tcW w:w="4986" w:type="dxa"/>
          </w:tcPr>
          <w:p w14:paraId="7BF84AEF" w14:textId="77777777" w:rsidR="0097442A" w:rsidRDefault="00FC6335">
            <w:r>
              <w:t>☐  ☐  ☐  ☐  ☐</w:t>
            </w:r>
          </w:p>
        </w:tc>
      </w:tr>
      <w:tr w:rsidR="009E5915" w14:paraId="31C2660E" w14:textId="77777777">
        <w:trPr>
          <w:jc w:val="center"/>
        </w:trPr>
        <w:tc>
          <w:tcPr>
            <w:tcW w:w="4986" w:type="dxa"/>
          </w:tcPr>
          <w:p w14:paraId="1594C305" w14:textId="77777777" w:rsidR="0097442A" w:rsidRDefault="00FC6335">
            <w:r>
              <w:t>The interface avoided unnecessary clutter.</w:t>
            </w:r>
          </w:p>
        </w:tc>
        <w:tc>
          <w:tcPr>
            <w:tcW w:w="4986" w:type="dxa"/>
          </w:tcPr>
          <w:p w14:paraId="070A5097" w14:textId="77777777" w:rsidR="0097442A" w:rsidRDefault="00FC6335">
            <w:r>
              <w:t>☐  ☐  ☐  ☐  ☐</w:t>
            </w:r>
          </w:p>
        </w:tc>
      </w:tr>
      <w:tr w:rsidR="009E5915" w14:paraId="2745CDED" w14:textId="77777777">
        <w:trPr>
          <w:jc w:val="center"/>
        </w:trPr>
        <w:tc>
          <w:tcPr>
            <w:tcW w:w="4986" w:type="dxa"/>
          </w:tcPr>
          <w:p w14:paraId="09D1FF94" w14:textId="77777777" w:rsidR="0097442A" w:rsidRDefault="00FC6335">
            <w:r>
              <w:t>I could recover from mistakes.</w:t>
            </w:r>
          </w:p>
        </w:tc>
        <w:tc>
          <w:tcPr>
            <w:tcW w:w="4986" w:type="dxa"/>
          </w:tcPr>
          <w:p w14:paraId="58469819" w14:textId="77777777" w:rsidR="0097442A" w:rsidRDefault="00FC6335">
            <w:r>
              <w:t>☐  ☐  ☐  ☐  ☐</w:t>
            </w:r>
          </w:p>
        </w:tc>
      </w:tr>
      <w:tr w:rsidR="009E5915" w14:paraId="645A2819" w14:textId="77777777">
        <w:trPr>
          <w:jc w:val="center"/>
        </w:trPr>
        <w:tc>
          <w:tcPr>
            <w:tcW w:w="4986" w:type="dxa"/>
          </w:tcPr>
          <w:p w14:paraId="3BF9C494" w14:textId="77777777" w:rsidR="0097442A" w:rsidRDefault="00FC6335">
            <w:r>
              <w:t>The accessibility options were easy to find.</w:t>
            </w:r>
          </w:p>
        </w:tc>
        <w:tc>
          <w:tcPr>
            <w:tcW w:w="4986" w:type="dxa"/>
          </w:tcPr>
          <w:p w14:paraId="77F7468B" w14:textId="77777777" w:rsidR="0097442A" w:rsidRDefault="00FC6335">
            <w:r>
              <w:t>☐  ☐  ☐  ☐  ☐</w:t>
            </w:r>
          </w:p>
        </w:tc>
      </w:tr>
      <w:tr w:rsidR="009E5915" w14:paraId="1AC22944" w14:textId="77777777">
        <w:trPr>
          <w:jc w:val="center"/>
        </w:trPr>
        <w:tc>
          <w:tcPr>
            <w:tcW w:w="4986" w:type="dxa"/>
          </w:tcPr>
          <w:p w14:paraId="71C12C9B" w14:textId="77777777" w:rsidR="0097442A" w:rsidRDefault="00FC6335">
            <w:r>
              <w:t xml:space="preserve">I </w:t>
            </w:r>
            <w:proofErr w:type="gramStart"/>
            <w:r>
              <w:t>would</w:t>
            </w:r>
            <w:proofErr w:type="gramEnd"/>
            <w:r>
              <w:t xml:space="preserve"> play this game again.</w:t>
            </w:r>
          </w:p>
        </w:tc>
        <w:tc>
          <w:tcPr>
            <w:tcW w:w="4986" w:type="dxa"/>
          </w:tcPr>
          <w:p w14:paraId="1AD93B3C" w14:textId="77777777" w:rsidR="0097442A" w:rsidRDefault="00FC6335">
            <w:r>
              <w:t>☐  ☐  ☐  ☐  ☐</w:t>
            </w:r>
          </w:p>
        </w:tc>
      </w:tr>
    </w:tbl>
    <w:p w14:paraId="25B5DF96" w14:textId="77777777" w:rsidR="000E6F63" w:rsidRDefault="00FC6335">
      <w:r>
        <w:br w:type="page"/>
      </w:r>
    </w:p>
    <w:p w14:paraId="4D4F34B7" w14:textId="77777777" w:rsidR="000E6F63" w:rsidRPr="00FB2D65" w:rsidRDefault="00FC6335" w:rsidP="00FB2D65">
      <w:pPr>
        <w:pStyle w:val="Heading2"/>
      </w:pPr>
      <w:bookmarkStart w:id="64" w:name="_Toc233920675"/>
      <w:r w:rsidRPr="00FB2D65">
        <w:lastRenderedPageBreak/>
        <w:t xml:space="preserve">C.6 Data </w:t>
      </w:r>
      <w:proofErr w:type="spellStart"/>
      <w:r w:rsidRPr="00FB2D65">
        <w:t>Visualisation</w:t>
      </w:r>
      <w:proofErr w:type="spellEnd"/>
      <w:r w:rsidRPr="00FB2D65">
        <w:t xml:space="preserve"> Plan for Genuine Results</w:t>
      </w:r>
      <w:bookmarkEnd w:id="64"/>
    </w:p>
    <w:p w14:paraId="72A6254C" w14:textId="77777777" w:rsidR="000E6F63" w:rsidRDefault="00FC6335">
      <w:pPr>
        <w:pStyle w:val="BodyText"/>
      </w:pPr>
      <w:r>
        <w:t>Charts must be generated only after genuine responses are collected. Pie charts are suitable only for simple part-to-whole summaries with few categories; bar charts are clearer for most comparisons, and stacked bars are appropriate for Likert responses.</w:t>
      </w:r>
    </w:p>
    <w:tbl>
      <w:tblPr>
        <w:tblStyle w:val="TableGrid"/>
        <w:tblW w:w="0" w:type="auto"/>
        <w:jc w:val="center"/>
        <w:tblLook w:val="04A0" w:firstRow="1" w:lastRow="0" w:firstColumn="1" w:lastColumn="0" w:noHBand="0" w:noVBand="1"/>
      </w:tblPr>
      <w:tblGrid>
        <w:gridCol w:w="3324"/>
        <w:gridCol w:w="3324"/>
        <w:gridCol w:w="3324"/>
      </w:tblGrid>
      <w:tr w:rsidR="009E5915" w14:paraId="6A74C5AE" w14:textId="77777777">
        <w:trPr>
          <w:jc w:val="center"/>
        </w:trPr>
        <w:tc>
          <w:tcPr>
            <w:tcW w:w="3324" w:type="dxa"/>
            <w:shd w:val="clear" w:color="auto" w:fill="5B2C83"/>
          </w:tcPr>
          <w:p w14:paraId="6AF1C620" w14:textId="77777777" w:rsidR="0097442A" w:rsidRDefault="00FC6335">
            <w:r>
              <w:rPr>
                <w:color w:val="FFFFFF"/>
              </w:rPr>
              <w:t>Data collected</w:t>
            </w:r>
          </w:p>
        </w:tc>
        <w:tc>
          <w:tcPr>
            <w:tcW w:w="3324" w:type="dxa"/>
            <w:shd w:val="clear" w:color="auto" w:fill="5B2C83"/>
          </w:tcPr>
          <w:p w14:paraId="584A9AA8" w14:textId="77777777" w:rsidR="0097442A" w:rsidRDefault="00FC6335">
            <w:r>
              <w:rPr>
                <w:color w:val="FFFFFF"/>
              </w:rPr>
              <w:t>Recommended chart</w:t>
            </w:r>
          </w:p>
        </w:tc>
        <w:tc>
          <w:tcPr>
            <w:tcW w:w="3324" w:type="dxa"/>
            <w:shd w:val="clear" w:color="auto" w:fill="5B2C83"/>
          </w:tcPr>
          <w:p w14:paraId="411C0190" w14:textId="77777777" w:rsidR="0097442A" w:rsidRDefault="00FC6335">
            <w:r>
              <w:rPr>
                <w:color w:val="FFFFFF"/>
              </w:rPr>
              <w:t>Interpretation required</w:t>
            </w:r>
          </w:p>
        </w:tc>
      </w:tr>
      <w:tr w:rsidR="009E5915" w14:paraId="43ED709A" w14:textId="77777777">
        <w:trPr>
          <w:jc w:val="center"/>
        </w:trPr>
        <w:tc>
          <w:tcPr>
            <w:tcW w:w="3324" w:type="dxa"/>
          </w:tcPr>
          <w:p w14:paraId="1CD09248" w14:textId="77777777" w:rsidR="0097442A" w:rsidRDefault="00FC6335">
            <w:r>
              <w:t>Participant role or preferred play mode</w:t>
            </w:r>
          </w:p>
        </w:tc>
        <w:tc>
          <w:tcPr>
            <w:tcW w:w="3324" w:type="dxa"/>
          </w:tcPr>
          <w:p w14:paraId="0888A77B" w14:textId="77777777" w:rsidR="0097442A" w:rsidRDefault="00FC6335">
            <w:r>
              <w:t>Pie or doughnut chart</w:t>
            </w:r>
          </w:p>
        </w:tc>
        <w:tc>
          <w:tcPr>
            <w:tcW w:w="3324" w:type="dxa"/>
          </w:tcPr>
          <w:p w14:paraId="7D8DCC8E" w14:textId="77777777" w:rsidR="0097442A" w:rsidRDefault="00FC6335">
            <w:r>
              <w:t>Largest and smallest groups; whether the sample is balanced.</w:t>
            </w:r>
          </w:p>
        </w:tc>
      </w:tr>
      <w:tr w:rsidR="009E5915" w14:paraId="5A918930" w14:textId="77777777">
        <w:trPr>
          <w:jc w:val="center"/>
        </w:trPr>
        <w:tc>
          <w:tcPr>
            <w:tcW w:w="3324" w:type="dxa"/>
          </w:tcPr>
          <w:p w14:paraId="07059818" w14:textId="77777777" w:rsidR="0097442A" w:rsidRDefault="00FC6335">
            <w:r>
              <w:t>Gaming frequency, device or joining method</w:t>
            </w:r>
          </w:p>
        </w:tc>
        <w:tc>
          <w:tcPr>
            <w:tcW w:w="3324" w:type="dxa"/>
          </w:tcPr>
          <w:p w14:paraId="7CA88384" w14:textId="77777777" w:rsidR="0097442A" w:rsidRDefault="00FC6335">
            <w:r>
              <w:t>Bar chart</w:t>
            </w:r>
          </w:p>
        </w:tc>
        <w:tc>
          <w:tcPr>
            <w:tcW w:w="3324" w:type="dxa"/>
          </w:tcPr>
          <w:p w14:paraId="67CA64FF" w14:textId="77777777" w:rsidR="0097442A" w:rsidRDefault="00FC6335">
            <w:r>
              <w:t>Which options are most and least common.</w:t>
            </w:r>
          </w:p>
        </w:tc>
      </w:tr>
      <w:tr w:rsidR="009E5915" w14:paraId="7C90A71B" w14:textId="77777777">
        <w:trPr>
          <w:jc w:val="center"/>
        </w:trPr>
        <w:tc>
          <w:tcPr>
            <w:tcW w:w="3324" w:type="dxa"/>
          </w:tcPr>
          <w:p w14:paraId="1C48EEA0" w14:textId="77777777" w:rsidR="0097442A" w:rsidRDefault="00FC6335">
            <w:r>
              <w:t>Ten 1-5 usability statements</w:t>
            </w:r>
          </w:p>
        </w:tc>
        <w:tc>
          <w:tcPr>
            <w:tcW w:w="3324" w:type="dxa"/>
          </w:tcPr>
          <w:p w14:paraId="34F73117" w14:textId="77777777" w:rsidR="0097442A" w:rsidRDefault="00FC6335">
            <w:r>
              <w:t>Stacked Likert bar chart</w:t>
            </w:r>
          </w:p>
        </w:tc>
        <w:tc>
          <w:tcPr>
            <w:tcW w:w="3324" w:type="dxa"/>
          </w:tcPr>
          <w:p w14:paraId="0A230558" w14:textId="77777777" w:rsidR="0097442A" w:rsidRDefault="00FC6335">
            <w:r>
              <w:t>Agreement, disagreement and neutral responses.</w:t>
            </w:r>
          </w:p>
        </w:tc>
      </w:tr>
      <w:tr w:rsidR="009E5915" w14:paraId="667BBE16" w14:textId="77777777">
        <w:trPr>
          <w:jc w:val="center"/>
        </w:trPr>
        <w:tc>
          <w:tcPr>
            <w:tcW w:w="3324" w:type="dxa"/>
          </w:tcPr>
          <w:p w14:paraId="5467A21B" w14:textId="77777777" w:rsidR="0097442A" w:rsidRDefault="00FC6335">
            <w:r>
              <w:t>Task completion and errors</w:t>
            </w:r>
          </w:p>
        </w:tc>
        <w:tc>
          <w:tcPr>
            <w:tcW w:w="3324" w:type="dxa"/>
          </w:tcPr>
          <w:p w14:paraId="26C2C3D8" w14:textId="77777777" w:rsidR="0097442A" w:rsidRDefault="00FC6335">
            <w:r>
              <w:t>Clustered bar chart</w:t>
            </w:r>
          </w:p>
        </w:tc>
        <w:tc>
          <w:tcPr>
            <w:tcW w:w="3324" w:type="dxa"/>
          </w:tcPr>
          <w:p w14:paraId="18E00DBD" w14:textId="77777777" w:rsidR="0097442A" w:rsidRDefault="00FC6335">
            <w:r>
              <w:t>Which screens or tasks caused the most difficulty.</w:t>
            </w:r>
          </w:p>
        </w:tc>
      </w:tr>
      <w:tr w:rsidR="009E5915" w14:paraId="7656A841" w14:textId="77777777">
        <w:trPr>
          <w:jc w:val="center"/>
        </w:trPr>
        <w:tc>
          <w:tcPr>
            <w:tcW w:w="3324" w:type="dxa"/>
          </w:tcPr>
          <w:p w14:paraId="34383533" w14:textId="77777777" w:rsidR="0097442A" w:rsidRDefault="00FC6335">
            <w:r>
              <w:t>Average usability scores</w:t>
            </w:r>
          </w:p>
        </w:tc>
        <w:tc>
          <w:tcPr>
            <w:tcW w:w="3324" w:type="dxa"/>
          </w:tcPr>
          <w:p w14:paraId="6B5DABE2" w14:textId="77777777" w:rsidR="0097442A" w:rsidRDefault="00FC6335">
            <w:r>
              <w:t>Radar chart or horizontal bars</w:t>
            </w:r>
          </w:p>
        </w:tc>
        <w:tc>
          <w:tcPr>
            <w:tcW w:w="3324" w:type="dxa"/>
          </w:tcPr>
          <w:p w14:paraId="0397EC73" w14:textId="77777777" w:rsidR="0097442A" w:rsidRDefault="00FC6335">
            <w:r>
              <w:t>Strengths and weaknesses across learnability, efficiency, memorability, errors and satisfaction.</w:t>
            </w:r>
          </w:p>
        </w:tc>
      </w:tr>
      <w:tr w:rsidR="009E5915" w14:paraId="100B52A9" w14:textId="77777777">
        <w:trPr>
          <w:jc w:val="center"/>
        </w:trPr>
        <w:tc>
          <w:tcPr>
            <w:tcW w:w="3324" w:type="dxa"/>
          </w:tcPr>
          <w:p w14:paraId="7581B375" w14:textId="77777777" w:rsidR="0097442A" w:rsidRDefault="00FC6335">
            <w:r>
              <w:t>Open comments</w:t>
            </w:r>
          </w:p>
        </w:tc>
        <w:tc>
          <w:tcPr>
            <w:tcW w:w="3324" w:type="dxa"/>
          </w:tcPr>
          <w:p w14:paraId="0BCE7470" w14:textId="77777777" w:rsidR="0097442A" w:rsidRDefault="00FC6335">
            <w:r>
              <w:t>Theme-frequency bar chart plus quotations</w:t>
            </w:r>
          </w:p>
        </w:tc>
        <w:tc>
          <w:tcPr>
            <w:tcW w:w="3324" w:type="dxa"/>
          </w:tcPr>
          <w:p w14:paraId="0A559394" w14:textId="77777777" w:rsidR="0097442A" w:rsidRDefault="00FC6335">
            <w:r>
              <w:t>Repeated issues and representative comments without identifying participants.</w:t>
            </w:r>
          </w:p>
        </w:tc>
      </w:tr>
    </w:tbl>
    <w:p w14:paraId="1D6ED239" w14:textId="77777777" w:rsidR="00EF282D" w:rsidRPr="00DA7B5B" w:rsidRDefault="005A3E0C">
      <w:pPr>
        <w:pStyle w:val="Heading2"/>
        <w:rPr>
          <w:sz w:val="32"/>
          <w:szCs w:val="32"/>
        </w:rPr>
      </w:pPr>
      <w:bookmarkStart w:id="65" w:name="_Toc233920676"/>
      <w:r w:rsidRPr="00DA7B5B">
        <w:rPr>
          <w:sz w:val="32"/>
          <w:szCs w:val="32"/>
        </w:rPr>
        <w:t>Appendix D: Wireframe Storyboards</w:t>
      </w:r>
      <w:bookmarkEnd w:id="65"/>
    </w:p>
    <w:p w14:paraId="3F838A5B" w14:textId="77777777" w:rsidR="00EF282D" w:rsidRDefault="005A3E0C">
      <w:pPr>
        <w:pStyle w:val="BodyText"/>
      </w:pPr>
      <w:r>
        <w:t>The complete Component 1 storyboard is shown below as eleven individual black-and-white mobile wireframes. Colour styling is reserved for Component 2.</w:t>
      </w:r>
    </w:p>
    <w:p w14:paraId="345FA0FF" w14:textId="77777777" w:rsidR="00CB55BA" w:rsidRDefault="00E277C4">
      <w:r>
        <w:br w:type="page"/>
      </w:r>
    </w:p>
    <w:p w14:paraId="06A4D880" w14:textId="77777777" w:rsidR="00D26577" w:rsidRDefault="00E277C4" w:rsidP="00D26577">
      <w:pPr>
        <w:keepNext/>
        <w:jc w:val="center"/>
      </w:pPr>
      <w:r>
        <w:rPr>
          <w:noProof/>
        </w:rPr>
        <w:lastRenderedPageBreak/>
        <w:drawing>
          <wp:inline distT="0" distB="0" distL="0" distR="0" wp14:anchorId="35162FAC" wp14:editId="2F2FA28A">
            <wp:extent cx="3383280" cy="5920740"/>
            <wp:effectExtent l="0" t="0" r="0" b="0"/>
            <wp:docPr id="1835689766" name="Picture 1835689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tart_Screen.png"/>
                    <pic:cNvPicPr/>
                  </pic:nvPicPr>
                  <pic:blipFill>
                    <a:blip r:embed="rId13"/>
                    <a:stretch>
                      <a:fillRect/>
                    </a:stretch>
                  </pic:blipFill>
                  <pic:spPr>
                    <a:xfrm>
                      <a:off x="0" y="0"/>
                      <a:ext cx="3383280" cy="5920740"/>
                    </a:xfrm>
                    <a:prstGeom prst="rect">
                      <a:avLst/>
                    </a:prstGeom>
                  </pic:spPr>
                </pic:pic>
              </a:graphicData>
            </a:graphic>
          </wp:inline>
        </w:drawing>
      </w:r>
    </w:p>
    <w:p w14:paraId="53B02B9B" w14:textId="3BD1DD1F" w:rsidR="00210A5F" w:rsidRDefault="00D26577" w:rsidP="00D26577">
      <w:pPr>
        <w:pStyle w:val="Caption"/>
        <w:jc w:val="center"/>
      </w:pPr>
      <w:bookmarkStart w:id="66" w:name="_Toc233923764"/>
      <w:r>
        <w:t xml:space="preserve">Figure </w:t>
      </w:r>
      <w:fldSimple w:instr=" SEQ Figure \* ARABIC ">
        <w:r w:rsidR="00A11837">
          <w:rPr>
            <w:noProof/>
          </w:rPr>
          <w:t>4</w:t>
        </w:r>
      </w:fldSimple>
      <w:r>
        <w:t xml:space="preserve"> </w:t>
      </w:r>
      <w:r w:rsidRPr="00936DD4">
        <w:t>Start Screen wireframe.</w:t>
      </w:r>
      <w:bookmarkEnd w:id="66"/>
    </w:p>
    <w:p w14:paraId="2C19CBC5" w14:textId="77777777" w:rsidR="00CB55BA" w:rsidRDefault="00E277C4">
      <w:r>
        <w:br w:type="page"/>
      </w:r>
    </w:p>
    <w:p w14:paraId="3FB3494D" w14:textId="77777777" w:rsidR="00D26577" w:rsidRDefault="00E277C4" w:rsidP="00D26577">
      <w:pPr>
        <w:keepNext/>
        <w:jc w:val="center"/>
      </w:pPr>
      <w:r>
        <w:rPr>
          <w:noProof/>
        </w:rPr>
        <w:lastRenderedPageBreak/>
        <w:drawing>
          <wp:inline distT="0" distB="0" distL="0" distR="0" wp14:anchorId="517B65CB" wp14:editId="05FCF88A">
            <wp:extent cx="3383280" cy="5920740"/>
            <wp:effectExtent l="0" t="0" r="0" b="0"/>
            <wp:docPr id="1835689767" name="Picture 1835689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Play_Mode.png"/>
                    <pic:cNvPicPr/>
                  </pic:nvPicPr>
                  <pic:blipFill>
                    <a:blip r:embed="rId14"/>
                    <a:stretch>
                      <a:fillRect/>
                    </a:stretch>
                  </pic:blipFill>
                  <pic:spPr>
                    <a:xfrm>
                      <a:off x="0" y="0"/>
                      <a:ext cx="3383280" cy="5920740"/>
                    </a:xfrm>
                    <a:prstGeom prst="rect">
                      <a:avLst/>
                    </a:prstGeom>
                  </pic:spPr>
                </pic:pic>
              </a:graphicData>
            </a:graphic>
          </wp:inline>
        </w:drawing>
      </w:r>
    </w:p>
    <w:p w14:paraId="74AB20CD" w14:textId="1B056EC9" w:rsidR="00210A5F" w:rsidRDefault="00D26577" w:rsidP="00D26577">
      <w:pPr>
        <w:pStyle w:val="Caption"/>
        <w:jc w:val="center"/>
      </w:pPr>
      <w:bookmarkStart w:id="67" w:name="_Toc233923765"/>
      <w:r>
        <w:t xml:space="preserve">Figure </w:t>
      </w:r>
      <w:fldSimple w:instr=" SEQ Figure \* ARABIC ">
        <w:r w:rsidR="00A11837">
          <w:rPr>
            <w:noProof/>
          </w:rPr>
          <w:t>5</w:t>
        </w:r>
      </w:fldSimple>
      <w:r>
        <w:t xml:space="preserve"> </w:t>
      </w:r>
      <w:r w:rsidRPr="003B7898">
        <w:t>Select Play Mode wireframe.</w:t>
      </w:r>
      <w:bookmarkEnd w:id="67"/>
    </w:p>
    <w:p w14:paraId="4607712E" w14:textId="77777777" w:rsidR="00CB55BA" w:rsidRDefault="00E277C4">
      <w:pPr>
        <w:jc w:val="center"/>
      </w:pPr>
      <w:r>
        <w:rPr>
          <w:i/>
          <w:sz w:val="18"/>
        </w:rPr>
        <w:t>.</w:t>
      </w:r>
    </w:p>
    <w:p w14:paraId="268DD9DD" w14:textId="77777777" w:rsidR="00CB55BA" w:rsidRDefault="00E277C4">
      <w:r>
        <w:br w:type="page"/>
      </w:r>
    </w:p>
    <w:p w14:paraId="3651C20A" w14:textId="77777777" w:rsidR="00973E85" w:rsidRDefault="00E277C4" w:rsidP="00973E85">
      <w:pPr>
        <w:keepNext/>
        <w:jc w:val="center"/>
      </w:pPr>
      <w:r>
        <w:rPr>
          <w:noProof/>
        </w:rPr>
        <w:lastRenderedPageBreak/>
        <w:drawing>
          <wp:inline distT="0" distB="0" distL="0" distR="0" wp14:anchorId="54D766CD" wp14:editId="668FA7CD">
            <wp:extent cx="3383280" cy="5920740"/>
            <wp:effectExtent l="0" t="0" r="0" b="0"/>
            <wp:docPr id="1835689768" name="Picture 1835689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Create_Join.png"/>
                    <pic:cNvPicPr/>
                  </pic:nvPicPr>
                  <pic:blipFill>
                    <a:blip r:embed="rId15"/>
                    <a:stretch>
                      <a:fillRect/>
                    </a:stretch>
                  </pic:blipFill>
                  <pic:spPr>
                    <a:xfrm>
                      <a:off x="0" y="0"/>
                      <a:ext cx="3383280" cy="5920740"/>
                    </a:xfrm>
                    <a:prstGeom prst="rect">
                      <a:avLst/>
                    </a:prstGeom>
                  </pic:spPr>
                </pic:pic>
              </a:graphicData>
            </a:graphic>
          </wp:inline>
        </w:drawing>
      </w:r>
    </w:p>
    <w:p w14:paraId="2AEBB932" w14:textId="02F3512F" w:rsidR="00210A5F" w:rsidRDefault="00973E85" w:rsidP="00973E85">
      <w:pPr>
        <w:pStyle w:val="Caption"/>
        <w:jc w:val="center"/>
      </w:pPr>
      <w:bookmarkStart w:id="68" w:name="_Toc233923766"/>
      <w:r>
        <w:t xml:space="preserve">Figure </w:t>
      </w:r>
      <w:fldSimple w:instr=" SEQ Figure \* ARABIC ">
        <w:r w:rsidR="00A11837">
          <w:rPr>
            <w:noProof/>
          </w:rPr>
          <w:t>6</w:t>
        </w:r>
      </w:fldSimple>
      <w:r>
        <w:t xml:space="preserve"> </w:t>
      </w:r>
      <w:r w:rsidRPr="004D7959">
        <w:t>Create or Join Game wireframe.</w:t>
      </w:r>
      <w:bookmarkEnd w:id="68"/>
    </w:p>
    <w:p w14:paraId="302C78B3" w14:textId="6BC762C0" w:rsidR="00CB55BA" w:rsidRDefault="00CB55BA" w:rsidP="00210A5F">
      <w:pPr>
        <w:pStyle w:val="Caption"/>
        <w:jc w:val="center"/>
      </w:pPr>
    </w:p>
    <w:p w14:paraId="351F3415" w14:textId="77777777" w:rsidR="00CB55BA" w:rsidRDefault="00E277C4">
      <w:r>
        <w:br w:type="page"/>
      </w:r>
    </w:p>
    <w:p w14:paraId="44254BB3" w14:textId="77777777" w:rsidR="005F503A" w:rsidRDefault="00E277C4" w:rsidP="005F503A">
      <w:pPr>
        <w:keepNext/>
        <w:jc w:val="center"/>
      </w:pPr>
      <w:r>
        <w:rPr>
          <w:noProof/>
        </w:rPr>
        <w:lastRenderedPageBreak/>
        <w:drawing>
          <wp:inline distT="0" distB="0" distL="0" distR="0" wp14:anchorId="302561CE" wp14:editId="2525D8C1">
            <wp:extent cx="3383280" cy="5920740"/>
            <wp:effectExtent l="0" t="0" r="0" b="0"/>
            <wp:docPr id="1835689769" name="Picture 183568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Choose_Campus.png"/>
                    <pic:cNvPicPr/>
                  </pic:nvPicPr>
                  <pic:blipFill>
                    <a:blip r:embed="rId16"/>
                    <a:stretch>
                      <a:fillRect/>
                    </a:stretch>
                  </pic:blipFill>
                  <pic:spPr>
                    <a:xfrm>
                      <a:off x="0" y="0"/>
                      <a:ext cx="3383280" cy="5920740"/>
                    </a:xfrm>
                    <a:prstGeom prst="rect">
                      <a:avLst/>
                    </a:prstGeom>
                  </pic:spPr>
                </pic:pic>
              </a:graphicData>
            </a:graphic>
          </wp:inline>
        </w:drawing>
      </w:r>
    </w:p>
    <w:p w14:paraId="091DE74B" w14:textId="1A0381BF" w:rsidR="00210A5F" w:rsidRDefault="005F503A" w:rsidP="005F503A">
      <w:pPr>
        <w:pStyle w:val="Caption"/>
        <w:jc w:val="center"/>
      </w:pPr>
      <w:bookmarkStart w:id="69" w:name="_Toc233923767"/>
      <w:r>
        <w:t xml:space="preserve">Figure </w:t>
      </w:r>
      <w:fldSimple w:instr=" SEQ Figure \* ARABIC ">
        <w:r w:rsidR="00A11837">
          <w:rPr>
            <w:noProof/>
          </w:rPr>
          <w:t>7</w:t>
        </w:r>
      </w:fldSimple>
      <w:r>
        <w:t xml:space="preserve"> </w:t>
      </w:r>
      <w:r w:rsidRPr="00A95270">
        <w:t>Choose Campus wireframe.</w:t>
      </w:r>
      <w:bookmarkEnd w:id="69"/>
    </w:p>
    <w:p w14:paraId="15CAD685" w14:textId="77777777" w:rsidR="00CB55BA" w:rsidRDefault="00E277C4">
      <w:r>
        <w:br w:type="page"/>
      </w:r>
    </w:p>
    <w:p w14:paraId="46CA2BF2" w14:textId="77777777" w:rsidR="005F503A" w:rsidRDefault="00E277C4" w:rsidP="005F503A">
      <w:pPr>
        <w:keepNext/>
        <w:jc w:val="center"/>
      </w:pPr>
      <w:r>
        <w:rPr>
          <w:noProof/>
        </w:rPr>
        <w:lastRenderedPageBreak/>
        <w:drawing>
          <wp:inline distT="0" distB="0" distL="0" distR="0" wp14:anchorId="37F93171" wp14:editId="6DEA80E8">
            <wp:extent cx="3383280" cy="5920740"/>
            <wp:effectExtent l="0" t="0" r="0" b="0"/>
            <wp:docPr id="1835689770" name="Picture 183568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hoose_Role.png"/>
                    <pic:cNvPicPr/>
                  </pic:nvPicPr>
                  <pic:blipFill>
                    <a:blip r:embed="rId17"/>
                    <a:stretch>
                      <a:fillRect/>
                    </a:stretch>
                  </pic:blipFill>
                  <pic:spPr>
                    <a:xfrm>
                      <a:off x="0" y="0"/>
                      <a:ext cx="3383280" cy="5920740"/>
                    </a:xfrm>
                    <a:prstGeom prst="rect">
                      <a:avLst/>
                    </a:prstGeom>
                  </pic:spPr>
                </pic:pic>
              </a:graphicData>
            </a:graphic>
          </wp:inline>
        </w:drawing>
      </w:r>
    </w:p>
    <w:p w14:paraId="2194674A" w14:textId="192F92F0" w:rsidR="00210A5F" w:rsidRDefault="005F503A" w:rsidP="005F503A">
      <w:pPr>
        <w:pStyle w:val="Caption"/>
        <w:jc w:val="center"/>
      </w:pPr>
      <w:bookmarkStart w:id="70" w:name="_Toc233923768"/>
      <w:r>
        <w:t xml:space="preserve">Figure </w:t>
      </w:r>
      <w:fldSimple w:instr=" SEQ Figure \* ARABIC ">
        <w:r w:rsidR="00A11837">
          <w:rPr>
            <w:noProof/>
          </w:rPr>
          <w:t>8</w:t>
        </w:r>
      </w:fldSimple>
      <w:r>
        <w:t xml:space="preserve"> </w:t>
      </w:r>
      <w:r w:rsidRPr="004610D0">
        <w:t>Choose Role wireframe.</w:t>
      </w:r>
      <w:bookmarkEnd w:id="70"/>
    </w:p>
    <w:p w14:paraId="554B337C" w14:textId="500BBC55" w:rsidR="00CB55BA" w:rsidRDefault="00CB55BA" w:rsidP="00210A5F">
      <w:pPr>
        <w:pStyle w:val="Caption"/>
        <w:jc w:val="center"/>
      </w:pPr>
    </w:p>
    <w:p w14:paraId="4102FF54" w14:textId="77777777" w:rsidR="00CB55BA" w:rsidRDefault="00E277C4">
      <w:r>
        <w:br w:type="page"/>
      </w:r>
    </w:p>
    <w:p w14:paraId="33DA55A0" w14:textId="77777777" w:rsidR="00CF5B27" w:rsidRDefault="00E277C4" w:rsidP="00CF5B27">
      <w:pPr>
        <w:keepNext/>
        <w:jc w:val="center"/>
      </w:pPr>
      <w:r>
        <w:rPr>
          <w:noProof/>
        </w:rPr>
        <w:lastRenderedPageBreak/>
        <w:drawing>
          <wp:inline distT="0" distB="0" distL="0" distR="0" wp14:anchorId="586041B6" wp14:editId="7FC5BFA6">
            <wp:extent cx="3383280" cy="5920740"/>
            <wp:effectExtent l="0" t="0" r="0" b="0"/>
            <wp:docPr id="1835689771" name="Picture 1835689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ampus_Map.png"/>
                    <pic:cNvPicPr/>
                  </pic:nvPicPr>
                  <pic:blipFill>
                    <a:blip r:embed="rId18"/>
                    <a:stretch>
                      <a:fillRect/>
                    </a:stretch>
                  </pic:blipFill>
                  <pic:spPr>
                    <a:xfrm>
                      <a:off x="0" y="0"/>
                      <a:ext cx="3383280" cy="5920740"/>
                    </a:xfrm>
                    <a:prstGeom prst="rect">
                      <a:avLst/>
                    </a:prstGeom>
                  </pic:spPr>
                </pic:pic>
              </a:graphicData>
            </a:graphic>
          </wp:inline>
        </w:drawing>
      </w:r>
    </w:p>
    <w:p w14:paraId="2B0A06D8" w14:textId="7C48AA75" w:rsidR="00210A5F" w:rsidRDefault="00CF5B27" w:rsidP="00CF5B27">
      <w:pPr>
        <w:pStyle w:val="Caption"/>
        <w:jc w:val="center"/>
      </w:pPr>
      <w:bookmarkStart w:id="71" w:name="_Toc233923769"/>
      <w:r>
        <w:t xml:space="preserve">Figure </w:t>
      </w:r>
      <w:fldSimple w:instr=" SEQ Figure \* ARABIC ">
        <w:r w:rsidR="00A11837">
          <w:rPr>
            <w:noProof/>
          </w:rPr>
          <w:t>9</w:t>
        </w:r>
      </w:fldSimple>
      <w:r>
        <w:t xml:space="preserve"> </w:t>
      </w:r>
      <w:r w:rsidRPr="00F25E88">
        <w:t>Campus Outbreak Map wireframe.</w:t>
      </w:r>
      <w:bookmarkEnd w:id="71"/>
    </w:p>
    <w:p w14:paraId="3AB55154" w14:textId="7072E47D" w:rsidR="00CB55BA" w:rsidRDefault="00CB55BA" w:rsidP="00CF5B27">
      <w:pPr>
        <w:pStyle w:val="Caption"/>
        <w:jc w:val="center"/>
      </w:pPr>
    </w:p>
    <w:p w14:paraId="0630145F" w14:textId="77777777" w:rsidR="00CF5B27" w:rsidRDefault="00E277C4" w:rsidP="00CF5B27">
      <w:pPr>
        <w:keepNext/>
        <w:jc w:val="center"/>
      </w:pPr>
      <w:r>
        <w:rPr>
          <w:noProof/>
        </w:rPr>
        <w:lastRenderedPageBreak/>
        <w:drawing>
          <wp:inline distT="0" distB="0" distL="0" distR="0" wp14:anchorId="60565005" wp14:editId="6A48AE73">
            <wp:extent cx="3383280" cy="5920740"/>
            <wp:effectExtent l="0" t="0" r="0" b="0"/>
            <wp:docPr id="1835689772" name="Picture 183568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Outbreak_Alert.png"/>
                    <pic:cNvPicPr/>
                  </pic:nvPicPr>
                  <pic:blipFill>
                    <a:blip r:embed="rId19"/>
                    <a:stretch>
                      <a:fillRect/>
                    </a:stretch>
                  </pic:blipFill>
                  <pic:spPr>
                    <a:xfrm>
                      <a:off x="0" y="0"/>
                      <a:ext cx="3383280" cy="5920740"/>
                    </a:xfrm>
                    <a:prstGeom prst="rect">
                      <a:avLst/>
                    </a:prstGeom>
                  </pic:spPr>
                </pic:pic>
              </a:graphicData>
            </a:graphic>
          </wp:inline>
        </w:drawing>
      </w:r>
    </w:p>
    <w:p w14:paraId="58FDDA95" w14:textId="6E310123" w:rsidR="00210A5F" w:rsidRDefault="00CF5B27" w:rsidP="00CF5B27">
      <w:pPr>
        <w:pStyle w:val="Caption"/>
        <w:jc w:val="center"/>
      </w:pPr>
      <w:bookmarkStart w:id="72" w:name="_Toc233923770"/>
      <w:r>
        <w:t xml:space="preserve">Figure </w:t>
      </w:r>
      <w:fldSimple w:instr=" SEQ Figure \* ARABIC ">
        <w:r w:rsidR="00A11837">
          <w:rPr>
            <w:noProof/>
          </w:rPr>
          <w:t>10</w:t>
        </w:r>
      </w:fldSimple>
      <w:r>
        <w:t xml:space="preserve"> </w:t>
      </w:r>
      <w:r w:rsidRPr="001A2081">
        <w:t>Outbreak Alert wireframe.</w:t>
      </w:r>
      <w:bookmarkEnd w:id="72"/>
    </w:p>
    <w:p w14:paraId="1DB76285" w14:textId="5790AA4B" w:rsidR="00CB55BA" w:rsidRDefault="00CB55BA" w:rsidP="00210A5F">
      <w:pPr>
        <w:pStyle w:val="Caption"/>
        <w:jc w:val="center"/>
      </w:pPr>
    </w:p>
    <w:p w14:paraId="1F4B3A5F" w14:textId="77777777" w:rsidR="00CB55BA" w:rsidRDefault="00E277C4">
      <w:r>
        <w:br w:type="page"/>
      </w:r>
    </w:p>
    <w:p w14:paraId="4209CB77" w14:textId="77777777" w:rsidR="00DC2EEC" w:rsidRDefault="00E277C4" w:rsidP="00DC2EEC">
      <w:pPr>
        <w:keepNext/>
        <w:jc w:val="center"/>
      </w:pPr>
      <w:r>
        <w:rPr>
          <w:noProof/>
        </w:rPr>
        <w:lastRenderedPageBreak/>
        <w:drawing>
          <wp:inline distT="0" distB="0" distL="0" distR="0" wp14:anchorId="01595B6E" wp14:editId="5C1542C8">
            <wp:extent cx="3383280" cy="5920740"/>
            <wp:effectExtent l="0" t="0" r="0" b="0"/>
            <wp:docPr id="1835689773" name="Picture 1835689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Player_Action.png"/>
                    <pic:cNvPicPr/>
                  </pic:nvPicPr>
                  <pic:blipFill>
                    <a:blip r:embed="rId20"/>
                    <a:stretch>
                      <a:fillRect/>
                    </a:stretch>
                  </pic:blipFill>
                  <pic:spPr>
                    <a:xfrm>
                      <a:off x="0" y="0"/>
                      <a:ext cx="3383280" cy="5920740"/>
                    </a:xfrm>
                    <a:prstGeom prst="rect">
                      <a:avLst/>
                    </a:prstGeom>
                  </pic:spPr>
                </pic:pic>
              </a:graphicData>
            </a:graphic>
          </wp:inline>
        </w:drawing>
      </w:r>
    </w:p>
    <w:p w14:paraId="240B0EE1" w14:textId="69D98A1A" w:rsidR="00210A5F" w:rsidRDefault="00DC2EEC" w:rsidP="00DC2EEC">
      <w:pPr>
        <w:pStyle w:val="Caption"/>
        <w:jc w:val="center"/>
      </w:pPr>
      <w:bookmarkStart w:id="73" w:name="_Toc233923771"/>
      <w:r>
        <w:t xml:space="preserve">Figure </w:t>
      </w:r>
      <w:fldSimple w:instr=" SEQ Figure \* ARABIC ">
        <w:r w:rsidR="00A11837">
          <w:rPr>
            <w:noProof/>
          </w:rPr>
          <w:t>11</w:t>
        </w:r>
      </w:fldSimple>
      <w:r>
        <w:t xml:space="preserve"> </w:t>
      </w:r>
      <w:r w:rsidRPr="008141AE">
        <w:t>Player Action wireframe.</w:t>
      </w:r>
      <w:bookmarkEnd w:id="73"/>
    </w:p>
    <w:p w14:paraId="57468256" w14:textId="6727FB36" w:rsidR="00CB55BA" w:rsidRDefault="00CB55BA" w:rsidP="00210A5F">
      <w:pPr>
        <w:pStyle w:val="Caption"/>
        <w:jc w:val="center"/>
      </w:pPr>
    </w:p>
    <w:p w14:paraId="47030AB6" w14:textId="77777777" w:rsidR="00CB55BA" w:rsidRDefault="00CB55BA">
      <w:pPr>
        <w:jc w:val="center"/>
      </w:pPr>
    </w:p>
    <w:p w14:paraId="5ABED06B" w14:textId="77777777" w:rsidR="00CB55BA" w:rsidRDefault="00E277C4">
      <w:r>
        <w:br w:type="page"/>
      </w:r>
    </w:p>
    <w:p w14:paraId="436043BE" w14:textId="77777777" w:rsidR="009320D0" w:rsidRDefault="00E277C4" w:rsidP="009320D0">
      <w:pPr>
        <w:keepNext/>
        <w:jc w:val="center"/>
      </w:pPr>
      <w:r>
        <w:rPr>
          <w:noProof/>
        </w:rPr>
        <w:lastRenderedPageBreak/>
        <w:drawing>
          <wp:inline distT="0" distB="0" distL="0" distR="0" wp14:anchorId="36AFD8DC" wp14:editId="131F4BF0">
            <wp:extent cx="3383280" cy="5920740"/>
            <wp:effectExtent l="0" t="0" r="0" b="0"/>
            <wp:docPr id="1835689774" name="Picture 183568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ure_Progress.png"/>
                    <pic:cNvPicPr/>
                  </pic:nvPicPr>
                  <pic:blipFill>
                    <a:blip r:embed="rId21"/>
                    <a:stretch>
                      <a:fillRect/>
                    </a:stretch>
                  </pic:blipFill>
                  <pic:spPr>
                    <a:xfrm>
                      <a:off x="0" y="0"/>
                      <a:ext cx="3383280" cy="5920740"/>
                    </a:xfrm>
                    <a:prstGeom prst="rect">
                      <a:avLst/>
                    </a:prstGeom>
                  </pic:spPr>
                </pic:pic>
              </a:graphicData>
            </a:graphic>
          </wp:inline>
        </w:drawing>
      </w:r>
    </w:p>
    <w:p w14:paraId="654E6CB7" w14:textId="4963C9B6" w:rsidR="00210A5F" w:rsidRDefault="009320D0" w:rsidP="009320D0">
      <w:pPr>
        <w:pStyle w:val="Caption"/>
        <w:jc w:val="center"/>
      </w:pPr>
      <w:bookmarkStart w:id="74" w:name="_Toc233923772"/>
      <w:r>
        <w:t xml:space="preserve">Figure </w:t>
      </w:r>
      <w:fldSimple w:instr=" SEQ Figure \* ARABIC ">
        <w:r w:rsidR="00A11837">
          <w:rPr>
            <w:noProof/>
          </w:rPr>
          <w:t>12</w:t>
        </w:r>
      </w:fldSimple>
      <w:r>
        <w:t xml:space="preserve"> </w:t>
      </w:r>
      <w:r w:rsidRPr="00D44B3C">
        <w:t>Cure Progress wireframe.</w:t>
      </w:r>
      <w:bookmarkEnd w:id="74"/>
    </w:p>
    <w:p w14:paraId="78E5E484" w14:textId="77777777" w:rsidR="00CB55BA" w:rsidRDefault="00E277C4" w:rsidP="009320D0">
      <w:pPr>
        <w:jc w:val="center"/>
      </w:pPr>
      <w:r>
        <w:br w:type="page"/>
      </w:r>
    </w:p>
    <w:p w14:paraId="233BF9B2" w14:textId="77777777" w:rsidR="009320D0" w:rsidRDefault="00E277C4" w:rsidP="009320D0">
      <w:pPr>
        <w:keepNext/>
        <w:jc w:val="center"/>
      </w:pPr>
      <w:r>
        <w:rPr>
          <w:noProof/>
        </w:rPr>
        <w:lastRenderedPageBreak/>
        <w:drawing>
          <wp:inline distT="0" distB="0" distL="0" distR="0" wp14:anchorId="32B0EBC3" wp14:editId="48516CCF">
            <wp:extent cx="3383280" cy="5920740"/>
            <wp:effectExtent l="0" t="0" r="0" b="0"/>
            <wp:docPr id="1835689775" name="Picture 1835689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Team_Status.png"/>
                    <pic:cNvPicPr/>
                  </pic:nvPicPr>
                  <pic:blipFill>
                    <a:blip r:embed="rId22"/>
                    <a:stretch>
                      <a:fillRect/>
                    </a:stretch>
                  </pic:blipFill>
                  <pic:spPr>
                    <a:xfrm>
                      <a:off x="0" y="0"/>
                      <a:ext cx="3383280" cy="5920740"/>
                    </a:xfrm>
                    <a:prstGeom prst="rect">
                      <a:avLst/>
                    </a:prstGeom>
                  </pic:spPr>
                </pic:pic>
              </a:graphicData>
            </a:graphic>
          </wp:inline>
        </w:drawing>
      </w:r>
    </w:p>
    <w:p w14:paraId="267C98EF" w14:textId="6627A62C" w:rsidR="00210A5F" w:rsidRDefault="009320D0" w:rsidP="009320D0">
      <w:pPr>
        <w:pStyle w:val="Caption"/>
        <w:jc w:val="center"/>
      </w:pPr>
      <w:bookmarkStart w:id="75" w:name="_Toc233923773"/>
      <w:r>
        <w:t xml:space="preserve">Figure </w:t>
      </w:r>
      <w:fldSimple w:instr=" SEQ Figure \* ARABIC ">
        <w:r w:rsidR="00A11837">
          <w:rPr>
            <w:noProof/>
          </w:rPr>
          <w:t>13</w:t>
        </w:r>
      </w:fldSimple>
      <w:r>
        <w:t xml:space="preserve"> </w:t>
      </w:r>
      <w:r w:rsidRPr="00DD0FE2">
        <w:t>Team Status wireframe.</w:t>
      </w:r>
      <w:bookmarkEnd w:id="75"/>
    </w:p>
    <w:p w14:paraId="1503E1C4" w14:textId="29FD9167" w:rsidR="00CB55BA" w:rsidRDefault="00CB55BA" w:rsidP="00210A5F">
      <w:pPr>
        <w:pStyle w:val="Caption"/>
        <w:jc w:val="center"/>
      </w:pPr>
    </w:p>
    <w:p w14:paraId="50F8E6FB" w14:textId="77777777" w:rsidR="00CB55BA" w:rsidRDefault="00E277C4">
      <w:r>
        <w:br w:type="page"/>
      </w:r>
    </w:p>
    <w:p w14:paraId="6A0C64C5" w14:textId="77777777" w:rsidR="009320D0" w:rsidRDefault="00E277C4" w:rsidP="009320D0">
      <w:pPr>
        <w:keepNext/>
        <w:jc w:val="center"/>
      </w:pPr>
      <w:r>
        <w:rPr>
          <w:noProof/>
        </w:rPr>
        <w:lastRenderedPageBreak/>
        <w:drawing>
          <wp:inline distT="0" distB="0" distL="0" distR="0" wp14:anchorId="76C81A49" wp14:editId="75A56198">
            <wp:extent cx="3383280" cy="5920740"/>
            <wp:effectExtent l="0" t="0" r="0" b="0"/>
            <wp:docPr id="1835689776" name="Picture 1835689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Result.png"/>
                    <pic:cNvPicPr/>
                  </pic:nvPicPr>
                  <pic:blipFill>
                    <a:blip r:embed="rId23"/>
                    <a:stretch>
                      <a:fillRect/>
                    </a:stretch>
                  </pic:blipFill>
                  <pic:spPr>
                    <a:xfrm>
                      <a:off x="0" y="0"/>
                      <a:ext cx="3383280" cy="5920740"/>
                    </a:xfrm>
                    <a:prstGeom prst="rect">
                      <a:avLst/>
                    </a:prstGeom>
                  </pic:spPr>
                </pic:pic>
              </a:graphicData>
            </a:graphic>
          </wp:inline>
        </w:drawing>
      </w:r>
    </w:p>
    <w:p w14:paraId="77C20FA9" w14:textId="78645396" w:rsidR="00210A5F" w:rsidRDefault="009320D0" w:rsidP="009320D0">
      <w:pPr>
        <w:pStyle w:val="Caption"/>
        <w:jc w:val="center"/>
      </w:pPr>
      <w:bookmarkStart w:id="76" w:name="_Toc233923774"/>
      <w:r>
        <w:t xml:space="preserve">Figure </w:t>
      </w:r>
      <w:fldSimple w:instr=" SEQ Figure \* ARABIC ">
        <w:r w:rsidR="00A11837">
          <w:rPr>
            <w:noProof/>
          </w:rPr>
          <w:t>14</w:t>
        </w:r>
      </w:fldSimple>
      <w:r>
        <w:t xml:space="preserve"> </w:t>
      </w:r>
      <w:r w:rsidRPr="00F53608">
        <w:t>Mission Result wireframe.</w:t>
      </w:r>
      <w:bookmarkEnd w:id="76"/>
    </w:p>
    <w:p w14:paraId="6ADFB67C" w14:textId="561FEBED" w:rsidR="00CB55BA" w:rsidRDefault="00CB55BA" w:rsidP="009320D0">
      <w:pPr>
        <w:pStyle w:val="Caption"/>
        <w:jc w:val="center"/>
      </w:pPr>
    </w:p>
    <w:p w14:paraId="2368A910" w14:textId="77777777" w:rsidR="00EF282D" w:rsidRDefault="005A3E0C">
      <w:pPr>
        <w:pStyle w:val="Heading2"/>
        <w:pageBreakBefore/>
      </w:pPr>
      <w:bookmarkStart w:id="77" w:name="_Toc233920677"/>
      <w:r>
        <w:lastRenderedPageBreak/>
        <w:t>Appendix E: Feedback Summary</w:t>
      </w:r>
      <w:bookmarkEnd w:id="77"/>
    </w:p>
    <w:p w14:paraId="012A8197" w14:textId="77777777" w:rsidR="00EF282D" w:rsidRDefault="005A3E0C">
      <w:pPr>
        <w:pStyle w:val="BodyText"/>
      </w:pPr>
      <w:r>
        <w:t>This appendix will contain genuine questionnaire and usability-test evidence after data collection. The Cognito form will be completed after participants have viewed or used the black-and-white prototype. Results must include the participant total, positive and negative feedback, emotional response, accessibility comments and the design changes made from the evidence.</w:t>
      </w:r>
    </w:p>
    <w:p w14:paraId="56BA28DD" w14:textId="77777777" w:rsidR="00FE4C46" w:rsidRDefault="00B057E1">
      <w:pPr>
        <w:pStyle w:val="Heading2"/>
      </w:pPr>
      <w:bookmarkStart w:id="78" w:name="_Toc233920678"/>
      <w:r>
        <w:t>Appendix E.1: Cognito Forms Questionnaire</w:t>
      </w:r>
      <w:bookmarkEnd w:id="78"/>
    </w:p>
    <w:p w14:paraId="3EBE8A2B" w14:textId="77777777" w:rsidR="00210A5F" w:rsidRDefault="00210A5F"/>
    <w:p w14:paraId="2EC7576F" w14:textId="77777777" w:rsidR="00210A5F" w:rsidRDefault="00210A5F">
      <w:r w:rsidRPr="00210A5F">
        <w:rPr>
          <w:noProof/>
        </w:rPr>
        <w:drawing>
          <wp:inline distT="0" distB="0" distL="0" distR="0" wp14:anchorId="693E94F9" wp14:editId="6BA9014F">
            <wp:extent cx="6400800" cy="4779645"/>
            <wp:effectExtent l="0" t="0" r="0" b="1905"/>
            <wp:docPr id="879834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34192" name=""/>
                    <pic:cNvPicPr/>
                  </pic:nvPicPr>
                  <pic:blipFill>
                    <a:blip r:embed="rId24"/>
                    <a:stretch>
                      <a:fillRect/>
                    </a:stretch>
                  </pic:blipFill>
                  <pic:spPr>
                    <a:xfrm>
                      <a:off x="0" y="0"/>
                      <a:ext cx="6400800" cy="4779645"/>
                    </a:xfrm>
                    <a:prstGeom prst="rect">
                      <a:avLst/>
                    </a:prstGeom>
                  </pic:spPr>
                </pic:pic>
              </a:graphicData>
            </a:graphic>
          </wp:inline>
        </w:drawing>
      </w:r>
    </w:p>
    <w:p w14:paraId="3071FF90" w14:textId="77777777" w:rsidR="00210A5F" w:rsidRDefault="00210A5F"/>
    <w:p w14:paraId="206600AB" w14:textId="77777777" w:rsidR="00210A5F" w:rsidRDefault="00210A5F"/>
    <w:p w14:paraId="0434734C" w14:textId="77777777" w:rsidR="00210A5F" w:rsidRDefault="00210A5F">
      <w:r w:rsidRPr="00210A5F">
        <w:rPr>
          <w:noProof/>
        </w:rPr>
        <w:lastRenderedPageBreak/>
        <w:drawing>
          <wp:inline distT="0" distB="0" distL="0" distR="0" wp14:anchorId="32F2CE3E" wp14:editId="15C9543A">
            <wp:extent cx="6400800" cy="4504055"/>
            <wp:effectExtent l="0" t="0" r="0" b="0"/>
            <wp:docPr id="145336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64299" name=""/>
                    <pic:cNvPicPr/>
                  </pic:nvPicPr>
                  <pic:blipFill>
                    <a:blip r:embed="rId25"/>
                    <a:stretch>
                      <a:fillRect/>
                    </a:stretch>
                  </pic:blipFill>
                  <pic:spPr>
                    <a:xfrm>
                      <a:off x="0" y="0"/>
                      <a:ext cx="6400800" cy="4504055"/>
                    </a:xfrm>
                    <a:prstGeom prst="rect">
                      <a:avLst/>
                    </a:prstGeom>
                  </pic:spPr>
                </pic:pic>
              </a:graphicData>
            </a:graphic>
          </wp:inline>
        </w:drawing>
      </w:r>
    </w:p>
    <w:p w14:paraId="6B37CF8C" w14:textId="77777777" w:rsidR="00210A5F" w:rsidRDefault="00210A5F"/>
    <w:p w14:paraId="57221CC1" w14:textId="77777777" w:rsidR="00210A5F" w:rsidRDefault="00210A5F">
      <w:r w:rsidRPr="00210A5F">
        <w:rPr>
          <w:noProof/>
        </w:rPr>
        <w:lastRenderedPageBreak/>
        <w:drawing>
          <wp:inline distT="0" distB="0" distL="0" distR="0" wp14:anchorId="748E7079" wp14:editId="01B052FD">
            <wp:extent cx="6400800" cy="4938395"/>
            <wp:effectExtent l="0" t="0" r="0" b="0"/>
            <wp:docPr id="28070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06751" name=""/>
                    <pic:cNvPicPr/>
                  </pic:nvPicPr>
                  <pic:blipFill>
                    <a:blip r:embed="rId26"/>
                    <a:stretch>
                      <a:fillRect/>
                    </a:stretch>
                  </pic:blipFill>
                  <pic:spPr>
                    <a:xfrm>
                      <a:off x="0" y="0"/>
                      <a:ext cx="6400800" cy="4938395"/>
                    </a:xfrm>
                    <a:prstGeom prst="rect">
                      <a:avLst/>
                    </a:prstGeom>
                  </pic:spPr>
                </pic:pic>
              </a:graphicData>
            </a:graphic>
          </wp:inline>
        </w:drawing>
      </w:r>
    </w:p>
    <w:p w14:paraId="52B5EB5C" w14:textId="77777777" w:rsidR="00FE4C46" w:rsidRDefault="00FE4C46"/>
    <w:p w14:paraId="2812FAB2" w14:textId="77777777" w:rsidR="00FE4C46" w:rsidRDefault="00210A5F">
      <w:r>
        <w:t>C</w:t>
      </w:r>
      <w:r w:rsidRPr="00210A5F">
        <w:t xml:space="preserve">ognito </w:t>
      </w:r>
      <w:r>
        <w:t>F</w:t>
      </w:r>
      <w:r w:rsidRPr="00210A5F">
        <w:t>orms</w:t>
      </w:r>
      <w:r w:rsidR="00B057E1">
        <w:t xml:space="preserve"> link</w:t>
      </w:r>
      <w:r>
        <w:t xml:space="preserve">: </w:t>
      </w:r>
      <w:hyperlink r:id="rId27" w:history="1">
        <w:r w:rsidRPr="00210A5F">
          <w:rPr>
            <w:rStyle w:val="Hyperlink"/>
          </w:rPr>
          <w:t>UWTSD Pandemic: Campus Outbreak Response – User Research and Prototype Feedback</w:t>
        </w:r>
      </w:hyperlink>
    </w:p>
    <w:p w14:paraId="7B284312" w14:textId="77777777" w:rsidR="00FE4C46" w:rsidRDefault="00B057E1">
      <w:r>
        <w:br w:type="page"/>
      </w:r>
    </w:p>
    <w:p w14:paraId="52A20386" w14:textId="77777777" w:rsidR="00FE4C46" w:rsidRDefault="00B057E1">
      <w:pPr>
        <w:pStyle w:val="Heading2"/>
      </w:pPr>
      <w:bookmarkStart w:id="79" w:name="_Toc233920679"/>
      <w:r>
        <w:lastRenderedPageBreak/>
        <w:t>Appendix E.2: Black-and-White Interactive HTML Prototype</w:t>
      </w:r>
      <w:bookmarkEnd w:id="79"/>
    </w:p>
    <w:p w14:paraId="2C6DFA6E" w14:textId="77777777" w:rsidR="00FE4C46" w:rsidRDefault="00B057E1">
      <w:r>
        <w:t>The black-and-white HTML prototype links five screens and demonstrates navigation and room-code validation.</w:t>
      </w:r>
    </w:p>
    <w:p w14:paraId="122D2422" w14:textId="77777777" w:rsidR="00FE4C46" w:rsidRDefault="00B057E1">
      <w:r>
        <w:t xml:space="preserve">It supports Component 1 testing; networking, AI and </w:t>
      </w:r>
      <w:proofErr w:type="spellStart"/>
      <w:r>
        <w:t>colour</w:t>
      </w:r>
      <w:proofErr w:type="spellEnd"/>
      <w:r>
        <w:t xml:space="preserve"> styling are reserved for later development.</w:t>
      </w:r>
    </w:p>
    <w:p w14:paraId="68CFDB7B" w14:textId="77777777" w:rsidR="00FE4C46" w:rsidRDefault="00B057E1">
      <w:r>
        <w:t xml:space="preserve">Interactive prototype link: </w:t>
      </w:r>
      <w:r w:rsidR="00210A5F">
        <w:t xml:space="preserve"> </w:t>
      </w:r>
      <w:hyperlink r:id="rId28" w:history="1">
        <w:r w:rsidR="00210A5F" w:rsidRPr="00210A5F">
          <w:rPr>
            <w:rStyle w:val="Hyperlink"/>
          </w:rPr>
          <w:t>UWTSD Pandemic Prototype</w:t>
        </w:r>
      </w:hyperlink>
      <w:r w:rsidR="00A0013E">
        <w:t xml:space="preserve"> </w:t>
      </w:r>
      <w:hyperlink r:id="rId29" w:history="1">
        <w:r w:rsidR="00A0013E" w:rsidRPr="00CA3715">
          <w:rPr>
            <w:rStyle w:val="Hyperlink"/>
          </w:rPr>
          <w:t>https://raw.githack.com/Oroshimaru1989/root/main/uwtsd-pandemic/index.html</w:t>
        </w:r>
      </w:hyperlink>
      <w:r w:rsidR="00A0013E">
        <w:t xml:space="preserve"> </w:t>
      </w:r>
    </w:p>
    <w:p w14:paraId="0923E131" w14:textId="77777777" w:rsidR="00FE4C46" w:rsidRDefault="00B057E1">
      <w:r>
        <w:t>Runnable file supplied separately: UWTSD_Pandemic_Black_White_Interactive_5_Screen.html</w:t>
      </w:r>
    </w:p>
    <w:p w14:paraId="4082D0AB" w14:textId="77777777" w:rsidR="00210A5F" w:rsidRDefault="00210A5F"/>
    <w:p w14:paraId="758C0EFA" w14:textId="77777777" w:rsidR="00210A5F" w:rsidRDefault="00210A5F" w:rsidP="00210A5F">
      <w:pPr>
        <w:keepNext/>
      </w:pPr>
      <w:r w:rsidRPr="00210A5F">
        <w:rPr>
          <w:noProof/>
        </w:rPr>
        <w:drawing>
          <wp:inline distT="0" distB="0" distL="0" distR="0" wp14:anchorId="70E3F1F8" wp14:editId="73C6A7DC">
            <wp:extent cx="6035563" cy="6378493"/>
            <wp:effectExtent l="0" t="0" r="3810" b="3810"/>
            <wp:docPr id="113568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83592" name=""/>
                    <pic:cNvPicPr/>
                  </pic:nvPicPr>
                  <pic:blipFill>
                    <a:blip r:embed="rId30"/>
                    <a:stretch>
                      <a:fillRect/>
                    </a:stretch>
                  </pic:blipFill>
                  <pic:spPr>
                    <a:xfrm>
                      <a:off x="0" y="0"/>
                      <a:ext cx="6035563" cy="6378493"/>
                    </a:xfrm>
                    <a:prstGeom prst="rect">
                      <a:avLst/>
                    </a:prstGeom>
                  </pic:spPr>
                </pic:pic>
              </a:graphicData>
            </a:graphic>
          </wp:inline>
        </w:drawing>
      </w:r>
    </w:p>
    <w:p w14:paraId="19278B60" w14:textId="77777777" w:rsidR="00210A5F" w:rsidRDefault="00210A5F" w:rsidP="00210A5F">
      <w:pPr>
        <w:pStyle w:val="Caption"/>
        <w:jc w:val="center"/>
      </w:pPr>
      <w:r>
        <w:t>Figure E1. Black-and-white interactive prototype evidence and browser navigation.</w:t>
      </w:r>
    </w:p>
    <w:p w14:paraId="1D1AB3C6" w14:textId="77777777" w:rsidR="00210A5F" w:rsidRDefault="00210A5F"/>
    <w:p w14:paraId="246F7ADD" w14:textId="77777777" w:rsidR="00FE4C46" w:rsidRDefault="00210A5F">
      <w:pPr>
        <w:pStyle w:val="Heading1"/>
      </w:pPr>
      <w:bookmarkStart w:id="80" w:name="_Toc233920680"/>
      <w:r>
        <w:t>Appendix F: Prototype Fidelity</w:t>
      </w:r>
      <w:bookmarkEnd w:id="80"/>
    </w:p>
    <w:p w14:paraId="63C93225" w14:textId="77777777" w:rsidR="00FE4C46" w:rsidRDefault="00B057E1">
      <w:r>
        <w:t>Component 1 uses low-fidelity monochrome wireframes to test layout and navigation quickly [3], [4].</w:t>
      </w:r>
    </w:p>
    <w:tbl>
      <w:tblPr>
        <w:tblStyle w:val="TableGrid"/>
        <w:tblW w:w="0" w:type="auto"/>
        <w:jc w:val="center"/>
        <w:tblLook w:val="04A0" w:firstRow="1" w:lastRow="0" w:firstColumn="1" w:lastColumn="0" w:noHBand="0" w:noVBand="1"/>
      </w:tblPr>
      <w:tblGrid>
        <w:gridCol w:w="2517"/>
        <w:gridCol w:w="2517"/>
        <w:gridCol w:w="2518"/>
        <w:gridCol w:w="2518"/>
      </w:tblGrid>
      <w:tr w:rsidR="00FE4C46" w14:paraId="13117292" w14:textId="77777777">
        <w:trPr>
          <w:jc w:val="center"/>
        </w:trPr>
        <w:tc>
          <w:tcPr>
            <w:tcW w:w="2520" w:type="dxa"/>
            <w:shd w:val="clear" w:color="auto" w:fill="2F75B5"/>
            <w:vAlign w:val="center"/>
          </w:tcPr>
          <w:p w14:paraId="3895A8AF" w14:textId="77777777" w:rsidR="00FE4C46" w:rsidRDefault="00B057E1">
            <w:r>
              <w:rPr>
                <w:b/>
                <w:color w:val="FFFFFF"/>
                <w:sz w:val="17"/>
              </w:rPr>
              <w:t>Fidelity level</w:t>
            </w:r>
          </w:p>
        </w:tc>
        <w:tc>
          <w:tcPr>
            <w:tcW w:w="2520" w:type="dxa"/>
            <w:shd w:val="clear" w:color="auto" w:fill="2F75B5"/>
            <w:vAlign w:val="center"/>
          </w:tcPr>
          <w:p w14:paraId="607502FC" w14:textId="77777777" w:rsidR="00FE4C46" w:rsidRDefault="00B057E1">
            <w:r>
              <w:rPr>
                <w:b/>
                <w:color w:val="FFFFFF"/>
                <w:sz w:val="17"/>
              </w:rPr>
              <w:t>Main purpose</w:t>
            </w:r>
          </w:p>
        </w:tc>
        <w:tc>
          <w:tcPr>
            <w:tcW w:w="2520" w:type="dxa"/>
            <w:shd w:val="clear" w:color="auto" w:fill="2F75B5"/>
            <w:vAlign w:val="center"/>
          </w:tcPr>
          <w:p w14:paraId="04006D58" w14:textId="77777777" w:rsidR="00FE4C46" w:rsidRDefault="00B057E1">
            <w:r>
              <w:rPr>
                <w:b/>
                <w:color w:val="FFFFFF"/>
                <w:sz w:val="17"/>
              </w:rPr>
              <w:t>Detail and interaction</w:t>
            </w:r>
          </w:p>
        </w:tc>
        <w:tc>
          <w:tcPr>
            <w:tcW w:w="2520" w:type="dxa"/>
            <w:shd w:val="clear" w:color="auto" w:fill="2F75B5"/>
            <w:vAlign w:val="center"/>
          </w:tcPr>
          <w:p w14:paraId="1F6F7CBF" w14:textId="77777777" w:rsidR="00FE4C46" w:rsidRDefault="00B057E1">
            <w:proofErr w:type="gramStart"/>
            <w:r>
              <w:rPr>
                <w:b/>
                <w:color w:val="FFFFFF"/>
                <w:sz w:val="17"/>
              </w:rPr>
              <w:t>Use in</w:t>
            </w:r>
            <w:proofErr w:type="gramEnd"/>
            <w:r>
              <w:rPr>
                <w:b/>
                <w:color w:val="FFFFFF"/>
                <w:sz w:val="17"/>
              </w:rPr>
              <w:t xml:space="preserve"> this project</w:t>
            </w:r>
          </w:p>
        </w:tc>
      </w:tr>
      <w:tr w:rsidR="00FE4C46" w14:paraId="3E5FCFFF" w14:textId="77777777">
        <w:trPr>
          <w:jc w:val="center"/>
        </w:trPr>
        <w:tc>
          <w:tcPr>
            <w:tcW w:w="2520" w:type="dxa"/>
            <w:shd w:val="clear" w:color="auto" w:fill="D9EAF7"/>
            <w:vAlign w:val="center"/>
          </w:tcPr>
          <w:p w14:paraId="1F6513F2" w14:textId="77777777" w:rsidR="00FE4C46" w:rsidRDefault="00B057E1">
            <w:r>
              <w:t>Low fidelity</w:t>
            </w:r>
          </w:p>
        </w:tc>
        <w:tc>
          <w:tcPr>
            <w:tcW w:w="2520" w:type="dxa"/>
            <w:vAlign w:val="center"/>
          </w:tcPr>
          <w:p w14:paraId="03BAFAA4" w14:textId="77777777" w:rsidR="00FE4C46" w:rsidRDefault="00B057E1">
            <w:r>
              <w:t>Test layout and flow</w:t>
            </w:r>
          </w:p>
        </w:tc>
        <w:tc>
          <w:tcPr>
            <w:tcW w:w="2520" w:type="dxa"/>
            <w:vAlign w:val="center"/>
          </w:tcPr>
          <w:p w14:paraId="372E233F" w14:textId="77777777" w:rsidR="00FE4C46" w:rsidRDefault="00B057E1">
            <w:r>
              <w:t>Simple monochrome linked screens</w:t>
            </w:r>
          </w:p>
        </w:tc>
        <w:tc>
          <w:tcPr>
            <w:tcW w:w="2520" w:type="dxa"/>
            <w:vAlign w:val="center"/>
          </w:tcPr>
          <w:p w14:paraId="000AEE2C" w14:textId="77777777" w:rsidR="00FE4C46" w:rsidRDefault="00B057E1">
            <w:r>
              <w:t>Component 1</w:t>
            </w:r>
          </w:p>
        </w:tc>
      </w:tr>
      <w:tr w:rsidR="00FE4C46" w14:paraId="064ED9E5" w14:textId="77777777">
        <w:trPr>
          <w:jc w:val="center"/>
        </w:trPr>
        <w:tc>
          <w:tcPr>
            <w:tcW w:w="2520" w:type="dxa"/>
            <w:shd w:val="clear" w:color="auto" w:fill="D9EAF7"/>
            <w:vAlign w:val="center"/>
          </w:tcPr>
          <w:p w14:paraId="7CBB4473" w14:textId="77777777" w:rsidR="00FE4C46" w:rsidRDefault="00B057E1">
            <w:r>
              <w:t>Mid fidelity</w:t>
            </w:r>
          </w:p>
        </w:tc>
        <w:tc>
          <w:tcPr>
            <w:tcW w:w="2520" w:type="dxa"/>
            <w:vAlign w:val="center"/>
          </w:tcPr>
          <w:p w14:paraId="373DDCF3" w14:textId="77777777" w:rsidR="00FE4C46" w:rsidRDefault="00B057E1">
            <w:r>
              <w:t>Refine hierarchy</w:t>
            </w:r>
          </w:p>
        </w:tc>
        <w:tc>
          <w:tcPr>
            <w:tcW w:w="2520" w:type="dxa"/>
            <w:vAlign w:val="center"/>
          </w:tcPr>
          <w:p w14:paraId="5B5222C7" w14:textId="77777777" w:rsidR="00FE4C46" w:rsidRDefault="00B057E1">
            <w:r>
              <w:t>Improved spacing, icons and feedback</w:t>
            </w:r>
          </w:p>
        </w:tc>
        <w:tc>
          <w:tcPr>
            <w:tcW w:w="2520" w:type="dxa"/>
            <w:vAlign w:val="center"/>
          </w:tcPr>
          <w:p w14:paraId="790D1796" w14:textId="77777777" w:rsidR="00FE4C46" w:rsidRDefault="00B057E1">
            <w:r>
              <w:t>After testing</w:t>
            </w:r>
          </w:p>
        </w:tc>
      </w:tr>
      <w:tr w:rsidR="00FE4C46" w14:paraId="6741FCEC" w14:textId="77777777">
        <w:trPr>
          <w:jc w:val="center"/>
        </w:trPr>
        <w:tc>
          <w:tcPr>
            <w:tcW w:w="2520" w:type="dxa"/>
            <w:shd w:val="clear" w:color="auto" w:fill="D9EAF7"/>
            <w:vAlign w:val="center"/>
          </w:tcPr>
          <w:p w14:paraId="1A09D82C" w14:textId="77777777" w:rsidR="00FE4C46" w:rsidRDefault="00B057E1">
            <w:r>
              <w:t>High fidelity</w:t>
            </w:r>
          </w:p>
        </w:tc>
        <w:tc>
          <w:tcPr>
            <w:tcW w:w="2520" w:type="dxa"/>
            <w:vAlign w:val="center"/>
          </w:tcPr>
          <w:p w14:paraId="06B6C962" w14:textId="77777777" w:rsidR="00FE4C46" w:rsidRDefault="00B057E1">
            <w:r>
              <w:t>Simulate final design</w:t>
            </w:r>
          </w:p>
        </w:tc>
        <w:tc>
          <w:tcPr>
            <w:tcW w:w="2520" w:type="dxa"/>
            <w:vAlign w:val="center"/>
          </w:tcPr>
          <w:p w14:paraId="2D586D53" w14:textId="77777777" w:rsidR="00FE4C46" w:rsidRDefault="00B057E1">
            <w:r>
              <w:t xml:space="preserve">Detailed visuals and realistic </w:t>
            </w:r>
            <w:proofErr w:type="spellStart"/>
            <w:r>
              <w:t>behaviour</w:t>
            </w:r>
            <w:proofErr w:type="spellEnd"/>
          </w:p>
        </w:tc>
        <w:tc>
          <w:tcPr>
            <w:tcW w:w="2520" w:type="dxa"/>
            <w:vAlign w:val="center"/>
          </w:tcPr>
          <w:p w14:paraId="3466CFE3" w14:textId="77777777" w:rsidR="00FE4C46" w:rsidRDefault="00B057E1">
            <w:r>
              <w:t>Component 2</w:t>
            </w:r>
          </w:p>
        </w:tc>
      </w:tr>
    </w:tbl>
    <w:p w14:paraId="6990D22F" w14:textId="77777777" w:rsidR="000E6F63" w:rsidRDefault="00FC6335">
      <w:r>
        <w:br w:type="page"/>
      </w:r>
    </w:p>
    <w:p w14:paraId="73DC36DA" w14:textId="77777777" w:rsidR="000E6F63" w:rsidRDefault="00FC6335">
      <w:pPr>
        <w:pStyle w:val="Heading2"/>
        <w:spacing w:after="160"/>
      </w:pPr>
      <w:bookmarkStart w:id="81" w:name="_Toc233920681"/>
      <w:r>
        <w:lastRenderedPageBreak/>
        <w:t>F.1 Low-Fidelity Start Screen</w:t>
      </w:r>
      <w:bookmarkEnd w:id="81"/>
    </w:p>
    <w:p w14:paraId="62314AF8" w14:textId="77777777" w:rsidR="000E6F63" w:rsidRDefault="00FC6335">
      <w:pPr>
        <w:jc w:val="center"/>
      </w:pPr>
      <w:r>
        <w:rPr>
          <w:noProof/>
        </w:rPr>
        <w:drawing>
          <wp:inline distT="0" distB="0" distL="0" distR="0" wp14:anchorId="6D5C9FAE" wp14:editId="1566CEA0">
            <wp:extent cx="3794760" cy="6640830"/>
            <wp:effectExtent l="0" t="0" r="0" b="0"/>
            <wp:docPr id="1835689779" name="Picture 1835689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3"/>
                    <a:stretch>
                      <a:fillRect/>
                    </a:stretch>
                  </pic:blipFill>
                  <pic:spPr>
                    <a:xfrm>
                      <a:off x="0" y="0"/>
                      <a:ext cx="3794760" cy="6640830"/>
                    </a:xfrm>
                    <a:prstGeom prst="rect">
                      <a:avLst/>
                    </a:prstGeom>
                  </pic:spPr>
                </pic:pic>
              </a:graphicData>
            </a:graphic>
          </wp:inline>
        </w:drawing>
      </w:r>
    </w:p>
    <w:p w14:paraId="1815FD03" w14:textId="77777777" w:rsidR="000E6F63" w:rsidRDefault="00FC6335">
      <w:pPr>
        <w:pStyle w:val="Caption"/>
        <w:jc w:val="center"/>
      </w:pPr>
      <w:r>
        <w:t xml:space="preserve">Figure F1. </w:t>
      </w:r>
      <w:proofErr w:type="gramStart"/>
      <w:r>
        <w:t>Low-fidelity</w:t>
      </w:r>
      <w:proofErr w:type="gramEnd"/>
      <w:r>
        <w:t xml:space="preserve"> start screen showing basic structure, labels and navigation.</w:t>
      </w:r>
    </w:p>
    <w:p w14:paraId="1E982BAB" w14:textId="77777777" w:rsidR="000E6F63" w:rsidRDefault="00FC6335">
      <w:r>
        <w:br w:type="page"/>
      </w:r>
    </w:p>
    <w:p w14:paraId="4ECFEEDA" w14:textId="77777777" w:rsidR="000E6F63" w:rsidRDefault="00FC6335">
      <w:pPr>
        <w:pStyle w:val="Heading2"/>
        <w:spacing w:after="160"/>
      </w:pPr>
      <w:bookmarkStart w:id="82" w:name="_Toc233920682"/>
      <w:r>
        <w:lastRenderedPageBreak/>
        <w:t>F.2 Mid-Fidelity Start Screen</w:t>
      </w:r>
      <w:bookmarkEnd w:id="82"/>
    </w:p>
    <w:p w14:paraId="1A0AEFB9" w14:textId="77777777" w:rsidR="000E6F63" w:rsidRDefault="00FC6335">
      <w:pPr>
        <w:jc w:val="center"/>
      </w:pPr>
      <w:r>
        <w:rPr>
          <w:noProof/>
        </w:rPr>
        <w:drawing>
          <wp:inline distT="0" distB="0" distL="0" distR="0" wp14:anchorId="24117FB5" wp14:editId="4E5D0357">
            <wp:extent cx="3794760" cy="6742655"/>
            <wp:effectExtent l="0" t="0" r="0" b="0"/>
            <wp:docPr id="1835689780" name="Picture 1835689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_fidelity_start_monochrome.png"/>
                    <pic:cNvPicPr/>
                  </pic:nvPicPr>
                  <pic:blipFill>
                    <a:blip r:embed="rId31"/>
                    <a:stretch>
                      <a:fillRect/>
                    </a:stretch>
                  </pic:blipFill>
                  <pic:spPr>
                    <a:xfrm>
                      <a:off x="0" y="0"/>
                      <a:ext cx="3794760" cy="6742655"/>
                    </a:xfrm>
                    <a:prstGeom prst="rect">
                      <a:avLst/>
                    </a:prstGeom>
                  </pic:spPr>
                </pic:pic>
              </a:graphicData>
            </a:graphic>
          </wp:inline>
        </w:drawing>
      </w:r>
    </w:p>
    <w:p w14:paraId="309B4D79" w14:textId="77777777" w:rsidR="000E6F63" w:rsidRDefault="00FC6335">
      <w:pPr>
        <w:pStyle w:val="Caption"/>
        <w:jc w:val="center"/>
      </w:pPr>
      <w:r>
        <w:t>Figure F2. Mid-fidelity start screen showing refined spacing, icons and controls.</w:t>
      </w:r>
    </w:p>
    <w:p w14:paraId="50F7D673" w14:textId="77777777" w:rsidR="000E6F63" w:rsidRDefault="00FC6335">
      <w:r>
        <w:br w:type="page"/>
      </w:r>
    </w:p>
    <w:p w14:paraId="4EEADC28" w14:textId="77777777" w:rsidR="000E6F63" w:rsidRDefault="00FC6335">
      <w:pPr>
        <w:pStyle w:val="Heading2"/>
        <w:spacing w:after="160"/>
      </w:pPr>
      <w:bookmarkStart w:id="83" w:name="_Toc233920683"/>
      <w:r>
        <w:lastRenderedPageBreak/>
        <w:t>F.3 High-Fidelity Monochrome Preview</w:t>
      </w:r>
      <w:bookmarkEnd w:id="83"/>
    </w:p>
    <w:p w14:paraId="230CD754" w14:textId="77777777" w:rsidR="000E6F63" w:rsidRDefault="00FC6335">
      <w:pPr>
        <w:jc w:val="center"/>
      </w:pPr>
      <w:r>
        <w:rPr>
          <w:noProof/>
        </w:rPr>
        <w:drawing>
          <wp:inline distT="0" distB="0" distL="0" distR="0" wp14:anchorId="61561079" wp14:editId="3DC2D311">
            <wp:extent cx="3794760" cy="6742655"/>
            <wp:effectExtent l="0" t="0" r="0" b="0"/>
            <wp:docPr id="1835689781" name="Picture 1835689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h_fidelity_start_monochrome.png"/>
                    <pic:cNvPicPr/>
                  </pic:nvPicPr>
                  <pic:blipFill>
                    <a:blip r:embed="rId32"/>
                    <a:stretch>
                      <a:fillRect/>
                    </a:stretch>
                  </pic:blipFill>
                  <pic:spPr>
                    <a:xfrm>
                      <a:off x="0" y="0"/>
                      <a:ext cx="3794760" cy="6742655"/>
                    </a:xfrm>
                    <a:prstGeom prst="rect">
                      <a:avLst/>
                    </a:prstGeom>
                  </pic:spPr>
                </pic:pic>
              </a:graphicData>
            </a:graphic>
          </wp:inline>
        </w:drawing>
      </w:r>
    </w:p>
    <w:p w14:paraId="3EAD8177" w14:textId="77777777" w:rsidR="000E6F63" w:rsidRDefault="00FC6335">
      <w:pPr>
        <w:pStyle w:val="Caption"/>
        <w:jc w:val="center"/>
      </w:pPr>
      <w:r>
        <w:t>Figure F3. High-fidelity monochrome preview showing the intended visual hierarchy and realistic controls.</w:t>
      </w:r>
    </w:p>
    <w:p w14:paraId="214C84CE" w14:textId="77777777" w:rsidR="000E6F63" w:rsidRDefault="00FC6335">
      <w:r>
        <w:t xml:space="preserve">The low-fidelity screen is the assessed Component 1 artefact. The mid- and high-fidelity examples illustrate later development only; the final </w:t>
      </w:r>
      <w:proofErr w:type="spellStart"/>
      <w:r>
        <w:t>colour</w:t>
      </w:r>
      <w:proofErr w:type="spellEnd"/>
      <w:r>
        <w:t xml:space="preserve"> design remains reserved for Component 2.</w:t>
      </w:r>
    </w:p>
    <w:p w14:paraId="0F8F8CC2" w14:textId="77777777" w:rsidR="000E6F63" w:rsidRDefault="00FC6335">
      <w:r>
        <w:br w:type="page"/>
      </w:r>
    </w:p>
    <w:sectPr w:rsidR="000E6F63" w:rsidSect="009B37B7">
      <w:headerReference w:type="default" r:id="rId33"/>
      <w:footerReference w:type="default" r:id="rId34"/>
      <w:pgSz w:w="12240" w:h="15840"/>
      <w:pgMar w:top="1008" w:right="1080" w:bottom="1008" w:left="108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0AE13" w14:textId="77777777" w:rsidR="002143F5" w:rsidRDefault="002143F5" w:rsidP="0035345B">
      <w:pPr>
        <w:spacing w:after="0" w:line="240" w:lineRule="auto"/>
      </w:pPr>
      <w:r>
        <w:separator/>
      </w:r>
    </w:p>
  </w:endnote>
  <w:endnote w:type="continuationSeparator" w:id="0">
    <w:p w14:paraId="0BD7B9F5" w14:textId="77777777" w:rsidR="002143F5" w:rsidRDefault="002143F5" w:rsidP="00353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0D0D" w14:textId="77777777" w:rsidR="00FE4C46" w:rsidRDefault="00B057E1">
    <w:pPr>
      <w:pStyle w:val="Footer"/>
      <w:jc w:val="center"/>
    </w:pPr>
    <w:r>
      <w:rPr>
        <w:color w:val="5F2D91"/>
        <w:sz w:val="16"/>
      </w:rPr>
      <w:t xml:space="preserve">Abubarkar </w:t>
    </w:r>
    <w:proofErr w:type="gramStart"/>
    <w:r>
      <w:rPr>
        <w:color w:val="5F2D91"/>
        <w:sz w:val="16"/>
      </w:rPr>
      <w:t>Dembele  •</w:t>
    </w:r>
    <w:proofErr w:type="gramEnd"/>
    <w:r>
      <w:rPr>
        <w:color w:val="5F2D91"/>
        <w:sz w:val="16"/>
      </w:rPr>
      <w:t xml:space="preserve">  Page </w:t>
    </w:r>
    <w:r>
      <w:rPr>
        <w:color w:val="5F2D91"/>
        <w:sz w:val="16"/>
      </w:rPr>
      <w:fldChar w:fldCharType="begin"/>
    </w:r>
    <w:r>
      <w:rPr>
        <w:color w:val="5F2D91"/>
        <w:sz w:val="16"/>
      </w:rPr>
      <w:instrText>PAGE</w:instrText>
    </w:r>
    <w:r>
      <w:rPr>
        <w:color w:val="5F2D91"/>
        <w:sz w:val="16"/>
      </w:rPr>
      <w:fldChar w:fldCharType="separate"/>
    </w:r>
    <w:r w:rsidR="00210A5F">
      <w:rPr>
        <w:noProof/>
        <w:color w:val="5F2D91"/>
        <w:sz w:val="16"/>
      </w:rPr>
      <w:t>1</w:t>
    </w:r>
    <w:r>
      <w:rPr>
        <w:color w:val="5F2D91"/>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24255" w14:textId="77777777" w:rsidR="002143F5" w:rsidRDefault="002143F5" w:rsidP="0035345B">
      <w:pPr>
        <w:spacing w:after="0" w:line="240" w:lineRule="auto"/>
      </w:pPr>
      <w:r>
        <w:separator/>
      </w:r>
    </w:p>
  </w:footnote>
  <w:footnote w:type="continuationSeparator" w:id="0">
    <w:p w14:paraId="2665E236" w14:textId="77777777" w:rsidR="002143F5" w:rsidRDefault="002143F5" w:rsidP="003534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9EF0D" w14:textId="2358C172" w:rsidR="0035345B" w:rsidRDefault="00FB2D65">
    <w:pPr>
      <w:pStyle w:val="Header"/>
      <w:jc w:val="right"/>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F01F015" wp14:editId="28641BEA">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EE29B" w14:textId="77777777" w:rsidR="00FB2D65" w:rsidRDefault="00FB2D65">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01F015" id="Group 171"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C1EE29B" w14:textId="77777777" w:rsidR="00FB2D65" w:rsidRDefault="00FB2D65">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53717475">
    <w:abstractNumId w:val="8"/>
  </w:num>
  <w:num w:numId="2" w16cid:durableId="1797722050">
    <w:abstractNumId w:val="6"/>
  </w:num>
  <w:num w:numId="3" w16cid:durableId="1924759022">
    <w:abstractNumId w:val="5"/>
  </w:num>
  <w:num w:numId="4" w16cid:durableId="1564758252">
    <w:abstractNumId w:val="4"/>
  </w:num>
  <w:num w:numId="5" w16cid:durableId="1305307623">
    <w:abstractNumId w:val="7"/>
  </w:num>
  <w:num w:numId="6" w16cid:durableId="168982942">
    <w:abstractNumId w:val="3"/>
  </w:num>
  <w:num w:numId="7" w16cid:durableId="1286037352">
    <w:abstractNumId w:val="2"/>
  </w:num>
  <w:num w:numId="8" w16cid:durableId="632174131">
    <w:abstractNumId w:val="1"/>
  </w:num>
  <w:num w:numId="9" w16cid:durableId="1531140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5202"/>
    <w:rsid w:val="000E6F63"/>
    <w:rsid w:val="0015074B"/>
    <w:rsid w:val="00184551"/>
    <w:rsid w:val="001B15F2"/>
    <w:rsid w:val="001E1096"/>
    <w:rsid w:val="00210A5F"/>
    <w:rsid w:val="002143F5"/>
    <w:rsid w:val="0029639D"/>
    <w:rsid w:val="00326F90"/>
    <w:rsid w:val="00346ADA"/>
    <w:rsid w:val="0035345B"/>
    <w:rsid w:val="00397586"/>
    <w:rsid w:val="003A67E9"/>
    <w:rsid w:val="003B239F"/>
    <w:rsid w:val="003D7811"/>
    <w:rsid w:val="00426E34"/>
    <w:rsid w:val="004E4318"/>
    <w:rsid w:val="005A3E0C"/>
    <w:rsid w:val="005F503A"/>
    <w:rsid w:val="00660B12"/>
    <w:rsid w:val="00691505"/>
    <w:rsid w:val="00727FDD"/>
    <w:rsid w:val="00776C1E"/>
    <w:rsid w:val="00785489"/>
    <w:rsid w:val="007E3B2A"/>
    <w:rsid w:val="00805D0C"/>
    <w:rsid w:val="0083307A"/>
    <w:rsid w:val="00862E83"/>
    <w:rsid w:val="009320D0"/>
    <w:rsid w:val="00941952"/>
    <w:rsid w:val="00973E85"/>
    <w:rsid w:val="0097442A"/>
    <w:rsid w:val="00991960"/>
    <w:rsid w:val="009B37B7"/>
    <w:rsid w:val="009C18F8"/>
    <w:rsid w:val="00A0013E"/>
    <w:rsid w:val="00A11837"/>
    <w:rsid w:val="00A80771"/>
    <w:rsid w:val="00AA1D8D"/>
    <w:rsid w:val="00AB173C"/>
    <w:rsid w:val="00AB249A"/>
    <w:rsid w:val="00B057E1"/>
    <w:rsid w:val="00B47730"/>
    <w:rsid w:val="00B8396F"/>
    <w:rsid w:val="00BE3832"/>
    <w:rsid w:val="00BF4857"/>
    <w:rsid w:val="00C65828"/>
    <w:rsid w:val="00CB0664"/>
    <w:rsid w:val="00CB55BA"/>
    <w:rsid w:val="00CF3DE1"/>
    <w:rsid w:val="00CF5B27"/>
    <w:rsid w:val="00D26577"/>
    <w:rsid w:val="00DA7B5B"/>
    <w:rsid w:val="00DC2EEC"/>
    <w:rsid w:val="00E20677"/>
    <w:rsid w:val="00E277C4"/>
    <w:rsid w:val="00E43B23"/>
    <w:rsid w:val="00E54B77"/>
    <w:rsid w:val="00EE4545"/>
    <w:rsid w:val="00EF282D"/>
    <w:rsid w:val="00F03179"/>
    <w:rsid w:val="00FB2D65"/>
    <w:rsid w:val="00FC6335"/>
    <w:rsid w:val="00FC693F"/>
    <w:rsid w:val="00FE4C46"/>
    <w:rsid w:val="00FE69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C9E11C"/>
  <w14:defaultImageDpi w14:val="300"/>
  <w15:docId w15:val="{833E354A-B15C-49B6-A8BB-6F845A51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5B2C83"/>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5B2C8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5B2C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BF4857"/>
    <w:rPr>
      <w:sz w:val="16"/>
      <w:szCs w:val="16"/>
    </w:rPr>
  </w:style>
  <w:style w:type="paragraph" w:styleId="CommentText">
    <w:name w:val="annotation text"/>
    <w:basedOn w:val="Normal"/>
    <w:link w:val="CommentTextChar"/>
    <w:uiPriority w:val="99"/>
    <w:unhideWhenUsed/>
    <w:rsid w:val="00BF4857"/>
    <w:pPr>
      <w:spacing w:line="240" w:lineRule="auto"/>
    </w:pPr>
    <w:rPr>
      <w:sz w:val="20"/>
      <w:szCs w:val="20"/>
    </w:rPr>
  </w:style>
  <w:style w:type="character" w:customStyle="1" w:styleId="CommentTextChar">
    <w:name w:val="Comment Text Char"/>
    <w:basedOn w:val="DefaultParagraphFont"/>
    <w:link w:val="CommentText"/>
    <w:uiPriority w:val="99"/>
    <w:rsid w:val="00BF485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F4857"/>
    <w:rPr>
      <w:b/>
      <w:bCs/>
    </w:rPr>
  </w:style>
  <w:style w:type="character" w:customStyle="1" w:styleId="CommentSubjectChar">
    <w:name w:val="Comment Subject Char"/>
    <w:basedOn w:val="CommentTextChar"/>
    <w:link w:val="CommentSubject"/>
    <w:uiPriority w:val="99"/>
    <w:semiHidden/>
    <w:rsid w:val="00BF4857"/>
    <w:rPr>
      <w:rFonts w:ascii="Arial" w:hAnsi="Arial"/>
      <w:b/>
      <w:bCs/>
      <w:sz w:val="20"/>
      <w:szCs w:val="20"/>
    </w:rPr>
  </w:style>
  <w:style w:type="character" w:styleId="Hyperlink">
    <w:name w:val="Hyperlink"/>
    <w:basedOn w:val="DefaultParagraphFont"/>
    <w:uiPriority w:val="99"/>
    <w:unhideWhenUsed/>
    <w:rsid w:val="00210A5F"/>
    <w:rPr>
      <w:color w:val="0000FF" w:themeColor="hyperlink"/>
      <w:u w:val="single"/>
    </w:rPr>
  </w:style>
  <w:style w:type="character" w:styleId="UnresolvedMention">
    <w:name w:val="Unresolved Mention"/>
    <w:basedOn w:val="DefaultParagraphFont"/>
    <w:uiPriority w:val="99"/>
    <w:semiHidden/>
    <w:unhideWhenUsed/>
    <w:rsid w:val="00210A5F"/>
    <w:rPr>
      <w:color w:val="605E5C"/>
      <w:shd w:val="clear" w:color="auto" w:fill="E1DFDD"/>
    </w:rPr>
  </w:style>
  <w:style w:type="character" w:styleId="FollowedHyperlink">
    <w:name w:val="FollowedHyperlink"/>
    <w:basedOn w:val="DefaultParagraphFont"/>
    <w:uiPriority w:val="99"/>
    <w:semiHidden/>
    <w:unhideWhenUsed/>
    <w:rsid w:val="00210A5F"/>
    <w:rPr>
      <w:color w:val="800080" w:themeColor="followedHyperlink"/>
      <w:u w:val="single"/>
    </w:rPr>
  </w:style>
  <w:style w:type="paragraph" w:styleId="TOC1">
    <w:name w:val="toc 1"/>
    <w:basedOn w:val="Normal"/>
    <w:next w:val="Normal"/>
    <w:autoRedefine/>
    <w:uiPriority w:val="39"/>
    <w:unhideWhenUsed/>
    <w:rsid w:val="00FB2D65"/>
    <w:pPr>
      <w:spacing w:after="100"/>
    </w:pPr>
  </w:style>
  <w:style w:type="paragraph" w:styleId="TOC2">
    <w:name w:val="toc 2"/>
    <w:basedOn w:val="Normal"/>
    <w:next w:val="Normal"/>
    <w:autoRedefine/>
    <w:uiPriority w:val="39"/>
    <w:unhideWhenUsed/>
    <w:rsid w:val="00FB2D65"/>
    <w:pPr>
      <w:spacing w:after="100"/>
      <w:ind w:left="210"/>
    </w:pPr>
  </w:style>
  <w:style w:type="paragraph" w:styleId="TOC3">
    <w:name w:val="toc 3"/>
    <w:basedOn w:val="Normal"/>
    <w:next w:val="Normal"/>
    <w:autoRedefine/>
    <w:uiPriority w:val="39"/>
    <w:unhideWhenUsed/>
    <w:rsid w:val="00FB2D65"/>
    <w:pPr>
      <w:spacing w:after="100"/>
      <w:ind w:left="420"/>
    </w:pPr>
  </w:style>
  <w:style w:type="paragraph" w:styleId="TableofFigures">
    <w:name w:val="table of figures"/>
    <w:basedOn w:val="Normal"/>
    <w:next w:val="Normal"/>
    <w:uiPriority w:val="99"/>
    <w:unhideWhenUsed/>
    <w:rsid w:val="001E109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raw.githack.com/Oroshimaru1989/root/main/uwtsd-pandemic/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file:///C:\Users\Student\Downloads\UWTSD_Pandemic_Black_White_Interactive_5_Screen%20(2).html"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ognitoforms.com/OroshimaruDembeleTopServices/UWTSDPandemicCampusOutbreakResponseUserResearchAndPrototypeFeedback" TargetMode="External"/><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7933</Words>
  <Characters>45220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53047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Abubarkar dembele</cp:lastModifiedBy>
  <cp:revision>3</cp:revision>
  <dcterms:created xsi:type="dcterms:W3CDTF">2026-07-02T21:29:00Z</dcterms:created>
  <dcterms:modified xsi:type="dcterms:W3CDTF">2026-07-02T21:39:00Z</dcterms:modified>
  <cp:category/>
</cp:coreProperties>
</file>