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534C7" w14:textId="77777777" w:rsidR="00374354" w:rsidRDefault="00000000">
      <w:pPr>
        <w:jc w:val="center"/>
      </w:pPr>
      <w:r>
        <w:rPr>
          <w:b/>
          <w:sz w:val="42"/>
        </w:rPr>
        <w:t>Week 4 Catch-Up: Referencing</w:t>
      </w:r>
    </w:p>
    <w:p w14:paraId="3D46705D" w14:textId="77777777" w:rsidR="00374354" w:rsidRDefault="00000000">
      <w:pPr>
        <w:jc w:val="center"/>
      </w:pPr>
      <w:r>
        <w:rPr>
          <w:i/>
        </w:rPr>
        <w:t>Complete this after watching the Week 4 recording.</w:t>
      </w:r>
    </w:p>
    <w:tbl>
      <w:tblPr>
        <w:tblStyle w:val="TableGrid"/>
        <w:tblW w:w="0" w:type="auto"/>
        <w:tblLook w:val="04A0" w:firstRow="1" w:lastRow="0" w:firstColumn="1" w:lastColumn="0" w:noHBand="0" w:noVBand="1"/>
      </w:tblPr>
      <w:tblGrid>
        <w:gridCol w:w="10358"/>
      </w:tblGrid>
      <w:tr w:rsidR="00374354" w14:paraId="1C1E7A14" w14:textId="77777777">
        <w:tc>
          <w:tcPr>
            <w:tcW w:w="10368" w:type="dxa"/>
            <w:shd w:val="clear" w:color="auto" w:fill="EAF3F8"/>
            <w:tcMar>
              <w:top w:w="110" w:type="dxa"/>
              <w:left w:w="130" w:type="dxa"/>
              <w:bottom w:w="110" w:type="dxa"/>
              <w:right w:w="130" w:type="dxa"/>
            </w:tcMar>
          </w:tcPr>
          <w:p w14:paraId="525170DB" w14:textId="77777777" w:rsidR="00374354" w:rsidRDefault="00000000">
            <w:r>
              <w:rPr>
                <w:b/>
                <w:sz w:val="24"/>
              </w:rPr>
              <w:t>Quick reminder</w:t>
            </w:r>
          </w:p>
          <w:p w14:paraId="19636FEE" w14:textId="77777777" w:rsidR="00374354" w:rsidRDefault="00000000">
            <w:pPr>
              <w:spacing w:after="40"/>
            </w:pPr>
            <w:r>
              <w:t>• If a fact, idea, number or claim comes from another source, you usually need a citation.</w:t>
            </w:r>
          </w:p>
          <w:p w14:paraId="16C9C64B" w14:textId="77777777" w:rsidR="00374354" w:rsidRDefault="00000000">
            <w:pPr>
              <w:spacing w:after="40"/>
            </w:pPr>
            <w:r>
              <w:t>• An in-text citation is short: (Author, Year).</w:t>
            </w:r>
          </w:p>
          <w:p w14:paraId="55C8F400" w14:textId="77777777" w:rsidR="00374354" w:rsidRDefault="00000000">
            <w:pPr>
              <w:spacing w:after="40"/>
            </w:pPr>
            <w:r>
              <w:t>• A reference list goes at the end and gives the full details of every source you cited.</w:t>
            </w:r>
          </w:p>
          <w:p w14:paraId="19458C27" w14:textId="77777777" w:rsidR="00374354" w:rsidRDefault="00000000">
            <w:pPr>
              <w:spacing w:after="40"/>
            </w:pPr>
            <w:r>
              <w:t>• Your own opinion and very general knowledge usually do not need a citation.</w:t>
            </w:r>
          </w:p>
        </w:tc>
      </w:tr>
    </w:tbl>
    <w:p w14:paraId="583E16CC" w14:textId="77777777" w:rsidR="00374354" w:rsidRDefault="00000000">
      <w:pPr>
        <w:spacing w:before="100" w:after="60"/>
      </w:pPr>
      <w:r>
        <w:rPr>
          <w:b/>
          <w:sz w:val="30"/>
        </w:rPr>
        <w:t>1. Does it need a citation?</w:t>
      </w:r>
    </w:p>
    <w:p w14:paraId="60FD7F87" w14:textId="77777777" w:rsidR="00374354" w:rsidRDefault="00000000">
      <w:r>
        <w:t>Tick Yes or No. Think about whether the information comes from another source.</w:t>
      </w:r>
    </w:p>
    <w:tbl>
      <w:tblPr>
        <w:tblStyle w:val="TableGrid"/>
        <w:tblW w:w="0" w:type="auto"/>
        <w:jc w:val="center"/>
        <w:tblLook w:val="04A0" w:firstRow="1" w:lastRow="0" w:firstColumn="1" w:lastColumn="0" w:noHBand="0" w:noVBand="1"/>
      </w:tblPr>
      <w:tblGrid>
        <w:gridCol w:w="5179"/>
        <w:gridCol w:w="5179"/>
      </w:tblGrid>
      <w:tr w:rsidR="00374354" w14:paraId="23095FD2" w14:textId="77777777">
        <w:trPr>
          <w:jc w:val="center"/>
        </w:trPr>
        <w:tc>
          <w:tcPr>
            <w:tcW w:w="5184" w:type="dxa"/>
            <w:shd w:val="clear" w:color="auto" w:fill="D9EAF7"/>
            <w:tcMar>
              <w:top w:w="80" w:type="dxa"/>
              <w:left w:w="100" w:type="dxa"/>
              <w:bottom w:w="80" w:type="dxa"/>
              <w:right w:w="100" w:type="dxa"/>
            </w:tcMar>
          </w:tcPr>
          <w:p w14:paraId="78123BB3" w14:textId="77777777" w:rsidR="00374354" w:rsidRDefault="00000000">
            <w:r>
              <w:rPr>
                <w:b/>
              </w:rPr>
              <w:t>Idea</w:t>
            </w:r>
          </w:p>
        </w:tc>
        <w:tc>
          <w:tcPr>
            <w:tcW w:w="5184" w:type="dxa"/>
            <w:shd w:val="clear" w:color="auto" w:fill="D9EAF7"/>
            <w:tcMar>
              <w:top w:w="80" w:type="dxa"/>
              <w:left w:w="100" w:type="dxa"/>
              <w:bottom w:w="80" w:type="dxa"/>
              <w:right w:w="100" w:type="dxa"/>
            </w:tcMar>
          </w:tcPr>
          <w:p w14:paraId="6E89442D" w14:textId="77777777" w:rsidR="00374354" w:rsidRDefault="00000000">
            <w:r>
              <w:rPr>
                <w:b/>
              </w:rPr>
              <w:t>Citation needed?</w:t>
            </w:r>
          </w:p>
        </w:tc>
      </w:tr>
      <w:tr w:rsidR="00374354" w14:paraId="22D1B78E" w14:textId="77777777">
        <w:trPr>
          <w:jc w:val="center"/>
        </w:trPr>
        <w:tc>
          <w:tcPr>
            <w:tcW w:w="5184" w:type="dxa"/>
            <w:tcMar>
              <w:top w:w="80" w:type="dxa"/>
              <w:left w:w="100" w:type="dxa"/>
              <w:bottom w:w="80" w:type="dxa"/>
              <w:right w:w="100" w:type="dxa"/>
            </w:tcMar>
            <w:vAlign w:val="center"/>
          </w:tcPr>
          <w:p w14:paraId="39ADBD4D" w14:textId="77777777" w:rsidR="00374354" w:rsidRDefault="00000000">
            <w:r>
              <w:t>Smoking is harmful to health.</w:t>
            </w:r>
          </w:p>
        </w:tc>
        <w:tc>
          <w:tcPr>
            <w:tcW w:w="5184" w:type="dxa"/>
            <w:tcMar>
              <w:top w:w="80" w:type="dxa"/>
              <w:left w:w="100" w:type="dxa"/>
              <w:bottom w:w="80" w:type="dxa"/>
              <w:right w:w="100" w:type="dxa"/>
            </w:tcMar>
            <w:vAlign w:val="center"/>
          </w:tcPr>
          <w:p w14:paraId="59440DC9" w14:textId="77777777" w:rsidR="00374354" w:rsidRDefault="00000000">
            <w:r>
              <w:t>☐ Yes   ☐ No</w:t>
            </w:r>
          </w:p>
        </w:tc>
      </w:tr>
      <w:tr w:rsidR="00374354" w14:paraId="3A35644F" w14:textId="77777777">
        <w:trPr>
          <w:jc w:val="center"/>
        </w:trPr>
        <w:tc>
          <w:tcPr>
            <w:tcW w:w="5184" w:type="dxa"/>
            <w:tcMar>
              <w:top w:w="80" w:type="dxa"/>
              <w:left w:w="100" w:type="dxa"/>
              <w:bottom w:w="80" w:type="dxa"/>
              <w:right w:w="100" w:type="dxa"/>
            </w:tcMar>
            <w:vAlign w:val="center"/>
          </w:tcPr>
          <w:p w14:paraId="627B8CC3" w14:textId="77777777" w:rsidR="00374354" w:rsidRDefault="00000000">
            <w:r>
              <w:t>BYD sold more than 2.25 million electric cars in 2025.</w:t>
            </w:r>
          </w:p>
        </w:tc>
        <w:tc>
          <w:tcPr>
            <w:tcW w:w="5184" w:type="dxa"/>
            <w:tcMar>
              <w:top w:w="80" w:type="dxa"/>
              <w:left w:w="100" w:type="dxa"/>
              <w:bottom w:w="80" w:type="dxa"/>
              <w:right w:w="100" w:type="dxa"/>
            </w:tcMar>
            <w:vAlign w:val="center"/>
          </w:tcPr>
          <w:p w14:paraId="38D40E4D" w14:textId="77777777" w:rsidR="00374354" w:rsidRDefault="00000000">
            <w:r>
              <w:t>☐ Yes   ☐ No</w:t>
            </w:r>
          </w:p>
        </w:tc>
      </w:tr>
      <w:tr w:rsidR="00374354" w14:paraId="34453278" w14:textId="77777777">
        <w:trPr>
          <w:jc w:val="center"/>
        </w:trPr>
        <w:tc>
          <w:tcPr>
            <w:tcW w:w="5184" w:type="dxa"/>
            <w:tcMar>
              <w:top w:w="80" w:type="dxa"/>
              <w:left w:w="100" w:type="dxa"/>
              <w:bottom w:w="80" w:type="dxa"/>
              <w:right w:w="100" w:type="dxa"/>
            </w:tcMar>
            <w:vAlign w:val="center"/>
          </w:tcPr>
          <w:p w14:paraId="2D55F75A" w14:textId="77777777" w:rsidR="00374354" w:rsidRDefault="00000000">
            <w:r>
              <w:t>In my opinion, the electric car market will continue to grow.</w:t>
            </w:r>
          </w:p>
        </w:tc>
        <w:tc>
          <w:tcPr>
            <w:tcW w:w="5184" w:type="dxa"/>
            <w:tcMar>
              <w:top w:w="80" w:type="dxa"/>
              <w:left w:w="100" w:type="dxa"/>
              <w:bottom w:w="80" w:type="dxa"/>
              <w:right w:w="100" w:type="dxa"/>
            </w:tcMar>
            <w:vAlign w:val="center"/>
          </w:tcPr>
          <w:p w14:paraId="55FF0A91" w14:textId="77777777" w:rsidR="00374354" w:rsidRDefault="00000000">
            <w:r>
              <w:t>☐ Yes   ☐ No</w:t>
            </w:r>
          </w:p>
        </w:tc>
      </w:tr>
      <w:tr w:rsidR="00374354" w14:paraId="5AD1813A" w14:textId="77777777">
        <w:trPr>
          <w:jc w:val="center"/>
        </w:trPr>
        <w:tc>
          <w:tcPr>
            <w:tcW w:w="5184" w:type="dxa"/>
            <w:tcMar>
              <w:top w:w="80" w:type="dxa"/>
              <w:left w:w="100" w:type="dxa"/>
              <w:bottom w:w="80" w:type="dxa"/>
              <w:right w:w="100" w:type="dxa"/>
            </w:tcMar>
            <w:vAlign w:val="center"/>
          </w:tcPr>
          <w:p w14:paraId="5DADFE9B" w14:textId="77777777" w:rsidR="00374354" w:rsidRDefault="00000000">
            <w:r>
              <w:t>UK car production fell to its lowest level in more than 70 years.</w:t>
            </w:r>
          </w:p>
        </w:tc>
        <w:tc>
          <w:tcPr>
            <w:tcW w:w="5184" w:type="dxa"/>
            <w:tcMar>
              <w:top w:w="80" w:type="dxa"/>
              <w:left w:w="100" w:type="dxa"/>
              <w:bottom w:w="80" w:type="dxa"/>
              <w:right w:w="100" w:type="dxa"/>
            </w:tcMar>
            <w:vAlign w:val="center"/>
          </w:tcPr>
          <w:p w14:paraId="770D786A" w14:textId="77777777" w:rsidR="00374354" w:rsidRDefault="00000000">
            <w:r>
              <w:t>☐ Yes   ☐ No</w:t>
            </w:r>
          </w:p>
        </w:tc>
      </w:tr>
      <w:tr w:rsidR="00374354" w14:paraId="0F1412CC" w14:textId="77777777">
        <w:trPr>
          <w:jc w:val="center"/>
        </w:trPr>
        <w:tc>
          <w:tcPr>
            <w:tcW w:w="5184" w:type="dxa"/>
            <w:tcMar>
              <w:top w:w="80" w:type="dxa"/>
              <w:left w:w="100" w:type="dxa"/>
              <w:bottom w:w="80" w:type="dxa"/>
              <w:right w:w="100" w:type="dxa"/>
            </w:tcMar>
            <w:vAlign w:val="center"/>
          </w:tcPr>
          <w:p w14:paraId="32577E8A" w14:textId="77777777" w:rsidR="00374354" w:rsidRDefault="00000000">
            <w:r>
              <w:t>Global electric vehicle sales almost tripled between 2021 and 2024.</w:t>
            </w:r>
          </w:p>
        </w:tc>
        <w:tc>
          <w:tcPr>
            <w:tcW w:w="5184" w:type="dxa"/>
            <w:tcMar>
              <w:top w:w="80" w:type="dxa"/>
              <w:left w:w="100" w:type="dxa"/>
              <w:bottom w:w="80" w:type="dxa"/>
              <w:right w:w="100" w:type="dxa"/>
            </w:tcMar>
            <w:vAlign w:val="center"/>
          </w:tcPr>
          <w:p w14:paraId="619E4042" w14:textId="77777777" w:rsidR="00374354" w:rsidRDefault="00000000">
            <w:r>
              <w:t>☐ Yes   ☐ No</w:t>
            </w:r>
          </w:p>
        </w:tc>
      </w:tr>
    </w:tbl>
    <w:p w14:paraId="1021E864" w14:textId="77777777" w:rsidR="00374354" w:rsidRDefault="00000000">
      <w:pPr>
        <w:spacing w:before="100" w:after="60"/>
      </w:pPr>
      <w:r>
        <w:rPr>
          <w:b/>
          <w:sz w:val="30"/>
        </w:rPr>
        <w:t>2. Spot and fix the citation mistakes</w:t>
      </w:r>
    </w:p>
    <w:p w14:paraId="7FDCF45B" w14:textId="77777777" w:rsidR="00374354" w:rsidRDefault="00000000">
      <w:r>
        <w:t>Each sentence has a problem. Rewrite the citation correctly using the pattern (Author, Year).</w:t>
      </w:r>
    </w:p>
    <w:p w14:paraId="5A973175" w14:textId="77777777" w:rsidR="00374354" w:rsidRDefault="00000000">
      <w:pPr>
        <w:spacing w:after="20"/>
      </w:pPr>
      <w:r>
        <w:t>1. Sales increased by 10 percent last year (www.bbc.com/news).</w:t>
      </w:r>
    </w:p>
    <w:tbl>
      <w:tblPr>
        <w:tblStyle w:val="TableGrid"/>
        <w:tblW w:w="0" w:type="auto"/>
        <w:jc w:val="center"/>
        <w:tblLook w:val="04A0" w:firstRow="1" w:lastRow="0" w:firstColumn="1" w:lastColumn="0" w:noHBand="0" w:noVBand="1"/>
      </w:tblPr>
      <w:tblGrid>
        <w:gridCol w:w="10358"/>
      </w:tblGrid>
      <w:tr w:rsidR="00374354" w14:paraId="462A994C" w14:textId="77777777">
        <w:trPr>
          <w:jc w:val="center"/>
        </w:trPr>
        <w:tc>
          <w:tcPr>
            <w:tcW w:w="10368" w:type="dxa"/>
            <w:tcMar>
              <w:top w:w="100" w:type="dxa"/>
              <w:left w:w="100" w:type="dxa"/>
              <w:bottom w:w="130" w:type="dxa"/>
              <w:right w:w="100" w:type="dxa"/>
            </w:tcMar>
          </w:tcPr>
          <w:p w14:paraId="75512CA5" w14:textId="77777777" w:rsidR="00374354" w:rsidRDefault="00000000">
            <w:r>
              <w:rPr>
                <w:i/>
                <w:sz w:val="18"/>
              </w:rPr>
              <w:t>Your answer:</w:t>
            </w:r>
          </w:p>
        </w:tc>
      </w:tr>
    </w:tbl>
    <w:p w14:paraId="6B47CCE7" w14:textId="77777777" w:rsidR="00374354" w:rsidRDefault="00000000">
      <w:pPr>
        <w:spacing w:after="20"/>
      </w:pPr>
      <w:r>
        <w:t>2. Research shows that customer trust is falling (Taylor).</w:t>
      </w:r>
    </w:p>
    <w:tbl>
      <w:tblPr>
        <w:tblStyle w:val="TableGrid"/>
        <w:tblW w:w="0" w:type="auto"/>
        <w:jc w:val="center"/>
        <w:tblLook w:val="04A0" w:firstRow="1" w:lastRow="0" w:firstColumn="1" w:lastColumn="0" w:noHBand="0" w:noVBand="1"/>
      </w:tblPr>
      <w:tblGrid>
        <w:gridCol w:w="10358"/>
      </w:tblGrid>
      <w:tr w:rsidR="00374354" w14:paraId="7A0A1441" w14:textId="77777777">
        <w:trPr>
          <w:jc w:val="center"/>
        </w:trPr>
        <w:tc>
          <w:tcPr>
            <w:tcW w:w="10368" w:type="dxa"/>
            <w:tcMar>
              <w:top w:w="100" w:type="dxa"/>
              <w:left w:w="100" w:type="dxa"/>
              <w:bottom w:w="130" w:type="dxa"/>
              <w:right w:w="100" w:type="dxa"/>
            </w:tcMar>
          </w:tcPr>
          <w:p w14:paraId="3C8CA105" w14:textId="77777777" w:rsidR="00374354" w:rsidRDefault="00000000">
            <w:r>
              <w:rPr>
                <w:i/>
                <w:sz w:val="18"/>
              </w:rPr>
              <w:t>Your answer:</w:t>
            </w:r>
          </w:p>
        </w:tc>
      </w:tr>
    </w:tbl>
    <w:p w14:paraId="6FB800D7" w14:textId="77777777" w:rsidR="00374354" w:rsidRDefault="00000000">
      <w:pPr>
        <w:spacing w:after="20"/>
      </w:pPr>
      <w:r>
        <w:t>3. Electric cars are becoming more popular [Smith, 2024].</w:t>
      </w:r>
    </w:p>
    <w:tbl>
      <w:tblPr>
        <w:tblStyle w:val="TableGrid"/>
        <w:tblW w:w="0" w:type="auto"/>
        <w:jc w:val="center"/>
        <w:tblLook w:val="04A0" w:firstRow="1" w:lastRow="0" w:firstColumn="1" w:lastColumn="0" w:noHBand="0" w:noVBand="1"/>
      </w:tblPr>
      <w:tblGrid>
        <w:gridCol w:w="10358"/>
      </w:tblGrid>
      <w:tr w:rsidR="00374354" w14:paraId="3D00E678" w14:textId="77777777">
        <w:trPr>
          <w:jc w:val="center"/>
        </w:trPr>
        <w:tc>
          <w:tcPr>
            <w:tcW w:w="10368" w:type="dxa"/>
            <w:tcMar>
              <w:top w:w="100" w:type="dxa"/>
              <w:left w:w="100" w:type="dxa"/>
              <w:bottom w:w="130" w:type="dxa"/>
              <w:right w:w="100" w:type="dxa"/>
            </w:tcMar>
          </w:tcPr>
          <w:p w14:paraId="01052248" w14:textId="77777777" w:rsidR="00374354" w:rsidRDefault="00000000">
            <w:r>
              <w:rPr>
                <w:i/>
                <w:sz w:val="18"/>
              </w:rPr>
              <w:t>Your answer:</w:t>
            </w:r>
          </w:p>
        </w:tc>
      </w:tr>
    </w:tbl>
    <w:p w14:paraId="669659EB" w14:textId="77777777" w:rsidR="00374354" w:rsidRDefault="00000000">
      <w:pPr>
        <w:spacing w:after="20"/>
      </w:pPr>
      <w:r>
        <w:t>4. BYD sales grew to over 2 million cars.</w:t>
      </w:r>
    </w:p>
    <w:tbl>
      <w:tblPr>
        <w:tblStyle w:val="TableGrid"/>
        <w:tblW w:w="0" w:type="auto"/>
        <w:jc w:val="center"/>
        <w:tblLook w:val="04A0" w:firstRow="1" w:lastRow="0" w:firstColumn="1" w:lastColumn="0" w:noHBand="0" w:noVBand="1"/>
      </w:tblPr>
      <w:tblGrid>
        <w:gridCol w:w="10358"/>
      </w:tblGrid>
      <w:tr w:rsidR="00374354" w14:paraId="10EBD621" w14:textId="77777777">
        <w:trPr>
          <w:jc w:val="center"/>
        </w:trPr>
        <w:tc>
          <w:tcPr>
            <w:tcW w:w="10368" w:type="dxa"/>
            <w:tcMar>
              <w:top w:w="100" w:type="dxa"/>
              <w:left w:w="100" w:type="dxa"/>
              <w:bottom w:w="130" w:type="dxa"/>
              <w:right w:w="100" w:type="dxa"/>
            </w:tcMar>
          </w:tcPr>
          <w:p w14:paraId="310466E3" w14:textId="77777777" w:rsidR="00374354" w:rsidRDefault="00000000">
            <w:r>
              <w:rPr>
                <w:i/>
                <w:sz w:val="18"/>
              </w:rPr>
              <w:t>Your answer:</w:t>
            </w:r>
          </w:p>
        </w:tc>
      </w:tr>
    </w:tbl>
    <w:p w14:paraId="4282644A" w14:textId="77777777" w:rsidR="00374354" w:rsidRDefault="00000000">
      <w:pPr>
        <w:spacing w:after="20"/>
      </w:pPr>
      <w:r>
        <w:t>5. Newton argues that customers are dissatisfied with AI customer service (Samantha Newton, 2025).</w:t>
      </w:r>
    </w:p>
    <w:tbl>
      <w:tblPr>
        <w:tblStyle w:val="TableGrid"/>
        <w:tblW w:w="0" w:type="auto"/>
        <w:jc w:val="center"/>
        <w:tblLook w:val="04A0" w:firstRow="1" w:lastRow="0" w:firstColumn="1" w:lastColumn="0" w:noHBand="0" w:noVBand="1"/>
      </w:tblPr>
      <w:tblGrid>
        <w:gridCol w:w="10358"/>
      </w:tblGrid>
      <w:tr w:rsidR="00374354" w14:paraId="17730D1C" w14:textId="77777777">
        <w:trPr>
          <w:jc w:val="center"/>
        </w:trPr>
        <w:tc>
          <w:tcPr>
            <w:tcW w:w="10368" w:type="dxa"/>
            <w:tcMar>
              <w:top w:w="100" w:type="dxa"/>
              <w:left w:w="100" w:type="dxa"/>
              <w:bottom w:w="130" w:type="dxa"/>
              <w:right w:w="100" w:type="dxa"/>
            </w:tcMar>
          </w:tcPr>
          <w:p w14:paraId="1F4E3C7B" w14:textId="77777777" w:rsidR="00374354" w:rsidRDefault="00000000">
            <w:r>
              <w:rPr>
                <w:i/>
                <w:sz w:val="18"/>
              </w:rPr>
              <w:t>Your answer:</w:t>
            </w:r>
          </w:p>
        </w:tc>
      </w:tr>
    </w:tbl>
    <w:p w14:paraId="33CA9728" w14:textId="77777777" w:rsidR="00374354" w:rsidRDefault="00000000">
      <w:r>
        <w:br w:type="page"/>
      </w:r>
    </w:p>
    <w:p w14:paraId="7E15A4E8" w14:textId="77777777" w:rsidR="00374354" w:rsidRDefault="00000000">
      <w:pPr>
        <w:spacing w:before="100" w:after="60"/>
      </w:pPr>
      <w:r>
        <w:rPr>
          <w:b/>
          <w:sz w:val="30"/>
        </w:rPr>
        <w:lastRenderedPageBreak/>
        <w:t>3. Add the missing citations</w:t>
      </w:r>
    </w:p>
    <w:p w14:paraId="1F644E25" w14:textId="77777777" w:rsidR="00374354" w:rsidRDefault="00000000">
      <w:r>
        <w:t>Three ideas below come from sources. Add the correct in-text citation after each sourced idea.</w:t>
      </w:r>
    </w:p>
    <w:p w14:paraId="6616B0A3" w14:textId="77777777" w:rsidR="00374354" w:rsidRDefault="00000000">
      <w:pPr>
        <w:ind w:left="288" w:right="288"/>
      </w:pPr>
      <w:r>
        <w:t>Electric car sales are growing very quickly around the world, especially in China. BYD sold more than 2.25 million electric cars in 2025, which was a big increase from the year before. New global data also shows that electric vehicle sales almost tripled between 2021 and 2024. In the UK, the government is reviewing its electric car sale quotas after car production fell to its lowest level in more than 70 years. I think these changes will affect how fast the country can move towards cleaner transport.</w:t>
      </w:r>
    </w:p>
    <w:tbl>
      <w:tblPr>
        <w:tblStyle w:val="TableGrid"/>
        <w:tblW w:w="0" w:type="auto"/>
        <w:tblLook w:val="04A0" w:firstRow="1" w:lastRow="0" w:firstColumn="1" w:lastColumn="0" w:noHBand="0" w:noVBand="1"/>
      </w:tblPr>
      <w:tblGrid>
        <w:gridCol w:w="10338"/>
        <w:gridCol w:w="20"/>
      </w:tblGrid>
      <w:tr w:rsidR="00374354" w14:paraId="7C271A05" w14:textId="77777777">
        <w:trPr>
          <w:gridAfter w:val="1"/>
          <w:wAfter w:w="20" w:type="dxa"/>
        </w:trPr>
        <w:tc>
          <w:tcPr>
            <w:tcW w:w="10368" w:type="dxa"/>
            <w:shd w:val="clear" w:color="auto" w:fill="F5F5F5"/>
            <w:tcMar>
              <w:top w:w="100" w:type="dxa"/>
              <w:left w:w="120" w:type="dxa"/>
              <w:bottom w:w="100" w:type="dxa"/>
              <w:right w:w="120" w:type="dxa"/>
            </w:tcMar>
          </w:tcPr>
          <w:p w14:paraId="0F835D32" w14:textId="77777777" w:rsidR="00374354" w:rsidRDefault="00000000">
            <w:r>
              <w:rPr>
                <w:b/>
              </w:rPr>
              <w:t>Use these citations:</w:t>
            </w:r>
          </w:p>
          <w:p w14:paraId="3D9B03EE" w14:textId="77777777" w:rsidR="00374354" w:rsidRDefault="00000000">
            <w:r>
              <w:t>• (Practice With News, 2026)</w:t>
            </w:r>
          </w:p>
          <w:p w14:paraId="7EF2A736" w14:textId="77777777" w:rsidR="00374354" w:rsidRDefault="00000000">
            <w:r>
              <w:t>• (Pakistan &amp; Gulf Economist, 2025)</w:t>
            </w:r>
          </w:p>
          <w:p w14:paraId="3E05B615" w14:textId="77777777" w:rsidR="00374354" w:rsidRDefault="00000000">
            <w:r>
              <w:t>• (Sky News, 2026)</w:t>
            </w:r>
          </w:p>
        </w:tc>
      </w:tr>
      <w:tr w:rsidR="00374354" w14:paraId="352D4120" w14:textId="77777777">
        <w:tblPrEx>
          <w:jc w:val="center"/>
        </w:tblPrEx>
        <w:trPr>
          <w:jc w:val="center"/>
        </w:trPr>
        <w:tc>
          <w:tcPr>
            <w:tcW w:w="10368" w:type="dxa"/>
            <w:gridSpan w:val="2"/>
            <w:tcMar>
              <w:top w:w="100" w:type="dxa"/>
              <w:left w:w="100" w:type="dxa"/>
              <w:bottom w:w="420" w:type="dxa"/>
              <w:right w:w="100" w:type="dxa"/>
            </w:tcMar>
          </w:tcPr>
          <w:p w14:paraId="031E1C38" w14:textId="77777777" w:rsidR="00374354" w:rsidRDefault="00000000">
            <w:r>
              <w:rPr>
                <w:i/>
                <w:sz w:val="18"/>
              </w:rPr>
              <w:t>Your answer:</w:t>
            </w:r>
          </w:p>
        </w:tc>
      </w:tr>
    </w:tbl>
    <w:p w14:paraId="2428259F" w14:textId="77777777" w:rsidR="00374354" w:rsidRDefault="00000000">
      <w:pPr>
        <w:spacing w:before="100" w:after="60"/>
      </w:pPr>
      <w:r>
        <w:rPr>
          <w:b/>
          <w:sz w:val="30"/>
        </w:rPr>
        <w:t>4. Mini reference list: use these patterns</w:t>
      </w:r>
    </w:p>
    <w:tbl>
      <w:tblPr>
        <w:tblStyle w:val="TableGrid"/>
        <w:tblW w:w="0" w:type="auto"/>
        <w:jc w:val="center"/>
        <w:tblLook w:val="04A0" w:firstRow="1" w:lastRow="0" w:firstColumn="1" w:lastColumn="0" w:noHBand="0" w:noVBand="1"/>
      </w:tblPr>
      <w:tblGrid>
        <w:gridCol w:w="5179"/>
        <w:gridCol w:w="5179"/>
      </w:tblGrid>
      <w:tr w:rsidR="00374354" w14:paraId="23A4DE4C" w14:textId="77777777">
        <w:trPr>
          <w:jc w:val="center"/>
        </w:trPr>
        <w:tc>
          <w:tcPr>
            <w:tcW w:w="5184" w:type="dxa"/>
            <w:shd w:val="clear" w:color="auto" w:fill="D9EAF7"/>
            <w:tcMar>
              <w:top w:w="90" w:type="dxa"/>
              <w:left w:w="100" w:type="dxa"/>
              <w:bottom w:w="90" w:type="dxa"/>
              <w:right w:w="100" w:type="dxa"/>
            </w:tcMar>
          </w:tcPr>
          <w:p w14:paraId="333809B2" w14:textId="77777777" w:rsidR="00374354" w:rsidRDefault="00000000">
            <w:r>
              <w:rPr>
                <w:b/>
              </w:rPr>
              <w:t>Source type</w:t>
            </w:r>
          </w:p>
        </w:tc>
        <w:tc>
          <w:tcPr>
            <w:tcW w:w="5184" w:type="dxa"/>
            <w:shd w:val="clear" w:color="auto" w:fill="D9EAF7"/>
            <w:tcMar>
              <w:top w:w="90" w:type="dxa"/>
              <w:left w:w="100" w:type="dxa"/>
              <w:bottom w:w="90" w:type="dxa"/>
              <w:right w:w="100" w:type="dxa"/>
            </w:tcMar>
          </w:tcPr>
          <w:p w14:paraId="07D8CFB4" w14:textId="77777777" w:rsidR="00374354" w:rsidRDefault="00000000">
            <w:r>
              <w:rPr>
                <w:b/>
              </w:rPr>
              <w:t>Harvard pattern</w:t>
            </w:r>
          </w:p>
        </w:tc>
      </w:tr>
      <w:tr w:rsidR="00374354" w14:paraId="7E0276AD" w14:textId="77777777">
        <w:trPr>
          <w:jc w:val="center"/>
        </w:trPr>
        <w:tc>
          <w:tcPr>
            <w:tcW w:w="5184" w:type="dxa"/>
            <w:tcMar>
              <w:top w:w="90" w:type="dxa"/>
              <w:left w:w="100" w:type="dxa"/>
              <w:bottom w:w="90" w:type="dxa"/>
              <w:right w:w="100" w:type="dxa"/>
            </w:tcMar>
          </w:tcPr>
          <w:p w14:paraId="06F0BC0A" w14:textId="77777777" w:rsidR="00374354" w:rsidRDefault="00000000">
            <w:r>
              <w:t>Book</w:t>
            </w:r>
          </w:p>
        </w:tc>
        <w:tc>
          <w:tcPr>
            <w:tcW w:w="5184" w:type="dxa"/>
            <w:tcMar>
              <w:top w:w="90" w:type="dxa"/>
              <w:left w:w="100" w:type="dxa"/>
              <w:bottom w:w="90" w:type="dxa"/>
              <w:right w:w="100" w:type="dxa"/>
            </w:tcMar>
          </w:tcPr>
          <w:p w14:paraId="5C6A8879" w14:textId="77777777" w:rsidR="00374354" w:rsidRDefault="00000000">
            <w:r>
              <w:t>Author surname, Initial. (Year) Title of book. Place: Publisher.</w:t>
            </w:r>
          </w:p>
        </w:tc>
      </w:tr>
      <w:tr w:rsidR="00374354" w14:paraId="3A7381AF" w14:textId="77777777">
        <w:trPr>
          <w:jc w:val="center"/>
        </w:trPr>
        <w:tc>
          <w:tcPr>
            <w:tcW w:w="5184" w:type="dxa"/>
            <w:tcMar>
              <w:top w:w="90" w:type="dxa"/>
              <w:left w:w="100" w:type="dxa"/>
              <w:bottom w:w="90" w:type="dxa"/>
              <w:right w:w="100" w:type="dxa"/>
            </w:tcMar>
          </w:tcPr>
          <w:p w14:paraId="3F8FBA31" w14:textId="77777777" w:rsidR="00374354" w:rsidRDefault="00000000">
            <w:r>
              <w:t>Journal article</w:t>
            </w:r>
          </w:p>
        </w:tc>
        <w:tc>
          <w:tcPr>
            <w:tcW w:w="5184" w:type="dxa"/>
            <w:tcMar>
              <w:top w:w="90" w:type="dxa"/>
              <w:left w:w="100" w:type="dxa"/>
              <w:bottom w:w="90" w:type="dxa"/>
              <w:right w:w="100" w:type="dxa"/>
            </w:tcMar>
          </w:tcPr>
          <w:p w14:paraId="07E6C07F" w14:textId="77777777" w:rsidR="00374354" w:rsidRDefault="00000000">
            <w:r>
              <w:t>Author surname, Initial. (Year) 'Title of article', Journal title, volume(issue), pp. page range.</w:t>
            </w:r>
          </w:p>
        </w:tc>
      </w:tr>
      <w:tr w:rsidR="00374354" w14:paraId="7C8DAE16" w14:textId="77777777">
        <w:trPr>
          <w:jc w:val="center"/>
        </w:trPr>
        <w:tc>
          <w:tcPr>
            <w:tcW w:w="5184" w:type="dxa"/>
            <w:tcMar>
              <w:top w:w="90" w:type="dxa"/>
              <w:left w:w="100" w:type="dxa"/>
              <w:bottom w:w="90" w:type="dxa"/>
              <w:right w:w="100" w:type="dxa"/>
            </w:tcMar>
          </w:tcPr>
          <w:p w14:paraId="7C42DD3A" w14:textId="77777777" w:rsidR="00374354" w:rsidRDefault="00000000">
            <w:r>
              <w:t>Online article / website</w:t>
            </w:r>
          </w:p>
        </w:tc>
        <w:tc>
          <w:tcPr>
            <w:tcW w:w="5184" w:type="dxa"/>
            <w:tcMar>
              <w:top w:w="90" w:type="dxa"/>
              <w:left w:w="100" w:type="dxa"/>
              <w:bottom w:w="90" w:type="dxa"/>
              <w:right w:w="100" w:type="dxa"/>
            </w:tcMar>
          </w:tcPr>
          <w:p w14:paraId="2C2E054A" w14:textId="77777777" w:rsidR="00374354" w:rsidRDefault="00000000">
            <w:r>
              <w:t>Author surname or organisation (Year) 'Title of page/article', date if given. Available at: URL (Accessed: date).</w:t>
            </w:r>
          </w:p>
        </w:tc>
      </w:tr>
    </w:tbl>
    <w:p w14:paraId="625C89C3" w14:textId="77777777" w:rsidR="00374354" w:rsidRDefault="00000000">
      <w:r>
        <w:rPr>
          <w:b/>
        </w:rPr>
        <w:t>Important:</w:t>
      </w:r>
      <w:r>
        <w:t xml:space="preserve"> Use the author’s surname and first initial in the reference list, not the full first name. Put your reference list in alphabetical order.</w:t>
      </w:r>
    </w:p>
    <w:p w14:paraId="131DDCC7" w14:textId="77777777" w:rsidR="00374354" w:rsidRDefault="00000000">
      <w:pPr>
        <w:spacing w:before="100" w:after="60"/>
      </w:pPr>
      <w:r>
        <w:rPr>
          <w:b/>
          <w:sz w:val="30"/>
        </w:rPr>
        <w:t>5. Create a mini reference list</w:t>
      </w:r>
    </w:p>
    <w:p w14:paraId="7BAB7716" w14:textId="77777777" w:rsidR="00374354" w:rsidRDefault="00000000">
      <w:r>
        <w:t>Use the patterns above. You do not need to log in to any website for this activity.</w:t>
      </w:r>
    </w:p>
    <w:p w14:paraId="7C047B0E" w14:textId="77777777" w:rsidR="00374354" w:rsidRDefault="00000000">
      <w:r>
        <w:rPr>
          <w:b/>
        </w:rPr>
        <w:t>BOOK</w:t>
      </w:r>
    </w:p>
    <w:p w14:paraId="52F1AFDC" w14:textId="77777777" w:rsidR="00374354" w:rsidRDefault="00000000">
      <w:pPr>
        <w:spacing w:after="0"/>
        <w:ind w:left="288"/>
      </w:pPr>
      <w:r>
        <w:t>Authors: Pierre-Louis Dubois, Alain Jolibert and Hans Mühlbacher</w:t>
      </w:r>
    </w:p>
    <w:p w14:paraId="1CF47ACB" w14:textId="77777777" w:rsidR="00374354" w:rsidRDefault="00000000">
      <w:pPr>
        <w:spacing w:after="0"/>
        <w:ind w:left="288"/>
      </w:pPr>
      <w:r>
        <w:t>Year: 2007</w:t>
      </w:r>
    </w:p>
    <w:p w14:paraId="6A17787D" w14:textId="77777777" w:rsidR="00374354" w:rsidRDefault="00000000">
      <w:pPr>
        <w:spacing w:after="0"/>
        <w:ind w:left="288"/>
      </w:pPr>
      <w:r>
        <w:t>Title: Marketing management: a value creation process</w:t>
      </w:r>
    </w:p>
    <w:p w14:paraId="21763CD6" w14:textId="77777777" w:rsidR="00374354" w:rsidRDefault="00000000">
      <w:pPr>
        <w:spacing w:after="0"/>
        <w:ind w:left="288"/>
      </w:pPr>
      <w:r>
        <w:t>Place: Basingstoke</w:t>
      </w:r>
    </w:p>
    <w:p w14:paraId="5008A705" w14:textId="77777777" w:rsidR="00374354" w:rsidRDefault="00000000">
      <w:pPr>
        <w:spacing w:after="0"/>
        <w:ind w:left="288"/>
      </w:pPr>
      <w:r>
        <w:t>Publisher: Palgrave Macmillan</w:t>
      </w:r>
    </w:p>
    <w:p w14:paraId="76FC5D61" w14:textId="77777777" w:rsidR="00374354" w:rsidRDefault="00000000">
      <w:r>
        <w:rPr>
          <w:b/>
        </w:rPr>
        <w:t>JOURNAL ARTICLE</w:t>
      </w:r>
    </w:p>
    <w:p w14:paraId="4A974806" w14:textId="77777777" w:rsidR="00374354" w:rsidRDefault="00000000">
      <w:pPr>
        <w:spacing w:after="0"/>
        <w:ind w:left="288"/>
      </w:pPr>
      <w:r>
        <w:t>Authors: John R. Savery and Thomas M. Duffy</w:t>
      </w:r>
    </w:p>
    <w:p w14:paraId="28B2FCB3" w14:textId="77777777" w:rsidR="00374354" w:rsidRDefault="00000000">
      <w:pPr>
        <w:spacing w:after="0"/>
        <w:ind w:left="288"/>
      </w:pPr>
      <w:r>
        <w:t>Year: 1995</w:t>
      </w:r>
    </w:p>
    <w:p w14:paraId="759535CB" w14:textId="77777777" w:rsidR="00374354" w:rsidRDefault="00000000">
      <w:pPr>
        <w:spacing w:after="0"/>
        <w:ind w:left="288"/>
      </w:pPr>
      <w:r>
        <w:t>Article title: Problem based learning: an instructional model and its constructivist framework</w:t>
      </w:r>
    </w:p>
    <w:p w14:paraId="783D939F" w14:textId="77777777" w:rsidR="00374354" w:rsidRDefault="00000000">
      <w:pPr>
        <w:spacing w:after="0"/>
        <w:ind w:left="288"/>
      </w:pPr>
      <w:r>
        <w:t>Journal: Educational Technology</w:t>
      </w:r>
    </w:p>
    <w:p w14:paraId="6D5523BC" w14:textId="77777777" w:rsidR="00374354" w:rsidRDefault="00000000">
      <w:pPr>
        <w:spacing w:after="0"/>
        <w:ind w:left="288"/>
      </w:pPr>
      <w:r>
        <w:t>Volume: 35</w:t>
      </w:r>
    </w:p>
    <w:p w14:paraId="7648CF91" w14:textId="77777777" w:rsidR="00374354" w:rsidRDefault="00000000">
      <w:pPr>
        <w:spacing w:after="0"/>
        <w:ind w:left="288"/>
      </w:pPr>
      <w:r>
        <w:t>Issue: 5</w:t>
      </w:r>
    </w:p>
    <w:p w14:paraId="624FD9A5" w14:textId="77777777" w:rsidR="00374354" w:rsidRDefault="00000000">
      <w:pPr>
        <w:spacing w:after="0"/>
        <w:ind w:left="288"/>
      </w:pPr>
      <w:r>
        <w:lastRenderedPageBreak/>
        <w:t>Pages: 31–38</w:t>
      </w:r>
    </w:p>
    <w:p w14:paraId="2C5D8568" w14:textId="77777777" w:rsidR="00374354" w:rsidRDefault="00000000">
      <w:r>
        <w:rPr>
          <w:b/>
        </w:rPr>
        <w:t>ONLINE ARTICLE</w:t>
      </w:r>
    </w:p>
    <w:p w14:paraId="1AD3A0EE" w14:textId="77777777" w:rsidR="00374354" w:rsidRDefault="00000000">
      <w:pPr>
        <w:spacing w:after="0"/>
        <w:ind w:left="288"/>
      </w:pPr>
      <w:r>
        <w:t>Author: Amber Rolfe</w:t>
      </w:r>
    </w:p>
    <w:p w14:paraId="43D17C23" w14:textId="77777777" w:rsidR="00374354" w:rsidRDefault="00000000">
      <w:pPr>
        <w:spacing w:after="0"/>
        <w:ind w:left="288"/>
      </w:pPr>
      <w:r>
        <w:t>Year: 2021</w:t>
      </w:r>
    </w:p>
    <w:p w14:paraId="569434F6" w14:textId="77777777" w:rsidR="00374354" w:rsidRDefault="00000000">
      <w:pPr>
        <w:spacing w:after="0"/>
        <w:ind w:left="288"/>
      </w:pPr>
      <w:r>
        <w:t>Title: How to: Write a CV</w:t>
      </w:r>
    </w:p>
    <w:p w14:paraId="0EC0B0F0" w14:textId="77777777" w:rsidR="00374354" w:rsidRDefault="00000000">
      <w:pPr>
        <w:spacing w:after="0"/>
        <w:ind w:left="288"/>
      </w:pPr>
      <w:r>
        <w:t>Website: Reed</w:t>
      </w:r>
    </w:p>
    <w:p w14:paraId="1150AC6D" w14:textId="77777777" w:rsidR="00374354" w:rsidRDefault="00000000">
      <w:pPr>
        <w:spacing w:after="0"/>
        <w:ind w:left="288"/>
      </w:pPr>
      <w:r>
        <w:t>URL: https://www.reed.co.uk/career-advice/how-to-write-a-cv/</w:t>
      </w:r>
    </w:p>
    <w:p w14:paraId="5EF37EC7" w14:textId="77777777" w:rsidR="00374354" w:rsidRDefault="00000000">
      <w:pPr>
        <w:spacing w:after="0"/>
        <w:ind w:left="288"/>
      </w:pPr>
      <w:r>
        <w:t>Accessed: 22 October 2026</w:t>
      </w:r>
    </w:p>
    <w:p w14:paraId="3E538670" w14:textId="77777777" w:rsidR="00374354" w:rsidRDefault="00000000">
      <w:r>
        <w:rPr>
          <w:b/>
        </w:rPr>
        <w:t>Write your three references below in alphabetical order:</w:t>
      </w:r>
    </w:p>
    <w:tbl>
      <w:tblPr>
        <w:tblStyle w:val="TableGrid"/>
        <w:tblW w:w="0" w:type="auto"/>
        <w:jc w:val="center"/>
        <w:tblLook w:val="04A0" w:firstRow="1" w:lastRow="0" w:firstColumn="1" w:lastColumn="0" w:noHBand="0" w:noVBand="1"/>
      </w:tblPr>
      <w:tblGrid>
        <w:gridCol w:w="10358"/>
      </w:tblGrid>
      <w:tr w:rsidR="00374354" w14:paraId="6E845BF0" w14:textId="77777777">
        <w:trPr>
          <w:jc w:val="center"/>
        </w:trPr>
        <w:tc>
          <w:tcPr>
            <w:tcW w:w="10368" w:type="dxa"/>
            <w:tcMar>
              <w:top w:w="100" w:type="dxa"/>
              <w:left w:w="100" w:type="dxa"/>
              <w:bottom w:w="650" w:type="dxa"/>
              <w:right w:w="100" w:type="dxa"/>
            </w:tcMar>
          </w:tcPr>
          <w:p w14:paraId="255950FA" w14:textId="77777777" w:rsidR="00374354" w:rsidRDefault="00000000">
            <w:r>
              <w:rPr>
                <w:i/>
                <w:sz w:val="18"/>
              </w:rPr>
              <w:t>Your answer:</w:t>
            </w:r>
          </w:p>
        </w:tc>
      </w:tr>
    </w:tbl>
    <w:p w14:paraId="66C7ED36" w14:textId="77777777" w:rsidR="00374354" w:rsidRDefault="00000000">
      <w:pPr>
        <w:spacing w:before="100" w:after="60"/>
      </w:pPr>
      <w:r>
        <w:rPr>
          <w:b/>
          <w:sz w:val="30"/>
        </w:rPr>
        <w:t>6. Add the matching in-text citations</w:t>
      </w:r>
    </w:p>
    <w:p w14:paraId="1EE42788" w14:textId="77777777" w:rsidR="00374354" w:rsidRDefault="00000000">
      <w:r>
        <w:t>Write the short in-text citation for each source.</w:t>
      </w:r>
    </w:p>
    <w:p w14:paraId="31CD4A00" w14:textId="77777777" w:rsidR="00374354" w:rsidRDefault="00000000">
      <w:r>
        <w:t>Dubois, Jolibert and Mühlbacher book: __________________________________</w:t>
      </w:r>
    </w:p>
    <w:p w14:paraId="2B9CA151" w14:textId="77777777" w:rsidR="00374354" w:rsidRDefault="00000000">
      <w:r>
        <w:t>Savery and Duffy journal article: _______________________________________</w:t>
      </w:r>
    </w:p>
    <w:p w14:paraId="32E5668F" w14:textId="77777777" w:rsidR="00374354" w:rsidRDefault="00000000">
      <w:r>
        <w:t>Rolfe online article: _________________________________________________</w:t>
      </w:r>
    </w:p>
    <w:p w14:paraId="259C5664" w14:textId="77777777" w:rsidR="00374354" w:rsidRDefault="00000000">
      <w:pPr>
        <w:spacing w:before="100" w:after="60"/>
      </w:pPr>
      <w:r>
        <w:rPr>
          <w:b/>
          <w:sz w:val="30"/>
        </w:rPr>
        <w:t>7. Reflection on Moodle</w:t>
      </w:r>
    </w:p>
    <w:p w14:paraId="79AAF704" w14:textId="77777777" w:rsidR="00374354" w:rsidRDefault="00000000">
      <w:r>
        <w:rPr>
          <w:b/>
        </w:rPr>
        <w:t>Do not write the reflection on this worksheet.</w:t>
      </w:r>
    </w:p>
    <w:p w14:paraId="2ED3599A" w14:textId="498B9FE5" w:rsidR="00374354" w:rsidRDefault="00000000">
      <w:r>
        <w:t>Go to Moodle → Week 4 → Reflection Space – Individual and answer these three questions</w:t>
      </w:r>
      <w:r w:rsidR="00B55736">
        <w:t xml:space="preserve"> (make sure the reflection space is set to EDIT, </w:t>
      </w:r>
      <w:r w:rsidR="00B55736">
        <w:rPr>
          <w:b/>
          <w:bCs/>
        </w:rPr>
        <w:t xml:space="preserve">not </w:t>
      </w:r>
      <w:r w:rsidR="00B55736">
        <w:t>View!)</w:t>
      </w:r>
      <w:r>
        <w:t>:</w:t>
      </w:r>
    </w:p>
    <w:p w14:paraId="7D213A3D" w14:textId="77777777" w:rsidR="00374354" w:rsidRDefault="00000000">
      <w:pPr>
        <w:pStyle w:val="ListBullet"/>
      </w:pPr>
      <w:r>
        <w:t>What did you understand better about referencing after completing this catch-up?</w:t>
      </w:r>
    </w:p>
    <w:p w14:paraId="7EC4396E" w14:textId="77777777" w:rsidR="00374354" w:rsidRDefault="00000000">
      <w:pPr>
        <w:pStyle w:val="ListBullet"/>
      </w:pPr>
      <w:r>
        <w:t>What part of using citations or reference lists do you still find difficult or confusing?</w:t>
      </w:r>
    </w:p>
    <w:p w14:paraId="48DC3A28" w14:textId="77777777" w:rsidR="00374354" w:rsidRDefault="00000000">
      <w:pPr>
        <w:pStyle w:val="ListBullet"/>
      </w:pPr>
      <w:r>
        <w:t>How could using sources make your business writing stronger or more trustworthy?</w:t>
      </w:r>
    </w:p>
    <w:p w14:paraId="43AFDA7C" w14:textId="77777777" w:rsidR="00374354" w:rsidRDefault="00000000">
      <w:r>
        <w:t>Write 3 short sentences. Only you and your tutor can see your reflection. It is not marked.</w:t>
      </w:r>
    </w:p>
    <w:p w14:paraId="4C5DAB9A" w14:textId="77777777" w:rsidR="00374354" w:rsidRDefault="00000000">
      <w:r>
        <w:br w:type="page"/>
      </w:r>
    </w:p>
    <w:p w14:paraId="408D03A5" w14:textId="77777777" w:rsidR="00374354" w:rsidRDefault="00000000">
      <w:pPr>
        <w:spacing w:before="100" w:after="60"/>
      </w:pPr>
      <w:r>
        <w:rPr>
          <w:b/>
          <w:sz w:val="34"/>
        </w:rPr>
        <w:lastRenderedPageBreak/>
        <w:t>Check your answers</w:t>
      </w:r>
    </w:p>
    <w:p w14:paraId="7CD19C77" w14:textId="77777777" w:rsidR="00374354" w:rsidRDefault="00000000">
      <w:r>
        <w:rPr>
          <w:i/>
        </w:rPr>
        <w:t>Only look at this page after you have tried the activities.</w:t>
      </w:r>
    </w:p>
    <w:p w14:paraId="106C8508" w14:textId="77777777" w:rsidR="00374354" w:rsidRDefault="00000000">
      <w:pPr>
        <w:spacing w:before="100" w:after="60"/>
      </w:pPr>
      <w:r>
        <w:rPr>
          <w:b/>
          <w:sz w:val="26"/>
        </w:rPr>
        <w:t>Activity 1</w:t>
      </w:r>
    </w:p>
    <w:p w14:paraId="2E384ADD" w14:textId="77777777" w:rsidR="00374354" w:rsidRDefault="00000000">
      <w:pPr>
        <w:pStyle w:val="ListBullet"/>
      </w:pPr>
      <w:r>
        <w:t>Smoking is harmful to health – No (general knowledge).</w:t>
      </w:r>
    </w:p>
    <w:p w14:paraId="409CDAA6" w14:textId="77777777" w:rsidR="00374354" w:rsidRDefault="00000000">
      <w:pPr>
        <w:pStyle w:val="ListBullet"/>
      </w:pPr>
      <w:r>
        <w:t>BYD sold more than 2.25 million electric cars in 2025 – Yes.</w:t>
      </w:r>
    </w:p>
    <w:p w14:paraId="5C7CEE64" w14:textId="77777777" w:rsidR="00374354" w:rsidRDefault="00000000">
      <w:pPr>
        <w:pStyle w:val="ListBullet"/>
      </w:pPr>
      <w:r>
        <w:t>In my opinion, the electric car market will continue to grow – No (your opinion).</w:t>
      </w:r>
    </w:p>
    <w:p w14:paraId="3FD2553C" w14:textId="77777777" w:rsidR="00374354" w:rsidRDefault="00000000">
      <w:pPr>
        <w:pStyle w:val="ListBullet"/>
      </w:pPr>
      <w:r>
        <w:t>UK car production fell to its lowest level in more than 70 years – Yes.</w:t>
      </w:r>
    </w:p>
    <w:p w14:paraId="031CAFA6" w14:textId="77777777" w:rsidR="00374354" w:rsidRDefault="00000000">
      <w:pPr>
        <w:pStyle w:val="ListBullet"/>
      </w:pPr>
      <w:r>
        <w:t>Global electric vehicle sales almost tripled between 2021 and 2024 – Yes.</w:t>
      </w:r>
    </w:p>
    <w:p w14:paraId="7E8B2667" w14:textId="77777777" w:rsidR="00374354" w:rsidRDefault="00000000">
      <w:pPr>
        <w:spacing w:before="100" w:after="60"/>
      </w:pPr>
      <w:r>
        <w:rPr>
          <w:b/>
          <w:sz w:val="26"/>
        </w:rPr>
        <w:t>Activity 2</w:t>
      </w:r>
    </w:p>
    <w:p w14:paraId="3B4D38FA" w14:textId="77777777" w:rsidR="00374354" w:rsidRDefault="00000000">
      <w:pPr>
        <w:pStyle w:val="ListBullet"/>
      </w:pPr>
      <w:r>
        <w:t>Sales increased by 10 percent last year (BBC News, 2024).</w:t>
      </w:r>
    </w:p>
    <w:p w14:paraId="1C8FAD75" w14:textId="77777777" w:rsidR="00374354" w:rsidRDefault="00000000">
      <w:pPr>
        <w:pStyle w:val="ListBullet"/>
      </w:pPr>
      <w:r>
        <w:t>Research shows that customer trust is falling (Taylor, 2023).</w:t>
      </w:r>
    </w:p>
    <w:p w14:paraId="4EFE24CA" w14:textId="77777777" w:rsidR="00374354" w:rsidRDefault="00000000">
      <w:pPr>
        <w:pStyle w:val="ListBullet"/>
      </w:pPr>
      <w:r>
        <w:t>Electric cars are becoming more popular (Smith, 2024).</w:t>
      </w:r>
    </w:p>
    <w:p w14:paraId="06D63792" w14:textId="77777777" w:rsidR="00374354" w:rsidRDefault="00000000">
      <w:pPr>
        <w:pStyle w:val="ListBullet"/>
      </w:pPr>
      <w:r>
        <w:t>BYD sales grew to over 2 million cars (Practice With News, 2026).</w:t>
      </w:r>
    </w:p>
    <w:p w14:paraId="631E9BE0" w14:textId="77777777" w:rsidR="00374354" w:rsidRDefault="00000000">
      <w:pPr>
        <w:pStyle w:val="ListBullet"/>
      </w:pPr>
      <w:r>
        <w:t>Newton argues that customers are dissatisfied with AI customer service (Newton, 2025).</w:t>
      </w:r>
    </w:p>
    <w:p w14:paraId="284ED74A" w14:textId="77777777" w:rsidR="00374354" w:rsidRDefault="00000000">
      <w:pPr>
        <w:spacing w:before="100" w:after="60"/>
      </w:pPr>
      <w:r>
        <w:rPr>
          <w:b/>
          <w:sz w:val="26"/>
        </w:rPr>
        <w:t>Activity 3</w:t>
      </w:r>
    </w:p>
    <w:p w14:paraId="73A5EF79" w14:textId="77777777" w:rsidR="00374354" w:rsidRDefault="00000000">
      <w:r>
        <w:t>Electric car sales are growing very quickly around the world, especially in China. BYD sold more than 2.25 million electric cars in 2025 (Practice With News, 2026), which was a big increase from the year before. New global data also shows that electric vehicle sales almost tripled between 2021 and 2024 (Pakistan &amp; Gulf Economist, 2025). In the UK, the government is reviewing its electric car sale quotas after car production fell to its lowest level in more than 70 years (Sky News, 2026). I think these changes will affect how fast the country can move towards cleaner transport.</w:t>
      </w:r>
    </w:p>
    <w:p w14:paraId="3FE0DAA3" w14:textId="77777777" w:rsidR="00374354" w:rsidRDefault="00000000">
      <w:pPr>
        <w:spacing w:before="100" w:after="60"/>
      </w:pPr>
      <w:r>
        <w:rPr>
          <w:b/>
          <w:sz w:val="26"/>
        </w:rPr>
        <w:t>Activities 5–6</w:t>
      </w:r>
    </w:p>
    <w:p w14:paraId="3030656D" w14:textId="77777777" w:rsidR="00374354" w:rsidRDefault="00000000">
      <w:r>
        <w:t>Dubois, P.-L., Jolibert, A. and Mühlbacher, H. (2007) Marketing management: a value creation process. Basingstoke: Palgrave Macmillan.</w:t>
      </w:r>
    </w:p>
    <w:p w14:paraId="4BAFC1A4" w14:textId="77777777" w:rsidR="00374354" w:rsidRDefault="00000000">
      <w:r>
        <w:t>Rolfe, A. (2021) 'How to: Write a CV'. Available at: https://www.reed.co.uk/career-advice/how-to-write-a-cv/ (Accessed: 22 October 2026).</w:t>
      </w:r>
    </w:p>
    <w:p w14:paraId="30A48F83" w14:textId="77777777" w:rsidR="00374354" w:rsidRDefault="00000000">
      <w:r>
        <w:t>Savery, J.R. and Duffy, T.M. (1995) 'Problem based learning: an instructional model and its constructivist framework', Educational Technology, 35(5), pp. 31–38.</w:t>
      </w:r>
    </w:p>
    <w:p w14:paraId="342273C0" w14:textId="77777777" w:rsidR="00374354" w:rsidRDefault="00000000">
      <w:r>
        <w:t>Matching in-text citations: (Dubois et al., 2007); (Savery and Duffy, 1995); (Rolfe, 2021).</w:t>
      </w:r>
    </w:p>
    <w:sectPr w:rsidR="00374354" w:rsidSect="00034616">
      <w:pgSz w:w="12240" w:h="15840"/>
      <w:pgMar w:top="792" w:right="936" w:bottom="792"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709632">
    <w:abstractNumId w:val="8"/>
  </w:num>
  <w:num w:numId="2" w16cid:durableId="358624325">
    <w:abstractNumId w:val="6"/>
  </w:num>
  <w:num w:numId="3" w16cid:durableId="329406003">
    <w:abstractNumId w:val="5"/>
  </w:num>
  <w:num w:numId="4" w16cid:durableId="835389046">
    <w:abstractNumId w:val="4"/>
  </w:num>
  <w:num w:numId="5" w16cid:durableId="849415958">
    <w:abstractNumId w:val="7"/>
  </w:num>
  <w:num w:numId="6" w16cid:durableId="1480806791">
    <w:abstractNumId w:val="3"/>
  </w:num>
  <w:num w:numId="7" w16cid:durableId="201601503">
    <w:abstractNumId w:val="2"/>
  </w:num>
  <w:num w:numId="8" w16cid:durableId="1368990780">
    <w:abstractNumId w:val="1"/>
  </w:num>
  <w:num w:numId="9" w16cid:durableId="985086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74354"/>
    <w:rsid w:val="005874C5"/>
    <w:rsid w:val="00712A27"/>
    <w:rsid w:val="00AA1D8D"/>
    <w:rsid w:val="00B47730"/>
    <w:rsid w:val="00B5573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3A73B4"/>
  <w14:defaultImageDpi w14:val="300"/>
  <w15:docId w15:val="{0FC399D8-0716-D04A-9298-1582FCDD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Naomi Doerge</cp:lastModifiedBy>
  <cp:revision>2</cp:revision>
  <dcterms:created xsi:type="dcterms:W3CDTF">2026-10-22T16:52:00Z</dcterms:created>
  <dcterms:modified xsi:type="dcterms:W3CDTF">2026-10-22T16:52:00Z</dcterms:modified>
  <cp:category/>
</cp:coreProperties>
</file>