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500A9" w14:textId="3726EAE8" w:rsidR="005B398A" w:rsidRDefault="00D80F2D" w:rsidP="001361CF">
      <w:pPr>
        <w:jc w:val="center"/>
      </w:pPr>
      <w:r w:rsidRPr="00A406E5">
        <w:rPr>
          <w:rFonts w:ascii="Arial" w:hAnsi="Arial" w:cs="Arial"/>
          <w:noProof/>
        </w:rPr>
        <w:drawing>
          <wp:anchor distT="0" distB="0" distL="114300" distR="114300" simplePos="0" relativeHeight="251659264" behindDoc="0" locked="0" layoutInCell="1" allowOverlap="1" wp14:anchorId="6588F98C" wp14:editId="1BF58B73">
            <wp:simplePos x="0" y="0"/>
            <wp:positionH relativeFrom="column">
              <wp:posOffset>-736600</wp:posOffset>
            </wp:positionH>
            <wp:positionV relativeFrom="paragraph">
              <wp:posOffset>-469900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437CF75" w14:textId="77777777" w:rsidR="006769B8" w:rsidRPr="006769B8" w:rsidRDefault="006769B8" w:rsidP="006769B8">
      <w:pPr>
        <w:spacing w:after="0" w:line="240" w:lineRule="auto"/>
        <w:jc w:val="right"/>
        <w:rPr>
          <w:rFonts w:ascii="Arial" w:eastAsia="Times New Roman" w:hAnsi="Arial" w:cs="Arial"/>
          <w:b/>
          <w:sz w:val="28"/>
          <w:szCs w:val="28"/>
          <w:lang w:val="en-GB" w:eastAsia="en-GB"/>
        </w:rPr>
      </w:pPr>
      <w:r w:rsidRPr="006769B8">
        <w:rPr>
          <w:rFonts w:ascii="Arial" w:eastAsia="Times New Roman" w:hAnsi="Arial" w:cs="Arial"/>
          <w:b/>
          <w:sz w:val="28"/>
          <w:szCs w:val="28"/>
          <w:lang w:val="en-GB" w:eastAsia="en-GB"/>
        </w:rPr>
        <w:t>APPENDIX GA36a</w:t>
      </w:r>
    </w:p>
    <w:p w14:paraId="1C1EA9E0" w14:textId="77777777" w:rsidR="006769B8" w:rsidRPr="006769B8" w:rsidRDefault="006769B8" w:rsidP="006769B8">
      <w:pPr>
        <w:spacing w:after="0" w:line="240" w:lineRule="auto"/>
        <w:rPr>
          <w:rFonts w:ascii="Arial" w:eastAsia="Times New Roman" w:hAnsi="Arial" w:cs="Arial"/>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464"/>
      </w:tblGrid>
      <w:tr w:rsidR="006769B8" w:rsidRPr="006769B8" w14:paraId="2A21FCE2" w14:textId="77777777" w:rsidTr="007777EF">
        <w:tc>
          <w:tcPr>
            <w:tcW w:w="9922" w:type="dxa"/>
            <w:shd w:val="clear" w:color="auto" w:fill="C0C0C0"/>
          </w:tcPr>
          <w:p w14:paraId="5F67BF47" w14:textId="77777777" w:rsidR="006769B8" w:rsidRPr="006769B8" w:rsidRDefault="006769B8" w:rsidP="006769B8">
            <w:pPr>
              <w:keepNext/>
              <w:spacing w:before="120" w:after="120" w:line="240" w:lineRule="auto"/>
              <w:jc w:val="center"/>
              <w:outlineLvl w:val="3"/>
              <w:rPr>
                <w:rFonts w:ascii="Arial" w:eastAsia="Times New Roman" w:hAnsi="Arial" w:cs="Arial"/>
                <w:b/>
                <w:sz w:val="40"/>
                <w:szCs w:val="20"/>
                <w:lang w:val="en-GB" w:eastAsia="en-GB"/>
              </w:rPr>
            </w:pPr>
            <w:r w:rsidRPr="006769B8">
              <w:rPr>
                <w:rFonts w:ascii="Arial" w:eastAsia="Times New Roman" w:hAnsi="Arial" w:cs="Arial"/>
                <w:b/>
                <w:sz w:val="40"/>
                <w:szCs w:val="20"/>
                <w:lang w:val="en-GB" w:eastAsia="en-GB"/>
              </w:rPr>
              <w:t xml:space="preserve">LEVEL 4 ASSESSMENT SPECIFICATION </w:t>
            </w:r>
          </w:p>
        </w:tc>
      </w:tr>
    </w:tbl>
    <w:p w14:paraId="74EF27C4" w14:textId="77777777" w:rsidR="006769B8" w:rsidRPr="006769B8" w:rsidRDefault="006769B8" w:rsidP="006769B8">
      <w:pPr>
        <w:spacing w:after="0" w:line="240" w:lineRule="auto"/>
        <w:jc w:val="center"/>
        <w:rPr>
          <w:rFonts w:ascii="Arial" w:eastAsia="Times New Roman" w:hAnsi="Arial" w:cs="Arial"/>
          <w:b/>
          <w:i/>
          <w:sz w:val="32"/>
          <w:szCs w:val="20"/>
          <w:lang w:val="en-GB" w:eastAsia="en-GB"/>
        </w:rPr>
      </w:pPr>
    </w:p>
    <w:tbl>
      <w:tblPr>
        <w:tblW w:w="9922"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69B8" w:rsidRPr="006769B8" w14:paraId="63F732C6" w14:textId="77777777" w:rsidTr="006422EC">
        <w:trPr>
          <w:trHeight w:val="525"/>
        </w:trPr>
        <w:tc>
          <w:tcPr>
            <w:tcW w:w="2093" w:type="dxa"/>
          </w:tcPr>
          <w:p w14:paraId="15D576DA"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Student name:</w:t>
            </w:r>
          </w:p>
        </w:tc>
        <w:tc>
          <w:tcPr>
            <w:tcW w:w="3293" w:type="dxa"/>
          </w:tcPr>
          <w:p w14:paraId="393D4B5C" w14:textId="37FC6A58" w:rsidR="006769B8" w:rsidRPr="006769B8" w:rsidRDefault="007A7746" w:rsidP="006769B8">
            <w:pPr>
              <w:spacing w:before="120" w:after="120" w:line="240" w:lineRule="auto"/>
              <w:jc w:val="both"/>
              <w:rPr>
                <w:rFonts w:ascii="Arial" w:eastAsia="Times New Roman" w:hAnsi="Arial" w:cs="Arial"/>
                <w:b/>
                <w:sz w:val="22"/>
                <w:lang w:val="en-GB" w:eastAsia="en-GB"/>
              </w:rPr>
            </w:pPr>
            <w:r>
              <w:rPr>
                <w:rFonts w:ascii="Arial" w:eastAsia="Times New Roman" w:hAnsi="Arial" w:cs="Arial"/>
                <w:b/>
                <w:sz w:val="22"/>
                <w:lang w:val="en-GB" w:eastAsia="en-GB"/>
              </w:rPr>
              <w:t>James Masih</w:t>
            </w:r>
          </w:p>
        </w:tc>
        <w:tc>
          <w:tcPr>
            <w:tcW w:w="2268" w:type="dxa"/>
            <w:shd w:val="clear" w:color="auto" w:fill="D9D9D9" w:themeFill="background1" w:themeFillShade="D9"/>
          </w:tcPr>
          <w:p w14:paraId="7F80CACE"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Student ID number:</w:t>
            </w:r>
          </w:p>
        </w:tc>
        <w:tc>
          <w:tcPr>
            <w:tcW w:w="2268" w:type="dxa"/>
          </w:tcPr>
          <w:p w14:paraId="0AF13E7F" w14:textId="29C1623E" w:rsidR="006769B8" w:rsidRPr="006769B8" w:rsidRDefault="007A7746" w:rsidP="006769B8">
            <w:pPr>
              <w:spacing w:before="120" w:after="120" w:line="240" w:lineRule="auto"/>
              <w:jc w:val="both"/>
              <w:rPr>
                <w:rFonts w:ascii="Arial" w:eastAsia="Times New Roman" w:hAnsi="Arial" w:cs="Arial"/>
                <w:b/>
                <w:sz w:val="22"/>
                <w:lang w:val="en-GB" w:eastAsia="en-GB"/>
              </w:rPr>
            </w:pPr>
            <w:r>
              <w:rPr>
                <w:rFonts w:ascii="Arial" w:eastAsia="Times New Roman" w:hAnsi="Arial" w:cs="Arial"/>
                <w:b/>
                <w:sz w:val="22"/>
                <w:lang w:val="en-GB" w:eastAsia="en-GB"/>
              </w:rPr>
              <w:t>2420102</w:t>
            </w:r>
          </w:p>
        </w:tc>
      </w:tr>
      <w:tr w:rsidR="006769B8" w:rsidRPr="006769B8" w14:paraId="58A52385" w14:textId="77777777" w:rsidTr="006422EC">
        <w:tc>
          <w:tcPr>
            <w:tcW w:w="2093" w:type="dxa"/>
          </w:tcPr>
          <w:p w14:paraId="1D63CF51"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Programme:</w:t>
            </w:r>
          </w:p>
        </w:tc>
        <w:tc>
          <w:tcPr>
            <w:tcW w:w="7829" w:type="dxa"/>
            <w:gridSpan w:val="3"/>
          </w:tcPr>
          <w:p w14:paraId="191513CB" w14:textId="77777777" w:rsidR="006769B8" w:rsidRPr="006769B8" w:rsidRDefault="006769B8" w:rsidP="006769B8">
            <w:pPr>
              <w:spacing w:before="120" w:after="120" w:line="240" w:lineRule="auto"/>
              <w:jc w:val="both"/>
              <w:rPr>
                <w:rFonts w:ascii="Arial" w:eastAsia="Arial" w:hAnsi="Arial" w:cs="Arial"/>
                <w:b/>
                <w:bCs/>
                <w:sz w:val="22"/>
                <w:lang w:val="en-GB" w:eastAsia="en-GB"/>
              </w:rPr>
            </w:pPr>
            <w:r w:rsidRPr="006769B8">
              <w:rPr>
                <w:rFonts w:ascii="Arial" w:eastAsia="Arial" w:hAnsi="Arial" w:cs="Arial"/>
                <w:b/>
                <w:bCs/>
                <w:color w:val="000000" w:themeColor="text1"/>
                <w:sz w:val="22"/>
                <w:lang w:val="en-GB" w:eastAsia="en-GB"/>
              </w:rPr>
              <w:t>Cert HE Business Skills for the Workplace</w:t>
            </w:r>
          </w:p>
        </w:tc>
      </w:tr>
      <w:tr w:rsidR="006769B8" w:rsidRPr="006769B8" w14:paraId="54CC61FF" w14:textId="77777777" w:rsidTr="006422EC">
        <w:tc>
          <w:tcPr>
            <w:tcW w:w="2093" w:type="dxa"/>
          </w:tcPr>
          <w:p w14:paraId="525077D0"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Module:</w:t>
            </w:r>
          </w:p>
        </w:tc>
        <w:tc>
          <w:tcPr>
            <w:tcW w:w="7829" w:type="dxa"/>
            <w:gridSpan w:val="3"/>
          </w:tcPr>
          <w:p w14:paraId="74113FE0" w14:textId="77777777" w:rsidR="006769B8" w:rsidRPr="006769B8" w:rsidRDefault="006769B8" w:rsidP="006769B8">
            <w:pPr>
              <w:spacing w:before="120" w:after="120" w:line="240" w:lineRule="auto"/>
              <w:jc w:val="both"/>
              <w:rPr>
                <w:rFonts w:ascii="Arial" w:eastAsia="Arial" w:hAnsi="Arial" w:cs="Arial"/>
                <w:color w:val="000000" w:themeColor="text1"/>
                <w:sz w:val="22"/>
                <w:lang w:val="en-GB" w:eastAsia="en-GB"/>
              </w:rPr>
            </w:pPr>
            <w:r w:rsidRPr="006769B8">
              <w:rPr>
                <w:rFonts w:ascii="Arial" w:eastAsia="Arial" w:hAnsi="Arial" w:cs="Arial"/>
                <w:b/>
                <w:bCs/>
                <w:color w:val="000000" w:themeColor="text1"/>
                <w:sz w:val="22"/>
                <w:lang w:val="en-GB" w:eastAsia="en-GB"/>
              </w:rPr>
              <w:t xml:space="preserve">Employability and Career Development </w:t>
            </w:r>
            <w:r w:rsidRPr="006769B8">
              <w:rPr>
                <w:rFonts w:ascii="Arial" w:eastAsia="Arial" w:hAnsi="Arial" w:cs="Arial"/>
                <w:color w:val="000000" w:themeColor="text1"/>
                <w:sz w:val="22"/>
                <w:lang w:val="en-GB" w:eastAsia="en-GB"/>
              </w:rPr>
              <w:t xml:space="preserve">   </w:t>
            </w:r>
          </w:p>
        </w:tc>
      </w:tr>
      <w:tr w:rsidR="006769B8" w:rsidRPr="006769B8" w14:paraId="38689898" w14:textId="77777777" w:rsidTr="006422EC">
        <w:tc>
          <w:tcPr>
            <w:tcW w:w="2093" w:type="dxa"/>
          </w:tcPr>
          <w:p w14:paraId="3FD84396"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Module code:</w:t>
            </w:r>
          </w:p>
        </w:tc>
        <w:tc>
          <w:tcPr>
            <w:tcW w:w="3293" w:type="dxa"/>
          </w:tcPr>
          <w:p w14:paraId="66A5A410" w14:textId="77777777" w:rsidR="006769B8" w:rsidRPr="006769B8" w:rsidRDefault="006769B8" w:rsidP="006769B8">
            <w:pPr>
              <w:spacing w:before="120" w:after="120" w:line="240" w:lineRule="auto"/>
              <w:jc w:val="both"/>
              <w:rPr>
                <w:rFonts w:ascii="Arial" w:eastAsia="Arial" w:hAnsi="Arial" w:cs="Arial"/>
                <w:color w:val="000000" w:themeColor="text1"/>
                <w:sz w:val="22"/>
                <w:lang w:val="en-GB" w:eastAsia="en-GB"/>
              </w:rPr>
            </w:pPr>
            <w:r w:rsidRPr="006769B8">
              <w:rPr>
                <w:rFonts w:ascii="Arial" w:eastAsia="Arial" w:hAnsi="Arial" w:cs="Arial"/>
                <w:color w:val="000000" w:themeColor="text1"/>
                <w:sz w:val="22"/>
                <w:lang w:val="en-GB" w:eastAsia="en-GB"/>
              </w:rPr>
              <w:t>LCLM4005</w:t>
            </w:r>
          </w:p>
        </w:tc>
        <w:tc>
          <w:tcPr>
            <w:tcW w:w="2268" w:type="dxa"/>
            <w:shd w:val="clear" w:color="auto" w:fill="D9D9D9" w:themeFill="background1" w:themeFillShade="D9"/>
          </w:tcPr>
          <w:p w14:paraId="7B93DA18" w14:textId="77777777" w:rsidR="006769B8" w:rsidRPr="006769B8" w:rsidRDefault="006769B8" w:rsidP="006769B8">
            <w:pPr>
              <w:keepNext/>
              <w:spacing w:after="0" w:line="240" w:lineRule="auto"/>
              <w:jc w:val="both"/>
              <w:outlineLvl w:val="1"/>
              <w:rPr>
                <w:rFonts w:ascii="Arial" w:eastAsia="Times New Roman" w:hAnsi="Arial" w:cs="Arial"/>
                <w:b/>
                <w:sz w:val="22"/>
                <w:lang w:val="en-GB" w:eastAsia="en-GB"/>
              </w:rPr>
            </w:pPr>
            <w:r w:rsidRPr="006769B8">
              <w:rPr>
                <w:rFonts w:ascii="Arial" w:eastAsia="Times New Roman" w:hAnsi="Arial" w:cs="Arial"/>
                <w:b/>
                <w:sz w:val="22"/>
                <w:lang w:val="en-GB" w:eastAsia="en-GB"/>
              </w:rPr>
              <w:t>Contribution to Overall Module Assessment (%):</w:t>
            </w:r>
          </w:p>
        </w:tc>
        <w:tc>
          <w:tcPr>
            <w:tcW w:w="2268" w:type="dxa"/>
          </w:tcPr>
          <w:p w14:paraId="7222B437" w14:textId="77777777" w:rsidR="006769B8" w:rsidRPr="006769B8" w:rsidRDefault="006769B8" w:rsidP="006769B8">
            <w:pPr>
              <w:spacing w:before="120" w:after="120" w:line="240" w:lineRule="auto"/>
              <w:jc w:val="both"/>
              <w:rPr>
                <w:rFonts w:ascii="Arial" w:eastAsia="Arial" w:hAnsi="Arial" w:cs="Arial"/>
                <w:sz w:val="22"/>
                <w:lang w:val="en-GB" w:eastAsia="en-GB"/>
              </w:rPr>
            </w:pPr>
            <w:r w:rsidRPr="006769B8">
              <w:rPr>
                <w:rFonts w:ascii="Arial" w:eastAsia="Arial" w:hAnsi="Arial" w:cs="Arial"/>
                <w:color w:val="000000" w:themeColor="text1"/>
                <w:sz w:val="22"/>
                <w:lang w:val="en-GB" w:eastAsia="en-GB"/>
              </w:rPr>
              <w:t>50%</w:t>
            </w:r>
          </w:p>
        </w:tc>
      </w:tr>
      <w:tr w:rsidR="006769B8" w:rsidRPr="006769B8" w14:paraId="56504668" w14:textId="77777777" w:rsidTr="006422EC">
        <w:tc>
          <w:tcPr>
            <w:tcW w:w="2093" w:type="dxa"/>
          </w:tcPr>
          <w:p w14:paraId="1FB2C761" w14:textId="77777777" w:rsidR="006769B8" w:rsidRPr="006769B8" w:rsidRDefault="006769B8" w:rsidP="006769B8">
            <w:pPr>
              <w:spacing w:before="120" w:after="120" w:line="240" w:lineRule="auto"/>
              <w:jc w:val="both"/>
              <w:rPr>
                <w:rFonts w:ascii="Arial" w:eastAsia="Times New Roman" w:hAnsi="Arial" w:cs="Arial"/>
                <w:b/>
                <w:bCs/>
                <w:sz w:val="22"/>
                <w:lang w:val="en-GB" w:eastAsia="en-GB"/>
              </w:rPr>
            </w:pPr>
            <w:r w:rsidRPr="006769B8">
              <w:rPr>
                <w:rFonts w:ascii="Arial" w:eastAsia="Arial" w:hAnsi="Arial" w:cs="Arial"/>
                <w:b/>
                <w:bCs/>
                <w:color w:val="000000" w:themeColor="text1"/>
                <w:sz w:val="22"/>
                <w:lang w:val="en-GB" w:eastAsia="en-GB"/>
              </w:rPr>
              <w:t>Module Leads</w:t>
            </w:r>
            <w:r w:rsidRPr="006769B8">
              <w:rPr>
                <w:rFonts w:ascii="Arial" w:eastAsia="Times New Roman" w:hAnsi="Arial" w:cs="Arial"/>
                <w:b/>
                <w:bCs/>
                <w:sz w:val="22"/>
                <w:lang w:val="en-GB" w:eastAsia="en-GB"/>
              </w:rPr>
              <w:t>:</w:t>
            </w:r>
          </w:p>
        </w:tc>
        <w:tc>
          <w:tcPr>
            <w:tcW w:w="3293" w:type="dxa"/>
          </w:tcPr>
          <w:p w14:paraId="289784A5" w14:textId="20504646" w:rsidR="006769B8" w:rsidRPr="006769B8" w:rsidRDefault="001361CF" w:rsidP="006769B8">
            <w:pPr>
              <w:spacing w:before="120" w:after="120" w:line="259" w:lineRule="auto"/>
              <w:jc w:val="both"/>
              <w:rPr>
                <w:rFonts w:ascii="Arial" w:eastAsia="Arial" w:hAnsi="Arial" w:cs="Arial"/>
                <w:color w:val="000000" w:themeColor="text1"/>
                <w:sz w:val="22"/>
                <w:lang w:val="en-GB" w:eastAsia="en-GB"/>
              </w:rPr>
            </w:pPr>
            <w:r>
              <w:rPr>
                <w:rFonts w:ascii="Arial" w:eastAsia="Arial" w:hAnsi="Arial" w:cs="Arial"/>
                <w:color w:val="000000" w:themeColor="text1"/>
                <w:sz w:val="22"/>
                <w:lang w:val="en-GB" w:eastAsia="en-GB"/>
              </w:rPr>
              <w:t>Sunny Akpabot</w:t>
            </w:r>
            <w:r w:rsidR="006769B8" w:rsidRPr="006769B8">
              <w:rPr>
                <w:rFonts w:ascii="Arial" w:eastAsia="Arial" w:hAnsi="Arial" w:cs="Arial"/>
                <w:color w:val="000000" w:themeColor="text1"/>
                <w:sz w:val="22"/>
                <w:lang w:val="en-GB" w:eastAsia="en-GB"/>
              </w:rPr>
              <w:t xml:space="preserve">   - </w:t>
            </w:r>
            <w:r>
              <w:rPr>
                <w:rFonts w:ascii="Arial" w:eastAsia="Arial" w:hAnsi="Arial" w:cs="Arial"/>
                <w:color w:val="000000" w:themeColor="text1"/>
                <w:sz w:val="22"/>
                <w:lang w:val="en-GB" w:eastAsia="en-GB"/>
              </w:rPr>
              <w:t>Birmingham</w:t>
            </w:r>
          </w:p>
          <w:p w14:paraId="57C86E74" w14:textId="77777777" w:rsidR="006769B8" w:rsidRPr="006769B8" w:rsidRDefault="006769B8" w:rsidP="006769B8">
            <w:pPr>
              <w:spacing w:before="120" w:after="120" w:line="240" w:lineRule="auto"/>
              <w:rPr>
                <w:rFonts w:ascii="Arial" w:eastAsia="Arial" w:hAnsi="Arial" w:cs="Arial"/>
                <w:color w:val="000000" w:themeColor="text1"/>
                <w:sz w:val="22"/>
                <w:lang w:val="en-GB" w:eastAsia="en-GB"/>
              </w:rPr>
            </w:pPr>
            <w:r w:rsidRPr="006769B8">
              <w:rPr>
                <w:rFonts w:ascii="Arial" w:eastAsia="Arial" w:hAnsi="Arial" w:cs="Arial"/>
                <w:color w:val="000000" w:themeColor="text1"/>
                <w:sz w:val="22"/>
                <w:lang w:val="en-GB" w:eastAsia="en-GB"/>
              </w:rPr>
              <w:t>Sujeewa Herath -Birmingham</w:t>
            </w:r>
          </w:p>
        </w:tc>
        <w:tc>
          <w:tcPr>
            <w:tcW w:w="2268" w:type="dxa"/>
            <w:shd w:val="clear" w:color="auto" w:fill="D9D9D9" w:themeFill="background1" w:themeFillShade="D9"/>
          </w:tcPr>
          <w:p w14:paraId="3F42410A"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Internal Verifier:</w:t>
            </w:r>
          </w:p>
        </w:tc>
        <w:tc>
          <w:tcPr>
            <w:tcW w:w="2268" w:type="dxa"/>
          </w:tcPr>
          <w:p w14:paraId="6BC601DC" w14:textId="77777777" w:rsidR="006769B8" w:rsidRPr="006769B8" w:rsidRDefault="006769B8" w:rsidP="006769B8">
            <w:pPr>
              <w:spacing w:before="120" w:after="120" w:line="240" w:lineRule="auto"/>
              <w:jc w:val="both"/>
              <w:rPr>
                <w:rFonts w:ascii="Arial" w:eastAsia="Arial" w:hAnsi="Arial" w:cs="Arial"/>
                <w:color w:val="000000" w:themeColor="text1"/>
                <w:sz w:val="22"/>
                <w:lang w:val="en-GB" w:eastAsia="en-GB"/>
              </w:rPr>
            </w:pPr>
            <w:r w:rsidRPr="006769B8">
              <w:rPr>
                <w:rFonts w:ascii="Arial" w:eastAsia="Arial" w:hAnsi="Arial" w:cs="Arial"/>
                <w:color w:val="000000" w:themeColor="text1"/>
                <w:sz w:val="22"/>
                <w:lang w:val="pt-PT" w:eastAsia="en-GB"/>
              </w:rPr>
              <w:t>Lizeta Demetriou</w:t>
            </w:r>
          </w:p>
          <w:p w14:paraId="26423DF9" w14:textId="77777777" w:rsidR="006769B8" w:rsidRPr="006769B8" w:rsidRDefault="006769B8" w:rsidP="006769B8">
            <w:pPr>
              <w:spacing w:before="120" w:after="120" w:line="240" w:lineRule="auto"/>
              <w:jc w:val="both"/>
              <w:rPr>
                <w:rFonts w:ascii="Arial" w:eastAsia="Arial" w:hAnsi="Arial" w:cs="Arial"/>
                <w:color w:val="000000" w:themeColor="text1"/>
                <w:sz w:val="22"/>
                <w:lang w:val="en-GB" w:eastAsia="en-GB"/>
              </w:rPr>
            </w:pPr>
            <w:r w:rsidRPr="006769B8">
              <w:rPr>
                <w:rFonts w:ascii="Arial" w:eastAsia="Arial" w:hAnsi="Arial" w:cs="Arial"/>
                <w:color w:val="000000" w:themeColor="text1"/>
                <w:sz w:val="22"/>
                <w:lang w:val="pt-PT" w:eastAsia="en-GB"/>
              </w:rPr>
              <w:t>Yohan Mendis</w:t>
            </w:r>
          </w:p>
        </w:tc>
      </w:tr>
      <w:tr w:rsidR="006769B8" w:rsidRPr="006769B8" w14:paraId="07D7EE76" w14:textId="77777777" w:rsidTr="006422EC">
        <w:tc>
          <w:tcPr>
            <w:tcW w:w="2093" w:type="dxa"/>
          </w:tcPr>
          <w:p w14:paraId="60A9F286"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Assignment Title:</w:t>
            </w:r>
          </w:p>
        </w:tc>
        <w:tc>
          <w:tcPr>
            <w:tcW w:w="3293" w:type="dxa"/>
          </w:tcPr>
          <w:p w14:paraId="72C9EA59" w14:textId="77777777" w:rsidR="006769B8" w:rsidRPr="006769B8" w:rsidRDefault="006769B8" w:rsidP="006769B8">
            <w:pPr>
              <w:spacing w:before="120" w:after="120" w:line="259" w:lineRule="auto"/>
              <w:jc w:val="both"/>
              <w:rPr>
                <w:rFonts w:ascii="Arial" w:eastAsia="Arial" w:hAnsi="Arial" w:cs="Arial"/>
                <w:b/>
                <w:bCs/>
                <w:color w:val="000000" w:themeColor="text1"/>
                <w:sz w:val="22"/>
                <w:lang w:val="en-GB" w:eastAsia="en-GB"/>
              </w:rPr>
            </w:pPr>
            <w:r w:rsidRPr="006769B8">
              <w:rPr>
                <w:rFonts w:ascii="Arial" w:eastAsia="Arial" w:hAnsi="Arial" w:cs="Arial"/>
                <w:b/>
                <w:bCs/>
                <w:color w:val="000000" w:themeColor="text1"/>
                <w:sz w:val="22"/>
                <w:lang w:val="en-GB" w:eastAsia="en-GB"/>
              </w:rPr>
              <w:t>Selection of in-class tasks</w:t>
            </w:r>
          </w:p>
        </w:tc>
        <w:tc>
          <w:tcPr>
            <w:tcW w:w="2268" w:type="dxa"/>
          </w:tcPr>
          <w:p w14:paraId="47305935"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Word count (or equivalent):</w:t>
            </w:r>
          </w:p>
        </w:tc>
        <w:tc>
          <w:tcPr>
            <w:tcW w:w="2268" w:type="dxa"/>
          </w:tcPr>
          <w:p w14:paraId="24DB3048" w14:textId="77777777" w:rsidR="006769B8" w:rsidRPr="006769B8" w:rsidRDefault="006769B8" w:rsidP="006769B8">
            <w:pPr>
              <w:spacing w:before="120" w:after="120" w:line="240" w:lineRule="auto"/>
              <w:jc w:val="both"/>
              <w:rPr>
                <w:rFonts w:ascii="Arial" w:eastAsia="Times New Roman" w:hAnsi="Arial" w:cs="Arial"/>
                <w:sz w:val="22"/>
                <w:lang w:val="en-GB" w:eastAsia="en-GB"/>
              </w:rPr>
            </w:pPr>
            <w:r w:rsidRPr="006769B8">
              <w:rPr>
                <w:rFonts w:ascii="Arial" w:eastAsia="Times New Roman" w:hAnsi="Arial" w:cs="Arial"/>
                <w:sz w:val="22"/>
                <w:lang w:val="en-GB" w:eastAsia="en-GB"/>
              </w:rPr>
              <w:t xml:space="preserve">1500 equivalent </w:t>
            </w:r>
          </w:p>
        </w:tc>
      </w:tr>
      <w:tr w:rsidR="006769B8" w:rsidRPr="006769B8" w14:paraId="122C462D" w14:textId="77777777" w:rsidTr="006422EC">
        <w:tc>
          <w:tcPr>
            <w:tcW w:w="2093" w:type="dxa"/>
          </w:tcPr>
          <w:p w14:paraId="01E3D01B"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Submission deadline:</w:t>
            </w:r>
          </w:p>
        </w:tc>
        <w:tc>
          <w:tcPr>
            <w:tcW w:w="3293" w:type="dxa"/>
          </w:tcPr>
          <w:p w14:paraId="1BB347DE" w14:textId="77777777" w:rsidR="006769B8" w:rsidRPr="006769B8" w:rsidRDefault="006769B8" w:rsidP="006769B8">
            <w:pPr>
              <w:spacing w:before="120" w:after="120" w:line="240" w:lineRule="auto"/>
              <w:jc w:val="both"/>
              <w:rPr>
                <w:rFonts w:ascii="Arial" w:eastAsia="Times New Roman" w:hAnsi="Arial" w:cs="Arial"/>
                <w:b/>
                <w:bCs/>
                <w:sz w:val="22"/>
                <w:lang w:val="en-GB" w:eastAsia="en-GB"/>
              </w:rPr>
            </w:pPr>
            <w:r w:rsidRPr="006769B8">
              <w:rPr>
                <w:rFonts w:ascii="Arial" w:eastAsia="Times New Roman" w:hAnsi="Arial" w:cs="Arial"/>
                <w:b/>
                <w:bCs/>
                <w:sz w:val="22"/>
                <w:lang w:val="en-GB" w:eastAsia="en-GB"/>
              </w:rPr>
              <w:t>Week 11</w:t>
            </w:r>
          </w:p>
          <w:p w14:paraId="47D8E1FF" w14:textId="77777777" w:rsidR="006769B8" w:rsidRPr="006769B8" w:rsidRDefault="006769B8" w:rsidP="006769B8">
            <w:pPr>
              <w:spacing w:before="120" w:after="120" w:line="240" w:lineRule="auto"/>
              <w:jc w:val="both"/>
              <w:rPr>
                <w:rFonts w:ascii="Arial" w:eastAsia="Times New Roman" w:hAnsi="Arial" w:cs="Arial"/>
                <w:b/>
                <w:bCs/>
                <w:color w:val="FF0000"/>
                <w:sz w:val="22"/>
                <w:lang w:val="en-GB" w:eastAsia="en-GB"/>
              </w:rPr>
            </w:pPr>
            <w:r w:rsidRPr="006769B8">
              <w:rPr>
                <w:rFonts w:ascii="Arial" w:eastAsia="Times New Roman" w:hAnsi="Arial" w:cs="Arial"/>
                <w:b/>
                <w:bCs/>
                <w:color w:val="FF0000"/>
                <w:sz w:val="22"/>
                <w:lang w:val="en-GB" w:eastAsia="en-GB"/>
              </w:rPr>
              <w:t>Tuesday 18</w:t>
            </w:r>
            <w:r w:rsidRPr="006769B8">
              <w:rPr>
                <w:rFonts w:ascii="Arial" w:eastAsia="Times New Roman" w:hAnsi="Arial" w:cs="Arial"/>
                <w:b/>
                <w:bCs/>
                <w:color w:val="FF0000"/>
                <w:sz w:val="22"/>
                <w:vertAlign w:val="superscript"/>
                <w:lang w:val="en-GB" w:eastAsia="en-GB"/>
              </w:rPr>
              <w:t>th</w:t>
            </w:r>
            <w:r w:rsidRPr="006769B8">
              <w:rPr>
                <w:rFonts w:ascii="Arial" w:eastAsia="Times New Roman" w:hAnsi="Arial" w:cs="Arial"/>
                <w:b/>
                <w:bCs/>
                <w:color w:val="FF0000"/>
                <w:sz w:val="22"/>
                <w:lang w:val="en-GB" w:eastAsia="en-GB"/>
              </w:rPr>
              <w:t xml:space="preserve"> November 2025</w:t>
            </w:r>
          </w:p>
          <w:p w14:paraId="6662D604" w14:textId="77777777" w:rsidR="006769B8" w:rsidRPr="006769B8" w:rsidRDefault="006769B8" w:rsidP="006769B8">
            <w:pPr>
              <w:spacing w:before="120" w:after="120" w:line="240" w:lineRule="auto"/>
              <w:jc w:val="both"/>
              <w:rPr>
                <w:rFonts w:ascii="Arial" w:eastAsia="Times New Roman" w:hAnsi="Arial" w:cs="Arial"/>
                <w:b/>
                <w:bCs/>
                <w:color w:val="FF0000"/>
                <w:sz w:val="22"/>
                <w:lang w:val="en-GB" w:eastAsia="en-GB"/>
              </w:rPr>
            </w:pPr>
            <w:r w:rsidRPr="006769B8">
              <w:rPr>
                <w:rFonts w:ascii="Arial" w:eastAsia="Times New Roman" w:hAnsi="Arial" w:cs="Arial"/>
                <w:b/>
                <w:bCs/>
                <w:color w:val="FF0000"/>
                <w:sz w:val="22"/>
                <w:lang w:val="en-GB" w:eastAsia="en-GB"/>
              </w:rPr>
              <w:t>10:00AM</w:t>
            </w:r>
          </w:p>
        </w:tc>
        <w:tc>
          <w:tcPr>
            <w:tcW w:w="2268" w:type="dxa"/>
          </w:tcPr>
          <w:p w14:paraId="78B9443F"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Return date of provisional marks &amp; written feedback:</w:t>
            </w:r>
          </w:p>
        </w:tc>
        <w:tc>
          <w:tcPr>
            <w:tcW w:w="2268" w:type="dxa"/>
          </w:tcPr>
          <w:p w14:paraId="767C1B32" w14:textId="77777777" w:rsidR="006769B8" w:rsidRPr="006769B8" w:rsidRDefault="006769B8" w:rsidP="006769B8">
            <w:pPr>
              <w:spacing w:before="120" w:after="120" w:line="240" w:lineRule="auto"/>
              <w:jc w:val="both"/>
              <w:rPr>
                <w:rFonts w:ascii="Arial" w:eastAsia="Times New Roman" w:hAnsi="Arial" w:cs="Arial"/>
                <w:b/>
                <w:bCs/>
                <w:sz w:val="22"/>
                <w:lang w:val="en-GB" w:eastAsia="en-GB"/>
              </w:rPr>
            </w:pPr>
            <w:r w:rsidRPr="006769B8">
              <w:rPr>
                <w:rFonts w:ascii="Arial" w:eastAsia="Times New Roman" w:hAnsi="Arial" w:cs="Arial"/>
                <w:b/>
                <w:bCs/>
                <w:color w:val="FF0000"/>
                <w:sz w:val="22"/>
                <w:lang w:val="en-GB" w:eastAsia="en-GB"/>
              </w:rPr>
              <w:t>16</w:t>
            </w:r>
            <w:r w:rsidRPr="006769B8">
              <w:rPr>
                <w:rFonts w:ascii="Arial" w:eastAsia="Times New Roman" w:hAnsi="Arial" w:cs="Arial"/>
                <w:b/>
                <w:bCs/>
                <w:color w:val="FF0000"/>
                <w:sz w:val="22"/>
                <w:vertAlign w:val="superscript"/>
                <w:lang w:val="en-GB" w:eastAsia="en-GB"/>
              </w:rPr>
              <w:t>th</w:t>
            </w:r>
            <w:r w:rsidRPr="006769B8">
              <w:rPr>
                <w:rFonts w:ascii="Arial" w:eastAsia="Times New Roman" w:hAnsi="Arial" w:cs="Arial"/>
                <w:b/>
                <w:bCs/>
                <w:color w:val="FF0000"/>
                <w:sz w:val="22"/>
                <w:lang w:val="en-GB" w:eastAsia="en-GB"/>
              </w:rPr>
              <w:t xml:space="preserve"> December 2025</w:t>
            </w:r>
            <w:r w:rsidRPr="006769B8">
              <w:rPr>
                <w:rFonts w:ascii="Arial" w:eastAsia="Times New Roman" w:hAnsi="Arial" w:cs="Arial"/>
                <w:b/>
                <w:bCs/>
                <w:sz w:val="22"/>
                <w:lang w:val="en-GB" w:eastAsia="en-GB"/>
              </w:rPr>
              <w:t xml:space="preserve"> </w:t>
            </w:r>
          </w:p>
        </w:tc>
      </w:tr>
    </w:tbl>
    <w:p w14:paraId="46213B17" w14:textId="5FA4F03F" w:rsidR="005B398A" w:rsidRDefault="00000000" w:rsidP="006422EC">
      <w:r>
        <w:br w:type="page"/>
      </w:r>
    </w:p>
    <w:p w14:paraId="45633824" w14:textId="3A59093E" w:rsidR="00AE7FBA" w:rsidRPr="00E9215A" w:rsidRDefault="00AE7FBA" w:rsidP="00AE7FBA">
      <w:pPr>
        <w:rPr>
          <w:b/>
          <w:bCs/>
          <w:lang w:val="en-GB"/>
        </w:rPr>
      </w:pPr>
      <w:r>
        <w:rPr>
          <w:b/>
          <w:bCs/>
          <w:lang w:val="en-GB"/>
        </w:rPr>
        <w:lastRenderedPageBreak/>
        <w:t xml:space="preserve">Task </w:t>
      </w:r>
      <w:r>
        <w:rPr>
          <w:b/>
          <w:bCs/>
          <w:lang w:val="en-GB"/>
        </w:rPr>
        <w:t>1</w:t>
      </w:r>
    </w:p>
    <w:p w14:paraId="59FFDBF7" w14:textId="55C2705B" w:rsidR="00F07407" w:rsidRPr="007F3E29" w:rsidRDefault="007F3E29" w:rsidP="007F3E29">
      <w:pPr>
        <w:rPr>
          <w:lang w:val="en-GB"/>
        </w:rPr>
      </w:pPr>
      <w:r w:rsidRPr="007F3E29">
        <w:rPr>
          <w:lang w:val="en-GB"/>
        </w:rPr>
        <w:t xml:space="preserve">I </w:t>
      </w:r>
      <w:r w:rsidR="00F07407" w:rsidRPr="007F3E29">
        <w:rPr>
          <w:lang w:val="en-GB"/>
        </w:rPr>
        <w:t>compared four jobs that were suitable for my area of expertise within the sales sector. Leading employment sites such as LinkedIn and Indeed were viewed. Their main emphasis was on new sales, existing sales and technological advancement.</w:t>
      </w:r>
    </w:p>
    <w:p w14:paraId="47A66D65" w14:textId="77777777" w:rsidR="00F07407" w:rsidRPr="00F07407" w:rsidRDefault="00F07407" w:rsidP="00F07407">
      <w:pPr>
        <w:rPr>
          <w:lang w:val="en-GB"/>
        </w:rPr>
      </w:pPr>
      <w:r w:rsidRPr="00F07407">
        <w:rPr>
          <w:lang w:val="en-GB"/>
        </w:rPr>
        <w:t>Across all adverts, several competencies consistently emerged. Strong communication and negotiation skills were highlighted as vital for maintaining customer relationships and achieving targets. Leadership and team management appeared in three adverts, indicating that motivating and developing staff is central to the role. Good technical product knowledge was another common requirement, particularly regarding battery technologies, energy storage, and electrical systems. Proficiency in CRM software and data analysis was also frequently mentioned, underscoring the importance of digital literacy in modern sales management.</w:t>
      </w:r>
    </w:p>
    <w:p w14:paraId="56BF8D4A" w14:textId="77777777" w:rsidR="00F07407" w:rsidRPr="00F07407" w:rsidRDefault="00F07407" w:rsidP="00F07407">
      <w:pPr>
        <w:rPr>
          <w:lang w:val="en-GB"/>
        </w:rPr>
      </w:pPr>
      <w:r w:rsidRPr="00F07407">
        <w:rPr>
          <w:lang w:val="en-GB"/>
        </w:rPr>
        <w:t>In addition, strategic planning and adaptability were emphasised, with employers seeking professionals who can identify emerging market trends and translate them into actionable growth strategies. The ability to collaborate across departments, particularly with engineering and marketing teams, was also viewed as essential for aligning technical innovation with customer needs. Many adverts also referenced sustainability and environmental responsibility, reflecting the industry’s shift toward greener technologies and practices.</w:t>
      </w:r>
    </w:p>
    <w:p w14:paraId="0D9C224F" w14:textId="77777777" w:rsidR="00F07407" w:rsidRPr="00F07407" w:rsidRDefault="00F07407" w:rsidP="00F07407">
      <w:pPr>
        <w:rPr>
          <w:lang w:val="en-GB"/>
        </w:rPr>
      </w:pPr>
      <w:r w:rsidRPr="00F07407">
        <w:rPr>
          <w:lang w:val="en-GB"/>
        </w:rPr>
        <w:t>The most frequent themes were business development, relationship management, and technical literacy. For instance, the automotive battery role on Indeed focused on product expertise and customer retention, while the renewable energy position on LinkedIn emphasised sustainability, awareness and strategic growth. Together, these findings indicate that effective Sales Managers must integrate commercial awareness, technical understanding, and people management. In conclusion, the comparison demonstrates that success in this profession depends on balancing leadership, technical competence, and data-driven decision-making to deliver sustainable business growth.</w:t>
      </w:r>
    </w:p>
    <w:p w14:paraId="7A66E4E5" w14:textId="39DCDCAF" w:rsidR="005B398A" w:rsidRDefault="005B398A" w:rsidP="00F07407"/>
    <w:p w14:paraId="3F0A257F" w14:textId="49056AEA" w:rsidR="00E9215A" w:rsidRPr="00E9215A" w:rsidRDefault="00AE7FBA" w:rsidP="00E9215A">
      <w:pPr>
        <w:rPr>
          <w:b/>
          <w:bCs/>
          <w:lang w:val="en-GB"/>
        </w:rPr>
      </w:pPr>
      <w:r>
        <w:rPr>
          <w:b/>
          <w:bCs/>
          <w:lang w:val="en-GB"/>
        </w:rPr>
        <w:t>Task 2</w:t>
      </w:r>
    </w:p>
    <w:p w14:paraId="034D5022" w14:textId="77777777" w:rsidR="00E9215A" w:rsidRPr="00E9215A" w:rsidRDefault="00E9215A" w:rsidP="00E9215A">
      <w:pPr>
        <w:rPr>
          <w:lang w:val="en-GB"/>
        </w:rPr>
      </w:pPr>
      <w:r w:rsidRPr="00E9215A">
        <w:rPr>
          <w:lang w:val="en-GB"/>
        </w:rPr>
        <w:t xml:space="preserve">Conducting a comprehensive self-assessment has provided valuable insight into my professional strengths and areas for development. Using the SWOT framework, I have critically evaluated my capabilities in relation to my current role as a Sales Manager, as well as my ongoing professional development ambitions. This reflective exercise has </w:t>
      </w:r>
      <w:r w:rsidRPr="00E9215A">
        <w:rPr>
          <w:lang w:val="en-GB"/>
        </w:rPr>
        <w:lastRenderedPageBreak/>
        <w:t>allowed me to identify strategies to enhance my effectiveness, address areas for growth, and align my development with the evolving needs of the industry.</w:t>
      </w:r>
    </w:p>
    <w:p w14:paraId="4807D768" w14:textId="77777777" w:rsidR="00E9215A" w:rsidRPr="00E9215A" w:rsidRDefault="00E9215A" w:rsidP="00E9215A">
      <w:pPr>
        <w:rPr>
          <w:lang w:val="en-GB"/>
        </w:rPr>
      </w:pPr>
      <w:r w:rsidRPr="00E9215A">
        <w:rPr>
          <w:b/>
          <w:bCs/>
          <w:lang w:val="en-GB"/>
        </w:rPr>
        <w:t>Strengths</w:t>
      </w:r>
      <w:r w:rsidRPr="00E9215A">
        <w:rPr>
          <w:lang w:val="en-GB"/>
        </w:rPr>
        <w:br/>
        <w:t>I bring over ten years of experience in sales and account management, underpinned by a strong technical understanding of battery systems. This combination of commercial acumen and product expertise allows me to advise clients effectively, understand complex customer requirements, and provide tailored solutions that drive value. Over the past year, I successfully led a regional sales team, achieving a measurable increase in revenue within twelve months. This accomplishment reflects my ability to plan strategically, motivate team members, and align departmental objectives with broader organisational goals.</w:t>
      </w:r>
    </w:p>
    <w:p w14:paraId="6FDF8D51" w14:textId="77777777" w:rsidR="00E9215A" w:rsidRPr="00E9215A" w:rsidRDefault="00E9215A" w:rsidP="00E9215A">
      <w:pPr>
        <w:rPr>
          <w:lang w:val="en-GB"/>
        </w:rPr>
      </w:pPr>
      <w:r w:rsidRPr="00E9215A">
        <w:rPr>
          <w:lang w:val="en-GB"/>
        </w:rPr>
        <w:t>In addition to technical and strategic capabilities, I possess strong interpersonal and negotiation skills. Feedback from managers and colleagues consistently highlights my communication abilities, professionalism, and capacity to build long-term customer relationships. I am able to establish trust with clients and stakeholders, a critical factor in driving repeat business and sustaining revenue growth. My experience also includes mentoring junior colleagues, which reinforces leadership skills and contributes to a culture of knowledge-sharing and team development.</w:t>
      </w:r>
    </w:p>
    <w:p w14:paraId="6E3D59C7" w14:textId="77777777" w:rsidR="00E9215A" w:rsidRPr="00E9215A" w:rsidRDefault="00E9215A" w:rsidP="00E9215A">
      <w:pPr>
        <w:rPr>
          <w:lang w:val="en-GB"/>
        </w:rPr>
      </w:pPr>
      <w:r w:rsidRPr="00E9215A">
        <w:rPr>
          <w:b/>
          <w:bCs/>
          <w:lang w:val="en-GB"/>
        </w:rPr>
        <w:t>Weaknesses</w:t>
      </w:r>
      <w:r w:rsidRPr="00E9215A">
        <w:rPr>
          <w:lang w:val="en-GB"/>
        </w:rPr>
        <w:br/>
        <w:t>Despite these strengths, I recognise areas that require further development. I do not yet hold formal management qualifications, which could enhance both credibility and theoretical knowledge in leadership and organisational strategy. I occasionally encounter challenges when delegating tasks, sometimes assuming responsibilities that could be effectively managed by team members. This can lead to inefficiencies and limits opportunities for others to develop their own skills.</w:t>
      </w:r>
    </w:p>
    <w:p w14:paraId="42AA2326" w14:textId="77777777" w:rsidR="00E9215A" w:rsidRPr="00E9215A" w:rsidRDefault="00E9215A" w:rsidP="00E9215A">
      <w:pPr>
        <w:rPr>
          <w:lang w:val="en-GB"/>
        </w:rPr>
      </w:pPr>
      <w:r w:rsidRPr="00E9215A">
        <w:rPr>
          <w:lang w:val="en-GB"/>
        </w:rPr>
        <w:t>Another area for improvement is digital literacy, particularly in CRM data analysis, digital marketing, and leveraging online platforms to drive sales growth. As the sales environment becomes increasingly technology-driven, proficiency in these areas is essential to remain competitive. Enhancing these skills will allow me to make data-driven decisions, identify market trends, and optimise customer engagement strategies more effectively.</w:t>
      </w:r>
    </w:p>
    <w:p w14:paraId="14134C63" w14:textId="510D748D" w:rsidR="00E9215A" w:rsidRPr="00E9215A" w:rsidRDefault="00E9215A" w:rsidP="00E9215A">
      <w:pPr>
        <w:rPr>
          <w:lang w:val="en-GB"/>
        </w:rPr>
      </w:pPr>
      <w:r w:rsidRPr="00E9215A">
        <w:rPr>
          <w:b/>
          <w:bCs/>
          <w:lang w:val="en-GB"/>
        </w:rPr>
        <w:t>Opportunities</w:t>
      </w:r>
      <w:r w:rsidRPr="00E9215A">
        <w:rPr>
          <w:lang w:val="en-GB"/>
        </w:rPr>
        <w:br/>
        <w:t xml:space="preserve">Several opportunities exist to support my professional development. Studying part-time at UWTSD allows me to strengthen my theoretical understanding of marketing, leadership, and business operations while applying these concepts directly to my </w:t>
      </w:r>
      <w:r w:rsidRPr="00E9215A">
        <w:rPr>
          <w:lang w:val="en-GB"/>
        </w:rPr>
        <w:lastRenderedPageBreak/>
        <w:t>current role. Academic modules in business s</w:t>
      </w:r>
      <w:r w:rsidR="00642FDB">
        <w:rPr>
          <w:lang w:val="en-GB"/>
        </w:rPr>
        <w:t>kills for the workplace</w:t>
      </w:r>
      <w:r w:rsidRPr="00E9215A">
        <w:rPr>
          <w:lang w:val="en-GB"/>
        </w:rPr>
        <w:t xml:space="preserve"> complement my practical experience, helping to enhance analytical thinking, decision-making, and long-term planning capabilities.</w:t>
      </w:r>
    </w:p>
    <w:p w14:paraId="436634CD" w14:textId="7DABC09F" w:rsidR="00E9215A" w:rsidRPr="00E9215A" w:rsidRDefault="00E9215A" w:rsidP="00E9215A">
      <w:pPr>
        <w:rPr>
          <w:lang w:val="en-GB"/>
        </w:rPr>
      </w:pPr>
      <w:r w:rsidRPr="00E9215A">
        <w:rPr>
          <w:lang w:val="en-GB"/>
        </w:rPr>
        <w:t xml:space="preserve">The growth of the renewable energy and electric vehicle sectors provides further opportunities to leverage my technical expertise in battery systems. By staying </w:t>
      </w:r>
      <w:r w:rsidR="00011E5B" w:rsidRPr="00E9215A">
        <w:rPr>
          <w:lang w:val="en-GB"/>
        </w:rPr>
        <w:t>well-informed</w:t>
      </w:r>
      <w:r w:rsidRPr="00E9215A">
        <w:rPr>
          <w:lang w:val="en-GB"/>
        </w:rPr>
        <w:t xml:space="preserve"> of market trends, technological developments, and customer needs, I can contribute strategically to organisational growth while expanding my own professional skill set. Additionally, engagement with professional organisations such as the British Battery Industry Federation offers access to industry insights, networking opportunities, and leadership forums that further support my career progression.</w:t>
      </w:r>
    </w:p>
    <w:p w14:paraId="70681C92" w14:textId="77777777" w:rsidR="006661D5" w:rsidRDefault="00E9215A" w:rsidP="00E9215A">
      <w:pPr>
        <w:rPr>
          <w:lang w:val="en-GB"/>
        </w:rPr>
      </w:pPr>
      <w:r w:rsidRPr="00E9215A">
        <w:rPr>
          <w:b/>
          <w:bCs/>
          <w:lang w:val="en-GB"/>
        </w:rPr>
        <w:t>Threats</w:t>
      </w:r>
      <w:r w:rsidRPr="00E9215A">
        <w:rPr>
          <w:lang w:val="en-GB"/>
        </w:rPr>
        <w:br/>
        <w:t>Rapid technological change and increasing competition represent significant challenges within the battery and energy storage industry. Companies that fail to adapt quickly risk losing market share, making it essential to remain flexible, continuously upskill, and respond proactively to new developments. These threats underscore the importance of combining practical experience with ongoing education and professional engagement to maintain relevance and effectiveness in a dynamic environment.</w:t>
      </w:r>
    </w:p>
    <w:p w14:paraId="1D5E2B2F" w14:textId="02985AA0" w:rsidR="00E9215A" w:rsidRDefault="00E9215A" w:rsidP="00E9215A">
      <w:pPr>
        <w:rPr>
          <w:lang w:val="en-GB"/>
        </w:rPr>
      </w:pPr>
      <w:r w:rsidRPr="00E9215A">
        <w:rPr>
          <w:lang w:val="en-GB"/>
        </w:rPr>
        <w:br/>
        <w:t>In summary, this self-assessment highlights strong professional foundations supported by both practical experience and a commitment to continuous learning. My strengths in sales, technical knowledge, leadership, and communication provide a solid platform for further development, while identified weaknesses</w:t>
      </w:r>
      <w:r w:rsidR="003D64EC">
        <w:rPr>
          <w:lang w:val="en-GB"/>
        </w:rPr>
        <w:t>,</w:t>
      </w:r>
      <w:r w:rsidRPr="00E9215A">
        <w:rPr>
          <w:lang w:val="en-GB"/>
        </w:rPr>
        <w:t xml:space="preserve"> such as delegation and digital literacy</w:t>
      </w:r>
      <w:r w:rsidR="00D63E30">
        <w:rPr>
          <w:lang w:val="en-GB"/>
        </w:rPr>
        <w:t>,</w:t>
      </w:r>
      <w:r w:rsidRPr="00E9215A">
        <w:rPr>
          <w:lang w:val="en-GB"/>
        </w:rPr>
        <w:t xml:space="preserve"> present clear areas for growth. By pursuing academic study, engaging with industry networks, and applying reflective practice, I am positioning myself to become a more strategic, adaptable, and effective leader. This ongoing development will not only enhance my current performance but also prepare me to navigate future challenges and seize opportunities within a rapidly evolving industry.</w:t>
      </w:r>
    </w:p>
    <w:p w14:paraId="237878F7" w14:textId="77777777" w:rsidR="006661D5" w:rsidRPr="00E9215A" w:rsidRDefault="006661D5" w:rsidP="00E9215A">
      <w:pPr>
        <w:rPr>
          <w:lang w:val="en-GB"/>
        </w:rPr>
      </w:pPr>
    </w:p>
    <w:p w14:paraId="2C97FAA6" w14:textId="594A5120" w:rsidR="005B398A" w:rsidRDefault="00000000" w:rsidP="00E9215A">
      <w:r w:rsidRPr="00AD5DEA">
        <w:rPr>
          <w:b/>
          <w:bCs/>
        </w:rPr>
        <w:t>Task 3</w:t>
      </w:r>
    </w:p>
    <w:p w14:paraId="5D7783FA" w14:textId="54E3060F" w:rsidR="005B398A" w:rsidRDefault="00000000">
      <w:r>
        <w:t xml:space="preserve">Building upon my self-assessment, this Personal Development Plan (PDP) outlines the actions required to strengthen my skills and progress toward senior management roles within </w:t>
      </w:r>
      <w:r w:rsidR="00937F45">
        <w:t>my current empl</w:t>
      </w:r>
      <w:r w:rsidR="006E7283">
        <w:t>oyment</w:t>
      </w:r>
      <w:r>
        <w:t>. The PDP links personal reflection with academic learning at UWTSD, providing a structured pathway for professional advancement.</w:t>
      </w:r>
    </w:p>
    <w:p w14:paraId="4D0EE736" w14:textId="6234838F" w:rsidR="005B398A" w:rsidRPr="006E7283" w:rsidRDefault="00000000">
      <w:pPr>
        <w:pStyle w:val="Heading2"/>
        <w:rPr>
          <w:color w:val="auto"/>
        </w:rPr>
      </w:pPr>
      <w:r w:rsidRPr="006E7283">
        <w:rPr>
          <w:color w:val="auto"/>
        </w:rPr>
        <w:lastRenderedPageBreak/>
        <w:t>Personal Development Plan (PDP)</w:t>
      </w:r>
    </w:p>
    <w:tbl>
      <w:tblPr>
        <w:tblW w:w="0" w:type="auto"/>
        <w:tblLook w:val="04A0" w:firstRow="1" w:lastRow="0" w:firstColumn="1" w:lastColumn="0" w:noHBand="0" w:noVBand="1"/>
      </w:tblPr>
      <w:tblGrid>
        <w:gridCol w:w="1514"/>
        <w:gridCol w:w="1742"/>
        <w:gridCol w:w="1501"/>
        <w:gridCol w:w="1397"/>
        <w:gridCol w:w="1416"/>
        <w:gridCol w:w="1286"/>
      </w:tblGrid>
      <w:tr w:rsidR="005B398A" w14:paraId="68C85EBB" w14:textId="77777777">
        <w:tc>
          <w:tcPr>
            <w:tcW w:w="1440" w:type="dxa"/>
          </w:tcPr>
          <w:p w14:paraId="4FC8D0D7" w14:textId="77777777" w:rsidR="005B398A" w:rsidRDefault="00000000">
            <w:r>
              <w:t>Goal</w:t>
            </w:r>
          </w:p>
        </w:tc>
        <w:tc>
          <w:tcPr>
            <w:tcW w:w="1440" w:type="dxa"/>
          </w:tcPr>
          <w:p w14:paraId="6600BA38" w14:textId="77777777" w:rsidR="005B398A" w:rsidRDefault="00000000">
            <w:r>
              <w:t>Specific</w:t>
            </w:r>
          </w:p>
        </w:tc>
        <w:tc>
          <w:tcPr>
            <w:tcW w:w="1440" w:type="dxa"/>
          </w:tcPr>
          <w:p w14:paraId="44F4E8AF" w14:textId="77777777" w:rsidR="005B398A" w:rsidRDefault="00000000">
            <w:r>
              <w:t>Measurable</w:t>
            </w:r>
          </w:p>
        </w:tc>
        <w:tc>
          <w:tcPr>
            <w:tcW w:w="1440" w:type="dxa"/>
          </w:tcPr>
          <w:p w14:paraId="028F6276" w14:textId="77777777" w:rsidR="005B398A" w:rsidRDefault="00000000">
            <w:r>
              <w:t>Achievable</w:t>
            </w:r>
          </w:p>
        </w:tc>
        <w:tc>
          <w:tcPr>
            <w:tcW w:w="1440" w:type="dxa"/>
          </w:tcPr>
          <w:p w14:paraId="51C0F706" w14:textId="77777777" w:rsidR="005B398A" w:rsidRDefault="00000000">
            <w:r>
              <w:t>Relevant</w:t>
            </w:r>
          </w:p>
        </w:tc>
        <w:tc>
          <w:tcPr>
            <w:tcW w:w="1440" w:type="dxa"/>
          </w:tcPr>
          <w:p w14:paraId="72D176D3" w14:textId="77777777" w:rsidR="005B398A" w:rsidRDefault="00000000">
            <w:r>
              <w:t>Time-bound</w:t>
            </w:r>
          </w:p>
        </w:tc>
      </w:tr>
      <w:tr w:rsidR="005B398A" w14:paraId="4A6E2039" w14:textId="77777777">
        <w:tc>
          <w:tcPr>
            <w:tcW w:w="1440" w:type="dxa"/>
          </w:tcPr>
          <w:p w14:paraId="69E7234B" w14:textId="77777777" w:rsidR="005B398A" w:rsidRDefault="00000000">
            <w:r>
              <w:t>1. Gain a formal management qualification</w:t>
            </w:r>
          </w:p>
        </w:tc>
        <w:tc>
          <w:tcPr>
            <w:tcW w:w="1440" w:type="dxa"/>
          </w:tcPr>
          <w:p w14:paraId="6341DBA5" w14:textId="126F6574" w:rsidR="005B398A" w:rsidRDefault="00000000">
            <w:r>
              <w:t xml:space="preserve">Complete my degree at UWTSD Birmingham and achieve at least a 2:1 </w:t>
            </w:r>
          </w:p>
        </w:tc>
        <w:tc>
          <w:tcPr>
            <w:tcW w:w="1440" w:type="dxa"/>
          </w:tcPr>
          <w:p w14:paraId="70943C41" w14:textId="77777777" w:rsidR="005B398A" w:rsidRDefault="00000000">
            <w:r>
              <w:t>Degree results and feedback.</w:t>
            </w:r>
          </w:p>
        </w:tc>
        <w:tc>
          <w:tcPr>
            <w:tcW w:w="1440" w:type="dxa"/>
          </w:tcPr>
          <w:p w14:paraId="01D8785D" w14:textId="5693C81D" w:rsidR="005B398A" w:rsidRDefault="00000000">
            <w:r>
              <w:t xml:space="preserve">Supported by </w:t>
            </w:r>
            <w:r w:rsidR="00D86797">
              <w:t xml:space="preserve">the </w:t>
            </w:r>
            <w:r>
              <w:t>current study routine and workplace application.</w:t>
            </w:r>
          </w:p>
        </w:tc>
        <w:tc>
          <w:tcPr>
            <w:tcW w:w="1440" w:type="dxa"/>
          </w:tcPr>
          <w:p w14:paraId="688E26E1" w14:textId="77777777" w:rsidR="005B398A" w:rsidRDefault="00000000">
            <w:r>
              <w:t>Enhances leadership credibility for promotion.</w:t>
            </w:r>
          </w:p>
        </w:tc>
        <w:tc>
          <w:tcPr>
            <w:tcW w:w="1440" w:type="dxa"/>
          </w:tcPr>
          <w:p w14:paraId="30766E31" w14:textId="77777777" w:rsidR="005B398A" w:rsidRDefault="00000000">
            <w:r>
              <w:t>By Dec 2027</w:t>
            </w:r>
          </w:p>
        </w:tc>
      </w:tr>
      <w:tr w:rsidR="005B398A" w14:paraId="6BF3ACFD" w14:textId="77777777">
        <w:tc>
          <w:tcPr>
            <w:tcW w:w="1440" w:type="dxa"/>
          </w:tcPr>
          <w:p w14:paraId="7DD6FD0D" w14:textId="77777777" w:rsidR="005B398A" w:rsidRDefault="00000000">
            <w:r>
              <w:t>2. Improve leadership and delegation skills</w:t>
            </w:r>
          </w:p>
        </w:tc>
        <w:tc>
          <w:tcPr>
            <w:tcW w:w="1440" w:type="dxa"/>
          </w:tcPr>
          <w:p w14:paraId="3BB6CD77" w14:textId="77777777" w:rsidR="005B398A" w:rsidRDefault="00000000">
            <w:r>
              <w:t>Attend two management workshops and delegate 20% more responsibilities.</w:t>
            </w:r>
          </w:p>
        </w:tc>
        <w:tc>
          <w:tcPr>
            <w:tcW w:w="1440" w:type="dxa"/>
          </w:tcPr>
          <w:p w14:paraId="6EF51DE0" w14:textId="77777777" w:rsidR="005B398A" w:rsidRDefault="00000000">
            <w:r>
              <w:t>Team feedback and performance reviews.</w:t>
            </w:r>
          </w:p>
        </w:tc>
        <w:tc>
          <w:tcPr>
            <w:tcW w:w="1440" w:type="dxa"/>
          </w:tcPr>
          <w:p w14:paraId="4C881DCC" w14:textId="58D1DEF4" w:rsidR="005B398A" w:rsidRDefault="00000000">
            <w:r>
              <w:t xml:space="preserve">Endorsed by </w:t>
            </w:r>
            <w:r w:rsidR="001816A4">
              <w:t xml:space="preserve">the </w:t>
            </w:r>
            <w:r>
              <w:t>line manager.</w:t>
            </w:r>
          </w:p>
        </w:tc>
        <w:tc>
          <w:tcPr>
            <w:tcW w:w="1440" w:type="dxa"/>
          </w:tcPr>
          <w:p w14:paraId="1CEC0C07" w14:textId="77777777" w:rsidR="005B398A" w:rsidRDefault="00000000">
            <w:r>
              <w:t>Improves team efficiency and morale.</w:t>
            </w:r>
          </w:p>
        </w:tc>
        <w:tc>
          <w:tcPr>
            <w:tcW w:w="1440" w:type="dxa"/>
          </w:tcPr>
          <w:p w14:paraId="2696381E" w14:textId="77777777" w:rsidR="005B398A" w:rsidRDefault="00000000">
            <w:r>
              <w:t>Jan–Dec 2026</w:t>
            </w:r>
          </w:p>
        </w:tc>
      </w:tr>
      <w:tr w:rsidR="005B398A" w14:paraId="6989111F" w14:textId="77777777">
        <w:tc>
          <w:tcPr>
            <w:tcW w:w="1440" w:type="dxa"/>
          </w:tcPr>
          <w:p w14:paraId="7E405ACB" w14:textId="77777777" w:rsidR="005B398A" w:rsidRDefault="00000000">
            <w:r>
              <w:t>3. Develop digital marketing and CRM skills</w:t>
            </w:r>
          </w:p>
        </w:tc>
        <w:tc>
          <w:tcPr>
            <w:tcW w:w="1440" w:type="dxa"/>
          </w:tcPr>
          <w:p w14:paraId="05E82BBD" w14:textId="77777777" w:rsidR="005B398A" w:rsidRDefault="00000000">
            <w:r>
              <w:t>Complete online CRM and digital analytics course; apply learning to improve lead conversion by 10%.</w:t>
            </w:r>
          </w:p>
        </w:tc>
        <w:tc>
          <w:tcPr>
            <w:tcW w:w="1440" w:type="dxa"/>
          </w:tcPr>
          <w:p w14:paraId="36E2AD3B" w14:textId="77777777" w:rsidR="005B398A" w:rsidRDefault="00000000">
            <w:r>
              <w:t>CRM data and certificate.</w:t>
            </w:r>
          </w:p>
        </w:tc>
        <w:tc>
          <w:tcPr>
            <w:tcW w:w="1440" w:type="dxa"/>
          </w:tcPr>
          <w:p w14:paraId="311C736C" w14:textId="77777777" w:rsidR="005B398A" w:rsidRDefault="00000000">
            <w:r>
              <w:t>Supported by access to training.</w:t>
            </w:r>
          </w:p>
        </w:tc>
        <w:tc>
          <w:tcPr>
            <w:tcW w:w="1440" w:type="dxa"/>
          </w:tcPr>
          <w:p w14:paraId="2B84B88C" w14:textId="77777777" w:rsidR="005B398A" w:rsidRDefault="00000000">
            <w:r>
              <w:t>Strengthens data-driven sales approach.</w:t>
            </w:r>
          </w:p>
        </w:tc>
        <w:tc>
          <w:tcPr>
            <w:tcW w:w="1440" w:type="dxa"/>
          </w:tcPr>
          <w:p w14:paraId="1DA8A32F" w14:textId="77777777" w:rsidR="005B398A" w:rsidRDefault="00000000">
            <w:r>
              <w:t>Mar–Dec 2026</w:t>
            </w:r>
          </w:p>
        </w:tc>
      </w:tr>
      <w:tr w:rsidR="005B398A" w14:paraId="07FB68C1" w14:textId="77777777">
        <w:tc>
          <w:tcPr>
            <w:tcW w:w="1440" w:type="dxa"/>
          </w:tcPr>
          <w:p w14:paraId="4A62C44D" w14:textId="77777777" w:rsidR="005B398A" w:rsidRDefault="00000000">
            <w:r>
              <w:t>4. Strengthen strategic planning and forecasting</w:t>
            </w:r>
          </w:p>
        </w:tc>
        <w:tc>
          <w:tcPr>
            <w:tcW w:w="1440" w:type="dxa"/>
          </w:tcPr>
          <w:p w14:paraId="4A11A958" w14:textId="77777777" w:rsidR="005B398A" w:rsidRDefault="00000000">
            <w:r>
              <w:t>Participate in quarterly strategic meetings and contribute to forecasting projects.</w:t>
            </w:r>
          </w:p>
        </w:tc>
        <w:tc>
          <w:tcPr>
            <w:tcW w:w="1440" w:type="dxa"/>
          </w:tcPr>
          <w:p w14:paraId="229A79F9" w14:textId="77777777" w:rsidR="005B398A" w:rsidRDefault="00000000">
            <w:r>
              <w:t>Manager evaluations and documented input.</w:t>
            </w:r>
          </w:p>
        </w:tc>
        <w:tc>
          <w:tcPr>
            <w:tcW w:w="1440" w:type="dxa"/>
          </w:tcPr>
          <w:p w14:paraId="1B46199B" w14:textId="77777777" w:rsidR="005B398A" w:rsidRDefault="00000000">
            <w:r>
              <w:t>Possible within current duties.</w:t>
            </w:r>
          </w:p>
        </w:tc>
        <w:tc>
          <w:tcPr>
            <w:tcW w:w="1440" w:type="dxa"/>
          </w:tcPr>
          <w:p w14:paraId="6B51021C" w14:textId="77777777" w:rsidR="005B398A" w:rsidRDefault="00000000">
            <w:r>
              <w:t>Improves strategic insight and decision-making.</w:t>
            </w:r>
          </w:p>
        </w:tc>
        <w:tc>
          <w:tcPr>
            <w:tcW w:w="1440" w:type="dxa"/>
          </w:tcPr>
          <w:p w14:paraId="1DCACBDC" w14:textId="77777777" w:rsidR="005B398A" w:rsidRDefault="00000000">
            <w:r>
              <w:t>Jun 2026–Dec 2027</w:t>
            </w:r>
          </w:p>
        </w:tc>
      </w:tr>
      <w:tr w:rsidR="005B398A" w14:paraId="2D0C8577" w14:textId="77777777">
        <w:tc>
          <w:tcPr>
            <w:tcW w:w="1440" w:type="dxa"/>
          </w:tcPr>
          <w:p w14:paraId="52EE5F92" w14:textId="77777777" w:rsidR="005B398A" w:rsidRDefault="00000000">
            <w:r>
              <w:t xml:space="preserve">5. Expand professional network and </w:t>
            </w:r>
            <w:r>
              <w:lastRenderedPageBreak/>
              <w:t>industry knowledge</w:t>
            </w:r>
          </w:p>
        </w:tc>
        <w:tc>
          <w:tcPr>
            <w:tcW w:w="1440" w:type="dxa"/>
          </w:tcPr>
          <w:p w14:paraId="1DD54B5E" w14:textId="77777777" w:rsidR="005B398A" w:rsidRDefault="00000000">
            <w:r>
              <w:lastRenderedPageBreak/>
              <w:t xml:space="preserve">Attend four trade shows and two </w:t>
            </w:r>
            <w:r>
              <w:lastRenderedPageBreak/>
              <w:t>professional seminars annually.</w:t>
            </w:r>
          </w:p>
        </w:tc>
        <w:tc>
          <w:tcPr>
            <w:tcW w:w="1440" w:type="dxa"/>
          </w:tcPr>
          <w:p w14:paraId="1AB91B22" w14:textId="77777777" w:rsidR="005B398A" w:rsidRDefault="00000000">
            <w:r>
              <w:lastRenderedPageBreak/>
              <w:t xml:space="preserve">Attendance records and LinkedIn </w:t>
            </w:r>
            <w:r>
              <w:lastRenderedPageBreak/>
              <w:t>engagement.</w:t>
            </w:r>
          </w:p>
        </w:tc>
        <w:tc>
          <w:tcPr>
            <w:tcW w:w="1440" w:type="dxa"/>
          </w:tcPr>
          <w:p w14:paraId="4A52B3DA" w14:textId="77777777" w:rsidR="005B398A" w:rsidRDefault="00000000">
            <w:r>
              <w:lastRenderedPageBreak/>
              <w:t xml:space="preserve">Supported by company </w:t>
            </w:r>
            <w:r>
              <w:lastRenderedPageBreak/>
              <w:t>policy.</w:t>
            </w:r>
          </w:p>
        </w:tc>
        <w:tc>
          <w:tcPr>
            <w:tcW w:w="1440" w:type="dxa"/>
          </w:tcPr>
          <w:p w14:paraId="61CA9D7E" w14:textId="77777777" w:rsidR="005B398A" w:rsidRDefault="00000000">
            <w:r>
              <w:lastRenderedPageBreak/>
              <w:t xml:space="preserve">Builds industry profile and </w:t>
            </w:r>
            <w:r>
              <w:lastRenderedPageBreak/>
              <w:t>knowledge.</w:t>
            </w:r>
          </w:p>
        </w:tc>
        <w:tc>
          <w:tcPr>
            <w:tcW w:w="1440" w:type="dxa"/>
          </w:tcPr>
          <w:p w14:paraId="3508C8CF" w14:textId="77777777" w:rsidR="005B398A" w:rsidRDefault="00000000">
            <w:r>
              <w:lastRenderedPageBreak/>
              <w:t xml:space="preserve">Jan 2026–Dec 2027 </w:t>
            </w:r>
            <w:r>
              <w:lastRenderedPageBreak/>
              <w:t>(ongoing)</w:t>
            </w:r>
          </w:p>
        </w:tc>
      </w:tr>
    </w:tbl>
    <w:p w14:paraId="5468FF05" w14:textId="77777777" w:rsidR="005B398A" w:rsidRPr="000803A2" w:rsidRDefault="00000000">
      <w:pPr>
        <w:pStyle w:val="Heading2"/>
        <w:rPr>
          <w:color w:val="auto"/>
        </w:rPr>
      </w:pPr>
      <w:r w:rsidRPr="000803A2">
        <w:rPr>
          <w:color w:val="auto"/>
        </w:rPr>
        <w:t>PDP Timeline: Gantt Chart (January 2026 – December 2027)</w:t>
      </w:r>
    </w:p>
    <w:tbl>
      <w:tblPr>
        <w:tblW w:w="0" w:type="auto"/>
        <w:tblLook w:val="04A0" w:firstRow="1" w:lastRow="0" w:firstColumn="1" w:lastColumn="0" w:noHBand="0" w:noVBand="1"/>
      </w:tblPr>
      <w:tblGrid>
        <w:gridCol w:w="1514"/>
        <w:gridCol w:w="917"/>
        <w:gridCol w:w="917"/>
        <w:gridCol w:w="918"/>
        <w:gridCol w:w="918"/>
        <w:gridCol w:w="918"/>
        <w:gridCol w:w="918"/>
        <w:gridCol w:w="918"/>
        <w:gridCol w:w="918"/>
      </w:tblGrid>
      <w:tr w:rsidR="005B398A" w14:paraId="2FC486E5" w14:textId="77777777">
        <w:tc>
          <w:tcPr>
            <w:tcW w:w="960" w:type="dxa"/>
          </w:tcPr>
          <w:p w14:paraId="5B0C4605" w14:textId="77777777" w:rsidR="005B398A" w:rsidRDefault="00000000">
            <w:r>
              <w:t>Goal</w:t>
            </w:r>
          </w:p>
        </w:tc>
        <w:tc>
          <w:tcPr>
            <w:tcW w:w="960" w:type="dxa"/>
          </w:tcPr>
          <w:p w14:paraId="00E71A8B" w14:textId="77777777" w:rsidR="005B398A" w:rsidRDefault="00000000">
            <w:r>
              <w:t>2026 Q1</w:t>
            </w:r>
          </w:p>
        </w:tc>
        <w:tc>
          <w:tcPr>
            <w:tcW w:w="960" w:type="dxa"/>
          </w:tcPr>
          <w:p w14:paraId="3CF1E91D" w14:textId="77777777" w:rsidR="005B398A" w:rsidRDefault="00000000">
            <w:r>
              <w:t>2026 Q2</w:t>
            </w:r>
          </w:p>
        </w:tc>
        <w:tc>
          <w:tcPr>
            <w:tcW w:w="960" w:type="dxa"/>
          </w:tcPr>
          <w:p w14:paraId="2788D43B" w14:textId="77777777" w:rsidR="005B398A" w:rsidRDefault="00000000">
            <w:r>
              <w:t>2026 Q3</w:t>
            </w:r>
          </w:p>
        </w:tc>
        <w:tc>
          <w:tcPr>
            <w:tcW w:w="960" w:type="dxa"/>
          </w:tcPr>
          <w:p w14:paraId="4742A071" w14:textId="77777777" w:rsidR="005B398A" w:rsidRDefault="00000000">
            <w:r>
              <w:t>2026 Q4</w:t>
            </w:r>
          </w:p>
        </w:tc>
        <w:tc>
          <w:tcPr>
            <w:tcW w:w="960" w:type="dxa"/>
          </w:tcPr>
          <w:p w14:paraId="6211F40D" w14:textId="77777777" w:rsidR="005B398A" w:rsidRDefault="00000000">
            <w:r>
              <w:t>2027 Q1</w:t>
            </w:r>
          </w:p>
        </w:tc>
        <w:tc>
          <w:tcPr>
            <w:tcW w:w="960" w:type="dxa"/>
          </w:tcPr>
          <w:p w14:paraId="65CC913A" w14:textId="77777777" w:rsidR="005B398A" w:rsidRDefault="00000000">
            <w:r>
              <w:t>2027 Q2</w:t>
            </w:r>
          </w:p>
        </w:tc>
        <w:tc>
          <w:tcPr>
            <w:tcW w:w="960" w:type="dxa"/>
          </w:tcPr>
          <w:p w14:paraId="73EC5D98" w14:textId="77777777" w:rsidR="005B398A" w:rsidRDefault="00000000">
            <w:r>
              <w:t>2027 Q3</w:t>
            </w:r>
          </w:p>
        </w:tc>
        <w:tc>
          <w:tcPr>
            <w:tcW w:w="960" w:type="dxa"/>
          </w:tcPr>
          <w:p w14:paraId="4DCF9644" w14:textId="77777777" w:rsidR="005B398A" w:rsidRDefault="00000000">
            <w:r>
              <w:t>2027 Q4</w:t>
            </w:r>
          </w:p>
        </w:tc>
      </w:tr>
      <w:tr w:rsidR="005B398A" w14:paraId="12F9A517" w14:textId="77777777">
        <w:tc>
          <w:tcPr>
            <w:tcW w:w="960" w:type="dxa"/>
          </w:tcPr>
          <w:p w14:paraId="2177D104" w14:textId="56683724" w:rsidR="005B398A" w:rsidRDefault="00000000">
            <w:r>
              <w:t xml:space="preserve">1. Gain </w:t>
            </w:r>
            <w:r w:rsidR="00B650C5">
              <w:t xml:space="preserve">a </w:t>
            </w:r>
            <w:r>
              <w:t>formal management qualification</w:t>
            </w:r>
          </w:p>
        </w:tc>
        <w:tc>
          <w:tcPr>
            <w:tcW w:w="960" w:type="dxa"/>
          </w:tcPr>
          <w:p w14:paraId="0C9A476B" w14:textId="77777777" w:rsidR="005B398A" w:rsidRDefault="00000000">
            <w:r>
              <w:t>✓</w:t>
            </w:r>
          </w:p>
        </w:tc>
        <w:tc>
          <w:tcPr>
            <w:tcW w:w="960" w:type="dxa"/>
          </w:tcPr>
          <w:p w14:paraId="15B299DB" w14:textId="77777777" w:rsidR="005B398A" w:rsidRDefault="00000000">
            <w:r>
              <w:t>✓</w:t>
            </w:r>
          </w:p>
        </w:tc>
        <w:tc>
          <w:tcPr>
            <w:tcW w:w="960" w:type="dxa"/>
          </w:tcPr>
          <w:p w14:paraId="7FC5330F" w14:textId="77777777" w:rsidR="005B398A" w:rsidRDefault="00000000">
            <w:r>
              <w:t>✓</w:t>
            </w:r>
          </w:p>
        </w:tc>
        <w:tc>
          <w:tcPr>
            <w:tcW w:w="960" w:type="dxa"/>
          </w:tcPr>
          <w:p w14:paraId="4B44B1BF" w14:textId="77777777" w:rsidR="005B398A" w:rsidRDefault="00000000">
            <w:r>
              <w:t>✓</w:t>
            </w:r>
          </w:p>
        </w:tc>
        <w:tc>
          <w:tcPr>
            <w:tcW w:w="960" w:type="dxa"/>
          </w:tcPr>
          <w:p w14:paraId="2563CA6C" w14:textId="77777777" w:rsidR="005B398A" w:rsidRDefault="00000000">
            <w:r>
              <w:t>✓</w:t>
            </w:r>
          </w:p>
        </w:tc>
        <w:tc>
          <w:tcPr>
            <w:tcW w:w="960" w:type="dxa"/>
          </w:tcPr>
          <w:p w14:paraId="00596981" w14:textId="77777777" w:rsidR="005B398A" w:rsidRDefault="00000000">
            <w:r>
              <w:t>✓</w:t>
            </w:r>
          </w:p>
        </w:tc>
        <w:tc>
          <w:tcPr>
            <w:tcW w:w="960" w:type="dxa"/>
          </w:tcPr>
          <w:p w14:paraId="01312C4B" w14:textId="77777777" w:rsidR="005B398A" w:rsidRDefault="00000000">
            <w:r>
              <w:t>✓</w:t>
            </w:r>
          </w:p>
        </w:tc>
        <w:tc>
          <w:tcPr>
            <w:tcW w:w="960" w:type="dxa"/>
          </w:tcPr>
          <w:p w14:paraId="567CF617" w14:textId="77777777" w:rsidR="005B398A" w:rsidRDefault="00000000">
            <w:r>
              <w:t>✓</w:t>
            </w:r>
          </w:p>
        </w:tc>
      </w:tr>
      <w:tr w:rsidR="005B398A" w14:paraId="1257A870" w14:textId="77777777">
        <w:tc>
          <w:tcPr>
            <w:tcW w:w="960" w:type="dxa"/>
          </w:tcPr>
          <w:p w14:paraId="0E3F1C28" w14:textId="77777777" w:rsidR="005B398A" w:rsidRDefault="00000000">
            <w:r>
              <w:t>2. Improve leadership and delegation skills</w:t>
            </w:r>
          </w:p>
        </w:tc>
        <w:tc>
          <w:tcPr>
            <w:tcW w:w="960" w:type="dxa"/>
          </w:tcPr>
          <w:p w14:paraId="2627D1DF" w14:textId="77777777" w:rsidR="005B398A" w:rsidRDefault="00000000">
            <w:r>
              <w:t>✓</w:t>
            </w:r>
          </w:p>
        </w:tc>
        <w:tc>
          <w:tcPr>
            <w:tcW w:w="960" w:type="dxa"/>
          </w:tcPr>
          <w:p w14:paraId="60AB1959" w14:textId="77777777" w:rsidR="005B398A" w:rsidRDefault="00000000">
            <w:r>
              <w:t>✓</w:t>
            </w:r>
          </w:p>
        </w:tc>
        <w:tc>
          <w:tcPr>
            <w:tcW w:w="960" w:type="dxa"/>
          </w:tcPr>
          <w:p w14:paraId="1EF85429" w14:textId="77777777" w:rsidR="005B398A" w:rsidRDefault="00000000">
            <w:r>
              <w:t>✓</w:t>
            </w:r>
          </w:p>
        </w:tc>
        <w:tc>
          <w:tcPr>
            <w:tcW w:w="960" w:type="dxa"/>
          </w:tcPr>
          <w:p w14:paraId="37C160CB" w14:textId="77777777" w:rsidR="005B398A" w:rsidRDefault="00000000">
            <w:r>
              <w:t>✓</w:t>
            </w:r>
          </w:p>
        </w:tc>
        <w:tc>
          <w:tcPr>
            <w:tcW w:w="960" w:type="dxa"/>
          </w:tcPr>
          <w:p w14:paraId="10AB128E" w14:textId="77777777" w:rsidR="005B398A" w:rsidRDefault="005B398A"/>
        </w:tc>
        <w:tc>
          <w:tcPr>
            <w:tcW w:w="960" w:type="dxa"/>
          </w:tcPr>
          <w:p w14:paraId="0DF39E04" w14:textId="77777777" w:rsidR="005B398A" w:rsidRDefault="005B398A"/>
        </w:tc>
        <w:tc>
          <w:tcPr>
            <w:tcW w:w="960" w:type="dxa"/>
          </w:tcPr>
          <w:p w14:paraId="5601BD6B" w14:textId="77777777" w:rsidR="005B398A" w:rsidRDefault="005B398A"/>
        </w:tc>
        <w:tc>
          <w:tcPr>
            <w:tcW w:w="960" w:type="dxa"/>
          </w:tcPr>
          <w:p w14:paraId="1BCC9408" w14:textId="77777777" w:rsidR="005B398A" w:rsidRDefault="005B398A"/>
        </w:tc>
      </w:tr>
      <w:tr w:rsidR="005B398A" w14:paraId="564C28DF" w14:textId="77777777">
        <w:tc>
          <w:tcPr>
            <w:tcW w:w="960" w:type="dxa"/>
          </w:tcPr>
          <w:p w14:paraId="47E586A3" w14:textId="77777777" w:rsidR="005B398A" w:rsidRDefault="00000000">
            <w:r>
              <w:t>3. Develop digital marketing &amp; CRM skills</w:t>
            </w:r>
          </w:p>
        </w:tc>
        <w:tc>
          <w:tcPr>
            <w:tcW w:w="960" w:type="dxa"/>
          </w:tcPr>
          <w:p w14:paraId="4B6AECA9" w14:textId="77777777" w:rsidR="005B398A" w:rsidRDefault="005B398A"/>
        </w:tc>
        <w:tc>
          <w:tcPr>
            <w:tcW w:w="960" w:type="dxa"/>
          </w:tcPr>
          <w:p w14:paraId="6005FA3E" w14:textId="77777777" w:rsidR="005B398A" w:rsidRDefault="00000000">
            <w:r>
              <w:t>✓</w:t>
            </w:r>
          </w:p>
        </w:tc>
        <w:tc>
          <w:tcPr>
            <w:tcW w:w="960" w:type="dxa"/>
          </w:tcPr>
          <w:p w14:paraId="605DF71C" w14:textId="77777777" w:rsidR="005B398A" w:rsidRDefault="00000000">
            <w:r>
              <w:t>✓</w:t>
            </w:r>
          </w:p>
        </w:tc>
        <w:tc>
          <w:tcPr>
            <w:tcW w:w="960" w:type="dxa"/>
          </w:tcPr>
          <w:p w14:paraId="0FDDDE2B" w14:textId="77777777" w:rsidR="005B398A" w:rsidRDefault="00000000">
            <w:r>
              <w:t>✓</w:t>
            </w:r>
          </w:p>
        </w:tc>
        <w:tc>
          <w:tcPr>
            <w:tcW w:w="960" w:type="dxa"/>
          </w:tcPr>
          <w:p w14:paraId="4DA0C7CD" w14:textId="77777777" w:rsidR="005B398A" w:rsidRDefault="005B398A"/>
        </w:tc>
        <w:tc>
          <w:tcPr>
            <w:tcW w:w="960" w:type="dxa"/>
          </w:tcPr>
          <w:p w14:paraId="2C1DD572" w14:textId="77777777" w:rsidR="005B398A" w:rsidRDefault="005B398A"/>
        </w:tc>
        <w:tc>
          <w:tcPr>
            <w:tcW w:w="960" w:type="dxa"/>
          </w:tcPr>
          <w:p w14:paraId="0F924551" w14:textId="77777777" w:rsidR="005B398A" w:rsidRDefault="005B398A"/>
        </w:tc>
        <w:tc>
          <w:tcPr>
            <w:tcW w:w="960" w:type="dxa"/>
          </w:tcPr>
          <w:p w14:paraId="7979F22A" w14:textId="77777777" w:rsidR="005B398A" w:rsidRDefault="005B398A"/>
        </w:tc>
      </w:tr>
      <w:tr w:rsidR="005B398A" w14:paraId="1ADD9DAE" w14:textId="77777777">
        <w:tc>
          <w:tcPr>
            <w:tcW w:w="960" w:type="dxa"/>
          </w:tcPr>
          <w:p w14:paraId="42C8D757" w14:textId="77777777" w:rsidR="005B398A" w:rsidRDefault="00000000">
            <w:r>
              <w:t>4. Strengthen strategic planning &amp; forecasting</w:t>
            </w:r>
          </w:p>
        </w:tc>
        <w:tc>
          <w:tcPr>
            <w:tcW w:w="960" w:type="dxa"/>
          </w:tcPr>
          <w:p w14:paraId="2DFA06C3" w14:textId="77777777" w:rsidR="005B398A" w:rsidRDefault="005B398A"/>
        </w:tc>
        <w:tc>
          <w:tcPr>
            <w:tcW w:w="960" w:type="dxa"/>
          </w:tcPr>
          <w:p w14:paraId="6BE23EBA" w14:textId="77777777" w:rsidR="005B398A" w:rsidRDefault="005B398A"/>
        </w:tc>
        <w:tc>
          <w:tcPr>
            <w:tcW w:w="960" w:type="dxa"/>
          </w:tcPr>
          <w:p w14:paraId="618D683E" w14:textId="77777777" w:rsidR="005B398A" w:rsidRDefault="00000000">
            <w:r>
              <w:t>✓</w:t>
            </w:r>
          </w:p>
        </w:tc>
        <w:tc>
          <w:tcPr>
            <w:tcW w:w="960" w:type="dxa"/>
          </w:tcPr>
          <w:p w14:paraId="08E50A56" w14:textId="77777777" w:rsidR="005B398A" w:rsidRDefault="00000000">
            <w:r>
              <w:t>✓</w:t>
            </w:r>
          </w:p>
        </w:tc>
        <w:tc>
          <w:tcPr>
            <w:tcW w:w="960" w:type="dxa"/>
          </w:tcPr>
          <w:p w14:paraId="55CA49BA" w14:textId="77777777" w:rsidR="005B398A" w:rsidRDefault="00000000">
            <w:r>
              <w:t>✓</w:t>
            </w:r>
          </w:p>
        </w:tc>
        <w:tc>
          <w:tcPr>
            <w:tcW w:w="960" w:type="dxa"/>
          </w:tcPr>
          <w:p w14:paraId="4C7B3F28" w14:textId="77777777" w:rsidR="005B398A" w:rsidRDefault="00000000">
            <w:r>
              <w:t>✓</w:t>
            </w:r>
          </w:p>
        </w:tc>
        <w:tc>
          <w:tcPr>
            <w:tcW w:w="960" w:type="dxa"/>
          </w:tcPr>
          <w:p w14:paraId="2F32D286" w14:textId="77777777" w:rsidR="005B398A" w:rsidRDefault="00000000">
            <w:r>
              <w:t>✓</w:t>
            </w:r>
          </w:p>
        </w:tc>
        <w:tc>
          <w:tcPr>
            <w:tcW w:w="960" w:type="dxa"/>
          </w:tcPr>
          <w:p w14:paraId="4BC33539" w14:textId="77777777" w:rsidR="005B398A" w:rsidRDefault="00000000">
            <w:r>
              <w:t>✓</w:t>
            </w:r>
          </w:p>
        </w:tc>
      </w:tr>
      <w:tr w:rsidR="005B398A" w14:paraId="7F06FD80" w14:textId="77777777">
        <w:tc>
          <w:tcPr>
            <w:tcW w:w="960" w:type="dxa"/>
          </w:tcPr>
          <w:p w14:paraId="42F6EB1C" w14:textId="77777777" w:rsidR="005B398A" w:rsidRDefault="00000000">
            <w:r>
              <w:t>5. Expand professional network &amp; industry knowledge</w:t>
            </w:r>
          </w:p>
        </w:tc>
        <w:tc>
          <w:tcPr>
            <w:tcW w:w="960" w:type="dxa"/>
          </w:tcPr>
          <w:p w14:paraId="15A67547" w14:textId="77777777" w:rsidR="005B398A" w:rsidRDefault="00000000">
            <w:r>
              <w:t>✓</w:t>
            </w:r>
          </w:p>
        </w:tc>
        <w:tc>
          <w:tcPr>
            <w:tcW w:w="960" w:type="dxa"/>
          </w:tcPr>
          <w:p w14:paraId="2DEDF20C" w14:textId="77777777" w:rsidR="005B398A" w:rsidRDefault="00000000">
            <w:r>
              <w:t>✓</w:t>
            </w:r>
          </w:p>
        </w:tc>
        <w:tc>
          <w:tcPr>
            <w:tcW w:w="960" w:type="dxa"/>
          </w:tcPr>
          <w:p w14:paraId="1C6B7441" w14:textId="77777777" w:rsidR="005B398A" w:rsidRDefault="00000000">
            <w:r>
              <w:t>✓</w:t>
            </w:r>
          </w:p>
        </w:tc>
        <w:tc>
          <w:tcPr>
            <w:tcW w:w="960" w:type="dxa"/>
          </w:tcPr>
          <w:p w14:paraId="61579670" w14:textId="77777777" w:rsidR="005B398A" w:rsidRDefault="00000000">
            <w:r>
              <w:t>✓</w:t>
            </w:r>
          </w:p>
        </w:tc>
        <w:tc>
          <w:tcPr>
            <w:tcW w:w="960" w:type="dxa"/>
          </w:tcPr>
          <w:p w14:paraId="783322B2" w14:textId="77777777" w:rsidR="005B398A" w:rsidRDefault="00000000">
            <w:r>
              <w:t>✓</w:t>
            </w:r>
          </w:p>
        </w:tc>
        <w:tc>
          <w:tcPr>
            <w:tcW w:w="960" w:type="dxa"/>
          </w:tcPr>
          <w:p w14:paraId="5CC708F7" w14:textId="77777777" w:rsidR="005B398A" w:rsidRDefault="00000000">
            <w:r>
              <w:t>✓</w:t>
            </w:r>
          </w:p>
        </w:tc>
        <w:tc>
          <w:tcPr>
            <w:tcW w:w="960" w:type="dxa"/>
          </w:tcPr>
          <w:p w14:paraId="5AAFC0C6" w14:textId="77777777" w:rsidR="005B398A" w:rsidRDefault="00000000">
            <w:r>
              <w:t>✓</w:t>
            </w:r>
          </w:p>
        </w:tc>
        <w:tc>
          <w:tcPr>
            <w:tcW w:w="960" w:type="dxa"/>
          </w:tcPr>
          <w:p w14:paraId="23834BFD" w14:textId="77777777" w:rsidR="005B398A" w:rsidRDefault="00000000">
            <w:r>
              <w:t>✓</w:t>
            </w:r>
          </w:p>
        </w:tc>
      </w:tr>
    </w:tbl>
    <w:p w14:paraId="655C8147" w14:textId="1B15987B" w:rsidR="005B398A" w:rsidRDefault="00000000">
      <w:r>
        <w:t xml:space="preserve">Balancing full-time employment with academic study demonstrates my commitment to lifelong learning. The PDP ensures that my short, medium and long-term goals are measurable and achievable, directly aligning with </w:t>
      </w:r>
      <w:r w:rsidR="00154A23">
        <w:t>my current employment</w:t>
      </w:r>
      <w:r>
        <w:t xml:space="preserve"> strategic growth. By developing my leadership, digital, and strategic skills, I aim to transition into </w:t>
      </w:r>
      <w:r>
        <w:lastRenderedPageBreak/>
        <w:t>a Regional or National Sales Director role within five years. This reflective plan illustrates my proactive approach to personal development and readiness for senior leadership within the evolving energy and technology marketplace.</w:t>
      </w:r>
    </w:p>
    <w:p w14:paraId="7F736B61" w14:textId="6E2D9319" w:rsidR="00F900D4" w:rsidRDefault="00F900D4">
      <w:r>
        <w:t xml:space="preserve">This report presents a structured analysis of my employability and professional growth within the energy sector. </w:t>
      </w:r>
      <w:r>
        <w:br/>
        <w:t xml:space="preserve">It begins with a comparison of four job adverts for Sales Manager positions to identify essential skills and knowledge areas. </w:t>
      </w:r>
      <w:r>
        <w:br/>
        <w:t xml:space="preserve">A self-assessment then evaluates my current abilities, supported by evidence from my role at </w:t>
      </w:r>
      <w:r w:rsidR="00F76ABE">
        <w:t xml:space="preserve">my current </w:t>
      </w:r>
      <w:r w:rsidR="00FC1A01">
        <w:t>employment</w:t>
      </w:r>
      <w:r>
        <w:t xml:space="preserve"> and academic studies at the University of Wales Trinity Saint David (UWTSD) in Birmingham. </w:t>
      </w:r>
      <w:r>
        <w:br/>
        <w:t>Finally, a Personal Development Plan (PDP) outlines short, medium</w:t>
      </w:r>
      <w:r w:rsidR="00FC1A01">
        <w:t xml:space="preserve"> </w:t>
      </w:r>
      <w:r>
        <w:t xml:space="preserve">and long-term goals to enhance leadership, digital skills, and strategic planning. </w:t>
      </w:r>
      <w:r>
        <w:br/>
        <w:t>The report demonstrates my readiness for continued career advancement through the integration of professional experience, reflective analysis, and academic learning</w:t>
      </w:r>
    </w:p>
    <w:sectPr w:rsidR="00F900D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1409DB"/>
    <w:multiLevelType w:val="hybridMultilevel"/>
    <w:tmpl w:val="EBA81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7001F0"/>
    <w:multiLevelType w:val="hybridMultilevel"/>
    <w:tmpl w:val="AC8E3F0A"/>
    <w:lvl w:ilvl="0" w:tplc="AF3C08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112002"/>
    <w:multiLevelType w:val="hybridMultilevel"/>
    <w:tmpl w:val="8D7AF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4698669">
    <w:abstractNumId w:val="8"/>
  </w:num>
  <w:num w:numId="2" w16cid:durableId="994720286">
    <w:abstractNumId w:val="6"/>
  </w:num>
  <w:num w:numId="3" w16cid:durableId="240216853">
    <w:abstractNumId w:val="5"/>
  </w:num>
  <w:num w:numId="4" w16cid:durableId="566650147">
    <w:abstractNumId w:val="4"/>
  </w:num>
  <w:num w:numId="5" w16cid:durableId="70548326">
    <w:abstractNumId w:val="7"/>
  </w:num>
  <w:num w:numId="6" w16cid:durableId="1947418828">
    <w:abstractNumId w:val="3"/>
  </w:num>
  <w:num w:numId="7" w16cid:durableId="1271282985">
    <w:abstractNumId w:val="2"/>
  </w:num>
  <w:num w:numId="8" w16cid:durableId="2016574102">
    <w:abstractNumId w:val="1"/>
  </w:num>
  <w:num w:numId="9" w16cid:durableId="1768191985">
    <w:abstractNumId w:val="0"/>
  </w:num>
  <w:num w:numId="10" w16cid:durableId="526523251">
    <w:abstractNumId w:val="11"/>
  </w:num>
  <w:num w:numId="11" w16cid:durableId="245574421">
    <w:abstractNumId w:val="9"/>
  </w:num>
  <w:num w:numId="12" w16cid:durableId="14717028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E5B"/>
    <w:rsid w:val="00034616"/>
    <w:rsid w:val="0006063C"/>
    <w:rsid w:val="000803A2"/>
    <w:rsid w:val="00116DA1"/>
    <w:rsid w:val="001361CF"/>
    <w:rsid w:val="0014638D"/>
    <w:rsid w:val="0015074B"/>
    <w:rsid w:val="00154A23"/>
    <w:rsid w:val="001816A4"/>
    <w:rsid w:val="001E0B24"/>
    <w:rsid w:val="00210816"/>
    <w:rsid w:val="002814F0"/>
    <w:rsid w:val="0029639D"/>
    <w:rsid w:val="003201BB"/>
    <w:rsid w:val="00326F90"/>
    <w:rsid w:val="003340ED"/>
    <w:rsid w:val="003D64EC"/>
    <w:rsid w:val="003E469E"/>
    <w:rsid w:val="00462E59"/>
    <w:rsid w:val="004B7983"/>
    <w:rsid w:val="00500954"/>
    <w:rsid w:val="00515922"/>
    <w:rsid w:val="005439D8"/>
    <w:rsid w:val="005B398A"/>
    <w:rsid w:val="005E16C4"/>
    <w:rsid w:val="005F2622"/>
    <w:rsid w:val="006422EC"/>
    <w:rsid w:val="00642FDB"/>
    <w:rsid w:val="006661D5"/>
    <w:rsid w:val="006769B8"/>
    <w:rsid w:val="006E7283"/>
    <w:rsid w:val="007A7746"/>
    <w:rsid w:val="007E63C8"/>
    <w:rsid w:val="007F3E29"/>
    <w:rsid w:val="00854B2C"/>
    <w:rsid w:val="00877DC1"/>
    <w:rsid w:val="00937F45"/>
    <w:rsid w:val="009B659F"/>
    <w:rsid w:val="009C4AEC"/>
    <w:rsid w:val="00AA1D8D"/>
    <w:rsid w:val="00AC0F13"/>
    <w:rsid w:val="00AD5DEA"/>
    <w:rsid w:val="00AD6077"/>
    <w:rsid w:val="00AE7FBA"/>
    <w:rsid w:val="00B01F48"/>
    <w:rsid w:val="00B32CC1"/>
    <w:rsid w:val="00B47730"/>
    <w:rsid w:val="00B650C5"/>
    <w:rsid w:val="00B85E80"/>
    <w:rsid w:val="00C062BD"/>
    <w:rsid w:val="00C85484"/>
    <w:rsid w:val="00CA78A8"/>
    <w:rsid w:val="00CB0664"/>
    <w:rsid w:val="00D02CAF"/>
    <w:rsid w:val="00D63E30"/>
    <w:rsid w:val="00D80F2D"/>
    <w:rsid w:val="00D86797"/>
    <w:rsid w:val="00E36234"/>
    <w:rsid w:val="00E708A6"/>
    <w:rsid w:val="00E9215A"/>
    <w:rsid w:val="00EA625A"/>
    <w:rsid w:val="00F07407"/>
    <w:rsid w:val="00F45311"/>
    <w:rsid w:val="00F76ABE"/>
    <w:rsid w:val="00F900D4"/>
    <w:rsid w:val="00FC1A01"/>
    <w:rsid w:val="00FC1E0E"/>
    <w:rsid w:val="00FC693F"/>
    <w:rsid w:val="00FC7B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062061"/>
  <w14:defaultImageDpi w14:val="300"/>
  <w15:docId w15:val="{6627D6A3-E2EB-4DCB-81F7-8AD5C57FF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07407"/>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Pages>
  <Words>1518</Words>
  <Characters>9570</Characters>
  <Application>Microsoft Office Word</Application>
  <DocSecurity>0</DocSecurity>
  <Lines>382</Lines>
  <Paragraphs>149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James Masih</cp:lastModifiedBy>
  <cp:revision>60</cp:revision>
  <dcterms:created xsi:type="dcterms:W3CDTF">2013-12-23T23:15:00Z</dcterms:created>
  <dcterms:modified xsi:type="dcterms:W3CDTF">2025-11-08T21:07:00Z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2ce61bc2-3c94-4e9f-a8ec-9315d865596d</vt:lpwstr>
  </property>
</Properties>
</file>