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</w:rPr>
        <w:t>Finance Manager CV</w:t>
      </w:r>
    </w:p>
    <w:p>
      <w:r>
        <w:t>Name: [Your Name]</w:t>
      </w:r>
    </w:p>
    <w:p>
      <w:r>
        <w:t>Email: [Your Email]</w:t>
      </w:r>
    </w:p>
    <w:p>
      <w:r>
        <w:t>Phone: [Your Phone]</w:t>
      </w:r>
    </w:p>
    <w:p>
      <w:r>
        <w:t>Location: London, UK</w:t>
      </w:r>
    </w:p>
    <w:p>
      <w:r>
        <w:rPr>
          <w:b/>
        </w:rPr>
        <w:t>Professional Summary</w:t>
      </w:r>
    </w:p>
    <w:p>
      <w:r>
        <w:t>Finance Manager with 8+ years of experience in budgeting, forecasting, and financial control.</w:t>
      </w:r>
    </w:p>
    <w:p>
      <w:r>
        <w:t>Delivers accurate reporting, reduces costs, and improves cash flow.</w:t>
      </w:r>
    </w:p>
    <w:p>
      <w:r>
        <w:t>Leads teams and supports senior leaders with clear financial insight.</w:t>
      </w:r>
    </w:p>
    <w:p>
      <w:r>
        <w:rPr>
          <w:b/>
        </w:rPr>
        <w:t>Core Skills</w:t>
      </w:r>
    </w:p>
    <w:p>
      <w:r>
        <w:t>Financial planning and analysis</w:t>
      </w:r>
    </w:p>
    <w:p>
      <w:r>
        <w:t>Budgeting and forecasting</w:t>
      </w:r>
    </w:p>
    <w:p>
      <w:r>
        <w:t>Cash flow management</w:t>
      </w:r>
    </w:p>
    <w:p>
      <w:r>
        <w:t>Variance analysis</w:t>
      </w:r>
    </w:p>
    <w:p>
      <w:r>
        <w:t>Financial reporting</w:t>
      </w:r>
    </w:p>
    <w:p>
      <w:r>
        <w:t>Team leadership</w:t>
      </w:r>
    </w:p>
    <w:p>
      <w:r>
        <w:t>Stakeholder management</w:t>
      </w:r>
    </w:p>
    <w:p>
      <w:r>
        <w:t>ERP systems, SAP, Oracle</w:t>
      </w:r>
    </w:p>
    <w:p>
      <w:r>
        <w:t>Advanced Excel</w:t>
      </w:r>
    </w:p>
    <w:p>
      <w:r>
        <w:rPr>
          <w:b/>
        </w:rPr>
        <w:t>Professional Experience</w:t>
      </w:r>
    </w:p>
    <w:p>
      <w:r>
        <w:rPr>
          <w:b/>
        </w:rPr>
        <w:t>Finance Manager, [Company Name], London</w:t>
      </w:r>
    </w:p>
    <w:p>
      <w:r>
        <w:t>Jan 2021 to Present</w:t>
      </w:r>
    </w:p>
    <w:p>
      <w:r>
        <w:t>Led monthly financial reporting for a £50M business unit.</w:t>
      </w:r>
    </w:p>
    <w:p>
      <w:r>
        <w:t>Reduced reporting cycle from 10 days to 5 days.</w:t>
      </w:r>
    </w:p>
    <w:p>
      <w:r>
        <w:t>Situation: Reporting delays impacted decisions.</w:t>
      </w:r>
    </w:p>
    <w:p>
      <w:r>
        <w:t>Task: Improve speed and accuracy.</w:t>
      </w:r>
    </w:p>
    <w:p>
      <w:r>
        <w:t>Action: Standardized templates and automated data pulls.</w:t>
      </w:r>
    </w:p>
    <w:p>
      <w:r>
        <w:t>Result: Cut reporting time by 50 percent and improved accuracy by 30 percent.</w:t>
      </w:r>
    </w:p>
    <w:p>
      <w:r>
        <w:t>Managed annual budget across 5 departments.</w:t>
      </w:r>
    </w:p>
    <w:p>
      <w:r>
        <w:t>Delivered 8 percent cost savings year on year.</w:t>
      </w:r>
    </w:p>
    <w:p>
      <w:r>
        <w:t>Situation: Rising operating costs.</w:t>
      </w:r>
    </w:p>
    <w:p>
      <w:r>
        <w:t>Task: Control spending.</w:t>
      </w:r>
    </w:p>
    <w:p>
      <w:r>
        <w:t>Action: Introduced cost tracking and review cadence.</w:t>
      </w:r>
    </w:p>
    <w:p>
      <w:r>
        <w:t>Result: Saved £2M within one fiscal year.</w:t>
      </w:r>
    </w:p>
    <w:p>
      <w:r>
        <w:t>Improved cash flow by tightening receivables process.</w:t>
      </w:r>
    </w:p>
    <w:p>
      <w:r>
        <w:t>Situation: Slow collections affected liquidity.</w:t>
      </w:r>
    </w:p>
    <w:p>
      <w:r>
        <w:t>Task: Improve cash position.</w:t>
      </w:r>
    </w:p>
    <w:p>
      <w:r>
        <w:t>Action: Set clear payment terms and tracked overdue accounts.</w:t>
      </w:r>
    </w:p>
    <w:p>
      <w:r>
        <w:t>Result: Reduced debtor days from 60 to 35.</w:t>
      </w:r>
    </w:p>
    <w:p>
      <w:r>
        <w:rPr>
          <w:b/>
        </w:rPr>
        <w:t>Senior Financial Analyst, [Company Name], London</w:t>
      </w:r>
    </w:p>
    <w:p>
      <w:r>
        <w:t>Jun 2017 to Dec 2020</w:t>
      </w:r>
    </w:p>
    <w:p>
      <w:r>
        <w:t>Built forecasting models for revenue and costs.</w:t>
      </w:r>
    </w:p>
    <w:p>
      <w:r>
        <w:t>Improved forecast accuracy by 20 percent.</w:t>
      </w:r>
    </w:p>
    <w:p>
      <w:r>
        <w:t>Situation: Forecast errors caused budget gaps.</w:t>
      </w:r>
    </w:p>
    <w:p>
      <w:r>
        <w:t>Task: Increase forecast reliability.</w:t>
      </w:r>
    </w:p>
    <w:p>
      <w:r>
        <w:t>Action: Used historical data and scenario analysis.</w:t>
      </w:r>
    </w:p>
    <w:p>
      <w:r>
        <w:t>Result: Reduced variance from 15 percent to 5 percent.</w:t>
      </w:r>
    </w:p>
    <w:p>
      <w:r>
        <w:t>Supported senior management with weekly reports.</w:t>
      </w:r>
    </w:p>
    <w:p>
      <w:r>
        <w:t>Enabled faster decision making.</w:t>
      </w:r>
    </w:p>
    <w:p>
      <w:r>
        <w:rPr>
          <w:b/>
        </w:rPr>
        <w:t>Education</w:t>
      </w:r>
    </w:p>
    <w:p>
      <w:r>
        <w:t>Bachelor’s Degree in Finance or Accounting, [University Name]</w:t>
      </w:r>
    </w:p>
    <w:p>
      <w:r>
        <w:rPr>
          <w:b/>
        </w:rPr>
        <w:t>Certifications</w:t>
      </w:r>
    </w:p>
    <w:p>
      <w:r>
        <w:t>ACCA or CIMA qualified</w:t>
      </w:r>
    </w:p>
    <w:p>
      <w:r>
        <w:br w:type="page"/>
      </w:r>
    </w:p>
    <w:p>
      <w:r>
        <w:rPr>
          <w:b/>
        </w:rPr>
        <w:t>Cover Letter</w:t>
      </w:r>
    </w:p>
    <w:p>
      <w:r>
        <w:t>Dear Hiring Manager,</w:t>
      </w:r>
    </w:p>
    <w:p>
      <w:r>
        <w:t>You need a Finance Manager who delivers clear numbers and strong control. I bring that.</w:t>
      </w:r>
    </w:p>
    <w:p>
      <w:r>
        <w:t>I have led reporting, budgeting, and cash flow improvement for complex operations.</w:t>
      </w:r>
    </w:p>
    <w:p>
      <w:r>
        <w:t>In my current role, I reduced reporting time by 50 percent and improved accuracy by 30 percent.</w:t>
      </w:r>
    </w:p>
    <w:p>
      <w:r>
        <w:t>I achieved this by standardizing processes and automating data collection.</w:t>
      </w:r>
    </w:p>
    <w:p>
      <w:r>
        <w:t>You get faster and more reliable insights.</w:t>
      </w:r>
    </w:p>
    <w:p>
      <w:r>
        <w:t>I also delivered £2M in cost savings.</w:t>
      </w:r>
    </w:p>
    <w:p>
      <w:r>
        <w:t>I set up structured cost tracking and regular reviews.</w:t>
      </w:r>
    </w:p>
    <w:p>
      <w:r>
        <w:t>You gain control over spending and protect margins.</w:t>
      </w:r>
    </w:p>
    <w:p>
      <w:r>
        <w:t>Cash flow is a priority.</w:t>
      </w:r>
    </w:p>
    <w:p>
      <w:r>
        <w:t>I reduced debtor days from 60 to 35.</w:t>
      </w:r>
    </w:p>
    <w:p>
      <w:r>
        <w:t>I enforced payment terms and tracked overdue accounts.</w:t>
      </w:r>
    </w:p>
    <w:p>
      <w:r>
        <w:t>You improve liquidity and reduce risk.</w:t>
      </w:r>
    </w:p>
    <w:p>
      <w:r>
        <w:t>I work closely with senior leaders.</w:t>
      </w:r>
    </w:p>
    <w:p>
      <w:r>
        <w:t>I provide clear and direct financial insight.</w:t>
      </w:r>
    </w:p>
    <w:p>
      <w:r>
        <w:t>You can act with confidence.</w:t>
      </w:r>
    </w:p>
    <w:p>
      <w:r>
        <w:t>I am ready to support your finance function and drive results.</w:t>
      </w:r>
    </w:p>
    <w:p>
      <w:r>
        <w:t>Sincerely,</w:t>
      </w:r>
    </w:p>
    <w:p>
      <w:r>
        <w:t>[Your Name]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