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Creating a Basic Interactive Wireframe in Figma</w:t>
      </w:r>
    </w:p>
    <w:p>
      <w:pPr>
        <w:spacing w:after="180"/>
      </w:pPr>
      <w:r>
        <w:rPr>
          <w:rFonts w:ascii="Aptos" w:hAnsi="Aptos"/>
          <w:b/>
          <w:color w:val="365F91"/>
          <w:sz w:val="22"/>
        </w:rPr>
        <w:t>Independent student guide for the Campus Booking example</w:t>
      </w:r>
    </w:p>
    <w:p>
      <w:pPr>
        <w:pStyle w:val="BodyText"/>
      </w:pPr>
      <w:r>
        <w:rPr>
          <w:rFonts w:ascii="Aptos" w:hAnsi="Aptos"/>
          <w:b w:val="0"/>
          <w:color w:val="000000"/>
          <w:sz w:val="21"/>
        </w:rPr>
        <w:t>Use this guide to create two iPhone 16 wireframe screens and connect them as a simple interactive prototype. You can work through it during the workshop or use it independently if you miss the class. No previous experience of Figma is assumed.</w:t>
      </w:r>
    </w:p>
    <w:p>
      <w:pPr>
        <w:pStyle w:val="Heading1"/>
      </w:pPr>
      <w:r>
        <w:t>What you will create</w:t>
      </w:r>
    </w:p>
    <w:tbl>
      <w:tblPr>
        <w:tblW w:type="auto" w:w="0"/>
        <w:jc w:val="center"/>
        <w:tblLayout w:type="fixed"/>
        <w:tblLook w:firstColumn="1" w:firstRow="1" w:lastColumn="0" w:lastRow="0" w:noHBand="0" w:noVBand="1" w:val="04A0"/>
      </w:tblPr>
      <w:tblGrid>
        <w:gridCol w:w="5083"/>
        <w:gridCol w:w="5083"/>
      </w:tblGrid>
      <w:tr>
        <w:tc>
          <w:tcPr>
            <w:tcW w:type="dxa" w:w="4680"/>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20"/>
              </w:rPr>
              <w:t>01 Home</w:t>
            </w:r>
          </w:p>
        </w:tc>
        <w:tc>
          <w:tcPr>
            <w:tcW w:type="dxa" w:w="4680"/>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20"/>
              </w:rPr>
              <w:t>02 Book Computer</w:t>
            </w:r>
          </w:p>
        </w:tc>
      </w:tr>
      <w:tr>
        <w:tc>
          <w:tcPr>
            <w:tcW w:type="dxa" w:w="5083"/>
            <w:tcBorders>
              <w:top w:val="single" w:sz="12" w:color="9E9E9E"/>
              <w:left w:val="single" w:sz="12" w:color="9E9E9E"/>
              <w:bottom w:val="single" w:sz="12" w:color="9E9E9E"/>
              <w:right w:val="single" w:sz="12" w:color="9E9E9E"/>
              <w:insideH w:val="single" w:sz="12" w:color="9E9E9E"/>
              <w:insideV w:val="single" w:sz="12" w:color="9E9E9E"/>
            </w:tcBorders>
            <w:tcMar>
              <w:top w:w="180" w:type="dxa"/>
              <w:start w:w="200" w:type="dxa"/>
              <w:bottom w:w="180" w:type="dxa"/>
              <w:end w:w="200" w:type="dxa"/>
            </w:tcMar>
          </w:tcPr>
          <w:p>
            <w:pPr>
              <w:spacing w:after="60"/>
              <w:jc w:val="center"/>
            </w:pPr>
            <w:r>
              <w:rPr>
                <w:rFonts w:ascii="Aptos" w:hAnsi="Aptos"/>
                <w:b w:val="0"/>
                <w:color w:val="000000"/>
                <w:sz w:val="19"/>
              </w:rPr>
              <w:t>Logo</w:t>
              <w:br/>
              <w:br/>
              <w:t>Book campus facilities</w:t>
              <w:br/>
              <w:br/>
              <w:t>Instructions</w:t>
              <w:br/>
              <w:br/>
              <w:t>[ Book a study room ]</w:t>
              <w:br/>
              <w:br/>
              <w:t>[ Book a computer ]</w:t>
            </w:r>
          </w:p>
        </w:tc>
        <w:tc>
          <w:tcPr>
            <w:tcW w:type="dxa" w:w="5083"/>
            <w:tcBorders>
              <w:top w:val="single" w:sz="12" w:color="9E9E9E"/>
              <w:left w:val="single" w:sz="12" w:color="9E9E9E"/>
              <w:bottom w:val="single" w:sz="12" w:color="9E9E9E"/>
              <w:right w:val="single" w:sz="12" w:color="9E9E9E"/>
              <w:insideH w:val="single" w:sz="12" w:color="9E9E9E"/>
              <w:insideV w:val="single" w:sz="12" w:color="9E9E9E"/>
            </w:tcBorders>
            <w:tcMar>
              <w:top w:w="180" w:type="dxa"/>
              <w:start w:w="200" w:type="dxa"/>
              <w:bottom w:w="180" w:type="dxa"/>
              <w:end w:w="200" w:type="dxa"/>
            </w:tcMar>
          </w:tcPr>
          <w:p>
            <w:pPr>
              <w:spacing w:after="60"/>
              <w:jc w:val="center"/>
            </w:pPr>
            <w:r>
              <w:rPr>
                <w:rFonts w:ascii="Aptos" w:hAnsi="Aptos"/>
                <w:b w:val="0"/>
                <w:color w:val="000000"/>
                <w:sz w:val="19"/>
              </w:rPr>
              <w:t>Logo</w:t>
              <w:br/>
              <w:br/>
              <w:t>Book a computer</w:t>
              <w:br/>
              <w:br/>
              <w:t>Instructions</w:t>
              <w:br/>
              <w:br/>
              <w:t>Location dropdown</w:t>
              <w:br/>
              <w:br/>
              <w:t>Date selector</w:t>
              <w:br/>
              <w:br/>
              <w:t>Time selector</w:t>
              <w:br/>
              <w:br/>
              <w:t>[ Confirm booking ]</w:t>
            </w:r>
          </w:p>
        </w:tc>
      </w:tr>
    </w:tbl>
    <w:p>
      <w:pPr>
        <w:pStyle w:val="BodyText"/>
      </w:pPr>
      <w:r>
        <w:rPr>
          <w:rFonts w:ascii="Aptos" w:hAnsi="Aptos"/>
          <w:b w:val="0"/>
          <w:color w:val="000000"/>
          <w:sz w:val="21"/>
        </w:rPr>
        <w:t>The Book a computer button on the first screen will open the second screen when the prototype is played. The dropdown, date, time and confirmation controls will be represented visually but do not need to function in this introductory exercise.</w:t>
      </w:r>
    </w:p>
    <w:p>
      <w:pPr>
        <w:pStyle w:val="Heading1"/>
      </w:pPr>
      <w:r>
        <w:t>Before you start</w:t>
      </w:r>
    </w:p>
    <w:p>
      <w:pPr>
        <w:pStyle w:val="BodyText"/>
        <w:ind w:left="317" w:hanging="259"/>
      </w:pPr>
      <w:r>
        <w:rPr>
          <w:rFonts w:ascii="Aptos" w:hAnsi="Aptos"/>
          <w:b w:val="0"/>
          <w:color w:val="000000"/>
          <w:sz w:val="21"/>
        </w:rPr>
        <w:t>☐  Sign in to Figma in a web browser or the desktop application.</w:t>
      </w:r>
    </w:p>
    <w:p>
      <w:pPr>
        <w:pStyle w:val="BodyText"/>
        <w:ind w:left="317" w:hanging="259"/>
      </w:pPr>
      <w:r>
        <w:rPr>
          <w:rFonts w:ascii="Aptos" w:hAnsi="Aptos"/>
          <w:b w:val="0"/>
          <w:color w:val="000000"/>
          <w:sz w:val="21"/>
        </w:rPr>
        <w:t>☐  Make sure you can create and edit a Figma Design file.</w:t>
      </w:r>
    </w:p>
    <w:p>
      <w:pPr>
        <w:pStyle w:val="BodyText"/>
        <w:ind w:left="317" w:hanging="259"/>
      </w:pPr>
      <w:r>
        <w:rPr>
          <w:rFonts w:ascii="Aptos" w:hAnsi="Aptos"/>
          <w:b w:val="0"/>
          <w:color w:val="000000"/>
          <w:sz w:val="21"/>
        </w:rPr>
        <w:t>☐  Allow approximately 30 to 40 minutes if you are working without a tutor.</w:t>
      </w:r>
    </w:p>
    <w:p>
      <w:pPr>
        <w:pStyle w:val="Heading1"/>
      </w:pPr>
      <w:r>
        <w:t>Useful terms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232"/>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19"/>
              </w:rPr>
              <w:t>Term</w:t>
            </w:r>
          </w:p>
        </w:tc>
        <w:tc>
          <w:tcPr>
            <w:tcW w:type="dxa" w:w="7128"/>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19"/>
              </w:rPr>
              <w:t>Meaning in this exercise</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Figma page</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A workspace used to organise related design work.</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Frame</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A container representing one interface screen.</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Component</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A reusable interface element defined in a file or library.</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Instance</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A reusable copy of a component placed in your design.</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Prototype interaction</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A trigger and action that make part of the design respond.</w:t>
            </w:r>
          </w:p>
        </w:tc>
      </w:tr>
      <w:tr>
        <w:tc>
          <w:tcPr>
            <w:tcW w:type="dxa" w:w="2232"/>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Starting frame</w:t>
            </w:r>
          </w:p>
        </w:tc>
        <w:tc>
          <w:tcPr>
            <w:tcW w:type="dxa" w:w="7128"/>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The first screen shown when the prototype is played.</w:t>
            </w:r>
          </w:p>
        </w:tc>
      </w:tr>
    </w:tbl>
    <w:p>
      <w:pPr>
        <w:spacing w:after="20"/>
      </w:pPr>
    </w:p>
    <w:p>
      <w:r>
        <w:br w:type="page"/>
      </w:r>
    </w:p>
    <w:p>
      <w:pPr>
        <w:pStyle w:val="Heading1"/>
      </w:pPr>
      <w:r>
        <w:t>1  Create and name the file</w:t>
      </w:r>
    </w:p>
    <w:p>
      <w:pPr>
        <w:pStyle w:val="BodyText"/>
        <w:spacing w:after="100"/>
        <w:ind w:left="403" w:hanging="403"/>
      </w:pPr>
      <w:r>
        <w:rPr>
          <w:rFonts w:ascii="Aptos" w:hAnsi="Aptos"/>
          <w:b/>
          <w:color w:val="365F91"/>
          <w:sz w:val="21"/>
        </w:rPr>
        <w:t xml:space="preserve">1.  </w:t>
      </w:r>
      <w:r>
        <w:rPr>
          <w:rFonts w:ascii="Aptos" w:hAnsi="Aptos"/>
          <w:b w:val="0"/>
          <w:color w:val="000000"/>
          <w:sz w:val="21"/>
        </w:rPr>
        <w:t>Create a new Figma Design file.</w:t>
      </w:r>
    </w:p>
    <w:p>
      <w:pPr>
        <w:pStyle w:val="BodyText"/>
        <w:spacing w:after="100"/>
        <w:ind w:left="403" w:hanging="403"/>
      </w:pPr>
      <w:r>
        <w:rPr>
          <w:rFonts w:ascii="Aptos" w:hAnsi="Aptos"/>
          <w:b/>
          <w:color w:val="365F91"/>
          <w:sz w:val="21"/>
        </w:rPr>
        <w:t xml:space="preserve">2.  </w:t>
      </w:r>
      <w:r>
        <w:rPr>
          <w:rFonts w:ascii="Aptos" w:hAnsi="Aptos"/>
          <w:b w:val="0"/>
          <w:color w:val="000000"/>
          <w:sz w:val="21"/>
        </w:rPr>
        <w:t>Rename the file Campus Booking Wireframe.</w:t>
      </w:r>
    </w:p>
    <w:p>
      <w:pPr>
        <w:pStyle w:val="BodyText"/>
        <w:spacing w:after="100"/>
        <w:ind w:left="403" w:hanging="403"/>
      </w:pPr>
      <w:r>
        <w:rPr>
          <w:rFonts w:ascii="Aptos" w:hAnsi="Aptos"/>
          <w:b/>
          <w:color w:val="365F91"/>
          <w:sz w:val="21"/>
        </w:rPr>
        <w:t xml:space="preserve">3.  </w:t>
      </w:r>
      <w:r>
        <w:rPr>
          <w:rFonts w:ascii="Aptos" w:hAnsi="Aptos"/>
          <w:b w:val="0"/>
          <w:color w:val="000000"/>
          <w:sz w:val="21"/>
        </w:rPr>
        <w:t>In the Layers panel, rename the current Figma page Wireframes.</w:t>
      </w:r>
    </w:p>
    <w:p>
      <w:pPr>
        <w:pStyle w:val="BodyText"/>
      </w:pPr>
      <w:r>
        <w:rPr>
          <w:rFonts w:ascii="Aptos" w:hAnsi="Aptos"/>
          <w:b w:val="0"/>
          <w:color w:val="000000"/>
          <w:sz w:val="21"/>
        </w:rPr>
        <w:t>You will keep both interface screens on this one Figma page. The screens themselves will be frames.</w:t>
      </w:r>
    </w:p>
    <w:p>
      <w:pPr>
        <w:pStyle w:val="Heading1"/>
      </w:pPr>
      <w:r>
        <w:t>2  Add Simple Design System</w:t>
      </w:r>
    </w:p>
    <w:p>
      <w:pPr>
        <w:pStyle w:val="BodyText"/>
        <w:spacing w:after="100"/>
        <w:ind w:left="403" w:hanging="403"/>
      </w:pPr>
      <w:r>
        <w:rPr>
          <w:rFonts w:ascii="Aptos" w:hAnsi="Aptos"/>
          <w:b/>
          <w:color w:val="365F91"/>
          <w:sz w:val="21"/>
        </w:rPr>
        <w:t xml:space="preserve">1.  </w:t>
      </w:r>
      <w:r>
        <w:rPr>
          <w:rFonts w:ascii="Aptos" w:hAnsi="Aptos"/>
          <w:b w:val="0"/>
          <w:color w:val="000000"/>
          <w:sz w:val="21"/>
        </w:rPr>
        <w:t>Open Assets in the left sidebar.</w:t>
      </w:r>
    </w:p>
    <w:p>
      <w:pPr>
        <w:pStyle w:val="BodyText"/>
        <w:spacing w:after="100"/>
        <w:ind w:left="403" w:hanging="403"/>
      </w:pPr>
      <w:r>
        <w:rPr>
          <w:rFonts w:ascii="Aptos" w:hAnsi="Aptos"/>
          <w:b/>
          <w:color w:val="365F91"/>
          <w:sz w:val="21"/>
        </w:rPr>
        <w:t xml:space="preserve">2.  </w:t>
      </w:r>
      <w:r>
        <w:rPr>
          <w:rFonts w:ascii="Aptos" w:hAnsi="Aptos"/>
          <w:b w:val="0"/>
          <w:color w:val="000000"/>
          <w:sz w:val="21"/>
        </w:rPr>
        <w:t>Choose the Libraries icon.</w:t>
      </w:r>
    </w:p>
    <w:p>
      <w:pPr>
        <w:pStyle w:val="BodyText"/>
        <w:spacing w:after="100"/>
        <w:ind w:left="403" w:hanging="403"/>
      </w:pPr>
      <w:r>
        <w:rPr>
          <w:rFonts w:ascii="Aptos" w:hAnsi="Aptos"/>
          <w:b/>
          <w:color w:val="365F91"/>
          <w:sz w:val="21"/>
        </w:rPr>
        <w:t xml:space="preserve">3.  </w:t>
      </w:r>
      <w:r>
        <w:rPr>
          <w:rFonts w:ascii="Aptos" w:hAnsi="Aptos"/>
          <w:b w:val="0"/>
          <w:color w:val="000000"/>
          <w:sz w:val="21"/>
        </w:rPr>
        <w:t>Find Simple Design System under UI kits. Use the search box if it is not immediately visible.</w:t>
      </w:r>
    </w:p>
    <w:p>
      <w:pPr>
        <w:pStyle w:val="BodyText"/>
        <w:spacing w:after="100"/>
        <w:ind w:left="403" w:hanging="403"/>
      </w:pPr>
      <w:r>
        <w:rPr>
          <w:rFonts w:ascii="Aptos" w:hAnsi="Aptos"/>
          <w:b/>
          <w:color w:val="365F91"/>
          <w:sz w:val="21"/>
        </w:rPr>
        <w:t xml:space="preserve">4.  </w:t>
      </w:r>
      <w:r>
        <w:rPr>
          <w:rFonts w:ascii="Aptos" w:hAnsi="Aptos"/>
          <w:b w:val="0"/>
          <w:color w:val="000000"/>
          <w:sz w:val="21"/>
        </w:rPr>
        <w:t>Choose Add to file or enable the library.</w:t>
      </w:r>
    </w:p>
    <w:p>
      <w:pPr>
        <w:pStyle w:val="BodyText"/>
        <w:spacing w:after="100"/>
        <w:ind w:left="403" w:hanging="403"/>
      </w:pPr>
      <w:r>
        <w:rPr>
          <w:rFonts w:ascii="Aptos" w:hAnsi="Aptos"/>
          <w:b/>
          <w:color w:val="365F91"/>
          <w:sz w:val="21"/>
        </w:rPr>
        <w:t xml:space="preserve">5.  </w:t>
      </w:r>
      <w:r>
        <w:rPr>
          <w:rFonts w:ascii="Aptos" w:hAnsi="Aptos"/>
          <w:b w:val="0"/>
          <w:color w:val="000000"/>
          <w:sz w:val="21"/>
        </w:rPr>
        <w:t>Close the Libraries window.</w:t>
      </w:r>
    </w:p>
    <w:p>
      <w:pPr>
        <w:pStyle w:val="BodyText"/>
        <w:spacing w:after="100"/>
        <w:ind w:left="403" w:hanging="403"/>
      </w:pPr>
      <w:r>
        <w:rPr>
          <w:rFonts w:ascii="Aptos" w:hAnsi="Aptos"/>
          <w:b/>
          <w:color w:val="365F91"/>
          <w:sz w:val="21"/>
        </w:rPr>
        <w:t xml:space="preserve">6.  </w:t>
      </w:r>
      <w:r>
        <w:rPr>
          <w:rFonts w:ascii="Aptos" w:hAnsi="Aptos"/>
          <w:b w:val="0"/>
          <w:color w:val="000000"/>
          <w:sz w:val="21"/>
        </w:rPr>
        <w:t>Confirm that Simple Design System components now appear in Assets.</w:t>
      </w:r>
    </w:p>
    <w:p>
      <w:pPr>
        <w:pStyle w:val="BodyText"/>
      </w:pPr>
      <w:r>
        <w:rPr>
          <w:rFonts w:ascii="Aptos" w:hAnsi="Aptos"/>
          <w:b w:val="0"/>
          <w:color w:val="000000"/>
          <w:sz w:val="21"/>
        </w:rPr>
        <w:t>If the kit is already available, you do not need to add it again. You can also press Shift + I and search for components that have been added to the file.</w:t>
      </w:r>
    </w:p>
    <w:p>
      <w:pPr>
        <w:pStyle w:val="Heading1"/>
      </w:pPr>
      <w:r>
        <w:t>3  Create the first iPhone screen</w:t>
      </w:r>
    </w:p>
    <w:p>
      <w:pPr>
        <w:pStyle w:val="BodyText"/>
        <w:spacing w:after="100"/>
        <w:ind w:left="403" w:hanging="403"/>
      </w:pPr>
      <w:r>
        <w:rPr>
          <w:rFonts w:ascii="Aptos" w:hAnsi="Aptos"/>
          <w:b/>
          <w:color w:val="365F91"/>
          <w:sz w:val="21"/>
        </w:rPr>
        <w:t xml:space="preserve">1.  </w:t>
      </w:r>
      <w:r>
        <w:rPr>
          <w:rFonts w:ascii="Aptos" w:hAnsi="Aptos"/>
          <w:b w:val="0"/>
          <w:color w:val="000000"/>
          <w:sz w:val="21"/>
        </w:rPr>
        <w:t>Choose the Frame tool or press F.</w:t>
      </w:r>
    </w:p>
    <w:p>
      <w:pPr>
        <w:pStyle w:val="BodyText"/>
        <w:spacing w:after="100"/>
        <w:ind w:left="403" w:hanging="403"/>
      </w:pPr>
      <w:r>
        <w:rPr>
          <w:rFonts w:ascii="Aptos" w:hAnsi="Aptos"/>
          <w:b/>
          <w:color w:val="365F91"/>
          <w:sz w:val="21"/>
        </w:rPr>
        <w:t xml:space="preserve">2.  </w:t>
      </w:r>
      <w:r>
        <w:rPr>
          <w:rFonts w:ascii="Aptos" w:hAnsi="Aptos"/>
          <w:b w:val="0"/>
          <w:color w:val="000000"/>
          <w:sz w:val="21"/>
        </w:rPr>
        <w:t>Choose the iPhone 16 device preset from the right sidebar.</w:t>
      </w:r>
    </w:p>
    <w:p>
      <w:pPr>
        <w:pStyle w:val="BodyText"/>
        <w:spacing w:after="100"/>
        <w:ind w:left="403" w:hanging="403"/>
      </w:pPr>
      <w:r>
        <w:rPr>
          <w:rFonts w:ascii="Aptos" w:hAnsi="Aptos"/>
          <w:b/>
          <w:color w:val="365F91"/>
          <w:sz w:val="21"/>
        </w:rPr>
        <w:t xml:space="preserve">3.  </w:t>
      </w:r>
      <w:r>
        <w:rPr>
          <w:rFonts w:ascii="Aptos" w:hAnsi="Aptos"/>
          <w:b w:val="0"/>
          <w:color w:val="000000"/>
          <w:sz w:val="21"/>
        </w:rPr>
        <w:t>If iPhone 16 is not listed, create a frame and set its width to 393 and height to 852.</w:t>
      </w:r>
    </w:p>
    <w:p>
      <w:pPr>
        <w:pStyle w:val="BodyText"/>
        <w:spacing w:after="100"/>
        <w:ind w:left="403" w:hanging="403"/>
      </w:pPr>
      <w:r>
        <w:rPr>
          <w:rFonts w:ascii="Aptos" w:hAnsi="Aptos"/>
          <w:b/>
          <w:color w:val="365F91"/>
          <w:sz w:val="21"/>
        </w:rPr>
        <w:t xml:space="preserve">4.  </w:t>
      </w:r>
      <w:r>
        <w:rPr>
          <w:rFonts w:ascii="Aptos" w:hAnsi="Aptos"/>
          <w:b w:val="0"/>
          <w:color w:val="000000"/>
          <w:sz w:val="21"/>
        </w:rPr>
        <w:t>Rename the frame 01 Home in the Layers panel.</w:t>
      </w:r>
    </w:p>
    <w:p>
      <w:pPr>
        <w:pStyle w:val="BodyText"/>
        <w:spacing w:after="100"/>
        <w:ind w:left="403" w:hanging="403"/>
      </w:pPr>
      <w:r>
        <w:rPr>
          <w:rFonts w:ascii="Aptos" w:hAnsi="Aptos"/>
          <w:b/>
          <w:color w:val="365F91"/>
          <w:sz w:val="21"/>
        </w:rPr>
        <w:t xml:space="preserve">5.  </w:t>
      </w:r>
      <w:r>
        <w:rPr>
          <w:rFonts w:ascii="Aptos" w:hAnsi="Aptos"/>
          <w:b w:val="0"/>
          <w:color w:val="000000"/>
          <w:sz w:val="21"/>
        </w:rPr>
        <w:t>Move it towards the left side of the canvas.</w:t>
      </w:r>
    </w:p>
    <w:p>
      <w:pPr>
        <w:pStyle w:val="BodyText"/>
        <w:spacing w:after="100"/>
        <w:ind w:left="403" w:hanging="403"/>
      </w:pPr>
      <w:r>
        <w:rPr>
          <w:rFonts w:ascii="Aptos" w:hAnsi="Aptos"/>
          <w:b/>
          <w:color w:val="365F91"/>
          <w:sz w:val="21"/>
        </w:rPr>
        <w:t xml:space="preserve">6.  </w:t>
      </w:r>
      <w:r>
        <w:rPr>
          <w:rFonts w:ascii="Aptos" w:hAnsi="Aptos"/>
          <w:b w:val="0"/>
          <w:color w:val="000000"/>
          <w:sz w:val="21"/>
        </w:rPr>
        <w:t>Give it a white or very pale grey fill.</w:t>
      </w:r>
    </w:p>
    <w:p>
      <w:pPr>
        <w:pStyle w:val="BodyText"/>
      </w:pPr>
      <w:r>
        <w:rPr>
          <w:rFonts w:ascii="Aptos" w:hAnsi="Aptos"/>
          <w:b w:val="0"/>
          <w:color w:val="000000"/>
          <w:sz w:val="21"/>
        </w:rPr>
        <w:t>Keep the main content approximately 24 pixels from the left and right edges. Exact measurements are less important than using spacing consistently.</w:t>
      </w:r>
    </w:p>
    <w:p>
      <w:pPr>
        <w:pStyle w:val="Heading1"/>
      </w:pPr>
      <w:r>
        <w:t>4  Create the logo</w:t>
      </w:r>
    </w:p>
    <w:p>
      <w:pPr>
        <w:pStyle w:val="BodyText"/>
        <w:spacing w:after="100"/>
        <w:ind w:left="403" w:hanging="403"/>
      </w:pPr>
      <w:r>
        <w:rPr>
          <w:rFonts w:ascii="Aptos" w:hAnsi="Aptos"/>
          <w:b/>
          <w:color w:val="365F91"/>
          <w:sz w:val="21"/>
        </w:rPr>
        <w:t xml:space="preserve">1.  </w:t>
      </w:r>
      <w:r>
        <w:rPr>
          <w:rFonts w:ascii="Aptos" w:hAnsi="Aptos"/>
          <w:b w:val="0"/>
          <w:color w:val="000000"/>
          <w:sz w:val="21"/>
        </w:rPr>
        <w:t>Press R and draw a small square near the top-left of 01 Home.</w:t>
      </w:r>
    </w:p>
    <w:p>
      <w:pPr>
        <w:pStyle w:val="BodyText"/>
        <w:spacing w:after="100"/>
        <w:ind w:left="403" w:hanging="403"/>
      </w:pPr>
      <w:r>
        <w:rPr>
          <w:rFonts w:ascii="Aptos" w:hAnsi="Aptos"/>
          <w:b/>
          <w:color w:val="365F91"/>
          <w:sz w:val="21"/>
        </w:rPr>
        <w:t xml:space="preserve">2.  </w:t>
      </w:r>
      <w:r>
        <w:rPr>
          <w:rFonts w:ascii="Aptos" w:hAnsi="Aptos"/>
          <w:b w:val="0"/>
          <w:color w:val="000000"/>
          <w:sz w:val="21"/>
        </w:rPr>
        <w:t>Use the right sidebar to give the square slightly rounded corners.</w:t>
      </w:r>
    </w:p>
    <w:p>
      <w:pPr>
        <w:pStyle w:val="BodyText"/>
        <w:spacing w:after="100"/>
        <w:ind w:left="403" w:hanging="403"/>
      </w:pPr>
      <w:r>
        <w:rPr>
          <w:rFonts w:ascii="Aptos" w:hAnsi="Aptos"/>
          <w:b/>
          <w:color w:val="365F91"/>
          <w:sz w:val="21"/>
        </w:rPr>
        <w:t xml:space="preserve">3.  </w:t>
      </w:r>
      <w:r>
        <w:rPr>
          <w:rFonts w:ascii="Aptos" w:hAnsi="Aptos"/>
          <w:b w:val="0"/>
          <w:color w:val="000000"/>
          <w:sz w:val="21"/>
        </w:rPr>
        <w:t>Press T and add CB inside the square.</w:t>
      </w:r>
    </w:p>
    <w:p>
      <w:pPr>
        <w:pStyle w:val="BodyText"/>
        <w:spacing w:after="100"/>
        <w:ind w:left="403" w:hanging="403"/>
      </w:pPr>
      <w:r>
        <w:rPr>
          <w:rFonts w:ascii="Aptos" w:hAnsi="Aptos"/>
          <w:b/>
          <w:color w:val="365F91"/>
          <w:sz w:val="21"/>
        </w:rPr>
        <w:t xml:space="preserve">4.  </w:t>
      </w:r>
      <w:r>
        <w:rPr>
          <w:rFonts w:ascii="Aptos" w:hAnsi="Aptos"/>
          <w:b w:val="0"/>
          <w:color w:val="000000"/>
          <w:sz w:val="21"/>
        </w:rPr>
        <w:t>Centre the letters inside the square.</w:t>
      </w:r>
    </w:p>
    <w:p>
      <w:pPr>
        <w:pStyle w:val="BodyText"/>
        <w:spacing w:after="100"/>
        <w:ind w:left="403" w:hanging="403"/>
      </w:pPr>
      <w:r>
        <w:rPr>
          <w:rFonts w:ascii="Aptos" w:hAnsi="Aptos"/>
          <w:b/>
          <w:color w:val="365F91"/>
          <w:sz w:val="21"/>
        </w:rPr>
        <w:t xml:space="preserve">5.  </w:t>
      </w:r>
      <w:r>
        <w:rPr>
          <w:rFonts w:ascii="Aptos" w:hAnsi="Aptos"/>
          <w:b w:val="0"/>
          <w:color w:val="000000"/>
          <w:sz w:val="21"/>
        </w:rPr>
        <w:t>Add another text layer beside the square containing Campus Bookings.</w:t>
      </w:r>
    </w:p>
    <w:p>
      <w:pPr>
        <w:pStyle w:val="BodyText"/>
        <w:spacing w:after="100"/>
        <w:ind w:left="403" w:hanging="403"/>
      </w:pPr>
      <w:r>
        <w:rPr>
          <w:rFonts w:ascii="Aptos" w:hAnsi="Aptos"/>
          <w:b/>
          <w:color w:val="365F91"/>
          <w:sz w:val="21"/>
        </w:rPr>
        <w:t xml:space="preserve">6.  </w:t>
      </w:r>
      <w:r>
        <w:rPr>
          <w:rFonts w:ascii="Aptos" w:hAnsi="Aptos"/>
          <w:b w:val="0"/>
          <w:color w:val="000000"/>
          <w:sz w:val="21"/>
        </w:rPr>
        <w:t>Select the square and both text layers. Align them vertically.</w:t>
      </w:r>
    </w:p>
    <w:p>
      <w:pPr>
        <w:pStyle w:val="BodyText"/>
        <w:spacing w:after="100"/>
        <w:ind w:left="403" w:hanging="403"/>
      </w:pPr>
      <w:r>
        <w:rPr>
          <w:rFonts w:ascii="Aptos" w:hAnsi="Aptos"/>
          <w:b/>
          <w:color w:val="365F91"/>
          <w:sz w:val="21"/>
        </w:rPr>
        <w:t xml:space="preserve">7.  </w:t>
      </w:r>
      <w:r>
        <w:rPr>
          <w:rFonts w:ascii="Aptos" w:hAnsi="Aptos"/>
          <w:b w:val="0"/>
          <w:color w:val="000000"/>
          <w:sz w:val="21"/>
        </w:rPr>
        <w:t>Group the selected layers using Ctrl + G on Windows or Cmd + G on macOS.</w:t>
      </w:r>
    </w:p>
    <w:p>
      <w:pPr>
        <w:pStyle w:val="BodyText"/>
        <w:spacing w:after="100"/>
        <w:ind w:left="403" w:hanging="403"/>
      </w:pPr>
      <w:r>
        <w:rPr>
          <w:rFonts w:ascii="Aptos" w:hAnsi="Aptos"/>
          <w:b/>
          <w:color w:val="365F91"/>
          <w:sz w:val="21"/>
        </w:rPr>
        <w:t xml:space="preserve">8.  </w:t>
      </w:r>
      <w:r>
        <w:rPr>
          <w:rFonts w:ascii="Aptos" w:hAnsi="Aptos"/>
          <w:b w:val="0"/>
          <w:color w:val="000000"/>
          <w:sz w:val="21"/>
        </w:rPr>
        <w:t>Rename the group Logo.</w:t>
      </w:r>
    </w:p>
    <w:p>
      <w:pPr>
        <w:pStyle w:val="BodyText"/>
      </w:pPr>
      <w:r>
        <w:rPr>
          <w:rFonts w:ascii="Aptos" w:hAnsi="Aptos"/>
          <w:b w:val="0"/>
          <w:color w:val="000000"/>
          <w:sz w:val="21"/>
        </w:rPr>
        <w:t>Grouping lets you move the logo as one object. It does not turn the logo into a reusable component.</w:t>
      </w:r>
    </w:p>
    <w:p>
      <w:r>
        <w:br w:type="page"/>
      </w:r>
    </w:p>
    <w:p>
      <w:pPr>
        <w:pStyle w:val="Heading1"/>
      </w:pPr>
      <w:r>
        <w:t>5  Add the home-screen text</w:t>
      </w:r>
    </w:p>
    <w:p>
      <w:pPr>
        <w:pStyle w:val="BodyText"/>
        <w:spacing w:after="100"/>
        <w:ind w:left="403" w:hanging="403"/>
      </w:pPr>
      <w:r>
        <w:rPr>
          <w:rFonts w:ascii="Aptos" w:hAnsi="Aptos"/>
          <w:b/>
          <w:color w:val="365F91"/>
          <w:sz w:val="21"/>
        </w:rPr>
        <w:t xml:space="preserve">1.  </w:t>
      </w:r>
      <w:r>
        <w:rPr>
          <w:rFonts w:ascii="Aptos" w:hAnsi="Aptos"/>
          <w:b w:val="0"/>
          <w:color w:val="000000"/>
          <w:sz w:val="21"/>
        </w:rPr>
        <w:t>Add the heading Book campus facilities below the logo.</w:t>
      </w:r>
    </w:p>
    <w:p>
      <w:pPr>
        <w:pStyle w:val="BodyText"/>
        <w:spacing w:after="100"/>
        <w:ind w:left="403" w:hanging="403"/>
      </w:pPr>
      <w:r>
        <w:rPr>
          <w:rFonts w:ascii="Aptos" w:hAnsi="Aptos"/>
          <w:b/>
          <w:color w:val="365F91"/>
          <w:sz w:val="21"/>
        </w:rPr>
        <w:t xml:space="preserve">2.  </w:t>
      </w:r>
      <w:r>
        <w:rPr>
          <w:rFonts w:ascii="Aptos" w:hAnsi="Aptos"/>
          <w:b w:val="0"/>
          <w:color w:val="000000"/>
          <w:sz w:val="21"/>
        </w:rPr>
        <w:t>Make the heading larger than the other text on the screen.</w:t>
      </w:r>
    </w:p>
    <w:p>
      <w:pPr>
        <w:pStyle w:val="BodyText"/>
        <w:spacing w:after="100"/>
        <w:ind w:left="403" w:hanging="403"/>
      </w:pPr>
      <w:r>
        <w:rPr>
          <w:rFonts w:ascii="Aptos" w:hAnsi="Aptos"/>
          <w:b/>
          <w:color w:val="365F91"/>
          <w:sz w:val="21"/>
        </w:rPr>
        <w:t xml:space="preserve">3.  </w:t>
      </w:r>
      <w:r>
        <w:rPr>
          <w:rFonts w:ascii="Aptos" w:hAnsi="Aptos"/>
          <w:b w:val="0"/>
          <w:color w:val="000000"/>
          <w:sz w:val="21"/>
        </w:rPr>
        <w:t>Add the following instruction below it: Choose the facility you want to reserve. You can check availability before confirming your booking.</w:t>
      </w:r>
    </w:p>
    <w:p>
      <w:pPr>
        <w:pStyle w:val="BodyText"/>
        <w:spacing w:after="100"/>
        <w:ind w:left="403" w:hanging="403"/>
      </w:pPr>
      <w:r>
        <w:rPr>
          <w:rFonts w:ascii="Aptos" w:hAnsi="Aptos"/>
          <w:b/>
          <w:color w:val="365F91"/>
          <w:sz w:val="21"/>
        </w:rPr>
        <w:t xml:space="preserve">4.  </w:t>
      </w:r>
      <w:r>
        <w:rPr>
          <w:rFonts w:ascii="Aptos" w:hAnsi="Aptos"/>
          <w:b w:val="0"/>
          <w:color w:val="000000"/>
          <w:sz w:val="21"/>
        </w:rPr>
        <w:t>Resize the instruction text box so that the text wraps across several lines.</w:t>
      </w:r>
    </w:p>
    <w:p>
      <w:pPr>
        <w:pStyle w:val="BodyText"/>
        <w:spacing w:after="100"/>
        <w:ind w:left="403" w:hanging="403"/>
      </w:pPr>
      <w:r>
        <w:rPr>
          <w:rFonts w:ascii="Aptos" w:hAnsi="Aptos"/>
          <w:b/>
          <w:color w:val="365F91"/>
          <w:sz w:val="21"/>
        </w:rPr>
        <w:t xml:space="preserve">5.  </w:t>
      </w:r>
      <w:r>
        <w:rPr>
          <w:rFonts w:ascii="Aptos" w:hAnsi="Aptos"/>
          <w:b w:val="0"/>
          <w:color w:val="000000"/>
          <w:sz w:val="21"/>
        </w:rPr>
        <w:t>Align the logo, heading and instruction text to the same left edge.</w:t>
      </w:r>
    </w:p>
    <w:p>
      <w:pPr>
        <w:pStyle w:val="BodyText"/>
      </w:pPr>
      <w:r>
        <w:rPr>
          <w:rFonts w:ascii="Aptos" w:hAnsi="Aptos"/>
          <w:b w:val="0"/>
          <w:color w:val="000000"/>
          <w:sz w:val="21"/>
        </w:rPr>
        <w:t>Clicking once with the Text tool creates a text layer that grows with its contents. Clicking and dragging first creates a text area with a fixed width.</w:t>
      </w:r>
    </w:p>
    <w:p>
      <w:pPr>
        <w:pStyle w:val="Heading1"/>
      </w:pPr>
      <w:r>
        <w:t>6  Add the two buttons</w:t>
      </w:r>
    </w:p>
    <w:p>
      <w:pPr>
        <w:pStyle w:val="BodyText"/>
        <w:spacing w:after="100"/>
        <w:ind w:left="403" w:hanging="403"/>
      </w:pPr>
      <w:r>
        <w:rPr>
          <w:rFonts w:ascii="Aptos" w:hAnsi="Aptos"/>
          <w:b/>
          <w:color w:val="365F91"/>
          <w:sz w:val="21"/>
        </w:rPr>
        <w:t xml:space="preserve">1.  </w:t>
      </w:r>
      <w:r>
        <w:rPr>
          <w:rFonts w:ascii="Aptos" w:hAnsi="Aptos"/>
          <w:b w:val="0"/>
          <w:color w:val="000000"/>
          <w:sz w:val="21"/>
        </w:rPr>
        <w:t>Open Assets and search for Button.</w:t>
      </w:r>
    </w:p>
    <w:p>
      <w:pPr>
        <w:pStyle w:val="BodyText"/>
        <w:spacing w:after="100"/>
        <w:ind w:left="403" w:hanging="403"/>
      </w:pPr>
      <w:r>
        <w:rPr>
          <w:rFonts w:ascii="Aptos" w:hAnsi="Aptos"/>
          <w:b/>
          <w:color w:val="365F91"/>
          <w:sz w:val="21"/>
        </w:rPr>
        <w:t xml:space="preserve">2.  </w:t>
      </w:r>
      <w:r>
        <w:rPr>
          <w:rFonts w:ascii="Aptos" w:hAnsi="Aptos"/>
          <w:b w:val="0"/>
          <w:color w:val="000000"/>
          <w:sz w:val="21"/>
        </w:rPr>
        <w:t>Drag a suitable Simple Design System button into 01 Home.</w:t>
      </w:r>
    </w:p>
    <w:p>
      <w:pPr>
        <w:pStyle w:val="BodyText"/>
        <w:spacing w:after="100"/>
        <w:ind w:left="403" w:hanging="403"/>
      </w:pPr>
      <w:r>
        <w:rPr>
          <w:rFonts w:ascii="Aptos" w:hAnsi="Aptos"/>
          <w:b/>
          <w:color w:val="365F91"/>
          <w:sz w:val="21"/>
        </w:rPr>
        <w:t xml:space="preserve">3.  </w:t>
      </w:r>
      <w:r>
        <w:rPr>
          <w:rFonts w:ascii="Aptos" w:hAnsi="Aptos"/>
          <w:b w:val="0"/>
          <w:color w:val="000000"/>
          <w:sz w:val="21"/>
        </w:rPr>
        <w:t>Change its label to Book a study room. Depending on the component, double-click the label or change its text property in the right sidebar.</w:t>
      </w:r>
    </w:p>
    <w:p>
      <w:pPr>
        <w:pStyle w:val="BodyText"/>
        <w:spacing w:after="100"/>
        <w:ind w:left="403" w:hanging="403"/>
      </w:pPr>
      <w:r>
        <w:rPr>
          <w:rFonts w:ascii="Aptos" w:hAnsi="Aptos"/>
          <w:b/>
          <w:color w:val="365F91"/>
          <w:sz w:val="21"/>
        </w:rPr>
        <w:t xml:space="preserve">4.  </w:t>
      </w:r>
      <w:r>
        <w:rPr>
          <w:rFonts w:ascii="Aptos" w:hAnsi="Aptos"/>
          <w:b w:val="0"/>
          <w:color w:val="000000"/>
          <w:sz w:val="21"/>
        </w:rPr>
        <w:t>Duplicate the button using Ctrl + D on Windows or Cmd + D on macOS.</w:t>
      </w:r>
    </w:p>
    <w:p>
      <w:pPr>
        <w:pStyle w:val="BodyText"/>
        <w:spacing w:after="100"/>
        <w:ind w:left="403" w:hanging="403"/>
      </w:pPr>
      <w:r>
        <w:rPr>
          <w:rFonts w:ascii="Aptos" w:hAnsi="Aptos"/>
          <w:b/>
          <w:color w:val="365F91"/>
          <w:sz w:val="21"/>
        </w:rPr>
        <w:t xml:space="preserve">5.  </w:t>
      </w:r>
      <w:r>
        <w:rPr>
          <w:rFonts w:ascii="Aptos" w:hAnsi="Aptos"/>
          <w:b w:val="0"/>
          <w:color w:val="000000"/>
          <w:sz w:val="21"/>
        </w:rPr>
        <w:t>Change the duplicate's label to Book a computer.</w:t>
      </w:r>
    </w:p>
    <w:p>
      <w:pPr>
        <w:pStyle w:val="BodyText"/>
        <w:spacing w:after="100"/>
        <w:ind w:left="403" w:hanging="403"/>
      </w:pPr>
      <w:r>
        <w:rPr>
          <w:rFonts w:ascii="Aptos" w:hAnsi="Aptos"/>
          <w:b/>
          <w:color w:val="365F91"/>
          <w:sz w:val="21"/>
        </w:rPr>
        <w:t xml:space="preserve">6.  </w:t>
      </w:r>
      <w:r>
        <w:rPr>
          <w:rFonts w:ascii="Aptos" w:hAnsi="Aptos"/>
          <w:b w:val="0"/>
          <w:color w:val="000000"/>
          <w:sz w:val="21"/>
        </w:rPr>
        <w:t>Arrange the two buttons vertically with equal widths and consistent spacing.</w:t>
      </w:r>
    </w:p>
    <w:p>
      <w:pPr>
        <w:pStyle w:val="BodyText"/>
        <w:spacing w:after="100"/>
        <w:ind w:left="403" w:hanging="403"/>
      </w:pPr>
      <w:r>
        <w:rPr>
          <w:rFonts w:ascii="Aptos" w:hAnsi="Aptos"/>
          <w:b/>
          <w:color w:val="365F91"/>
          <w:sz w:val="21"/>
        </w:rPr>
        <w:t xml:space="preserve">7.  </w:t>
      </w:r>
      <w:r>
        <w:rPr>
          <w:rFonts w:ascii="Aptos" w:hAnsi="Aptos"/>
          <w:b w:val="0"/>
          <w:color w:val="000000"/>
          <w:sz w:val="21"/>
        </w:rPr>
        <w:t>Rename the layers Button Study Room and Button Computer.</w:t>
      </w:r>
    </w:p>
    <w:p>
      <w:pPr>
        <w:pStyle w:val="BodyText"/>
      </w:pPr>
      <w:r>
        <w:rPr>
          <w:rFonts w:ascii="Aptos" w:hAnsi="Aptos"/>
          <w:b w:val="0"/>
          <w:color w:val="000000"/>
          <w:sz w:val="21"/>
        </w:rPr>
        <w:t>Do not detach the button instances. Keeping them attached allows you to use the properties and variants provided by the design system.</w:t>
      </w:r>
    </w:p>
    <w:p>
      <w:pPr>
        <w:pStyle w:val="Heading1"/>
      </w:pPr>
      <w:r>
        <w:t>Checkpoint 1</w:t>
      </w:r>
    </w:p>
    <w:p>
      <w:pPr>
        <w:pStyle w:val="BodyText"/>
        <w:ind w:left="317" w:hanging="259"/>
      </w:pPr>
      <w:r>
        <w:rPr>
          <w:rFonts w:ascii="Aptos" w:hAnsi="Aptos"/>
          <w:b w:val="0"/>
          <w:color w:val="000000"/>
          <w:sz w:val="21"/>
        </w:rPr>
        <w:t>☐  The frame is named 01 Home.</w:t>
      </w:r>
    </w:p>
    <w:p>
      <w:pPr>
        <w:pStyle w:val="BodyText"/>
        <w:ind w:left="317" w:hanging="259"/>
      </w:pPr>
      <w:r>
        <w:rPr>
          <w:rFonts w:ascii="Aptos" w:hAnsi="Aptos"/>
          <w:b w:val="0"/>
          <w:color w:val="000000"/>
          <w:sz w:val="21"/>
        </w:rPr>
        <w:t>☐  The logo, heading and instructions are visible.</w:t>
      </w:r>
    </w:p>
    <w:p>
      <w:pPr>
        <w:pStyle w:val="BodyText"/>
        <w:ind w:left="317" w:hanging="259"/>
      </w:pPr>
      <w:r>
        <w:rPr>
          <w:rFonts w:ascii="Aptos" w:hAnsi="Aptos"/>
          <w:b w:val="0"/>
          <w:color w:val="000000"/>
          <w:sz w:val="21"/>
        </w:rPr>
        <w:t>☐  Both buttons are inside the frame and use clear labels.</w:t>
      </w:r>
    </w:p>
    <w:p>
      <w:pPr>
        <w:pStyle w:val="BodyText"/>
        <w:ind w:left="317" w:hanging="259"/>
      </w:pPr>
      <w:r>
        <w:rPr>
          <w:rFonts w:ascii="Aptos" w:hAnsi="Aptos"/>
          <w:b w:val="0"/>
          <w:color w:val="000000"/>
          <w:sz w:val="21"/>
        </w:rPr>
        <w:t>☐  The main elements share a consistent left edge.</w:t>
      </w:r>
    </w:p>
    <w:p>
      <w:pPr>
        <w:pStyle w:val="Heading1"/>
      </w:pPr>
      <w:r>
        <w:t>7  Create the second screen</w:t>
      </w:r>
    </w:p>
    <w:p>
      <w:pPr>
        <w:pStyle w:val="BodyText"/>
        <w:spacing w:after="100"/>
        <w:ind w:left="403" w:hanging="403"/>
      </w:pPr>
      <w:r>
        <w:rPr>
          <w:rFonts w:ascii="Aptos" w:hAnsi="Aptos"/>
          <w:b/>
          <w:color w:val="365F91"/>
          <w:sz w:val="21"/>
        </w:rPr>
        <w:t xml:space="preserve">1.  </w:t>
      </w:r>
      <w:r>
        <w:rPr>
          <w:rFonts w:ascii="Aptos" w:hAnsi="Aptos"/>
          <w:b w:val="0"/>
          <w:color w:val="000000"/>
          <w:sz w:val="21"/>
        </w:rPr>
        <w:t>Select the entire 01 Home frame.</w:t>
      </w:r>
    </w:p>
    <w:p>
      <w:pPr>
        <w:pStyle w:val="BodyText"/>
        <w:spacing w:after="100"/>
        <w:ind w:left="403" w:hanging="403"/>
      </w:pPr>
      <w:r>
        <w:rPr>
          <w:rFonts w:ascii="Aptos" w:hAnsi="Aptos"/>
          <w:b/>
          <w:color w:val="365F91"/>
          <w:sz w:val="21"/>
        </w:rPr>
        <w:t xml:space="preserve">2.  </w:t>
      </w:r>
      <w:r>
        <w:rPr>
          <w:rFonts w:ascii="Aptos" w:hAnsi="Aptos"/>
          <w:b w:val="0"/>
          <w:color w:val="000000"/>
          <w:sz w:val="21"/>
        </w:rPr>
        <w:t>Duplicate it using Ctrl + D or Cmd + D.</w:t>
      </w:r>
    </w:p>
    <w:p>
      <w:pPr>
        <w:pStyle w:val="BodyText"/>
        <w:spacing w:after="100"/>
        <w:ind w:left="403" w:hanging="403"/>
      </w:pPr>
      <w:r>
        <w:rPr>
          <w:rFonts w:ascii="Aptos" w:hAnsi="Aptos"/>
          <w:b/>
          <w:color w:val="365F91"/>
          <w:sz w:val="21"/>
        </w:rPr>
        <w:t xml:space="preserve">3.  </w:t>
      </w:r>
      <w:r>
        <w:rPr>
          <w:rFonts w:ascii="Aptos" w:hAnsi="Aptos"/>
          <w:b w:val="0"/>
          <w:color w:val="000000"/>
          <w:sz w:val="21"/>
        </w:rPr>
        <w:t>Move the new frame to the right of the original.</w:t>
      </w:r>
    </w:p>
    <w:p>
      <w:pPr>
        <w:pStyle w:val="BodyText"/>
        <w:spacing w:after="100"/>
        <w:ind w:left="403" w:hanging="403"/>
      </w:pPr>
      <w:r>
        <w:rPr>
          <w:rFonts w:ascii="Aptos" w:hAnsi="Aptos"/>
          <w:b/>
          <w:color w:val="365F91"/>
          <w:sz w:val="21"/>
        </w:rPr>
        <w:t xml:space="preserve">4.  </w:t>
      </w:r>
      <w:r>
        <w:rPr>
          <w:rFonts w:ascii="Aptos" w:hAnsi="Aptos"/>
          <w:b w:val="0"/>
          <w:color w:val="000000"/>
          <w:sz w:val="21"/>
        </w:rPr>
        <w:t>Rename it 02 Book Computer.</w:t>
      </w:r>
    </w:p>
    <w:p>
      <w:pPr>
        <w:pStyle w:val="BodyText"/>
        <w:spacing w:after="100"/>
        <w:ind w:left="403" w:hanging="403"/>
      </w:pPr>
      <w:r>
        <w:rPr>
          <w:rFonts w:ascii="Aptos" w:hAnsi="Aptos"/>
          <w:b/>
          <w:color w:val="365F91"/>
          <w:sz w:val="21"/>
        </w:rPr>
        <w:t xml:space="preserve">5.  </w:t>
      </w:r>
      <w:r>
        <w:rPr>
          <w:rFonts w:ascii="Aptos" w:hAnsi="Aptos"/>
          <w:b w:val="0"/>
          <w:color w:val="000000"/>
          <w:sz w:val="21"/>
        </w:rPr>
        <w:t>Keep the logo but delete the original heading, instruction text and two buttons from this copy.</w:t>
      </w:r>
    </w:p>
    <w:p>
      <w:pPr>
        <w:pStyle w:val="BodyText"/>
        <w:spacing w:after="100"/>
        <w:ind w:left="403" w:hanging="403"/>
      </w:pPr>
      <w:r>
        <w:rPr>
          <w:rFonts w:ascii="Aptos" w:hAnsi="Aptos"/>
          <w:b/>
          <w:color w:val="365F91"/>
          <w:sz w:val="21"/>
        </w:rPr>
        <w:t xml:space="preserve">6.  </w:t>
      </w:r>
      <w:r>
        <w:rPr>
          <w:rFonts w:ascii="Aptos" w:hAnsi="Aptos"/>
          <w:b w:val="0"/>
          <w:color w:val="000000"/>
          <w:sz w:val="21"/>
        </w:rPr>
        <w:t>Add the heading Book a computer.</w:t>
      </w:r>
    </w:p>
    <w:p>
      <w:pPr>
        <w:pStyle w:val="BodyText"/>
        <w:spacing w:after="100"/>
        <w:ind w:left="403" w:hanging="403"/>
      </w:pPr>
      <w:r>
        <w:rPr>
          <w:rFonts w:ascii="Aptos" w:hAnsi="Aptos"/>
          <w:b/>
          <w:color w:val="365F91"/>
          <w:sz w:val="21"/>
        </w:rPr>
        <w:t xml:space="preserve">7.  </w:t>
      </w:r>
      <w:r>
        <w:rPr>
          <w:rFonts w:ascii="Aptos" w:hAnsi="Aptos"/>
          <w:b w:val="0"/>
          <w:color w:val="000000"/>
          <w:sz w:val="21"/>
        </w:rPr>
        <w:t>Add the instruction Choose where and when you want to use a computer.</w:t>
      </w:r>
    </w:p>
    <w:p>
      <w:r>
        <w:br w:type="page"/>
      </w:r>
    </w:p>
    <w:p>
      <w:pPr>
        <w:pStyle w:val="Heading1"/>
      </w:pPr>
      <w:r>
        <w:t>8  Add the location control</w:t>
      </w:r>
    </w:p>
    <w:p>
      <w:pPr>
        <w:pStyle w:val="BodyText"/>
        <w:spacing w:after="100"/>
        <w:ind w:left="403" w:hanging="403"/>
      </w:pPr>
      <w:r>
        <w:rPr>
          <w:rFonts w:ascii="Aptos" w:hAnsi="Aptos"/>
          <w:b/>
          <w:color w:val="365F91"/>
          <w:sz w:val="21"/>
        </w:rPr>
        <w:t xml:space="preserve">1.  </w:t>
      </w:r>
      <w:r>
        <w:rPr>
          <w:rFonts w:ascii="Aptos" w:hAnsi="Aptos"/>
          <w:b w:val="0"/>
          <w:color w:val="000000"/>
          <w:sz w:val="21"/>
        </w:rPr>
        <w:t>Open Assets and search for Select or Dropdown.</w:t>
      </w:r>
    </w:p>
    <w:p>
      <w:pPr>
        <w:pStyle w:val="BodyText"/>
        <w:spacing w:after="100"/>
        <w:ind w:left="403" w:hanging="403"/>
      </w:pPr>
      <w:r>
        <w:rPr>
          <w:rFonts w:ascii="Aptos" w:hAnsi="Aptos"/>
          <w:b/>
          <w:color w:val="365F91"/>
          <w:sz w:val="21"/>
        </w:rPr>
        <w:t xml:space="preserve">2.  </w:t>
      </w:r>
      <w:r>
        <w:rPr>
          <w:rFonts w:ascii="Aptos" w:hAnsi="Aptos"/>
          <w:b w:val="0"/>
          <w:color w:val="000000"/>
          <w:sz w:val="21"/>
        </w:rPr>
        <w:t>Drag the most suitable component into 02 Book Computer.</w:t>
      </w:r>
    </w:p>
    <w:p>
      <w:pPr>
        <w:pStyle w:val="BodyText"/>
        <w:spacing w:after="100"/>
        <w:ind w:left="403" w:hanging="403"/>
      </w:pPr>
      <w:r>
        <w:rPr>
          <w:rFonts w:ascii="Aptos" w:hAnsi="Aptos"/>
          <w:b/>
          <w:color w:val="365F91"/>
          <w:sz w:val="21"/>
        </w:rPr>
        <w:t xml:space="preserve">3.  </w:t>
      </w:r>
      <w:r>
        <w:rPr>
          <w:rFonts w:ascii="Aptos" w:hAnsi="Aptos"/>
          <w:b w:val="0"/>
          <w:color w:val="000000"/>
          <w:sz w:val="21"/>
        </w:rPr>
        <w:t>Change its field label to Location.</w:t>
      </w:r>
    </w:p>
    <w:p>
      <w:pPr>
        <w:pStyle w:val="BodyText"/>
        <w:spacing w:after="100"/>
        <w:ind w:left="403" w:hanging="403"/>
      </w:pPr>
      <w:r>
        <w:rPr>
          <w:rFonts w:ascii="Aptos" w:hAnsi="Aptos"/>
          <w:b/>
          <w:color w:val="365F91"/>
          <w:sz w:val="21"/>
        </w:rPr>
        <w:t xml:space="preserve">4.  </w:t>
      </w:r>
      <w:r>
        <w:rPr>
          <w:rFonts w:ascii="Aptos" w:hAnsi="Aptos"/>
          <w:b w:val="0"/>
          <w:color w:val="000000"/>
          <w:sz w:val="21"/>
        </w:rPr>
        <w:t>Change its placeholder or displayed value to Select a location.</w:t>
      </w:r>
    </w:p>
    <w:p>
      <w:pPr>
        <w:pStyle w:val="BodyText"/>
        <w:spacing w:after="100"/>
        <w:ind w:left="403" w:hanging="403"/>
      </w:pPr>
      <w:r>
        <w:rPr>
          <w:rFonts w:ascii="Aptos" w:hAnsi="Aptos"/>
          <w:b/>
          <w:color w:val="365F91"/>
          <w:sz w:val="21"/>
        </w:rPr>
        <w:t xml:space="preserve">5.  </w:t>
      </w:r>
      <w:r>
        <w:rPr>
          <w:rFonts w:ascii="Aptos" w:hAnsi="Aptos"/>
          <w:b w:val="0"/>
          <w:color w:val="000000"/>
          <w:sz w:val="21"/>
        </w:rPr>
        <w:t>Resize it to fit the content area if the component permits resizing.</w:t>
      </w:r>
    </w:p>
    <w:p>
      <w:pPr>
        <w:pStyle w:val="BodyText"/>
      </w:pPr>
      <w:r>
        <w:rPr>
          <w:rFonts w:ascii="Aptos" w:hAnsi="Aptos"/>
          <w:b w:val="0"/>
          <w:color w:val="000000"/>
          <w:sz w:val="21"/>
        </w:rPr>
        <w:t>You do not need to build the expanded list of locations. The control only needs to show that the user must choose a location.</w:t>
      </w:r>
    </w:p>
    <w:p>
      <w:pPr>
        <w:pStyle w:val="Heading1"/>
      </w:pPr>
      <w:r>
        <w:t>9  Add the date and time controls</w:t>
      </w:r>
    </w:p>
    <w:p>
      <w:pPr>
        <w:pStyle w:val="BodyText"/>
        <w:spacing w:after="100"/>
        <w:ind w:left="403" w:hanging="403"/>
      </w:pPr>
      <w:r>
        <w:rPr>
          <w:rFonts w:ascii="Aptos" w:hAnsi="Aptos"/>
          <w:b/>
          <w:color w:val="365F91"/>
          <w:sz w:val="21"/>
        </w:rPr>
        <w:t xml:space="preserve">1.  </w:t>
      </w:r>
      <w:r>
        <w:rPr>
          <w:rFonts w:ascii="Aptos" w:hAnsi="Aptos"/>
          <w:b w:val="0"/>
          <w:color w:val="000000"/>
          <w:sz w:val="21"/>
        </w:rPr>
        <w:t>Search Assets for Input, Field or an appropriate date component.</w:t>
      </w:r>
    </w:p>
    <w:p>
      <w:pPr>
        <w:pStyle w:val="BodyText"/>
        <w:spacing w:after="100"/>
        <w:ind w:left="403" w:hanging="403"/>
      </w:pPr>
      <w:r>
        <w:rPr>
          <w:rFonts w:ascii="Aptos" w:hAnsi="Aptos"/>
          <w:b/>
          <w:color w:val="365F91"/>
          <w:sz w:val="21"/>
        </w:rPr>
        <w:t xml:space="preserve">2.  </w:t>
      </w:r>
      <w:r>
        <w:rPr>
          <w:rFonts w:ascii="Aptos" w:hAnsi="Aptos"/>
          <w:b w:val="0"/>
          <w:color w:val="000000"/>
          <w:sz w:val="21"/>
        </w:rPr>
        <w:t>Place one field below the location control.</w:t>
      </w:r>
    </w:p>
    <w:p>
      <w:pPr>
        <w:pStyle w:val="BodyText"/>
        <w:spacing w:after="100"/>
        <w:ind w:left="403" w:hanging="403"/>
      </w:pPr>
      <w:r>
        <w:rPr>
          <w:rFonts w:ascii="Aptos" w:hAnsi="Aptos"/>
          <w:b/>
          <w:color w:val="365F91"/>
          <w:sz w:val="21"/>
        </w:rPr>
        <w:t xml:space="preserve">3.  </w:t>
      </w:r>
      <w:r>
        <w:rPr>
          <w:rFonts w:ascii="Aptos" w:hAnsi="Aptos"/>
          <w:b w:val="0"/>
          <w:color w:val="000000"/>
          <w:sz w:val="21"/>
        </w:rPr>
        <w:t>Set its label to Date and its placeholder to Choose a date.</w:t>
      </w:r>
    </w:p>
    <w:p>
      <w:pPr>
        <w:pStyle w:val="BodyText"/>
        <w:spacing w:after="100"/>
        <w:ind w:left="403" w:hanging="403"/>
      </w:pPr>
      <w:r>
        <w:rPr>
          <w:rFonts w:ascii="Aptos" w:hAnsi="Aptos"/>
          <w:b/>
          <w:color w:val="365F91"/>
          <w:sz w:val="21"/>
        </w:rPr>
        <w:t xml:space="preserve">4.  </w:t>
      </w:r>
      <w:r>
        <w:rPr>
          <w:rFonts w:ascii="Aptos" w:hAnsi="Aptos"/>
          <w:b w:val="0"/>
          <w:color w:val="000000"/>
          <w:sz w:val="21"/>
        </w:rPr>
        <w:t>Duplicate the field.</w:t>
      </w:r>
    </w:p>
    <w:p>
      <w:pPr>
        <w:pStyle w:val="BodyText"/>
        <w:spacing w:after="100"/>
        <w:ind w:left="403" w:hanging="403"/>
      </w:pPr>
      <w:r>
        <w:rPr>
          <w:rFonts w:ascii="Aptos" w:hAnsi="Aptos"/>
          <w:b/>
          <w:color w:val="365F91"/>
          <w:sz w:val="21"/>
        </w:rPr>
        <w:t xml:space="preserve">5.  </w:t>
      </w:r>
      <w:r>
        <w:rPr>
          <w:rFonts w:ascii="Aptos" w:hAnsi="Aptos"/>
          <w:b w:val="0"/>
          <w:color w:val="000000"/>
          <w:sz w:val="21"/>
        </w:rPr>
        <w:t>Set the duplicate's label to Time and its placeholder to Choose a time.</w:t>
      </w:r>
    </w:p>
    <w:p>
      <w:pPr>
        <w:pStyle w:val="BodyText"/>
        <w:spacing w:after="100"/>
        <w:ind w:left="403" w:hanging="403"/>
      </w:pPr>
      <w:r>
        <w:rPr>
          <w:rFonts w:ascii="Aptos" w:hAnsi="Aptos"/>
          <w:b/>
          <w:color w:val="365F91"/>
          <w:sz w:val="21"/>
        </w:rPr>
        <w:t xml:space="preserve">6.  </w:t>
      </w:r>
      <w:r>
        <w:rPr>
          <w:rFonts w:ascii="Aptos" w:hAnsi="Aptos"/>
          <w:b w:val="0"/>
          <w:color w:val="000000"/>
          <w:sz w:val="21"/>
        </w:rPr>
        <w:t>Arrange Location, Date and Time vertically with consistent spacing.</w:t>
      </w:r>
    </w:p>
    <w:p>
      <w:pPr>
        <w:pStyle w:val="BodyText"/>
      </w:pPr>
      <w:r>
        <w:rPr>
          <w:rFonts w:ascii="Aptos" w:hAnsi="Aptos"/>
          <w:b w:val="0"/>
          <w:color w:val="000000"/>
          <w:sz w:val="21"/>
        </w:rPr>
        <w:t>A complete prototype might later open a calendar or list of available times. Those interactions are not required here.</w:t>
      </w:r>
    </w:p>
    <w:p>
      <w:pPr>
        <w:pStyle w:val="Heading1"/>
      </w:pPr>
      <w:r>
        <w:t>10  Add the confirmation button</w:t>
      </w:r>
    </w:p>
    <w:p>
      <w:pPr>
        <w:pStyle w:val="BodyText"/>
        <w:spacing w:after="100"/>
        <w:ind w:left="403" w:hanging="403"/>
      </w:pPr>
      <w:r>
        <w:rPr>
          <w:rFonts w:ascii="Aptos" w:hAnsi="Aptos"/>
          <w:b/>
          <w:color w:val="365F91"/>
          <w:sz w:val="21"/>
        </w:rPr>
        <w:t xml:space="preserve">1.  </w:t>
      </w:r>
      <w:r>
        <w:rPr>
          <w:rFonts w:ascii="Aptos" w:hAnsi="Aptos"/>
          <w:b w:val="0"/>
          <w:color w:val="000000"/>
          <w:sz w:val="21"/>
        </w:rPr>
        <w:t>Insert another Simple Design System button.</w:t>
      </w:r>
    </w:p>
    <w:p>
      <w:pPr>
        <w:pStyle w:val="BodyText"/>
        <w:spacing w:after="100"/>
        <w:ind w:left="403" w:hanging="403"/>
      </w:pPr>
      <w:r>
        <w:rPr>
          <w:rFonts w:ascii="Aptos" w:hAnsi="Aptos"/>
          <w:b/>
          <w:color w:val="365F91"/>
          <w:sz w:val="21"/>
        </w:rPr>
        <w:t xml:space="preserve">2.  </w:t>
      </w:r>
      <w:r>
        <w:rPr>
          <w:rFonts w:ascii="Aptos" w:hAnsi="Aptos"/>
          <w:b w:val="0"/>
          <w:color w:val="000000"/>
          <w:sz w:val="21"/>
        </w:rPr>
        <w:t>Change its label to Confirm booking.</w:t>
      </w:r>
    </w:p>
    <w:p>
      <w:pPr>
        <w:pStyle w:val="BodyText"/>
        <w:spacing w:after="100"/>
        <w:ind w:left="403" w:hanging="403"/>
      </w:pPr>
      <w:r>
        <w:rPr>
          <w:rFonts w:ascii="Aptos" w:hAnsi="Aptos"/>
          <w:b/>
          <w:color w:val="365F91"/>
          <w:sz w:val="21"/>
        </w:rPr>
        <w:t xml:space="preserve">3.  </w:t>
      </w:r>
      <w:r>
        <w:rPr>
          <w:rFonts w:ascii="Aptos" w:hAnsi="Aptos"/>
          <w:b w:val="0"/>
          <w:color w:val="000000"/>
          <w:sz w:val="21"/>
        </w:rPr>
        <w:t>Place it below the three fields.</w:t>
      </w:r>
    </w:p>
    <w:p>
      <w:pPr>
        <w:pStyle w:val="BodyText"/>
        <w:spacing w:after="100"/>
        <w:ind w:left="403" w:hanging="403"/>
      </w:pPr>
      <w:r>
        <w:rPr>
          <w:rFonts w:ascii="Aptos" w:hAnsi="Aptos"/>
          <w:b/>
          <w:color w:val="365F91"/>
          <w:sz w:val="21"/>
        </w:rPr>
        <w:t xml:space="preserve">4.  </w:t>
      </w:r>
      <w:r>
        <w:rPr>
          <w:rFonts w:ascii="Aptos" w:hAnsi="Aptos"/>
          <w:b w:val="0"/>
          <w:color w:val="000000"/>
          <w:sz w:val="21"/>
        </w:rPr>
        <w:t>Align it with the other controls and give it enough separation from the final field.</w:t>
      </w:r>
    </w:p>
    <w:p>
      <w:pPr>
        <w:pStyle w:val="BodyText"/>
      </w:pPr>
      <w:r>
        <w:rPr>
          <w:rFonts w:ascii="Aptos" w:hAnsi="Aptos"/>
          <w:b w:val="0"/>
          <w:color w:val="000000"/>
          <w:sz w:val="21"/>
        </w:rPr>
        <w:t>The confirmation button does not need to work in this introductory prototype.</w:t>
      </w:r>
    </w:p>
    <w:p>
      <w:pPr>
        <w:pStyle w:val="Heading1"/>
      </w:pPr>
      <w:r>
        <w:t>Checkpoint 2</w:t>
      </w:r>
    </w:p>
    <w:p>
      <w:pPr>
        <w:pStyle w:val="BodyText"/>
        <w:ind w:left="317" w:hanging="259"/>
      </w:pPr>
      <w:r>
        <w:rPr>
          <w:rFonts w:ascii="Aptos" w:hAnsi="Aptos"/>
          <w:b w:val="0"/>
          <w:color w:val="000000"/>
          <w:sz w:val="21"/>
        </w:rPr>
        <w:t>☐  The second frame is named 02 Book Computer.</w:t>
      </w:r>
    </w:p>
    <w:p>
      <w:pPr>
        <w:pStyle w:val="BodyText"/>
        <w:ind w:left="317" w:hanging="259"/>
      </w:pPr>
      <w:r>
        <w:rPr>
          <w:rFonts w:ascii="Aptos" w:hAnsi="Aptos"/>
          <w:b w:val="0"/>
          <w:color w:val="000000"/>
          <w:sz w:val="21"/>
        </w:rPr>
        <w:t>☐  It uses the same logo as the home screen.</w:t>
      </w:r>
    </w:p>
    <w:p>
      <w:pPr>
        <w:pStyle w:val="BodyText"/>
        <w:ind w:left="317" w:hanging="259"/>
      </w:pPr>
      <w:r>
        <w:rPr>
          <w:rFonts w:ascii="Aptos" w:hAnsi="Aptos"/>
          <w:b w:val="0"/>
          <w:color w:val="000000"/>
          <w:sz w:val="21"/>
        </w:rPr>
        <w:t>☐  It contains Location, Date and Time controls.</w:t>
      </w:r>
    </w:p>
    <w:p>
      <w:pPr>
        <w:pStyle w:val="BodyText"/>
        <w:ind w:left="317" w:hanging="259"/>
      </w:pPr>
      <w:r>
        <w:rPr>
          <w:rFonts w:ascii="Aptos" w:hAnsi="Aptos"/>
          <w:b w:val="0"/>
          <w:color w:val="000000"/>
          <w:sz w:val="21"/>
        </w:rPr>
        <w:t>☐  It contains a Confirm booking button.</w:t>
      </w:r>
    </w:p>
    <w:p>
      <w:pPr>
        <w:pStyle w:val="BodyText"/>
        <w:ind w:left="317" w:hanging="259"/>
      </w:pPr>
      <w:r>
        <w:rPr>
          <w:rFonts w:ascii="Aptos" w:hAnsi="Aptos"/>
          <w:b w:val="0"/>
          <w:color w:val="000000"/>
          <w:sz w:val="21"/>
        </w:rPr>
        <w:t>☐  All controls sit inside the frame and align consistently.</w:t>
      </w:r>
    </w:p>
    <w:p>
      <w:r>
        <w:br w:type="page"/>
      </w:r>
    </w:p>
    <w:p>
      <w:pPr>
        <w:pStyle w:val="Heading1"/>
      </w:pPr>
      <w:r>
        <w:t>11  Link the Book a computer button</w:t>
      </w:r>
    </w:p>
    <w:p>
      <w:pPr>
        <w:pStyle w:val="BodyText"/>
        <w:spacing w:after="100"/>
        <w:ind w:left="403" w:hanging="403"/>
      </w:pPr>
      <w:r>
        <w:rPr>
          <w:rFonts w:ascii="Aptos" w:hAnsi="Aptos"/>
          <w:b/>
          <w:color w:val="365F91"/>
          <w:sz w:val="21"/>
        </w:rPr>
        <w:t xml:space="preserve">1.  </w:t>
      </w:r>
      <w:r>
        <w:rPr>
          <w:rFonts w:ascii="Aptos" w:hAnsi="Aptos"/>
          <w:b w:val="0"/>
          <w:color w:val="000000"/>
          <w:sz w:val="21"/>
        </w:rPr>
        <w:t>Select Button Computer inside 01 Home.</w:t>
      </w:r>
    </w:p>
    <w:p>
      <w:pPr>
        <w:pStyle w:val="BodyText"/>
        <w:spacing w:after="100"/>
        <w:ind w:left="403" w:hanging="403"/>
      </w:pPr>
      <w:r>
        <w:rPr>
          <w:rFonts w:ascii="Aptos" w:hAnsi="Aptos"/>
          <w:b/>
          <w:color w:val="365F91"/>
          <w:sz w:val="21"/>
        </w:rPr>
        <w:t xml:space="preserve">2.  </w:t>
      </w:r>
      <w:r>
        <w:rPr>
          <w:rFonts w:ascii="Aptos" w:hAnsi="Aptos"/>
          <w:b w:val="0"/>
          <w:color w:val="000000"/>
          <w:sz w:val="21"/>
        </w:rPr>
        <w:t>Open the Prototype tab in the right sidebar.</w:t>
      </w:r>
    </w:p>
    <w:p>
      <w:pPr>
        <w:pStyle w:val="BodyText"/>
        <w:spacing w:after="100"/>
        <w:ind w:left="403" w:hanging="403"/>
      </w:pPr>
      <w:r>
        <w:rPr>
          <w:rFonts w:ascii="Aptos" w:hAnsi="Aptos"/>
          <w:b/>
          <w:color w:val="365F91"/>
          <w:sz w:val="21"/>
        </w:rPr>
        <w:t xml:space="preserve">3.  </w:t>
      </w:r>
      <w:r>
        <w:rPr>
          <w:rFonts w:ascii="Aptos" w:hAnsi="Aptos"/>
          <w:b w:val="0"/>
          <w:color w:val="000000"/>
          <w:sz w:val="21"/>
        </w:rPr>
        <w:t>Find the circular prototype connection handle beside the selected button.</w:t>
      </w:r>
    </w:p>
    <w:p>
      <w:pPr>
        <w:pStyle w:val="BodyText"/>
        <w:spacing w:after="100"/>
        <w:ind w:left="403" w:hanging="403"/>
      </w:pPr>
      <w:r>
        <w:rPr>
          <w:rFonts w:ascii="Aptos" w:hAnsi="Aptos"/>
          <w:b/>
          <w:color w:val="365F91"/>
          <w:sz w:val="21"/>
        </w:rPr>
        <w:t xml:space="preserve">4.  </w:t>
      </w:r>
      <w:r>
        <w:rPr>
          <w:rFonts w:ascii="Aptos" w:hAnsi="Aptos"/>
          <w:b w:val="0"/>
          <w:color w:val="000000"/>
          <w:sz w:val="21"/>
        </w:rPr>
        <w:t>Drag the handle to the complete 02 Book Computer frame.</w:t>
      </w:r>
    </w:p>
    <w:p>
      <w:pPr>
        <w:pStyle w:val="BodyText"/>
        <w:spacing w:after="100"/>
        <w:ind w:left="403" w:hanging="403"/>
      </w:pPr>
      <w:r>
        <w:rPr>
          <w:rFonts w:ascii="Aptos" w:hAnsi="Aptos"/>
          <w:b/>
          <w:color w:val="365F91"/>
          <w:sz w:val="21"/>
        </w:rPr>
        <w:t xml:space="preserve">5.  </w:t>
      </w:r>
      <w:r>
        <w:rPr>
          <w:rFonts w:ascii="Aptos" w:hAnsi="Aptos"/>
          <w:b w:val="0"/>
          <w:color w:val="000000"/>
          <w:sz w:val="21"/>
        </w:rPr>
        <w:t>Check the interaction settings in the right sidebar.</w:t>
      </w:r>
    </w:p>
    <w:p>
      <w:pPr>
        <w:pStyle w:val="BodyText"/>
        <w:spacing w:after="100"/>
        <w:ind w:left="403" w:hanging="403"/>
      </w:pPr>
      <w:r>
        <w:rPr>
          <w:rFonts w:ascii="Aptos" w:hAnsi="Aptos"/>
          <w:b/>
          <w:color w:val="365F91"/>
          <w:sz w:val="21"/>
        </w:rPr>
        <w:t xml:space="preserve">6.  </w:t>
      </w:r>
      <w:r>
        <w:rPr>
          <w:rFonts w:ascii="Aptos" w:hAnsi="Aptos"/>
          <w:b w:val="0"/>
          <w:color w:val="000000"/>
          <w:sz w:val="21"/>
        </w:rPr>
        <w:t>Set Trigger to On click.</w:t>
      </w:r>
    </w:p>
    <w:p>
      <w:pPr>
        <w:pStyle w:val="BodyText"/>
        <w:spacing w:after="100"/>
        <w:ind w:left="403" w:hanging="403"/>
      </w:pPr>
      <w:r>
        <w:rPr>
          <w:rFonts w:ascii="Aptos" w:hAnsi="Aptos"/>
          <w:b/>
          <w:color w:val="365F91"/>
          <w:sz w:val="21"/>
        </w:rPr>
        <w:t xml:space="preserve">7.  </w:t>
      </w:r>
      <w:r>
        <w:rPr>
          <w:rFonts w:ascii="Aptos" w:hAnsi="Aptos"/>
          <w:b w:val="0"/>
          <w:color w:val="000000"/>
          <w:sz w:val="21"/>
        </w:rPr>
        <w:t>Set Action to Navigate to.</w:t>
      </w:r>
    </w:p>
    <w:p>
      <w:pPr>
        <w:pStyle w:val="BodyText"/>
        <w:spacing w:after="100"/>
        <w:ind w:left="403" w:hanging="403"/>
      </w:pPr>
      <w:r>
        <w:rPr>
          <w:rFonts w:ascii="Aptos" w:hAnsi="Aptos"/>
          <w:b/>
          <w:color w:val="365F91"/>
          <w:sz w:val="21"/>
        </w:rPr>
        <w:t xml:space="preserve">8.  </w:t>
      </w:r>
      <w:r>
        <w:rPr>
          <w:rFonts w:ascii="Aptos" w:hAnsi="Aptos"/>
          <w:b w:val="0"/>
          <w:color w:val="000000"/>
          <w:sz w:val="21"/>
        </w:rPr>
        <w:t>Set Destination to 02 Book Computer.</w:t>
      </w:r>
    </w:p>
    <w:p>
      <w:pPr>
        <w:pStyle w:val="BodyText"/>
        <w:spacing w:after="100"/>
        <w:ind w:left="403" w:hanging="403"/>
      </w:pPr>
      <w:r>
        <w:rPr>
          <w:rFonts w:ascii="Aptos" w:hAnsi="Aptos"/>
          <w:b/>
          <w:color w:val="365F91"/>
          <w:sz w:val="21"/>
        </w:rPr>
        <w:t xml:space="preserve">9.  </w:t>
      </w:r>
      <w:r>
        <w:rPr>
          <w:rFonts w:ascii="Aptos" w:hAnsi="Aptos"/>
          <w:b w:val="0"/>
          <w:color w:val="000000"/>
          <w:sz w:val="21"/>
        </w:rPr>
        <w:t>Use Instant or Dissolve as the animation.</w:t>
      </w:r>
    </w:p>
    <w:p>
      <w:pPr>
        <w:pStyle w:val="BodyText"/>
      </w:pPr>
      <w:r>
        <w:rPr>
          <w:rFonts w:ascii="Aptos" w:hAnsi="Aptos"/>
          <w:b w:val="0"/>
          <w:color w:val="000000"/>
          <w:sz w:val="21"/>
        </w:rPr>
        <w:t>If you cannot see a connection handle, make sure that you selected the complete button instance and opened the Prototype tab. Do not link to the heading or to an individual control inside the destination screen.</w:t>
      </w:r>
    </w:p>
    <w:p>
      <w:pPr>
        <w:pStyle w:val="Heading1"/>
      </w:pPr>
      <w:r>
        <w:t>12  Set the starting frame</w:t>
      </w:r>
    </w:p>
    <w:p>
      <w:pPr>
        <w:pStyle w:val="BodyText"/>
        <w:spacing w:after="100"/>
        <w:ind w:left="403" w:hanging="403"/>
      </w:pPr>
      <w:r>
        <w:rPr>
          <w:rFonts w:ascii="Aptos" w:hAnsi="Aptos"/>
          <w:b/>
          <w:color w:val="365F91"/>
          <w:sz w:val="21"/>
        </w:rPr>
        <w:t xml:space="preserve">1.  </w:t>
      </w:r>
      <w:r>
        <w:rPr>
          <w:rFonts w:ascii="Aptos" w:hAnsi="Aptos"/>
          <w:b w:val="0"/>
          <w:color w:val="000000"/>
          <w:sz w:val="21"/>
        </w:rPr>
        <w:t>Select the complete 01 Home frame.</w:t>
      </w:r>
    </w:p>
    <w:p>
      <w:pPr>
        <w:pStyle w:val="BodyText"/>
        <w:spacing w:after="100"/>
        <w:ind w:left="403" w:hanging="403"/>
      </w:pPr>
      <w:r>
        <w:rPr>
          <w:rFonts w:ascii="Aptos" w:hAnsi="Aptos"/>
          <w:b/>
          <w:color w:val="365F91"/>
          <w:sz w:val="21"/>
        </w:rPr>
        <w:t xml:space="preserve">2.  </w:t>
      </w:r>
      <w:r>
        <w:rPr>
          <w:rFonts w:ascii="Aptos" w:hAnsi="Aptos"/>
          <w:b w:val="0"/>
          <w:color w:val="000000"/>
          <w:sz w:val="21"/>
        </w:rPr>
        <w:t>In the Prototype panel, make it the starting point for the prototype flow if Figma has not already done so.</w:t>
      </w:r>
    </w:p>
    <w:p>
      <w:pPr>
        <w:pStyle w:val="BodyText"/>
        <w:spacing w:after="100"/>
        <w:ind w:left="403" w:hanging="403"/>
      </w:pPr>
      <w:r>
        <w:rPr>
          <w:rFonts w:ascii="Aptos" w:hAnsi="Aptos"/>
          <w:b/>
          <w:color w:val="365F91"/>
          <w:sz w:val="21"/>
        </w:rPr>
        <w:t xml:space="preserve">3.  </w:t>
      </w:r>
      <w:r>
        <w:rPr>
          <w:rFonts w:ascii="Aptos" w:hAnsi="Aptos"/>
          <w:b w:val="0"/>
          <w:color w:val="000000"/>
          <w:sz w:val="21"/>
        </w:rPr>
        <w:t>Check that the starting-point indicator appears next to 01 Home.</w:t>
      </w:r>
    </w:p>
    <w:p>
      <w:pPr>
        <w:pStyle w:val="Heading1"/>
      </w:pPr>
      <w:r>
        <w:t>13  Preview and test</w:t>
      </w:r>
    </w:p>
    <w:p>
      <w:pPr>
        <w:pStyle w:val="BodyText"/>
        <w:spacing w:after="100"/>
        <w:ind w:left="403" w:hanging="403"/>
      </w:pPr>
      <w:r>
        <w:rPr>
          <w:rFonts w:ascii="Aptos" w:hAnsi="Aptos"/>
          <w:b/>
          <w:color w:val="365F91"/>
          <w:sz w:val="21"/>
        </w:rPr>
        <w:t xml:space="preserve">1.  </w:t>
      </w:r>
      <w:r>
        <w:rPr>
          <w:rFonts w:ascii="Aptos" w:hAnsi="Aptos"/>
          <w:b w:val="0"/>
          <w:color w:val="000000"/>
          <w:sz w:val="21"/>
        </w:rPr>
        <w:t>Choose Present or the play icon.</w:t>
      </w:r>
    </w:p>
    <w:p>
      <w:pPr>
        <w:pStyle w:val="BodyText"/>
        <w:spacing w:after="100"/>
        <w:ind w:left="403" w:hanging="403"/>
      </w:pPr>
      <w:r>
        <w:rPr>
          <w:rFonts w:ascii="Aptos" w:hAnsi="Aptos"/>
          <w:b/>
          <w:color w:val="365F91"/>
          <w:sz w:val="21"/>
        </w:rPr>
        <w:t xml:space="preserve">2.  </w:t>
      </w:r>
      <w:r>
        <w:rPr>
          <w:rFonts w:ascii="Aptos" w:hAnsi="Aptos"/>
          <w:b w:val="0"/>
          <w:color w:val="000000"/>
          <w:sz w:val="21"/>
        </w:rPr>
        <w:t>Confirm that the prototype opens on 01 Home.</w:t>
      </w:r>
    </w:p>
    <w:p>
      <w:pPr>
        <w:pStyle w:val="BodyText"/>
        <w:spacing w:after="100"/>
        <w:ind w:left="403" w:hanging="403"/>
      </w:pPr>
      <w:r>
        <w:rPr>
          <w:rFonts w:ascii="Aptos" w:hAnsi="Aptos"/>
          <w:b/>
          <w:color w:val="365F91"/>
          <w:sz w:val="21"/>
        </w:rPr>
        <w:t xml:space="preserve">3.  </w:t>
      </w:r>
      <w:r>
        <w:rPr>
          <w:rFonts w:ascii="Aptos" w:hAnsi="Aptos"/>
          <w:b w:val="0"/>
          <w:color w:val="000000"/>
          <w:sz w:val="21"/>
        </w:rPr>
        <w:t>Choose Book a computer.</w:t>
      </w:r>
    </w:p>
    <w:p>
      <w:pPr>
        <w:pStyle w:val="BodyText"/>
        <w:spacing w:after="100"/>
        <w:ind w:left="403" w:hanging="403"/>
      </w:pPr>
      <w:r>
        <w:rPr>
          <w:rFonts w:ascii="Aptos" w:hAnsi="Aptos"/>
          <w:b/>
          <w:color w:val="365F91"/>
          <w:sz w:val="21"/>
        </w:rPr>
        <w:t xml:space="preserve">4.  </w:t>
      </w:r>
      <w:r>
        <w:rPr>
          <w:rFonts w:ascii="Aptos" w:hAnsi="Aptos"/>
          <w:b w:val="0"/>
          <w:color w:val="000000"/>
          <w:sz w:val="21"/>
        </w:rPr>
        <w:t>Confirm that 02 Book Computer opens.</w:t>
      </w:r>
    </w:p>
    <w:p>
      <w:pPr>
        <w:pStyle w:val="BodyText"/>
        <w:spacing w:after="100"/>
        <w:ind w:left="403" w:hanging="403"/>
      </w:pPr>
      <w:r>
        <w:rPr>
          <w:rFonts w:ascii="Aptos" w:hAnsi="Aptos"/>
          <w:b/>
          <w:color w:val="365F91"/>
          <w:sz w:val="21"/>
        </w:rPr>
        <w:t xml:space="preserve">5.  </w:t>
      </w:r>
      <w:r>
        <w:rPr>
          <w:rFonts w:ascii="Aptos" w:hAnsi="Aptos"/>
          <w:b w:val="0"/>
          <w:color w:val="000000"/>
          <w:sz w:val="21"/>
        </w:rPr>
        <w:t>Return to the editor and correct the interaction if the wrong screen opens or nothing happens.</w:t>
      </w:r>
    </w:p>
    <w:p>
      <w:pPr>
        <w:pStyle w:val="BodyText"/>
      </w:pPr>
      <w:r>
        <w:rPr>
          <w:rFonts w:ascii="Aptos" w:hAnsi="Aptos"/>
          <w:b w:val="0"/>
          <w:color w:val="000000"/>
          <w:sz w:val="21"/>
        </w:rPr>
        <w:t>You have now created a basic interactive wireframe. Only one control works, but that is sufficient to demonstrate how prototype navigation connects interface screens.</w:t>
      </w:r>
    </w:p>
    <w:p>
      <w:pPr>
        <w:pStyle w:val="Heading1"/>
      </w:pPr>
      <w:r>
        <w:t>Optional extension</w:t>
      </w:r>
    </w:p>
    <w:p>
      <w:pPr>
        <w:pStyle w:val="BodyText"/>
        <w:spacing w:after="100"/>
        <w:ind w:left="403" w:hanging="403"/>
      </w:pPr>
      <w:r>
        <w:rPr>
          <w:rFonts w:ascii="Aptos" w:hAnsi="Aptos"/>
          <w:b/>
          <w:color w:val="365F91"/>
          <w:sz w:val="21"/>
        </w:rPr>
        <w:t xml:space="preserve">1.  </w:t>
      </w:r>
      <w:r>
        <w:rPr>
          <w:rFonts w:ascii="Aptos" w:hAnsi="Aptos"/>
          <w:b w:val="0"/>
          <w:color w:val="000000"/>
          <w:sz w:val="21"/>
        </w:rPr>
        <w:t>Add a text or icon control labelled Back near the top of 02 Book Computer.</w:t>
      </w:r>
    </w:p>
    <w:p>
      <w:pPr>
        <w:pStyle w:val="BodyText"/>
        <w:spacing w:after="100"/>
        <w:ind w:left="403" w:hanging="403"/>
      </w:pPr>
      <w:r>
        <w:rPr>
          <w:rFonts w:ascii="Aptos" w:hAnsi="Aptos"/>
          <w:b/>
          <w:color w:val="365F91"/>
          <w:sz w:val="21"/>
        </w:rPr>
        <w:t xml:space="preserve">2.  </w:t>
      </w:r>
      <w:r>
        <w:rPr>
          <w:rFonts w:ascii="Aptos" w:hAnsi="Aptos"/>
          <w:b w:val="0"/>
          <w:color w:val="000000"/>
          <w:sz w:val="21"/>
        </w:rPr>
        <w:t>Select it and open the Prototype tab.</w:t>
      </w:r>
    </w:p>
    <w:p>
      <w:pPr>
        <w:pStyle w:val="BodyText"/>
        <w:spacing w:after="100"/>
        <w:ind w:left="403" w:hanging="403"/>
      </w:pPr>
      <w:r>
        <w:rPr>
          <w:rFonts w:ascii="Aptos" w:hAnsi="Aptos"/>
          <w:b/>
          <w:color w:val="365F91"/>
          <w:sz w:val="21"/>
        </w:rPr>
        <w:t xml:space="preserve">3.  </w:t>
      </w:r>
      <w:r>
        <w:rPr>
          <w:rFonts w:ascii="Aptos" w:hAnsi="Aptos"/>
          <w:b w:val="0"/>
          <w:color w:val="000000"/>
          <w:sz w:val="21"/>
        </w:rPr>
        <w:t>Add an On click interaction with the Back action.</w:t>
      </w:r>
    </w:p>
    <w:p>
      <w:pPr>
        <w:pStyle w:val="BodyText"/>
        <w:spacing w:after="100"/>
        <w:ind w:left="403" w:hanging="403"/>
      </w:pPr>
      <w:r>
        <w:rPr>
          <w:rFonts w:ascii="Aptos" w:hAnsi="Aptos"/>
          <w:b/>
          <w:color w:val="365F91"/>
          <w:sz w:val="21"/>
        </w:rPr>
        <w:t xml:space="preserve">4.  </w:t>
      </w:r>
      <w:r>
        <w:rPr>
          <w:rFonts w:ascii="Aptos" w:hAnsi="Aptos"/>
          <w:b w:val="0"/>
          <w:color w:val="000000"/>
          <w:sz w:val="21"/>
        </w:rPr>
        <w:t>Preview the prototype and check that you can return to 01 Home.</w:t>
      </w:r>
    </w:p>
    <w:p>
      <w:r>
        <w:br w:type="page"/>
      </w:r>
    </w:p>
    <w:p>
      <w:pPr>
        <w:pStyle w:val="Heading1"/>
      </w:pPr>
      <w:r>
        <w:t>Troubleshooting</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3240"/>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19"/>
              </w:rPr>
              <w:t>Problem</w:t>
            </w:r>
          </w:p>
        </w:tc>
        <w:tc>
          <w:tcPr>
            <w:tcW w:type="dxa" w:w="6120"/>
            <w:shd w:fill="365F91"/>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tcPr>
          <w:p>
            <w:pPr>
              <w:jc w:val="center"/>
            </w:pPr>
            <w:r>
              <w:rPr>
                <w:rFonts w:ascii="Aptos" w:hAnsi="Aptos"/>
                <w:b/>
                <w:color w:val="FFFFFF"/>
                <w:sz w:val="19"/>
              </w:rPr>
              <w:t>What to check</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Simple Design System is missing</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Open Assets, then Libraries, and add or enable the UI kit.</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A component cannot be found</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Search by function. Try Button, Select, Dropdown, Input or Field.</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A label cannot be edited</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Double-click the text or look for a text property in the right sidebar.</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A layer is not inside the frame</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Drag it beneath the correct frame in the Layers panel.</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The prototype starts on the wrong screen</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Set 01 Home as the starting frame.</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The button does nothing</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Select the complete instance and check On click, Navigate to and the destination.</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The destination looks wrong</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tcPr>
          <w:p>
            <w:pPr>
              <w:spacing w:after="20"/>
              <w:jc w:val="left"/>
            </w:pPr>
            <w:r>
              <w:rPr>
                <w:rFonts w:ascii="Aptos" w:hAnsi="Aptos"/>
                <w:b w:val="0"/>
                <w:color w:val="000000"/>
                <w:sz w:val="19"/>
              </w:rPr>
              <w:t>Connect to the top-level 02 Book Computer frame, not a child layer.</w:t>
            </w:r>
          </w:p>
        </w:tc>
      </w:tr>
      <w:tr>
        <w:tc>
          <w:tcPr>
            <w:tcW w:type="dxa" w:w="324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iPhone 16 is not listed</w:t>
            </w:r>
          </w:p>
        </w:tc>
        <w:tc>
          <w:tcPr>
            <w:tcW w:type="dxa" w:w="6120"/>
            <w:tcBorders>
              <w:top w:val="single" w:sz="8" w:color="D9D9D9"/>
              <w:left w:val="single" w:sz="8" w:color="D9D9D9"/>
              <w:bottom w:val="single" w:sz="8" w:color="D9D9D9"/>
              <w:right w:val="single" w:sz="8" w:color="D9D9D9"/>
              <w:insideH w:val="single" w:sz="8" w:color="D9D9D9"/>
              <w:insideV w:val="single" w:sz="8" w:color="D9D9D9"/>
            </w:tcBorders>
            <w:tcMar>
              <w:top w:w="110" w:type="dxa"/>
              <w:start w:w="140" w:type="dxa"/>
              <w:bottom w:w="110" w:type="dxa"/>
              <w:end w:w="140" w:type="dxa"/>
            </w:tcMar>
            <w:vAlign w:val="center"/>
            <w:shd w:fill="F5F7F9"/>
          </w:tcPr>
          <w:p>
            <w:pPr>
              <w:spacing w:after="20"/>
              <w:jc w:val="left"/>
            </w:pPr>
            <w:r>
              <w:rPr>
                <w:rFonts w:ascii="Aptos" w:hAnsi="Aptos"/>
                <w:b w:val="0"/>
                <w:color w:val="000000"/>
                <w:sz w:val="19"/>
              </w:rPr>
              <w:t>Create a frame manually with dimensions 393 by 852.</w:t>
            </w:r>
          </w:p>
        </w:tc>
      </w:tr>
    </w:tbl>
    <w:p>
      <w:pPr>
        <w:spacing w:after="20"/>
      </w:pPr>
    </w:p>
    <w:p>
      <w:pPr>
        <w:pStyle w:val="Heading1"/>
      </w:pPr>
      <w:r>
        <w:t>Final completion checklist</w:t>
      </w:r>
    </w:p>
    <w:p>
      <w:pPr>
        <w:pStyle w:val="BodyText"/>
        <w:ind w:left="317" w:hanging="259"/>
      </w:pPr>
      <w:r>
        <w:rPr>
          <w:rFonts w:ascii="Aptos" w:hAnsi="Aptos"/>
          <w:b w:val="0"/>
          <w:color w:val="000000"/>
          <w:sz w:val="21"/>
        </w:rPr>
        <w:t>☐  The Figma file is named Campus Booking Wireframe.</w:t>
      </w:r>
    </w:p>
    <w:p>
      <w:pPr>
        <w:pStyle w:val="BodyText"/>
        <w:ind w:left="317" w:hanging="259"/>
      </w:pPr>
      <w:r>
        <w:rPr>
          <w:rFonts w:ascii="Aptos" w:hAnsi="Aptos"/>
          <w:b w:val="0"/>
          <w:color w:val="000000"/>
          <w:sz w:val="21"/>
        </w:rPr>
        <w:t>☐  The Figma page is named Wireframes.</w:t>
      </w:r>
    </w:p>
    <w:p>
      <w:pPr>
        <w:pStyle w:val="BodyText"/>
        <w:ind w:left="317" w:hanging="259"/>
      </w:pPr>
      <w:r>
        <w:rPr>
          <w:rFonts w:ascii="Aptos" w:hAnsi="Aptos"/>
          <w:b w:val="0"/>
          <w:color w:val="000000"/>
          <w:sz w:val="21"/>
        </w:rPr>
        <w:t>☐  The two top-level frames are named 01 Home and 02 Book Computer.</w:t>
      </w:r>
    </w:p>
    <w:p>
      <w:pPr>
        <w:pStyle w:val="BodyText"/>
        <w:ind w:left="317" w:hanging="259"/>
      </w:pPr>
      <w:r>
        <w:rPr>
          <w:rFonts w:ascii="Aptos" w:hAnsi="Aptos"/>
          <w:b w:val="0"/>
          <w:color w:val="000000"/>
          <w:sz w:val="21"/>
        </w:rPr>
        <w:t>☐  Both frames use iPhone 16 dimensions.</w:t>
      </w:r>
    </w:p>
    <w:p>
      <w:pPr>
        <w:pStyle w:val="BodyText"/>
        <w:ind w:left="317" w:hanging="259"/>
      </w:pPr>
      <w:r>
        <w:rPr>
          <w:rFonts w:ascii="Aptos" w:hAnsi="Aptos"/>
          <w:b w:val="0"/>
          <w:color w:val="000000"/>
          <w:sz w:val="21"/>
        </w:rPr>
        <w:t>☐  Simple Design System supplies the buttons and form controls.</w:t>
      </w:r>
    </w:p>
    <w:p>
      <w:pPr>
        <w:pStyle w:val="BodyText"/>
        <w:ind w:left="317" w:hanging="259"/>
      </w:pPr>
      <w:r>
        <w:rPr>
          <w:rFonts w:ascii="Aptos" w:hAnsi="Aptos"/>
          <w:b w:val="0"/>
          <w:color w:val="000000"/>
          <w:sz w:val="21"/>
        </w:rPr>
        <w:t>☐  The home screen includes the logo, instructions and both booking buttons.</w:t>
      </w:r>
    </w:p>
    <w:p>
      <w:pPr>
        <w:pStyle w:val="BodyText"/>
        <w:ind w:left="317" w:hanging="259"/>
      </w:pPr>
      <w:r>
        <w:rPr>
          <w:rFonts w:ascii="Aptos" w:hAnsi="Aptos"/>
          <w:b w:val="0"/>
          <w:color w:val="000000"/>
          <w:sz w:val="21"/>
        </w:rPr>
        <w:t>☐  The computer screen includes Location, Date, Time and Confirm booking.</w:t>
      </w:r>
    </w:p>
    <w:p>
      <w:pPr>
        <w:pStyle w:val="BodyText"/>
        <w:ind w:left="317" w:hanging="259"/>
      </w:pPr>
      <w:r>
        <w:rPr>
          <w:rFonts w:ascii="Aptos" w:hAnsi="Aptos"/>
          <w:b w:val="0"/>
          <w:color w:val="000000"/>
          <w:sz w:val="21"/>
        </w:rPr>
        <w:t>☐  Book a computer links to 02 Book Computer.</w:t>
      </w:r>
    </w:p>
    <w:p>
      <w:pPr>
        <w:pStyle w:val="BodyText"/>
        <w:ind w:left="317" w:hanging="259"/>
      </w:pPr>
      <w:r>
        <w:rPr>
          <w:rFonts w:ascii="Aptos" w:hAnsi="Aptos"/>
          <w:b w:val="0"/>
          <w:color w:val="000000"/>
          <w:sz w:val="21"/>
        </w:rPr>
        <w:t>☐  The prototype begins on 01 Home and the link works in preview.</w:t>
      </w:r>
    </w:p>
    <w:p>
      <w:r>
        <w:br w:type="page"/>
      </w:r>
    </w:p>
    <w:p>
      <w:pPr>
        <w:pStyle w:val="Heading1"/>
      </w:pPr>
      <w:r>
        <w:t>Figma help</w:t>
      </w:r>
    </w:p>
    <w:p>
      <w:pPr>
        <w:pStyle w:val="BodyText"/>
      </w:pPr>
      <w:r>
        <w:rPr>
          <w:rFonts w:ascii="Aptos" w:hAnsi="Aptos"/>
          <w:b w:val="0"/>
          <w:color w:val="000000"/>
          <w:sz w:val="21"/>
        </w:rPr>
        <w:t>Use these official help pages if the interface has changed or you want to extend the prototype beyond the operations covered here.</w:t>
      </w:r>
    </w:p>
    <w:p>
      <w:pPr>
        <w:pStyle w:val="BodyText"/>
        <w:ind w:left="288" w:hanging="288"/>
      </w:pPr>
      <w:r>
        <w:t xml:space="preserve">•  </w:t>
      </w:r>
      <w:hyperlink r:id="rId10">
        <w:r>
          <w:rPr>
            <w:color w:val="365F91"/>
            <w:u w:val="single"/>
          </w:rPr>
          <w:t>Start designing with UI kits</w:t>
        </w:r>
      </w:hyperlink>
      <w:r>
        <w:t xml:space="preserve"> - Add Figma's supplied design systems and platform UI kits to a file.</w:t>
      </w:r>
    </w:p>
    <w:p>
      <w:pPr>
        <w:pStyle w:val="BodyText"/>
        <w:ind w:left="288" w:hanging="288"/>
      </w:pPr>
      <w:r>
        <w:t xml:space="preserve">•  </w:t>
      </w:r>
      <w:hyperlink r:id="rId11">
        <w:r>
          <w:rPr>
            <w:color w:val="365F91"/>
            <w:u w:val="single"/>
          </w:rPr>
          <w:t>Frames in Figma Design</w:t>
        </w:r>
      </w:hyperlink>
      <w:r>
        <w:t xml:space="preserve"> - Review frame creation, presets, nesting and resizing.</w:t>
      </w:r>
    </w:p>
    <w:p>
      <w:pPr>
        <w:pStyle w:val="BodyText"/>
        <w:ind w:left="288" w:hanging="288"/>
      </w:pPr>
      <w:r>
        <w:t xml:space="preserve">•  </w:t>
      </w:r>
      <w:hyperlink r:id="rId12">
        <w:r>
          <w:rPr>
            <w:color w:val="365F91"/>
            <w:u w:val="single"/>
          </w:rPr>
          <w:t>Create and insert component instances</w:t>
        </w:r>
      </w:hyperlink>
      <w:r>
        <w:t xml:space="preserve"> - Learn how reusable components are placed and modified as instances.</w:t>
      </w:r>
    </w:p>
    <w:p>
      <w:pPr>
        <w:pStyle w:val="BodyText"/>
        <w:ind w:left="288" w:hanging="288"/>
      </w:pPr>
      <w:r>
        <w:t xml:space="preserve">•  </w:t>
      </w:r>
      <w:hyperlink r:id="rId13">
        <w:r>
          <w:rPr>
            <w:color w:val="365F91"/>
            <w:u w:val="single"/>
          </w:rPr>
          <w:t>Guide to prototyping in Figma</w:t>
        </w:r>
      </w:hyperlink>
      <w:r>
        <w:t xml:space="preserve"> - Extend the example with more triggers, actions, destinations and animations.</w:t>
      </w:r>
    </w:p>
    <w:p>
      <w:pPr>
        <w:pStyle w:val="BodyText"/>
        <w:ind w:left="288" w:hanging="288"/>
      </w:pPr>
      <w:r>
        <w:t xml:space="preserve">•  </w:t>
      </w:r>
      <w:hyperlink r:id="rId14">
        <w:r>
          <w:rPr>
            <w:color w:val="365F91"/>
            <w:u w:val="single"/>
          </w:rPr>
          <w:t>Play your prototypes</w:t>
        </w:r>
      </w:hyperlink>
      <w:r>
        <w:t xml:space="preserve"> - Use preview and presentation options to test completed flows.</w:t>
      </w:r>
    </w:p>
    <w:sectPr w:rsidR="00FC693F" w:rsidRPr="0006063C" w:rsidSect="00034616">
      <w:footerReference w:type="default" r:id="rId9"/>
      <w:pgSz w:w="12240" w:h="15840"/>
      <w:pgMar w:top="936"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b w:val="0"/>
        <w:color w:val="666666"/>
        <w:sz w:val="17"/>
      </w:rPr>
      <w:t>Usability Engineering   Workshop 7   Wireframe Interface Models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2" w:lineRule="auto"/>
    </w:pPr>
    <w:rPr>
      <w:rFonts w:ascii="Aptos" w:hAnsi="Aptos"/>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ascii="Aptos Display" w:hAnsi="Aptos Display"/>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contextualSpacing/>
    </w:pPr>
    <w:rPr>
      <w:rFonts w:asciiTheme="majorHAnsi" w:eastAsiaTheme="majorEastAsia" w:hAnsiTheme="majorHAnsi" w:cstheme="majorBidi" w:ascii="Aptos Display" w:hAnsi="Aptos Display"/>
      <w:b/>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00" w:line="252" w:lineRule="auto"/>
    </w:pPr>
    <w:rPr>
      <w:rFonts w:ascii="Aptos" w:hAnsi="Aptos"/>
      <w:color w:val="000000"/>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yperlink" Target="https://help.figma.com/hc/en-us/articles/24037724065943-Start-designing-with-UI-kits" TargetMode="External"/><Relationship Id="rId11" Type="http://schemas.openxmlformats.org/officeDocument/2006/relationships/hyperlink" Target="https://help.figma.com/hc/en-us/articles/360041539473-Frames-in-Figma-Design" TargetMode="External"/><Relationship Id="rId12" Type="http://schemas.openxmlformats.org/officeDocument/2006/relationships/hyperlink" Target="https://help.figma.com/hc/en-us/articles/360039150173-Create-and-insert-component-instances" TargetMode="External"/><Relationship Id="rId13" Type="http://schemas.openxmlformats.org/officeDocument/2006/relationships/hyperlink" Target="https://help.figma.com/hc/en-us/articles/360040314193-Guide-to-prototyping-in-Figma" TargetMode="External"/><Relationship Id="rId14" Type="http://schemas.openxmlformats.org/officeDocument/2006/relationships/hyperlink" Target="https://help.figma.com/hc/en-us/articles/360040318013-Play-your-proto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