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454"/>
      </w:tblGrid>
      <w:tr w:rsidR="009E5DB3" w:rsidRPr="0064746A" w14:paraId="3180915E" w14:textId="77777777">
        <w:tc>
          <w:tcPr>
            <w:tcW w:w="10454" w:type="dxa"/>
            <w:shd w:val="clear" w:color="auto" w:fill="203B60"/>
          </w:tcPr>
          <w:p w14:paraId="125AB340" w14:textId="77777777" w:rsidR="009E5DB3" w:rsidRPr="0064746A" w:rsidRDefault="00000000">
            <w:pPr>
              <w:spacing w:after="4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32"/>
              </w:rPr>
              <w:t>STUDENT EXAMINATION SCHEDULE</w:t>
            </w:r>
          </w:p>
          <w:p w14:paraId="3C9B6BBA" w14:textId="77777777" w:rsidR="009E5DB3" w:rsidRPr="0064746A" w:rsidRDefault="00000000">
            <w:pPr>
              <w:spacing w:after="4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color w:val="FFFFFF"/>
                <w:sz w:val="20"/>
              </w:rPr>
              <w:t>LCHS7006  •  Individual Examinations  •  15 Minutes Per Student  •  October 2026</w:t>
            </w:r>
          </w:p>
        </w:tc>
      </w:tr>
    </w:tbl>
    <w:p w14:paraId="2C5591F9" w14:textId="77777777" w:rsidR="009E5DB3" w:rsidRPr="0064746A" w:rsidRDefault="009E5DB3">
      <w:pPr>
        <w:spacing w:after="20"/>
        <w:rPr>
          <w:rFonts w:ascii="Calibri" w:hAnsi="Calibri" w:cs="Calibri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454"/>
      </w:tblGrid>
      <w:tr w:rsidR="009E5DB3" w:rsidRPr="0064746A" w14:paraId="4C279901" w14:textId="77777777">
        <w:tc>
          <w:tcPr>
            <w:tcW w:w="10454" w:type="dxa"/>
            <w:shd w:val="clear" w:color="auto" w:fill="297A34"/>
          </w:tcPr>
          <w:p w14:paraId="69CDDA97" w14:textId="77777777" w:rsidR="009E5DB3" w:rsidRPr="0064746A" w:rsidRDefault="00000000">
            <w:pPr>
              <w:spacing w:after="4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32"/>
              </w:rPr>
              <w:t>Session 1</w:t>
            </w:r>
          </w:p>
          <w:p w14:paraId="1947CA98" w14:textId="77777777" w:rsidR="009E5DB3" w:rsidRPr="0064746A" w:rsidRDefault="00000000">
            <w:pPr>
              <w:spacing w:after="4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color w:val="FFFFFF"/>
                <w:sz w:val="20"/>
              </w:rPr>
              <w:t>Monday, 19 October 2026  •  9:30 AM – 2:30 PM</w:t>
            </w:r>
          </w:p>
          <w:p w14:paraId="7233E6BB" w14:textId="77777777" w:rsidR="009E5DB3" w:rsidRPr="0064746A" w:rsidRDefault="00000000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b/>
                <w:sz w:val="20"/>
              </w:rPr>
              <w:t>Room: Lecture Room 8, Vincent &amp; Albert House</w:t>
            </w:r>
          </w:p>
        </w:tc>
      </w:tr>
    </w:tbl>
    <w:p w14:paraId="2625ABFB" w14:textId="77777777" w:rsidR="009E5DB3" w:rsidRPr="0064746A" w:rsidRDefault="009E5DB3">
      <w:pPr>
        <w:spacing w:after="20"/>
        <w:rPr>
          <w:rFonts w:ascii="Calibri" w:hAnsi="Calibri" w:cs="Calibri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4"/>
        <w:gridCol w:w="4167"/>
        <w:gridCol w:w="1587"/>
        <w:gridCol w:w="2126"/>
        <w:gridCol w:w="2120"/>
      </w:tblGrid>
      <w:tr w:rsidR="009E5DB3" w:rsidRPr="0064746A" w14:paraId="0B610948" w14:textId="77777777">
        <w:trPr>
          <w:jc w:val="center"/>
        </w:trPr>
        <w:tc>
          <w:tcPr>
            <w:tcW w:w="454" w:type="dxa"/>
            <w:shd w:val="clear" w:color="auto" w:fill="203B60"/>
            <w:vAlign w:val="center"/>
          </w:tcPr>
          <w:p w14:paraId="0E439640" w14:textId="77777777" w:rsidR="009E5DB3" w:rsidRPr="0064746A" w:rsidRDefault="00000000">
            <w:pPr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color w:val="FFFFFF"/>
                <w:sz w:val="22"/>
              </w:rPr>
              <w:t>#</w:t>
            </w:r>
          </w:p>
        </w:tc>
        <w:tc>
          <w:tcPr>
            <w:tcW w:w="4167" w:type="dxa"/>
            <w:shd w:val="clear" w:color="auto" w:fill="203B60"/>
            <w:vAlign w:val="center"/>
          </w:tcPr>
          <w:p w14:paraId="51E7D576" w14:textId="77777777" w:rsidR="009E5DB3" w:rsidRPr="0064746A" w:rsidRDefault="00000000">
            <w:pPr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color w:val="FFFFFF"/>
                <w:sz w:val="22"/>
              </w:rPr>
              <w:t>Student Name</w:t>
            </w:r>
          </w:p>
        </w:tc>
        <w:tc>
          <w:tcPr>
            <w:tcW w:w="1587" w:type="dxa"/>
            <w:shd w:val="clear" w:color="auto" w:fill="203B60"/>
            <w:vAlign w:val="center"/>
          </w:tcPr>
          <w:p w14:paraId="45F50342" w14:textId="77777777" w:rsidR="009E5DB3" w:rsidRPr="0064746A" w:rsidRDefault="00000000">
            <w:pPr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color w:val="FFFFFF"/>
                <w:sz w:val="22"/>
              </w:rPr>
              <w:t>Student ID</w:t>
            </w:r>
          </w:p>
        </w:tc>
        <w:tc>
          <w:tcPr>
            <w:tcW w:w="2126" w:type="dxa"/>
            <w:shd w:val="clear" w:color="auto" w:fill="203B60"/>
            <w:vAlign w:val="center"/>
          </w:tcPr>
          <w:p w14:paraId="638ACA53" w14:textId="77777777" w:rsidR="009E5DB3" w:rsidRPr="0064746A" w:rsidRDefault="00000000">
            <w:pPr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color w:val="FFFFFF"/>
                <w:sz w:val="22"/>
              </w:rPr>
              <w:t>Start Time</w:t>
            </w:r>
          </w:p>
        </w:tc>
        <w:tc>
          <w:tcPr>
            <w:tcW w:w="2120" w:type="dxa"/>
            <w:shd w:val="clear" w:color="auto" w:fill="203B60"/>
            <w:vAlign w:val="center"/>
          </w:tcPr>
          <w:p w14:paraId="5E80B9B4" w14:textId="77777777" w:rsidR="009E5DB3" w:rsidRPr="0064746A" w:rsidRDefault="00000000">
            <w:pPr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color w:val="FFFFFF"/>
                <w:sz w:val="22"/>
              </w:rPr>
              <w:t>End Time</w:t>
            </w:r>
          </w:p>
        </w:tc>
      </w:tr>
      <w:tr w:rsidR="009E5DB3" w:rsidRPr="0064746A" w14:paraId="24C6482C" w14:textId="77777777">
        <w:trPr>
          <w:jc w:val="center"/>
        </w:trPr>
        <w:tc>
          <w:tcPr>
            <w:tcW w:w="454" w:type="dxa"/>
            <w:vAlign w:val="center"/>
          </w:tcPr>
          <w:p w14:paraId="24ADCF4C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</w:t>
            </w:r>
          </w:p>
        </w:tc>
        <w:tc>
          <w:tcPr>
            <w:tcW w:w="4167" w:type="dxa"/>
            <w:vAlign w:val="center"/>
          </w:tcPr>
          <w:p w14:paraId="3AF65CAB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Vaishnavi Ranmalbhai Odedra</w:t>
            </w:r>
          </w:p>
        </w:tc>
        <w:tc>
          <w:tcPr>
            <w:tcW w:w="1587" w:type="dxa"/>
            <w:vAlign w:val="center"/>
          </w:tcPr>
          <w:p w14:paraId="184DDF98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2541605</w:t>
            </w:r>
          </w:p>
        </w:tc>
        <w:tc>
          <w:tcPr>
            <w:tcW w:w="2126" w:type="dxa"/>
            <w:vAlign w:val="center"/>
          </w:tcPr>
          <w:p w14:paraId="7E878B07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9:30 AM</w:t>
            </w:r>
          </w:p>
        </w:tc>
        <w:tc>
          <w:tcPr>
            <w:tcW w:w="2120" w:type="dxa"/>
            <w:vAlign w:val="center"/>
          </w:tcPr>
          <w:p w14:paraId="30ED9051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9:45 AM</w:t>
            </w:r>
          </w:p>
        </w:tc>
      </w:tr>
      <w:tr w:rsidR="009E5DB3" w:rsidRPr="0064746A" w14:paraId="04CBA942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65CB842B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4B9A4AB3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Amreen Akhtar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79309023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2214675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57168A1F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9:45 AM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16BDA766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10:00 AM</w:t>
            </w:r>
          </w:p>
        </w:tc>
      </w:tr>
      <w:tr w:rsidR="009E5DB3" w:rsidRPr="0064746A" w14:paraId="17CCA061" w14:textId="77777777">
        <w:trPr>
          <w:jc w:val="center"/>
        </w:trPr>
        <w:tc>
          <w:tcPr>
            <w:tcW w:w="454" w:type="dxa"/>
            <w:vAlign w:val="center"/>
          </w:tcPr>
          <w:p w14:paraId="1428FB1B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3</w:t>
            </w:r>
          </w:p>
        </w:tc>
        <w:tc>
          <w:tcPr>
            <w:tcW w:w="4167" w:type="dxa"/>
            <w:vAlign w:val="center"/>
          </w:tcPr>
          <w:p w14:paraId="03360225" w14:textId="77777777" w:rsidR="009E5DB3" w:rsidRPr="0064746A" w:rsidRDefault="00000000">
            <w:pPr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Siantel Nikita Brierley</w:t>
            </w:r>
          </w:p>
        </w:tc>
        <w:tc>
          <w:tcPr>
            <w:tcW w:w="1587" w:type="dxa"/>
            <w:vAlign w:val="center"/>
          </w:tcPr>
          <w:p w14:paraId="49FCF5EB" w14:textId="77777777" w:rsidR="009E5DB3" w:rsidRPr="0064746A" w:rsidRDefault="00000000">
            <w:pPr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2235698</w:t>
            </w:r>
          </w:p>
        </w:tc>
        <w:tc>
          <w:tcPr>
            <w:tcW w:w="2126" w:type="dxa"/>
            <w:vAlign w:val="center"/>
          </w:tcPr>
          <w:p w14:paraId="08732639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10:00 AM</w:t>
            </w:r>
          </w:p>
        </w:tc>
        <w:tc>
          <w:tcPr>
            <w:tcW w:w="2120" w:type="dxa"/>
            <w:vAlign w:val="center"/>
          </w:tcPr>
          <w:p w14:paraId="448E07C3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10:15 AM</w:t>
            </w:r>
          </w:p>
        </w:tc>
      </w:tr>
      <w:tr w:rsidR="009E5DB3" w:rsidRPr="0064746A" w14:paraId="213CD3CD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2031693B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4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229EB48F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Ashraf Ullah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3D81874C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2503813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2D30550A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10:15 AM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323B1FB9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10:30 AM</w:t>
            </w:r>
          </w:p>
        </w:tc>
      </w:tr>
      <w:tr w:rsidR="009E5DB3" w:rsidRPr="0064746A" w14:paraId="307B2AC9" w14:textId="77777777">
        <w:trPr>
          <w:jc w:val="center"/>
        </w:trPr>
        <w:tc>
          <w:tcPr>
            <w:tcW w:w="454" w:type="dxa"/>
            <w:vAlign w:val="center"/>
          </w:tcPr>
          <w:p w14:paraId="35961FE9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5</w:t>
            </w:r>
          </w:p>
        </w:tc>
        <w:tc>
          <w:tcPr>
            <w:tcW w:w="4167" w:type="dxa"/>
            <w:vAlign w:val="center"/>
          </w:tcPr>
          <w:p w14:paraId="5B530F93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Assma Zahoor</w:t>
            </w:r>
          </w:p>
        </w:tc>
        <w:tc>
          <w:tcPr>
            <w:tcW w:w="1587" w:type="dxa"/>
            <w:vAlign w:val="center"/>
          </w:tcPr>
          <w:p w14:paraId="1C8963C1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2242809</w:t>
            </w:r>
          </w:p>
        </w:tc>
        <w:tc>
          <w:tcPr>
            <w:tcW w:w="2126" w:type="dxa"/>
            <w:vAlign w:val="center"/>
          </w:tcPr>
          <w:p w14:paraId="5DC4A56C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10:30 AM</w:t>
            </w:r>
          </w:p>
        </w:tc>
        <w:tc>
          <w:tcPr>
            <w:tcW w:w="2120" w:type="dxa"/>
            <w:vAlign w:val="center"/>
          </w:tcPr>
          <w:p w14:paraId="5C0B16EB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10:45 AM</w:t>
            </w:r>
          </w:p>
        </w:tc>
      </w:tr>
      <w:tr w:rsidR="009E5DB3" w:rsidRPr="0064746A" w14:paraId="75E5085D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00252CB4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6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2D30940A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Chizoma Remilekun Awoyemi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3BAC0246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2223400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50E019F6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10:45 AM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4050C6BD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11:00 AM</w:t>
            </w:r>
          </w:p>
        </w:tc>
      </w:tr>
      <w:tr w:rsidR="009E5DB3" w:rsidRPr="0064746A" w14:paraId="42E94992" w14:textId="77777777">
        <w:trPr>
          <w:jc w:val="center"/>
        </w:trPr>
        <w:tc>
          <w:tcPr>
            <w:tcW w:w="454" w:type="dxa"/>
            <w:vAlign w:val="center"/>
          </w:tcPr>
          <w:p w14:paraId="6E7ED177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7</w:t>
            </w:r>
          </w:p>
        </w:tc>
        <w:tc>
          <w:tcPr>
            <w:tcW w:w="4167" w:type="dxa"/>
            <w:vAlign w:val="center"/>
          </w:tcPr>
          <w:p w14:paraId="1236C1D6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Ivana Konjevod Novosei</w:t>
            </w:r>
          </w:p>
        </w:tc>
        <w:tc>
          <w:tcPr>
            <w:tcW w:w="1587" w:type="dxa"/>
            <w:vAlign w:val="center"/>
          </w:tcPr>
          <w:p w14:paraId="59B6EF1B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2217492</w:t>
            </w:r>
          </w:p>
        </w:tc>
        <w:tc>
          <w:tcPr>
            <w:tcW w:w="2126" w:type="dxa"/>
            <w:vAlign w:val="center"/>
          </w:tcPr>
          <w:p w14:paraId="59FFB9C5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11:00 AM</w:t>
            </w:r>
          </w:p>
        </w:tc>
        <w:tc>
          <w:tcPr>
            <w:tcW w:w="2120" w:type="dxa"/>
            <w:vAlign w:val="center"/>
          </w:tcPr>
          <w:p w14:paraId="4286A809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11:15 AM</w:t>
            </w:r>
          </w:p>
        </w:tc>
      </w:tr>
      <w:tr w:rsidR="009E5DB3" w:rsidRPr="0064746A" w14:paraId="04D16BCB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0AB839E3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8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589176C1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Drashti Vithalbhai Morvadiya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5F85BA48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2531881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284832C6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11:15 AM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74D0AEDE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11:30 AM</w:t>
            </w:r>
          </w:p>
        </w:tc>
      </w:tr>
      <w:tr w:rsidR="009E5DB3" w:rsidRPr="0064746A" w14:paraId="57756EB5" w14:textId="77777777">
        <w:trPr>
          <w:jc w:val="center"/>
        </w:trPr>
        <w:tc>
          <w:tcPr>
            <w:tcW w:w="454" w:type="dxa"/>
            <w:vAlign w:val="center"/>
          </w:tcPr>
          <w:p w14:paraId="71210902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9</w:t>
            </w:r>
          </w:p>
        </w:tc>
        <w:tc>
          <w:tcPr>
            <w:tcW w:w="4167" w:type="dxa"/>
            <w:vAlign w:val="center"/>
          </w:tcPr>
          <w:p w14:paraId="1B638FC2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Freeda Zeb</w:t>
            </w:r>
          </w:p>
        </w:tc>
        <w:tc>
          <w:tcPr>
            <w:tcW w:w="1587" w:type="dxa"/>
            <w:vAlign w:val="center"/>
          </w:tcPr>
          <w:p w14:paraId="558ECD08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2126497</w:t>
            </w:r>
          </w:p>
        </w:tc>
        <w:tc>
          <w:tcPr>
            <w:tcW w:w="2126" w:type="dxa"/>
            <w:vAlign w:val="center"/>
          </w:tcPr>
          <w:p w14:paraId="625C97A7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11:30 AM</w:t>
            </w:r>
          </w:p>
        </w:tc>
        <w:tc>
          <w:tcPr>
            <w:tcW w:w="2120" w:type="dxa"/>
            <w:vAlign w:val="center"/>
          </w:tcPr>
          <w:p w14:paraId="1532C327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11:45 AM</w:t>
            </w:r>
          </w:p>
        </w:tc>
      </w:tr>
      <w:tr w:rsidR="009E5DB3" w:rsidRPr="0064746A" w14:paraId="3A35933A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4F24F0CB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10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573669D2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Geetha Marimuthu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5D868177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2528691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0C21ACD1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11:45 AM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02EF87B3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12:00 PM</w:t>
            </w:r>
          </w:p>
        </w:tc>
      </w:tr>
      <w:tr w:rsidR="009E5DB3" w:rsidRPr="0064746A" w14:paraId="470B97AD" w14:textId="77777777">
        <w:trPr>
          <w:jc w:val="center"/>
        </w:trPr>
        <w:tc>
          <w:tcPr>
            <w:tcW w:w="454" w:type="dxa"/>
            <w:vAlign w:val="center"/>
          </w:tcPr>
          <w:p w14:paraId="345DF090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11</w:t>
            </w:r>
          </w:p>
        </w:tc>
        <w:tc>
          <w:tcPr>
            <w:tcW w:w="4167" w:type="dxa"/>
            <w:vAlign w:val="center"/>
          </w:tcPr>
          <w:p w14:paraId="12E2A2A6" w14:textId="77777777" w:rsidR="009E5DB3" w:rsidRPr="0064746A" w:rsidRDefault="00000000">
            <w:pPr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Shazia Perveen</w:t>
            </w:r>
          </w:p>
        </w:tc>
        <w:tc>
          <w:tcPr>
            <w:tcW w:w="1587" w:type="dxa"/>
            <w:vAlign w:val="center"/>
          </w:tcPr>
          <w:p w14:paraId="1B868815" w14:textId="77777777" w:rsidR="009E5DB3" w:rsidRPr="0064746A" w:rsidRDefault="00000000">
            <w:pPr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2242994</w:t>
            </w:r>
          </w:p>
        </w:tc>
        <w:tc>
          <w:tcPr>
            <w:tcW w:w="2126" w:type="dxa"/>
            <w:vAlign w:val="center"/>
          </w:tcPr>
          <w:p w14:paraId="131F55F0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12:00 PM</w:t>
            </w:r>
          </w:p>
        </w:tc>
        <w:tc>
          <w:tcPr>
            <w:tcW w:w="2120" w:type="dxa"/>
            <w:vAlign w:val="center"/>
          </w:tcPr>
          <w:p w14:paraId="34309687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12:15 PM</w:t>
            </w:r>
          </w:p>
        </w:tc>
      </w:tr>
      <w:tr w:rsidR="009E5DB3" w:rsidRPr="0064746A" w14:paraId="2FE60A5A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22C6B180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12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3B943352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Divyesh Jakharabhai Bhutiya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3F81B6FE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2536460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6E55FED2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12:15 PM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741DA23E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12:30 PM</w:t>
            </w:r>
          </w:p>
        </w:tc>
      </w:tr>
      <w:tr w:rsidR="009E5DB3" w:rsidRPr="0064746A" w14:paraId="2FA3CAF3" w14:textId="77777777">
        <w:trPr>
          <w:jc w:val="center"/>
        </w:trPr>
        <w:tc>
          <w:tcPr>
            <w:tcW w:w="454" w:type="dxa"/>
            <w:vAlign w:val="center"/>
          </w:tcPr>
          <w:p w14:paraId="2727F2D7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13</w:t>
            </w:r>
          </w:p>
        </w:tc>
        <w:tc>
          <w:tcPr>
            <w:tcW w:w="4167" w:type="dxa"/>
            <w:vAlign w:val="center"/>
          </w:tcPr>
          <w:p w14:paraId="429BFB45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Karen Elizabeth Cogan</w:t>
            </w:r>
          </w:p>
        </w:tc>
        <w:tc>
          <w:tcPr>
            <w:tcW w:w="1587" w:type="dxa"/>
            <w:vAlign w:val="center"/>
          </w:tcPr>
          <w:p w14:paraId="750365BF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2245880</w:t>
            </w:r>
          </w:p>
        </w:tc>
        <w:tc>
          <w:tcPr>
            <w:tcW w:w="2126" w:type="dxa"/>
            <w:vAlign w:val="center"/>
          </w:tcPr>
          <w:p w14:paraId="1E634EDE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12:30 PM</w:t>
            </w:r>
          </w:p>
        </w:tc>
        <w:tc>
          <w:tcPr>
            <w:tcW w:w="2120" w:type="dxa"/>
            <w:vAlign w:val="center"/>
          </w:tcPr>
          <w:p w14:paraId="62D56580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12:45 PM</w:t>
            </w:r>
          </w:p>
        </w:tc>
      </w:tr>
      <w:tr w:rsidR="009E5DB3" w:rsidRPr="0064746A" w14:paraId="73A6361C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39AD91E3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14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52C2817D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Krupakumari Bharatbhai Rathod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0AEE71F4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2537419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78965370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12:45 PM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3A0BD990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1:00 PM</w:t>
            </w:r>
          </w:p>
        </w:tc>
      </w:tr>
      <w:tr w:rsidR="009E5DB3" w:rsidRPr="0064746A" w14:paraId="5CCA8C0C" w14:textId="77777777">
        <w:trPr>
          <w:jc w:val="center"/>
        </w:trPr>
        <w:tc>
          <w:tcPr>
            <w:tcW w:w="454" w:type="dxa"/>
            <w:vAlign w:val="center"/>
          </w:tcPr>
          <w:p w14:paraId="4A76D758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15</w:t>
            </w:r>
          </w:p>
        </w:tc>
        <w:tc>
          <w:tcPr>
            <w:tcW w:w="4167" w:type="dxa"/>
            <w:vAlign w:val="center"/>
          </w:tcPr>
          <w:p w14:paraId="4C301885" w14:textId="77777777" w:rsidR="009E5DB3" w:rsidRPr="0064746A" w:rsidRDefault="00000000">
            <w:pPr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Tabssum Osmangani Khalifa</w:t>
            </w:r>
          </w:p>
        </w:tc>
        <w:tc>
          <w:tcPr>
            <w:tcW w:w="1587" w:type="dxa"/>
            <w:vAlign w:val="center"/>
          </w:tcPr>
          <w:p w14:paraId="6C298014" w14:textId="77777777" w:rsidR="009E5DB3" w:rsidRPr="0064746A" w:rsidRDefault="00000000">
            <w:pPr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2513494</w:t>
            </w:r>
          </w:p>
        </w:tc>
        <w:tc>
          <w:tcPr>
            <w:tcW w:w="2126" w:type="dxa"/>
            <w:vAlign w:val="center"/>
          </w:tcPr>
          <w:p w14:paraId="0F237056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1:00 PM</w:t>
            </w:r>
          </w:p>
        </w:tc>
        <w:tc>
          <w:tcPr>
            <w:tcW w:w="2120" w:type="dxa"/>
            <w:vAlign w:val="center"/>
          </w:tcPr>
          <w:p w14:paraId="5D994A76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1:15 PM</w:t>
            </w:r>
          </w:p>
        </w:tc>
      </w:tr>
      <w:tr w:rsidR="009E5DB3" w:rsidRPr="0064746A" w14:paraId="3FAED26B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616B99E0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16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77FB0754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Mohammadyusuf Kasim Motala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7455235D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2534789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013A9EC0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1:15 PM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40E8D7E2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1:30 PM</w:t>
            </w:r>
          </w:p>
        </w:tc>
      </w:tr>
      <w:tr w:rsidR="009E5DB3" w:rsidRPr="0064746A" w14:paraId="5698012A" w14:textId="77777777">
        <w:trPr>
          <w:jc w:val="center"/>
        </w:trPr>
        <w:tc>
          <w:tcPr>
            <w:tcW w:w="454" w:type="dxa"/>
            <w:vAlign w:val="center"/>
          </w:tcPr>
          <w:p w14:paraId="30CB2598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17</w:t>
            </w:r>
          </w:p>
        </w:tc>
        <w:tc>
          <w:tcPr>
            <w:tcW w:w="4167" w:type="dxa"/>
            <w:vAlign w:val="center"/>
          </w:tcPr>
          <w:p w14:paraId="7C6E0012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Nadia Jabeen</w:t>
            </w:r>
          </w:p>
        </w:tc>
        <w:tc>
          <w:tcPr>
            <w:tcW w:w="1587" w:type="dxa"/>
            <w:vAlign w:val="center"/>
          </w:tcPr>
          <w:p w14:paraId="2305BA29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2234873</w:t>
            </w:r>
          </w:p>
        </w:tc>
        <w:tc>
          <w:tcPr>
            <w:tcW w:w="2126" w:type="dxa"/>
            <w:vAlign w:val="center"/>
          </w:tcPr>
          <w:p w14:paraId="2DC3880B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1:30 PM</w:t>
            </w:r>
          </w:p>
        </w:tc>
        <w:tc>
          <w:tcPr>
            <w:tcW w:w="2120" w:type="dxa"/>
            <w:vAlign w:val="center"/>
          </w:tcPr>
          <w:p w14:paraId="4146DCF9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1:45 PM</w:t>
            </w:r>
          </w:p>
        </w:tc>
      </w:tr>
      <w:tr w:rsidR="009E5DB3" w:rsidRPr="0064746A" w14:paraId="436B4A1C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207197C1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18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40D78561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Nagina Kauser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2724B1E8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2208948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45C9D8B0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1:45 PM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6B8AB5BF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2:00 PM</w:t>
            </w:r>
          </w:p>
        </w:tc>
      </w:tr>
      <w:tr w:rsidR="009E5DB3" w:rsidRPr="0064746A" w14:paraId="0E523B90" w14:textId="77777777">
        <w:trPr>
          <w:jc w:val="center"/>
        </w:trPr>
        <w:tc>
          <w:tcPr>
            <w:tcW w:w="454" w:type="dxa"/>
            <w:vAlign w:val="center"/>
          </w:tcPr>
          <w:p w14:paraId="0606F967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19</w:t>
            </w:r>
          </w:p>
        </w:tc>
        <w:tc>
          <w:tcPr>
            <w:tcW w:w="4167" w:type="dxa"/>
            <w:vAlign w:val="center"/>
          </w:tcPr>
          <w:p w14:paraId="549AA71A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Nazmin Malik</w:t>
            </w:r>
          </w:p>
        </w:tc>
        <w:tc>
          <w:tcPr>
            <w:tcW w:w="1587" w:type="dxa"/>
            <w:vAlign w:val="center"/>
          </w:tcPr>
          <w:p w14:paraId="4C09839C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2242813</w:t>
            </w:r>
          </w:p>
        </w:tc>
        <w:tc>
          <w:tcPr>
            <w:tcW w:w="2126" w:type="dxa"/>
            <w:vAlign w:val="center"/>
          </w:tcPr>
          <w:p w14:paraId="240AD87B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2:00 PM</w:t>
            </w:r>
          </w:p>
        </w:tc>
        <w:tc>
          <w:tcPr>
            <w:tcW w:w="2120" w:type="dxa"/>
            <w:vAlign w:val="center"/>
          </w:tcPr>
          <w:p w14:paraId="4F1FB43C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2:15 PM</w:t>
            </w:r>
          </w:p>
        </w:tc>
      </w:tr>
      <w:tr w:rsidR="009E5DB3" w:rsidRPr="0064746A" w14:paraId="46E98B15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03C3CE05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20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09C34CF8" w14:textId="77777777" w:rsidR="009E5DB3" w:rsidRPr="0064746A" w:rsidRDefault="00000000">
            <w:pPr>
              <w:spacing w:before="30" w:after="30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b/>
                <w:sz w:val="22"/>
              </w:rPr>
              <w:t>Paul Armah Amoh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246C6D95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2246297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6EB4BC67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2:15 PM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26AC9C01" w14:textId="77777777" w:rsidR="009E5DB3" w:rsidRPr="0064746A" w:rsidRDefault="00000000">
            <w:pPr>
              <w:spacing w:before="30" w:after="30"/>
              <w:jc w:val="center"/>
              <w:rPr>
                <w:rFonts w:asciiTheme="majorHAnsi" w:hAnsiTheme="majorHAnsi" w:cstheme="majorHAnsi"/>
                <w:sz w:val="22"/>
              </w:rPr>
            </w:pPr>
            <w:r w:rsidRPr="0064746A">
              <w:rPr>
                <w:rFonts w:asciiTheme="majorHAnsi" w:hAnsiTheme="majorHAnsi" w:cstheme="majorHAnsi"/>
                <w:sz w:val="22"/>
              </w:rPr>
              <w:t>2:30 PM</w:t>
            </w:r>
          </w:p>
        </w:tc>
      </w:tr>
    </w:tbl>
    <w:p w14:paraId="088991BA" w14:textId="77777777" w:rsidR="009E5DB3" w:rsidRPr="0064746A" w:rsidRDefault="009E5DB3">
      <w:pPr>
        <w:spacing w:after="40"/>
        <w:rPr>
          <w:rFonts w:asciiTheme="majorHAnsi" w:hAnsiTheme="majorHAnsi" w:cstheme="majorHAnsi"/>
          <w:sz w:val="22"/>
        </w:rPr>
      </w:pPr>
    </w:p>
    <w:p w14:paraId="20A85208" w14:textId="77777777" w:rsidR="009E5DB3" w:rsidRPr="0064746A" w:rsidRDefault="00000000">
      <w:pPr>
        <w:rPr>
          <w:rFonts w:asciiTheme="majorHAnsi" w:hAnsiTheme="majorHAnsi" w:cstheme="majorHAnsi"/>
          <w:sz w:val="22"/>
        </w:rPr>
      </w:pPr>
      <w:r w:rsidRPr="0064746A">
        <w:rPr>
          <w:rFonts w:asciiTheme="majorHAnsi" w:hAnsiTheme="majorHAnsi" w:cstheme="majorHAnsi"/>
          <w:sz w:val="22"/>
        </w:rPr>
        <w:br w:type="page"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454"/>
      </w:tblGrid>
      <w:tr w:rsidR="009E5DB3" w:rsidRPr="0064746A" w14:paraId="59C234EC" w14:textId="77777777">
        <w:tc>
          <w:tcPr>
            <w:tcW w:w="10454" w:type="dxa"/>
            <w:shd w:val="clear" w:color="auto" w:fill="EC8205"/>
          </w:tcPr>
          <w:p w14:paraId="745FBEFD" w14:textId="77777777" w:rsidR="009E5DB3" w:rsidRPr="0064746A" w:rsidRDefault="00000000">
            <w:pPr>
              <w:spacing w:after="4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32"/>
              </w:rPr>
              <w:lastRenderedPageBreak/>
              <w:t>Session 2</w:t>
            </w:r>
          </w:p>
          <w:p w14:paraId="182EF80F" w14:textId="77777777" w:rsidR="009E5DB3" w:rsidRPr="0064746A" w:rsidRDefault="00000000">
            <w:pPr>
              <w:spacing w:after="4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color w:val="FFFFFF"/>
                <w:sz w:val="20"/>
              </w:rPr>
              <w:t>Wednesday, 21 October 2026  •  1:20 PM – 2:35 PM</w:t>
            </w:r>
          </w:p>
          <w:p w14:paraId="5CEF0C92" w14:textId="77777777" w:rsidR="009E5DB3" w:rsidRPr="0064746A" w:rsidRDefault="00000000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b/>
                <w:sz w:val="20"/>
              </w:rPr>
              <w:t>Room: Louisa House – usual classroom (as per timetable)</w:t>
            </w:r>
          </w:p>
        </w:tc>
      </w:tr>
    </w:tbl>
    <w:p w14:paraId="0A75338E" w14:textId="77777777" w:rsidR="009E5DB3" w:rsidRPr="0064746A" w:rsidRDefault="009E5DB3">
      <w:pPr>
        <w:spacing w:after="20"/>
        <w:rPr>
          <w:rFonts w:ascii="Calibri" w:hAnsi="Calibri" w:cs="Calibri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4"/>
        <w:gridCol w:w="4167"/>
        <w:gridCol w:w="1587"/>
        <w:gridCol w:w="2126"/>
        <w:gridCol w:w="2120"/>
      </w:tblGrid>
      <w:tr w:rsidR="009E5DB3" w:rsidRPr="0064746A" w14:paraId="28F95B07" w14:textId="77777777">
        <w:trPr>
          <w:jc w:val="center"/>
        </w:trPr>
        <w:tc>
          <w:tcPr>
            <w:tcW w:w="454" w:type="dxa"/>
            <w:shd w:val="clear" w:color="auto" w:fill="203B60"/>
            <w:vAlign w:val="center"/>
          </w:tcPr>
          <w:p w14:paraId="4D477EB0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22"/>
              </w:rPr>
              <w:t>#</w:t>
            </w:r>
          </w:p>
        </w:tc>
        <w:tc>
          <w:tcPr>
            <w:tcW w:w="4167" w:type="dxa"/>
            <w:shd w:val="clear" w:color="auto" w:fill="203B60"/>
            <w:vAlign w:val="center"/>
          </w:tcPr>
          <w:p w14:paraId="4AD4174E" w14:textId="77777777" w:rsidR="009E5DB3" w:rsidRPr="0064746A" w:rsidRDefault="00000000">
            <w:pPr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22"/>
              </w:rPr>
              <w:t>Student Name</w:t>
            </w:r>
          </w:p>
        </w:tc>
        <w:tc>
          <w:tcPr>
            <w:tcW w:w="1587" w:type="dxa"/>
            <w:shd w:val="clear" w:color="auto" w:fill="203B60"/>
            <w:vAlign w:val="center"/>
          </w:tcPr>
          <w:p w14:paraId="458EDE5B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22"/>
              </w:rPr>
              <w:t>Student ID</w:t>
            </w:r>
          </w:p>
        </w:tc>
        <w:tc>
          <w:tcPr>
            <w:tcW w:w="2126" w:type="dxa"/>
            <w:shd w:val="clear" w:color="auto" w:fill="203B60"/>
            <w:vAlign w:val="center"/>
          </w:tcPr>
          <w:p w14:paraId="14F52CCB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22"/>
              </w:rPr>
              <w:t>Start Time</w:t>
            </w:r>
          </w:p>
        </w:tc>
        <w:tc>
          <w:tcPr>
            <w:tcW w:w="2120" w:type="dxa"/>
            <w:shd w:val="clear" w:color="auto" w:fill="203B60"/>
            <w:vAlign w:val="center"/>
          </w:tcPr>
          <w:p w14:paraId="1CC41228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22"/>
              </w:rPr>
              <w:t>End Time</w:t>
            </w:r>
          </w:p>
        </w:tc>
      </w:tr>
      <w:tr w:rsidR="009E5DB3" w:rsidRPr="0064746A" w14:paraId="1CBE328A" w14:textId="77777777">
        <w:trPr>
          <w:jc w:val="center"/>
        </w:trPr>
        <w:tc>
          <w:tcPr>
            <w:tcW w:w="454" w:type="dxa"/>
            <w:vAlign w:val="center"/>
          </w:tcPr>
          <w:p w14:paraId="0125F4DD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4167" w:type="dxa"/>
            <w:vAlign w:val="center"/>
          </w:tcPr>
          <w:p w14:paraId="282F632E" w14:textId="77777777" w:rsidR="009E5DB3" w:rsidRPr="0064746A" w:rsidRDefault="00000000">
            <w:pPr>
              <w:spacing w:before="30" w:after="30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sz w:val="22"/>
              </w:rPr>
              <w:t>Petronela-Claudia Bucur</w:t>
            </w:r>
          </w:p>
        </w:tc>
        <w:tc>
          <w:tcPr>
            <w:tcW w:w="1587" w:type="dxa"/>
            <w:vAlign w:val="center"/>
          </w:tcPr>
          <w:p w14:paraId="3CFCAB96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2240860</w:t>
            </w:r>
          </w:p>
        </w:tc>
        <w:tc>
          <w:tcPr>
            <w:tcW w:w="2126" w:type="dxa"/>
            <w:vAlign w:val="center"/>
          </w:tcPr>
          <w:p w14:paraId="444F7099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1:20 PM</w:t>
            </w:r>
          </w:p>
        </w:tc>
        <w:tc>
          <w:tcPr>
            <w:tcW w:w="2120" w:type="dxa"/>
            <w:vAlign w:val="center"/>
          </w:tcPr>
          <w:p w14:paraId="369F6A4F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1:35 PM</w:t>
            </w:r>
          </w:p>
        </w:tc>
      </w:tr>
      <w:tr w:rsidR="009E5DB3" w:rsidRPr="0064746A" w14:paraId="3D2817B9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47A5A9CE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39701D3A" w14:textId="77777777" w:rsidR="009E5DB3" w:rsidRPr="0064746A" w:rsidRDefault="00000000">
            <w:pPr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sz w:val="22"/>
              </w:rPr>
              <w:t>Uzma Rani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1D1E084C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2245024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2431175D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1:35 PM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0A5A16C4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1:50 PM</w:t>
            </w:r>
          </w:p>
        </w:tc>
      </w:tr>
      <w:tr w:rsidR="009E5DB3" w:rsidRPr="0064746A" w14:paraId="365177A1" w14:textId="77777777">
        <w:trPr>
          <w:jc w:val="center"/>
        </w:trPr>
        <w:tc>
          <w:tcPr>
            <w:tcW w:w="454" w:type="dxa"/>
            <w:vAlign w:val="center"/>
          </w:tcPr>
          <w:p w14:paraId="4622E8BA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4167" w:type="dxa"/>
            <w:vAlign w:val="center"/>
          </w:tcPr>
          <w:p w14:paraId="4446FD37" w14:textId="77777777" w:rsidR="009E5DB3" w:rsidRPr="0064746A" w:rsidRDefault="00000000">
            <w:pPr>
              <w:spacing w:before="30" w:after="30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sz w:val="22"/>
              </w:rPr>
              <w:t>Saira Arif</w:t>
            </w:r>
          </w:p>
        </w:tc>
        <w:tc>
          <w:tcPr>
            <w:tcW w:w="1587" w:type="dxa"/>
            <w:vAlign w:val="center"/>
          </w:tcPr>
          <w:p w14:paraId="726CF20E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2220569</w:t>
            </w:r>
          </w:p>
        </w:tc>
        <w:tc>
          <w:tcPr>
            <w:tcW w:w="2126" w:type="dxa"/>
            <w:vAlign w:val="center"/>
          </w:tcPr>
          <w:p w14:paraId="588F0370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1:50 PM</w:t>
            </w:r>
          </w:p>
        </w:tc>
        <w:tc>
          <w:tcPr>
            <w:tcW w:w="2120" w:type="dxa"/>
            <w:vAlign w:val="center"/>
          </w:tcPr>
          <w:p w14:paraId="0183BF60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2:05 PM</w:t>
            </w:r>
          </w:p>
        </w:tc>
      </w:tr>
      <w:tr w:rsidR="009E5DB3" w:rsidRPr="0064746A" w14:paraId="5AB885E2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6E672657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0636CE85" w14:textId="77777777" w:rsidR="009E5DB3" w:rsidRPr="0064746A" w:rsidRDefault="00000000">
            <w:pPr>
              <w:spacing w:before="30" w:after="30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sz w:val="22"/>
              </w:rPr>
              <w:t>Sanjay Parabat Odedara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7F9D81FB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2519105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589066D4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2:05 PM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36C5BB8B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2:20 PM</w:t>
            </w:r>
          </w:p>
        </w:tc>
      </w:tr>
      <w:tr w:rsidR="009E5DB3" w:rsidRPr="0064746A" w14:paraId="50FF554C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73F50664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1A031B9F" w14:textId="77777777" w:rsidR="009E5DB3" w:rsidRPr="0064746A" w:rsidRDefault="00000000">
            <w:pPr>
              <w:spacing w:before="30" w:after="30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sz w:val="22"/>
              </w:rPr>
              <w:t>Abin Cherukunnel Aji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04476ED1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2535941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4373096A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2:20 PM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2F3CF7E8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2:35 PM</w:t>
            </w:r>
          </w:p>
        </w:tc>
      </w:tr>
    </w:tbl>
    <w:p w14:paraId="6E783287" w14:textId="77777777" w:rsidR="009E5DB3" w:rsidRPr="0064746A" w:rsidRDefault="009E5DB3">
      <w:pPr>
        <w:spacing w:after="40"/>
        <w:rPr>
          <w:rFonts w:ascii="Calibri" w:hAnsi="Calibri" w:cs="Calibri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454"/>
      </w:tblGrid>
      <w:tr w:rsidR="009E5DB3" w:rsidRPr="0064746A" w14:paraId="4173BA42" w14:textId="77777777">
        <w:tc>
          <w:tcPr>
            <w:tcW w:w="10454" w:type="dxa"/>
            <w:shd w:val="clear" w:color="auto" w:fill="8223A7"/>
          </w:tcPr>
          <w:p w14:paraId="143750CB" w14:textId="77777777" w:rsidR="009E5DB3" w:rsidRPr="0064746A" w:rsidRDefault="00000000">
            <w:pPr>
              <w:spacing w:after="4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32"/>
              </w:rPr>
              <w:t>Session 3</w:t>
            </w:r>
          </w:p>
          <w:p w14:paraId="29233704" w14:textId="77777777" w:rsidR="009E5DB3" w:rsidRPr="0064746A" w:rsidRDefault="00000000">
            <w:pPr>
              <w:spacing w:after="4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color w:val="FFFFFF"/>
                <w:sz w:val="20"/>
              </w:rPr>
              <w:t>Wednesday, 28 October 2026  •  1:30 PM – 2:30 PM</w:t>
            </w:r>
          </w:p>
          <w:p w14:paraId="470261EE" w14:textId="77777777" w:rsidR="009E5DB3" w:rsidRPr="0064746A" w:rsidRDefault="00000000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64746A">
              <w:rPr>
                <w:rFonts w:ascii="Calibri" w:hAnsi="Calibri" w:cs="Calibri"/>
                <w:b/>
                <w:sz w:val="20"/>
              </w:rPr>
              <w:t>Room: Louisa House – usual classroom (as per timetable)</w:t>
            </w:r>
          </w:p>
        </w:tc>
      </w:tr>
    </w:tbl>
    <w:p w14:paraId="0FBD44CE" w14:textId="77777777" w:rsidR="009E5DB3" w:rsidRPr="0064746A" w:rsidRDefault="009E5DB3">
      <w:pPr>
        <w:spacing w:after="20"/>
        <w:rPr>
          <w:rFonts w:ascii="Calibri" w:hAnsi="Calibri" w:cs="Calibri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4"/>
        <w:gridCol w:w="4167"/>
        <w:gridCol w:w="1587"/>
        <w:gridCol w:w="2126"/>
        <w:gridCol w:w="2120"/>
      </w:tblGrid>
      <w:tr w:rsidR="009E5DB3" w:rsidRPr="0064746A" w14:paraId="636CED5B" w14:textId="77777777">
        <w:trPr>
          <w:jc w:val="center"/>
        </w:trPr>
        <w:tc>
          <w:tcPr>
            <w:tcW w:w="454" w:type="dxa"/>
            <w:shd w:val="clear" w:color="auto" w:fill="203B60"/>
            <w:vAlign w:val="center"/>
          </w:tcPr>
          <w:p w14:paraId="6B05499B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22"/>
              </w:rPr>
              <w:t>#</w:t>
            </w:r>
          </w:p>
        </w:tc>
        <w:tc>
          <w:tcPr>
            <w:tcW w:w="4167" w:type="dxa"/>
            <w:shd w:val="clear" w:color="auto" w:fill="203B60"/>
            <w:vAlign w:val="center"/>
          </w:tcPr>
          <w:p w14:paraId="44E5B70B" w14:textId="77777777" w:rsidR="009E5DB3" w:rsidRPr="0064746A" w:rsidRDefault="00000000">
            <w:pPr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22"/>
              </w:rPr>
              <w:t>Student Name</w:t>
            </w:r>
          </w:p>
        </w:tc>
        <w:tc>
          <w:tcPr>
            <w:tcW w:w="1587" w:type="dxa"/>
            <w:shd w:val="clear" w:color="auto" w:fill="203B60"/>
            <w:vAlign w:val="center"/>
          </w:tcPr>
          <w:p w14:paraId="3BAC0507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22"/>
              </w:rPr>
              <w:t>Student ID</w:t>
            </w:r>
          </w:p>
        </w:tc>
        <w:tc>
          <w:tcPr>
            <w:tcW w:w="2126" w:type="dxa"/>
            <w:shd w:val="clear" w:color="auto" w:fill="203B60"/>
            <w:vAlign w:val="center"/>
          </w:tcPr>
          <w:p w14:paraId="5149A3D3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22"/>
              </w:rPr>
              <w:t>Start Time</w:t>
            </w:r>
          </w:p>
        </w:tc>
        <w:tc>
          <w:tcPr>
            <w:tcW w:w="2120" w:type="dxa"/>
            <w:shd w:val="clear" w:color="auto" w:fill="203B60"/>
            <w:vAlign w:val="center"/>
          </w:tcPr>
          <w:p w14:paraId="111EBE08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color w:val="FFFFFF"/>
                <w:sz w:val="22"/>
              </w:rPr>
              <w:t>End Time</w:t>
            </w:r>
          </w:p>
        </w:tc>
      </w:tr>
      <w:tr w:rsidR="009E5DB3" w:rsidRPr="0064746A" w14:paraId="087D7FD4" w14:textId="77777777">
        <w:trPr>
          <w:jc w:val="center"/>
        </w:trPr>
        <w:tc>
          <w:tcPr>
            <w:tcW w:w="454" w:type="dxa"/>
            <w:vAlign w:val="center"/>
          </w:tcPr>
          <w:p w14:paraId="64DA9B97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4167" w:type="dxa"/>
            <w:vAlign w:val="center"/>
          </w:tcPr>
          <w:p w14:paraId="318FE066" w14:textId="77777777" w:rsidR="009E5DB3" w:rsidRPr="0064746A" w:rsidRDefault="00000000">
            <w:pPr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sz w:val="22"/>
              </w:rPr>
              <w:t>Ishrat Rehman</w:t>
            </w:r>
          </w:p>
        </w:tc>
        <w:tc>
          <w:tcPr>
            <w:tcW w:w="1587" w:type="dxa"/>
            <w:vAlign w:val="center"/>
          </w:tcPr>
          <w:p w14:paraId="77A07C26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2118374</w:t>
            </w:r>
          </w:p>
        </w:tc>
        <w:tc>
          <w:tcPr>
            <w:tcW w:w="2126" w:type="dxa"/>
            <w:vAlign w:val="center"/>
          </w:tcPr>
          <w:p w14:paraId="62C7A880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1:30 PM</w:t>
            </w:r>
          </w:p>
        </w:tc>
        <w:tc>
          <w:tcPr>
            <w:tcW w:w="2120" w:type="dxa"/>
            <w:vAlign w:val="center"/>
          </w:tcPr>
          <w:p w14:paraId="20982984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1:45 PM</w:t>
            </w:r>
          </w:p>
        </w:tc>
      </w:tr>
      <w:tr w:rsidR="009E5DB3" w:rsidRPr="0064746A" w14:paraId="128D1386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519D9772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25C7C96E" w14:textId="77777777" w:rsidR="009E5DB3" w:rsidRPr="0064746A" w:rsidRDefault="00000000">
            <w:pPr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sz w:val="22"/>
              </w:rPr>
              <w:t>Ashok Bharat Patel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7C8752B4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2532746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6E7CCA1C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1:45 PM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446284CA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2:00 PM</w:t>
            </w:r>
          </w:p>
        </w:tc>
      </w:tr>
      <w:tr w:rsidR="009E5DB3" w:rsidRPr="0064746A" w14:paraId="702B195F" w14:textId="77777777">
        <w:trPr>
          <w:jc w:val="center"/>
        </w:trPr>
        <w:tc>
          <w:tcPr>
            <w:tcW w:w="454" w:type="dxa"/>
            <w:vAlign w:val="center"/>
          </w:tcPr>
          <w:p w14:paraId="4932C2DD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4167" w:type="dxa"/>
            <w:vAlign w:val="center"/>
          </w:tcPr>
          <w:p w14:paraId="3B6A6131" w14:textId="77777777" w:rsidR="009E5DB3" w:rsidRPr="0064746A" w:rsidRDefault="00000000">
            <w:pPr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sz w:val="22"/>
              </w:rPr>
              <w:t>Misbabanu Amanullah Khan</w:t>
            </w:r>
          </w:p>
        </w:tc>
        <w:tc>
          <w:tcPr>
            <w:tcW w:w="1587" w:type="dxa"/>
            <w:vAlign w:val="center"/>
          </w:tcPr>
          <w:p w14:paraId="7B1F6485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2538422</w:t>
            </w:r>
          </w:p>
        </w:tc>
        <w:tc>
          <w:tcPr>
            <w:tcW w:w="2126" w:type="dxa"/>
            <w:vAlign w:val="center"/>
          </w:tcPr>
          <w:p w14:paraId="7E604CB5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2:00 PM</w:t>
            </w:r>
          </w:p>
        </w:tc>
        <w:tc>
          <w:tcPr>
            <w:tcW w:w="2120" w:type="dxa"/>
            <w:vAlign w:val="center"/>
          </w:tcPr>
          <w:p w14:paraId="4F6BA879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2:15 PM</w:t>
            </w:r>
          </w:p>
        </w:tc>
      </w:tr>
      <w:tr w:rsidR="009E5DB3" w:rsidRPr="0064746A" w14:paraId="20B20264" w14:textId="77777777">
        <w:trPr>
          <w:jc w:val="center"/>
        </w:trPr>
        <w:tc>
          <w:tcPr>
            <w:tcW w:w="454" w:type="dxa"/>
            <w:shd w:val="clear" w:color="auto" w:fill="E8F3FB"/>
            <w:vAlign w:val="center"/>
          </w:tcPr>
          <w:p w14:paraId="40795589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4167" w:type="dxa"/>
            <w:shd w:val="clear" w:color="auto" w:fill="E8F3FB"/>
            <w:vAlign w:val="center"/>
          </w:tcPr>
          <w:p w14:paraId="09D344B6" w14:textId="77777777" w:rsidR="009E5DB3" w:rsidRPr="0064746A" w:rsidRDefault="00000000">
            <w:pPr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b/>
                <w:sz w:val="22"/>
              </w:rPr>
              <w:t>Raisa Khaleel</w:t>
            </w:r>
          </w:p>
        </w:tc>
        <w:tc>
          <w:tcPr>
            <w:tcW w:w="1587" w:type="dxa"/>
            <w:shd w:val="clear" w:color="auto" w:fill="E8F3FB"/>
            <w:vAlign w:val="center"/>
          </w:tcPr>
          <w:p w14:paraId="08FFA8BA" w14:textId="77777777" w:rsidR="009E5DB3" w:rsidRPr="0064746A" w:rsidRDefault="00000000">
            <w:pPr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2220004</w:t>
            </w:r>
          </w:p>
        </w:tc>
        <w:tc>
          <w:tcPr>
            <w:tcW w:w="2126" w:type="dxa"/>
            <w:shd w:val="clear" w:color="auto" w:fill="E8F3FB"/>
            <w:vAlign w:val="center"/>
          </w:tcPr>
          <w:p w14:paraId="52F89A4C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2:15 PM</w:t>
            </w:r>
          </w:p>
        </w:tc>
        <w:tc>
          <w:tcPr>
            <w:tcW w:w="2120" w:type="dxa"/>
            <w:shd w:val="clear" w:color="auto" w:fill="E8F3FB"/>
            <w:vAlign w:val="center"/>
          </w:tcPr>
          <w:p w14:paraId="26442E54" w14:textId="77777777" w:rsidR="009E5DB3" w:rsidRPr="0064746A" w:rsidRDefault="00000000">
            <w:pPr>
              <w:spacing w:before="30" w:after="30"/>
              <w:jc w:val="center"/>
              <w:rPr>
                <w:rFonts w:ascii="Calibri" w:hAnsi="Calibri" w:cs="Calibri"/>
                <w:sz w:val="22"/>
              </w:rPr>
            </w:pPr>
            <w:r w:rsidRPr="0064746A">
              <w:rPr>
                <w:rFonts w:ascii="Calibri" w:hAnsi="Calibri" w:cs="Calibri"/>
                <w:sz w:val="22"/>
              </w:rPr>
              <w:t>2:30 PM</w:t>
            </w:r>
          </w:p>
        </w:tc>
      </w:tr>
    </w:tbl>
    <w:p w14:paraId="681280CE" w14:textId="77777777" w:rsidR="009E5DB3" w:rsidRPr="0064746A" w:rsidRDefault="009E5DB3">
      <w:pPr>
        <w:spacing w:after="40"/>
        <w:rPr>
          <w:rFonts w:ascii="Calibri" w:hAnsi="Calibri" w:cs="Calibri"/>
          <w:sz w:val="22"/>
        </w:rPr>
      </w:pPr>
    </w:p>
    <w:p w14:paraId="28E44DCE" w14:textId="77777777" w:rsidR="009E5DB3" w:rsidRPr="0064746A" w:rsidRDefault="009E5DB3">
      <w:pPr>
        <w:spacing w:after="20"/>
        <w:rPr>
          <w:rFonts w:ascii="Calibri" w:hAnsi="Calibri" w:cs="Calibri"/>
        </w:rPr>
      </w:pPr>
    </w:p>
    <w:p w14:paraId="5989B20C" w14:textId="77777777" w:rsidR="009E5DB3" w:rsidRPr="0064746A" w:rsidRDefault="00000000">
      <w:pPr>
        <w:spacing w:before="240"/>
        <w:rPr>
          <w:rFonts w:ascii="Calibri" w:hAnsi="Calibri" w:cs="Calibri"/>
          <w:b/>
          <w:bCs/>
          <w:sz w:val="32"/>
          <w:szCs w:val="32"/>
        </w:rPr>
      </w:pPr>
      <w:r w:rsidRPr="0064746A">
        <w:rPr>
          <w:rFonts w:ascii="Calibri" w:hAnsi="Calibri" w:cs="Calibri"/>
          <w:b/>
          <w:bCs/>
          <w:i/>
          <w:sz w:val="32"/>
          <w:szCs w:val="32"/>
        </w:rPr>
        <w:t>Note: Please arrive 20 minutes before your scheduled time, as presentations may begin earlier than the allocated time.</w:t>
      </w:r>
    </w:p>
    <w:sectPr w:rsidR="009E5DB3" w:rsidRPr="0064746A" w:rsidSect="00034616">
      <w:pgSz w:w="12240" w:h="15840"/>
      <w:pgMar w:top="893" w:right="893" w:bottom="792" w:left="893" w:header="36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91817660">
    <w:abstractNumId w:val="8"/>
  </w:num>
  <w:num w:numId="2" w16cid:durableId="1483546890">
    <w:abstractNumId w:val="6"/>
  </w:num>
  <w:num w:numId="3" w16cid:durableId="1065372787">
    <w:abstractNumId w:val="5"/>
  </w:num>
  <w:num w:numId="4" w16cid:durableId="990215105">
    <w:abstractNumId w:val="4"/>
  </w:num>
  <w:num w:numId="5" w16cid:durableId="215822340">
    <w:abstractNumId w:val="7"/>
  </w:num>
  <w:num w:numId="6" w16cid:durableId="715198500">
    <w:abstractNumId w:val="3"/>
  </w:num>
  <w:num w:numId="7" w16cid:durableId="978413207">
    <w:abstractNumId w:val="2"/>
  </w:num>
  <w:num w:numId="8" w16cid:durableId="2118521812">
    <w:abstractNumId w:val="1"/>
  </w:num>
  <w:num w:numId="9" w16cid:durableId="1580872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F3638"/>
    <w:rsid w:val="0064746A"/>
    <w:rsid w:val="009E5DB3"/>
    <w:rsid w:val="00AA1D8D"/>
    <w:rsid w:val="00B47730"/>
    <w:rsid w:val="00CB0664"/>
    <w:rsid w:val="00E30E5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EAB2E9"/>
  <w14:defaultImageDpi w14:val="300"/>
  <w15:docId w15:val="{DE60E36D-20C9-42C7-817D-C8B62982C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>Fahad Khan</cp:lastModifiedBy>
  <cp:revision>3</cp:revision>
  <dcterms:created xsi:type="dcterms:W3CDTF">2026-10-12T10:37:00Z</dcterms:created>
  <dcterms:modified xsi:type="dcterms:W3CDTF">2026-10-12T10:41:00Z</dcterms:modified>
  <cp:category/>
</cp:coreProperties>
</file>