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640C6" w14:textId="77777777" w:rsidR="002A3C83" w:rsidRDefault="00000000">
      <w:pPr>
        <w:jc w:val="center"/>
      </w:pPr>
      <w:r>
        <w:t>CLACTON ON SEA POTOFOLIO</w:t>
      </w:r>
    </w:p>
    <w:p w14:paraId="01CFB4C4" w14:textId="77777777" w:rsidR="002A3C83" w:rsidRDefault="002A3C83"/>
    <w:p w14:paraId="18566599" w14:textId="77777777" w:rsidR="002A3C83" w:rsidRDefault="00000000">
      <w:r>
        <w:t>ELEMENT 1: Two needs in Clacton-on-Sea</w:t>
      </w:r>
    </w:p>
    <w:p w14:paraId="4584605F" w14:textId="77777777" w:rsidR="002A3C83" w:rsidRDefault="00000000">
      <w:r>
        <w:t>I lived in Clacton-on-Sea for some time, so I know the area. Clacton is a seaside town in Tendring, Essex, about 1 hour and a half from London by train. It looks nice in summer, but in winter is very sad. I saw this myself.</w:t>
      </w:r>
    </w:p>
    <w:p w14:paraId="0271F96D" w14:textId="77777777" w:rsidR="002A3C83" w:rsidRDefault="00000000">
      <w:r>
        <w:rPr>
          <w:b/>
          <w:u w:val="single"/>
        </w:rPr>
        <w:t>Need 1: No jobs in winter, only summer</w:t>
      </w:r>
    </w:p>
    <w:p w14:paraId="697A8710" w14:textId="77777777" w:rsidR="002A3C83" w:rsidRDefault="00000000">
      <w:r>
        <w:t>In Clacton, everything is about summer. In June, July, August, the pier is full. But from November to March, everything is closed. I remember walking on Pier Avenue at 11:30am in winter and everything was empty, a lot of shop is closed, is very sad and empty.</w:t>
      </w:r>
      <w:r>
        <w:br/>
      </w:r>
      <w:r>
        <w:br/>
        <w:t>The problem is that most jobs are only temporary, is only few job, all part time, not good pay. I hear many people dont have job ever and half of people over 16 don't work. This is true, you can see young people hanging around doing nothing, just stay in street.</w:t>
      </w:r>
      <w:r>
        <w:br/>
      </w:r>
      <w:r>
        <w:br/>
        <w:t>Also Jaywick, which is 5 minutes from Clacton, is the poorest area in all England. Not one time, but 4 times - in 2010, 2015, 2019 and 2025 the Government said Jaywick is the most deprived neighbourhood in England. 62% of people there live on benefits. I saw some video on YouTube about Jaywick and for me it look like a small village, very poor and nobody help them, like a forgot place, neajutat. Tendring Council is very poor area. The economy went down 7% since 2013. So people have no stable jobs, only seasonal jobs. This is not sustainable because you can't live 9 months with no money.</w:t>
      </w:r>
      <w:r>
        <w:br/>
      </w:r>
      <w:r>
        <w:br/>
        <w:t>This need is similar to other seaside towns like Blackpool, but different from Colchester or Chelmsford where there are offices and permanent jobs.</w:t>
      </w:r>
    </w:p>
    <w:p w14:paraId="1C9C610F" w14:textId="77777777" w:rsidR="002A3C83" w:rsidRDefault="00000000">
      <w:r>
        <w:rPr>
          <w:b/>
          <w:u w:val="single"/>
        </w:rPr>
        <w:t>Need 2: Old people, cold houses and dangerous sea</w:t>
      </w:r>
    </w:p>
    <w:p w14:paraId="36444AAD" w14:textId="77777777" w:rsidR="002A3C83" w:rsidRDefault="00000000">
      <w:r>
        <w:t>Clacton has a lot of old people. The average age is 50, while in England is 39. I saw many old people alone in winter, a lot of people is sick and poor, many kid is poor too, no money for food.</w:t>
      </w:r>
      <w:r>
        <w:br/>
      </w:r>
      <w:r>
        <w:br/>
        <w:t>In winter, old people stay in cold houses because they can't pay heating. And there is no warm place to go. Also the sea is dangerous. Clacton RNLI saved 11,196 lives and launched boats 3,106 times, but still people die. I remember news Ben Quartermaine, 15 years old, drowned near Clacton Pier in 2018 and Malika Shamas 14 and her brother Haider 18 died in same place in 2019. After that, Tendring made Water Safety Forum to teach children about water safety, but families in Jaywick can't pay £6 for swimming lesson.</w:t>
      </w:r>
      <w:r>
        <w:br/>
      </w:r>
      <w:r>
        <w:br/>
        <w:t>So the second need is social - old people isolated and cold, children with no safe place to learn to swim and no warm community space in winter.</w:t>
      </w:r>
    </w:p>
    <w:p w14:paraId="74F19A99" w14:textId="77777777" w:rsidR="002A3C83" w:rsidRDefault="00000000">
      <w:r>
        <w:rPr>
          <w:b/>
        </w:rPr>
        <w:t>ELEMENT 2: My business idea</w:t>
      </w:r>
    </w:p>
    <w:p w14:paraId="73C4D1EB" w14:textId="77777777" w:rsidR="002A3C83" w:rsidRDefault="00000000">
      <w:r>
        <w:rPr>
          <w:b/>
        </w:rPr>
        <w:t>Name: Clacton Winter Island CIC</w:t>
      </w:r>
    </w:p>
    <w:p w14:paraId="60B62B9D" w14:textId="77777777" w:rsidR="002A3C83" w:rsidRDefault="00000000">
      <w:r>
        <w:t>My idea is to make Clacton Pier work in winter, not only in summer. I want to take an empty place on pier and make a warm tropical island inside, open from November to March.</w:t>
      </w:r>
    </w:p>
    <w:p w14:paraId="47B420FE" w14:textId="77777777" w:rsidR="002A3C83" w:rsidRDefault="00000000">
      <w:r>
        <w:rPr>
          <w:b/>
          <w:u w:val="single"/>
        </w:rPr>
        <w:t>What will be Inside?</w:t>
      </w:r>
    </w:p>
    <w:p w14:paraId="64628CE2" w14:textId="77777777" w:rsidR="002A3C83" w:rsidRDefault="00000000">
      <w:r>
        <w:rPr>
          <w:b/>
        </w:rPr>
        <w:t>1. Tropical Beach Inside</w:t>
      </w:r>
      <w:r>
        <w:rPr>
          <w:b/>
        </w:rPr>
        <w:br/>
      </w:r>
      <w:r>
        <w:t>I want to make a small beach inside with real sand from Jaywick beach, with sun loungers and a small lagoon with warm water at 30 degrees. Outside is 3 degrees and raining, inside is 26 degrees. People from London can come by train to feel summer in winter. I saw this in Copenhagen, people pay to go to warm place in winter. Price will be £8 per day or £25 per month membership. People can come every week, not only one time. This will give 6 permanent jobs for young people from Jaywick as beach hosts.</w:t>
      </w:r>
    </w:p>
    <w:p w14:paraId="33C3A76C" w14:textId="77777777" w:rsidR="002A3C83" w:rsidRDefault="00000000">
      <w:r>
        <w:rPr>
          <w:b/>
        </w:rPr>
        <w:t>2. Winter Food Hall</w:t>
      </w:r>
      <w:r>
        <w:rPr>
          <w:b/>
        </w:rPr>
        <w:br/>
      </w:r>
      <w:r>
        <w:t>A small food hall with 6 kitchens. Two kitchens with fish from local fishermen from Clacton, two kitchens run by women from Jaywick who make home food like pies and soups, and two vegan kitchens with vegetables from farms in Tendring. Every month the kitchens change, so people come back to try new food. This is good because women from Jaywick can start small business with low rent £50 per week. This will create 12 permanent jobs for cooks and 4 for cleaning.</w:t>
      </w:r>
    </w:p>
    <w:p w14:paraId="73FAB498" w14:textId="77777777" w:rsidR="002A3C83" w:rsidRDefault="00000000">
      <w:r>
        <w:rPr>
          <w:b/>
        </w:rPr>
        <w:t>3. Sea Sauna with sea view</w:t>
      </w:r>
      <w:r>
        <w:rPr>
          <w:b/>
        </w:rPr>
        <w:br/>
      </w:r>
      <w:r>
        <w:t>Three saunas made from recycled wood and two hot tubs on the pier terrace with sea view. They will be heated with heat pump from the sea and with energy from offshore wind farm Gunfleet Sands near Clacton. I see in other town sauna is busy in winter. People like it and come a lot. Price £15 for 2 hours. People will come every week. This will create 4 jobs for sauna staff.</w:t>
      </w:r>
    </w:p>
    <w:p w14:paraId="73EF2DAB" w14:textId="77777777" w:rsidR="002A3C83" w:rsidRDefault="00000000">
      <w:r>
        <w:rPr>
          <w:b/>
          <w:u w:val="single"/>
        </w:rPr>
        <w:t>How it makes value?</w:t>
      </w:r>
    </w:p>
    <w:p w14:paraId="39B7DC1A" w14:textId="77777777" w:rsidR="002A3C83" w:rsidRDefault="00000000">
      <w:r>
        <w:rPr>
          <w:b/>
        </w:rPr>
        <w:t xml:space="preserve">People: </w:t>
      </w:r>
      <w:r>
        <w:t>It creates 22 permanent jobs where now 1 in 5 people never had a job. It gives women from Jaywick - poorest area - chance to start business. It gives warm place for old people in winter and it will use some profit to pay free swimming lessons for children so they don't drown like Ben and Malika.</w:t>
      </w:r>
      <w:r>
        <w:br/>
      </w:r>
      <w:r>
        <w:br/>
      </w:r>
      <w:r>
        <w:rPr>
          <w:b/>
        </w:rPr>
        <w:t xml:space="preserve">Planet: </w:t>
      </w:r>
      <w:r>
        <w:t>Heating from sea, not gas, LED lights with energy from wind farm. Sand and wood recycled. Food from local area, no plastic. This is circular economy.</w:t>
      </w:r>
      <w:r>
        <w:br/>
      </w:r>
      <w:r>
        <w:br/>
      </w:r>
      <w:r>
        <w:rPr>
          <w:b/>
        </w:rPr>
        <w:t xml:space="preserve">Profit: </w:t>
      </w:r>
      <w:r>
        <w:t>In winter, 200 members x £25 = £5,000 per month plus 300 tourists per weekend x £8 beach + £15 sauna + £10 food = £9,900 per weekend x 16 weekends = £158,000 plus membership = about £178,000 only in winter. Costs are low because building is empty and heating is from sea. So it can make profit even in winter when now pier makes no money.</w:t>
      </w:r>
    </w:p>
    <w:p w14:paraId="5D83A956" w14:textId="77777777" w:rsidR="002A3C83" w:rsidRDefault="00000000">
      <w:r>
        <w:rPr>
          <w:b/>
          <w:u w:val="single"/>
        </w:rPr>
        <w:t>What type of company? CIC</w:t>
      </w:r>
    </w:p>
    <w:p w14:paraId="1F04248E" w14:textId="77777777" w:rsidR="002A3C83" w:rsidRDefault="00000000">
      <w:r>
        <w:t>We will make it CIC - Community Interest Company, not normal LTD. Because CIC must reinvest 65% of profit in community, is good because council have money for Clacton and wind farm can give money to help local people. Also RNLI can help with money for water safety lessons. This model is better than normal company because it helps people, not only makes money for owner.</w:t>
      </w:r>
      <w:r>
        <w:br/>
      </w:r>
      <w:r>
        <w:br/>
        <w:t>This business is sustainable because it works all year, not only 3 months, and it helps people, planet and profit together.</w:t>
      </w:r>
    </w:p>
    <w:sectPr w:rsidR="002A3C8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192185255">
    <w:abstractNumId w:val="8"/>
  </w:num>
  <w:num w:numId="2" w16cid:durableId="1096709011">
    <w:abstractNumId w:val="6"/>
  </w:num>
  <w:num w:numId="3" w16cid:durableId="983585514">
    <w:abstractNumId w:val="5"/>
  </w:num>
  <w:num w:numId="4" w16cid:durableId="287975580">
    <w:abstractNumId w:val="4"/>
  </w:num>
  <w:num w:numId="5" w16cid:durableId="1149252221">
    <w:abstractNumId w:val="7"/>
  </w:num>
  <w:num w:numId="6" w16cid:durableId="1606231315">
    <w:abstractNumId w:val="3"/>
  </w:num>
  <w:num w:numId="7" w16cid:durableId="917129064">
    <w:abstractNumId w:val="2"/>
  </w:num>
  <w:num w:numId="8" w16cid:durableId="2097433136">
    <w:abstractNumId w:val="1"/>
  </w:num>
  <w:num w:numId="9" w16cid:durableId="941567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6025"/>
    <w:rsid w:val="0015074B"/>
    <w:rsid w:val="0029639D"/>
    <w:rsid w:val="002A3C83"/>
    <w:rsid w:val="00326F90"/>
    <w:rsid w:val="0045604B"/>
    <w:rsid w:val="0092527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813164"/>
  <w14:defaultImageDpi w14:val="300"/>
  <w15:docId w15:val="{4C989C79-0632-DE48-BCB9-216A2028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813</Words>
  <Characters>4719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Catalina Pitica</cp:lastModifiedBy>
  <cp:revision>3</cp:revision>
  <dcterms:created xsi:type="dcterms:W3CDTF">2026-10-08T12:13:00Z</dcterms:created>
  <dcterms:modified xsi:type="dcterms:W3CDTF">2026-10-08T12:14:00Z</dcterms:modified>
  <cp:category/>
</cp:coreProperties>
</file>