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4DE31" w14:textId="1DA65D73" w:rsidR="009656CA" w:rsidRPr="006B441C" w:rsidRDefault="00241BD2" w:rsidP="001159B7">
      <w:pPr>
        <w:pStyle w:val="Title"/>
        <w:jc w:val="center"/>
        <w:rPr>
          <w:sz w:val="52"/>
          <w:szCs w:val="72"/>
        </w:rPr>
      </w:pPr>
      <w:r w:rsidRPr="006B441C">
        <w:rPr>
          <w:sz w:val="52"/>
          <w:szCs w:val="72"/>
        </w:rPr>
        <w:t>Finding Information</w:t>
      </w:r>
      <w:r w:rsidR="006B441C" w:rsidRPr="006B441C">
        <w:rPr>
          <w:sz w:val="52"/>
          <w:szCs w:val="72"/>
        </w:rPr>
        <w:t xml:space="preserve"> Task:</w:t>
      </w:r>
    </w:p>
    <w:p w14:paraId="06CC2A39" w14:textId="5DD948BD" w:rsidR="009656CA" w:rsidRPr="006B441C" w:rsidRDefault="009656CA">
      <w:pPr>
        <w:jc w:val="center"/>
        <w:rPr>
          <w:sz w:val="24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  <w:gridCol w:w="5184"/>
      </w:tblGrid>
      <w:tr w:rsidR="00AF7ECF" w:rsidRPr="006B441C" w14:paraId="4D6317F7" w14:textId="77777777" w:rsidTr="00AF7ECF">
        <w:trPr>
          <w:trHeight w:val="511"/>
          <w:jc w:val="center"/>
        </w:trPr>
        <w:tc>
          <w:tcPr>
            <w:tcW w:w="5184" w:type="dxa"/>
            <w:shd w:val="clear" w:color="auto" w:fill="EAF4F4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617C837A" w14:textId="73C853AC" w:rsidR="00AF7ECF" w:rsidRPr="006B441C" w:rsidRDefault="00AF7ECF">
            <w:pPr>
              <w:rPr>
                <w:sz w:val="24"/>
                <w:szCs w:val="28"/>
              </w:rPr>
            </w:pPr>
          </w:p>
        </w:tc>
        <w:tc>
          <w:tcPr>
            <w:tcW w:w="5184" w:type="dxa"/>
            <w:shd w:val="clear" w:color="auto" w:fill="EAF4F4"/>
          </w:tcPr>
          <w:p w14:paraId="5E157BF1" w14:textId="77777777" w:rsidR="00AF7ECF" w:rsidRPr="006B441C" w:rsidRDefault="00AF7ECF">
            <w:pPr>
              <w:rPr>
                <w:sz w:val="24"/>
                <w:szCs w:val="28"/>
              </w:rPr>
            </w:pPr>
          </w:p>
        </w:tc>
        <w:tc>
          <w:tcPr>
            <w:tcW w:w="5184" w:type="dxa"/>
            <w:shd w:val="clear" w:color="auto" w:fill="EAF4F4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00CCD70F" w14:textId="7940AAE2" w:rsidR="00AF7ECF" w:rsidRPr="006B441C" w:rsidRDefault="00AF7ECF">
            <w:pPr>
              <w:rPr>
                <w:sz w:val="24"/>
                <w:szCs w:val="28"/>
              </w:rPr>
            </w:pPr>
          </w:p>
        </w:tc>
      </w:tr>
    </w:tbl>
    <w:p w14:paraId="6D9B3D70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Your information question</w:t>
      </w:r>
    </w:p>
    <w:p w14:paraId="7790EDC4" w14:textId="77777777" w:rsidR="009656CA" w:rsidRPr="006B441C" w:rsidRDefault="00241BD2">
      <w:pPr>
        <w:spacing w:after="160"/>
        <w:rPr>
          <w:sz w:val="24"/>
          <w:szCs w:val="28"/>
        </w:rPr>
      </w:pPr>
      <w:r w:rsidRPr="006B441C">
        <w:rPr>
          <w:b/>
          <w:sz w:val="24"/>
          <w:szCs w:val="28"/>
        </w:rPr>
        <w:t>How does loneliness affect the health and wellbeing of older adults, and what can health and social care services do to help?</w:t>
      </w:r>
    </w:p>
    <w:p w14:paraId="0DFE709E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Your task</w:t>
      </w:r>
    </w:p>
    <w:p w14:paraId="75330CFA" w14:textId="66BC3ACD" w:rsidR="009656CA" w:rsidRDefault="006B441C">
      <w:pPr>
        <w:spacing w:after="100"/>
        <w:rPr>
          <w:sz w:val="24"/>
          <w:szCs w:val="28"/>
        </w:rPr>
      </w:pPr>
      <w:r>
        <w:rPr>
          <w:sz w:val="24"/>
          <w:szCs w:val="28"/>
        </w:rPr>
        <w:t>In small groups, y</w:t>
      </w:r>
      <w:r w:rsidR="00241BD2" w:rsidRPr="006B441C">
        <w:rPr>
          <w:sz w:val="24"/>
          <w:szCs w:val="28"/>
        </w:rPr>
        <w:t>ou have 3</w:t>
      </w:r>
      <w:r>
        <w:rPr>
          <w:sz w:val="24"/>
          <w:szCs w:val="28"/>
        </w:rPr>
        <w:t xml:space="preserve">0 </w:t>
      </w:r>
      <w:r w:rsidR="00241BD2" w:rsidRPr="006B441C">
        <w:rPr>
          <w:sz w:val="24"/>
          <w:szCs w:val="28"/>
        </w:rPr>
        <w:t>minutes to find three useful sources that could help answer the question.</w:t>
      </w:r>
    </w:p>
    <w:p w14:paraId="0E7CD9CD" w14:textId="77777777" w:rsidR="006B441C" w:rsidRPr="006B441C" w:rsidRDefault="006B441C">
      <w:pPr>
        <w:spacing w:after="100"/>
        <w:rPr>
          <w:sz w:val="24"/>
          <w:szCs w:val="28"/>
        </w:rPr>
      </w:pPr>
    </w:p>
    <w:p w14:paraId="4285B9C6" w14:textId="77777777" w:rsidR="009656CA" w:rsidRPr="006B441C" w:rsidRDefault="00241BD2">
      <w:pPr>
        <w:pStyle w:val="ListBullet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One trustworthy public-sector source (for example, NHS, GOV.UK or a local authority).</w:t>
      </w:r>
    </w:p>
    <w:p w14:paraId="1F34AA96" w14:textId="77777777" w:rsidR="009656CA" w:rsidRPr="006B441C" w:rsidRDefault="00241BD2">
      <w:pPr>
        <w:pStyle w:val="ListBullet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 xml:space="preserve">One source from a relevant charity or professional </w:t>
      </w:r>
      <w:proofErr w:type="spellStart"/>
      <w:r w:rsidRPr="006B441C">
        <w:rPr>
          <w:sz w:val="24"/>
          <w:szCs w:val="28"/>
        </w:rPr>
        <w:t>organisation</w:t>
      </w:r>
      <w:proofErr w:type="spellEnd"/>
      <w:r w:rsidRPr="006B441C">
        <w:rPr>
          <w:sz w:val="24"/>
          <w:szCs w:val="28"/>
        </w:rPr>
        <w:t>.</w:t>
      </w:r>
    </w:p>
    <w:p w14:paraId="4281052C" w14:textId="77777777" w:rsidR="009656CA" w:rsidRPr="006B441C" w:rsidRDefault="00241BD2">
      <w:pPr>
        <w:pStyle w:val="ListBullet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One academic source, such as a peer-reviewed journal article found through your library search tool or Google Scholar.</w:t>
      </w:r>
    </w:p>
    <w:p w14:paraId="6AB04A2A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Search process</w:t>
      </w:r>
    </w:p>
    <w:p w14:paraId="081A1DA7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Pick out the main concepts in the question.</w:t>
      </w:r>
    </w:p>
    <w:p w14:paraId="6CF054D3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List alternative words for each concept.</w:t>
      </w:r>
    </w:p>
    <w:p w14:paraId="5AF31597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 xml:space="preserve">Combine keywords using AND or </w:t>
      </w:r>
      <w:proofErr w:type="spellStart"/>
      <w:r w:rsidRPr="006B441C">
        <w:rPr>
          <w:sz w:val="24"/>
          <w:szCs w:val="28"/>
        </w:rPr>
        <w:t>OR</w:t>
      </w:r>
      <w:proofErr w:type="spellEnd"/>
      <w:r w:rsidRPr="006B441C">
        <w:rPr>
          <w:sz w:val="24"/>
          <w:szCs w:val="28"/>
        </w:rPr>
        <w:t>.</w:t>
      </w:r>
    </w:p>
    <w:p w14:paraId="3A903446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Run at least three searches and record every search in the log.</w:t>
      </w:r>
    </w:p>
    <w:p w14:paraId="493222EB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Choose your best three sources and briefly explain why each is useful and trustworthy.</w:t>
      </w:r>
    </w:p>
    <w:p w14:paraId="237261C5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Keyword starter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53"/>
        <w:gridCol w:w="3452"/>
        <w:gridCol w:w="3453"/>
      </w:tblGrid>
      <w:tr w:rsidR="009656CA" w:rsidRPr="006B441C" w14:paraId="68796F29" w14:textId="77777777">
        <w:trPr>
          <w:jc w:val="center"/>
        </w:trPr>
        <w:tc>
          <w:tcPr>
            <w:tcW w:w="3456" w:type="dxa"/>
            <w:shd w:val="clear" w:color="auto" w:fill="2B6F77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61D9895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Concept 1: loneliness</w:t>
            </w:r>
          </w:p>
        </w:tc>
        <w:tc>
          <w:tcPr>
            <w:tcW w:w="3456" w:type="dxa"/>
            <w:shd w:val="clear" w:color="auto" w:fill="2B6F77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8737A0C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Concept 2: older adults</w:t>
            </w:r>
          </w:p>
        </w:tc>
        <w:tc>
          <w:tcPr>
            <w:tcW w:w="3456" w:type="dxa"/>
            <w:shd w:val="clear" w:color="auto" w:fill="2B6F77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11E0A2F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Concept 3: support</w:t>
            </w:r>
          </w:p>
        </w:tc>
      </w:tr>
      <w:tr w:rsidR="009656CA" w:rsidRPr="006B441C" w14:paraId="5DE8E9C4" w14:textId="77777777">
        <w:trPr>
          <w:jc w:val="center"/>
        </w:trPr>
        <w:tc>
          <w:tcPr>
            <w:tcW w:w="3456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5AA59AE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loneliness OR social isolation</w:t>
            </w:r>
          </w:p>
        </w:tc>
        <w:tc>
          <w:tcPr>
            <w:tcW w:w="3456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33F1D43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older adults OR elderly OR ageing</w:t>
            </w:r>
          </w:p>
        </w:tc>
        <w:tc>
          <w:tcPr>
            <w:tcW w:w="3456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7525DE4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support OR intervention OR service</w:t>
            </w:r>
          </w:p>
        </w:tc>
      </w:tr>
    </w:tbl>
    <w:p w14:paraId="4B5CDA4C" w14:textId="77777777" w:rsidR="009656CA" w:rsidRPr="006B441C" w:rsidRDefault="009656CA">
      <w:pPr>
        <w:rPr>
          <w:sz w:val="24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58"/>
      </w:tblGrid>
      <w:tr w:rsidR="009656CA" w:rsidRPr="006B441C" w14:paraId="692153FA" w14:textId="77777777">
        <w:tc>
          <w:tcPr>
            <w:tcW w:w="10368" w:type="dxa"/>
            <w:shd w:val="clear" w:color="auto" w:fill="FFF3CD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442F6422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Example search</w:t>
            </w:r>
            <w:proofErr w:type="gramStart"/>
            <w:r w:rsidRPr="006B441C">
              <w:rPr>
                <w:sz w:val="24"/>
                <w:szCs w:val="28"/>
              </w:rPr>
              <w:t>:  (</w:t>
            </w:r>
            <w:proofErr w:type="gramEnd"/>
            <w:r w:rsidRPr="006B441C">
              <w:rPr>
                <w:sz w:val="24"/>
                <w:szCs w:val="28"/>
              </w:rPr>
              <w:t>loneliness OR "social isolation") AND ("older adults" OR elderly) AND (support OR intervention)</w:t>
            </w:r>
          </w:p>
        </w:tc>
      </w:tr>
    </w:tbl>
    <w:p w14:paraId="3E9F7FAD" w14:textId="49708375" w:rsidR="009656CA" w:rsidRPr="006B441C" w:rsidRDefault="006B441C">
      <w:pPr>
        <w:pStyle w:val="Heading1"/>
        <w:rPr>
          <w:sz w:val="36"/>
          <w:szCs w:val="36"/>
        </w:rPr>
      </w:pPr>
      <w:r>
        <w:rPr>
          <w:sz w:val="36"/>
          <w:szCs w:val="36"/>
        </w:rPr>
        <w:t>Checklist:</w:t>
      </w:r>
    </w:p>
    <w:p w14:paraId="07F1F23B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</w:t>
      </w:r>
      <w:r w:rsidRPr="006B441C">
        <w:rPr>
          <w:sz w:val="24"/>
          <w:szCs w:val="28"/>
        </w:rPr>
        <w:t xml:space="preserve"> I recorded the exact words I searched.</w:t>
      </w:r>
    </w:p>
    <w:p w14:paraId="67E687DD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lastRenderedPageBreak/>
        <w:t>☐</w:t>
      </w:r>
      <w:r w:rsidRPr="006B441C">
        <w:rPr>
          <w:sz w:val="24"/>
          <w:szCs w:val="28"/>
        </w:rPr>
        <w:t xml:space="preserve"> I recorded where I searched and how many results I got.</w:t>
      </w:r>
    </w:p>
    <w:p w14:paraId="11F71F9A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</w:t>
      </w:r>
      <w:r w:rsidRPr="006B441C">
        <w:rPr>
          <w:sz w:val="24"/>
          <w:szCs w:val="28"/>
        </w:rPr>
        <w:t xml:space="preserve"> I explained how I changed or improved my search.</w:t>
      </w:r>
    </w:p>
    <w:p w14:paraId="50840327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</w:t>
      </w:r>
      <w:r w:rsidRPr="006B441C">
        <w:rPr>
          <w:sz w:val="24"/>
          <w:szCs w:val="28"/>
        </w:rPr>
        <w:t xml:space="preserve"> I saved enough details to find each source again.</w:t>
      </w:r>
    </w:p>
    <w:p w14:paraId="7379CF73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</w:t>
      </w:r>
      <w:r w:rsidRPr="006B441C">
        <w:rPr>
          <w:sz w:val="24"/>
          <w:szCs w:val="28"/>
        </w:rPr>
        <w:t xml:space="preserve"> I commented on relevance, authority, date and evidence.</w:t>
      </w:r>
    </w:p>
    <w:p w14:paraId="0DD967D3" w14:textId="77777777" w:rsidR="006B441C" w:rsidRDefault="006B441C" w:rsidP="006B441C">
      <w:pPr>
        <w:spacing w:line="276" w:lineRule="auto"/>
        <w:rPr>
          <w:sz w:val="24"/>
          <w:szCs w:val="28"/>
        </w:rPr>
      </w:pPr>
    </w:p>
    <w:p w14:paraId="46232309" w14:textId="77777777" w:rsidR="006B441C" w:rsidRDefault="006B441C" w:rsidP="006B441C">
      <w:pPr>
        <w:spacing w:line="276" w:lineRule="auto"/>
        <w:rPr>
          <w:sz w:val="24"/>
          <w:szCs w:val="28"/>
        </w:rPr>
      </w:pPr>
    </w:p>
    <w:p w14:paraId="154B87CD" w14:textId="6870B02A" w:rsidR="009656CA" w:rsidRPr="006B441C" w:rsidRDefault="00241BD2" w:rsidP="006B441C">
      <w:pPr>
        <w:spacing w:line="276" w:lineRule="auto"/>
        <w:rPr>
          <w:sz w:val="24"/>
          <w:szCs w:val="28"/>
        </w:rPr>
      </w:pPr>
      <w:r w:rsidRPr="006B441C">
        <w:rPr>
          <w:sz w:val="52"/>
          <w:szCs w:val="72"/>
        </w:rPr>
        <w:t>Search Log</w:t>
      </w:r>
    </w:p>
    <w:p w14:paraId="71E99136" w14:textId="77777777" w:rsidR="009656CA" w:rsidRPr="006B441C" w:rsidRDefault="00241BD2">
      <w:pPr>
        <w:spacing w:after="80"/>
        <w:rPr>
          <w:sz w:val="24"/>
          <w:szCs w:val="28"/>
        </w:rPr>
      </w:pPr>
      <w:r w:rsidRPr="006B441C">
        <w:rPr>
          <w:b/>
          <w:sz w:val="24"/>
          <w:szCs w:val="28"/>
        </w:rPr>
        <w:t>I</w:t>
      </w:r>
      <w:r w:rsidRPr="006B441C">
        <w:rPr>
          <w:b/>
          <w:sz w:val="24"/>
          <w:szCs w:val="28"/>
        </w:rPr>
        <w:t>nformation question:</w:t>
      </w:r>
      <w:r w:rsidRPr="006B441C">
        <w:rPr>
          <w:sz w:val="24"/>
          <w:szCs w:val="28"/>
        </w:rPr>
        <w:t xml:space="preserve"> __________________________________________________________________</w:t>
      </w:r>
    </w:p>
    <w:p w14:paraId="2874BD8E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A. Plan your keywords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52"/>
        <w:gridCol w:w="3453"/>
        <w:gridCol w:w="3453"/>
      </w:tblGrid>
      <w:tr w:rsidR="009656CA" w:rsidRPr="006B441C" w14:paraId="59C081D4" w14:textId="77777777">
        <w:trPr>
          <w:jc w:val="center"/>
        </w:trPr>
        <w:tc>
          <w:tcPr>
            <w:tcW w:w="3456" w:type="dxa"/>
            <w:shd w:val="clear" w:color="auto" w:fill="2B6F77"/>
          </w:tcPr>
          <w:p w14:paraId="2198AAA8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Main concept</w:t>
            </w:r>
          </w:p>
        </w:tc>
        <w:tc>
          <w:tcPr>
            <w:tcW w:w="3456" w:type="dxa"/>
            <w:shd w:val="clear" w:color="auto" w:fill="2B6F77"/>
          </w:tcPr>
          <w:p w14:paraId="78D7C01A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Alternative words / synonyms</w:t>
            </w:r>
          </w:p>
        </w:tc>
        <w:tc>
          <w:tcPr>
            <w:tcW w:w="3456" w:type="dxa"/>
            <w:shd w:val="clear" w:color="auto" w:fill="2B6F77"/>
          </w:tcPr>
          <w:p w14:paraId="07F193D2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Useful phrase or spelling variation</w:t>
            </w:r>
          </w:p>
        </w:tc>
      </w:tr>
      <w:tr w:rsidR="009656CA" w:rsidRPr="006B441C" w14:paraId="221ADB79" w14:textId="77777777">
        <w:trPr>
          <w:jc w:val="center"/>
        </w:trPr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4941981A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74750179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47C66B9A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296221FE" w14:textId="77777777">
        <w:trPr>
          <w:jc w:val="center"/>
        </w:trPr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7B627357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0AEFCE4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2CC8AB58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76165A1D" w14:textId="77777777">
        <w:trPr>
          <w:jc w:val="center"/>
        </w:trPr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34BECAA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1670C65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7F763D30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528BF828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B. Record each search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27"/>
        <w:gridCol w:w="1726"/>
        <w:gridCol w:w="1727"/>
        <w:gridCol w:w="1726"/>
        <w:gridCol w:w="1726"/>
        <w:gridCol w:w="1726"/>
      </w:tblGrid>
      <w:tr w:rsidR="009656CA" w:rsidRPr="006B441C" w14:paraId="3E229D23" w14:textId="77777777">
        <w:trPr>
          <w:tblHeader/>
          <w:jc w:val="center"/>
        </w:trPr>
        <w:tc>
          <w:tcPr>
            <w:tcW w:w="1728" w:type="dxa"/>
            <w:shd w:val="clear" w:color="auto" w:fill="2B6F77"/>
          </w:tcPr>
          <w:p w14:paraId="5EBBE67A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No.</w:t>
            </w:r>
          </w:p>
        </w:tc>
        <w:tc>
          <w:tcPr>
            <w:tcW w:w="1728" w:type="dxa"/>
            <w:shd w:val="clear" w:color="auto" w:fill="2B6F77"/>
          </w:tcPr>
          <w:p w14:paraId="6985CF41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Where did you search?</w:t>
            </w:r>
          </w:p>
        </w:tc>
        <w:tc>
          <w:tcPr>
            <w:tcW w:w="1728" w:type="dxa"/>
            <w:shd w:val="clear" w:color="auto" w:fill="2B6F77"/>
          </w:tcPr>
          <w:p w14:paraId="4D6CD0E5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Exact keywords / search string</w:t>
            </w:r>
          </w:p>
        </w:tc>
        <w:tc>
          <w:tcPr>
            <w:tcW w:w="1728" w:type="dxa"/>
            <w:shd w:val="clear" w:color="auto" w:fill="2B6F77"/>
          </w:tcPr>
          <w:p w14:paraId="6296CAB0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Results</w:t>
            </w:r>
          </w:p>
        </w:tc>
        <w:tc>
          <w:tcPr>
            <w:tcW w:w="1728" w:type="dxa"/>
            <w:shd w:val="clear" w:color="auto" w:fill="2B6F77"/>
          </w:tcPr>
          <w:p w14:paraId="4DEAB88C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Useful results found</w:t>
            </w:r>
          </w:p>
        </w:tc>
        <w:tc>
          <w:tcPr>
            <w:tcW w:w="1728" w:type="dxa"/>
            <w:shd w:val="clear" w:color="auto" w:fill="2B6F77"/>
          </w:tcPr>
          <w:p w14:paraId="40B6C14E" w14:textId="58FFFC5D" w:rsidR="009656CA" w:rsidRPr="006B441C" w:rsidRDefault="006B441C">
            <w:pPr>
              <w:rPr>
                <w:sz w:val="24"/>
                <w:szCs w:val="28"/>
              </w:rPr>
            </w:pPr>
            <w:r>
              <w:rPr>
                <w:b/>
                <w:color w:val="FFFFFF"/>
                <w:szCs w:val="28"/>
              </w:rPr>
              <w:t>Limits set</w:t>
            </w:r>
          </w:p>
        </w:tc>
      </w:tr>
      <w:tr w:rsidR="009656CA" w:rsidRPr="006B441C" w14:paraId="25AA437A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50F30C5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1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72D9ADC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B9AAC4F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07D129FF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E44C033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E8E56F2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4CE927E5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0FEB76B1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2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57350FD5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9AD4CAD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8634AB5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435F4FF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5049C32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2347DEF7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7AC4E3D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3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8425008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304FC87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315894A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E4C44D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3EFA4C2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59322188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7417410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4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50E447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F66052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7E0037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07F2518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62DE188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733D3372" w14:textId="77777777" w:rsidR="009656CA" w:rsidRPr="006B441C" w:rsidRDefault="00241BD2">
      <w:pPr>
        <w:spacing w:before="140"/>
        <w:rPr>
          <w:sz w:val="24"/>
          <w:szCs w:val="28"/>
        </w:rPr>
      </w:pPr>
      <w:r w:rsidRPr="006B441C">
        <w:rPr>
          <w:b/>
          <w:sz w:val="24"/>
          <w:szCs w:val="28"/>
        </w:rPr>
        <w:t xml:space="preserve">Search tips: </w:t>
      </w:r>
      <w:r w:rsidRPr="006B441C">
        <w:rPr>
          <w:sz w:val="24"/>
          <w:szCs w:val="28"/>
        </w:rPr>
        <w:t>Use quotation marks for a phrase; AND to join different concepts; OR to join similar words; and filters only when they help.</w:t>
      </w:r>
    </w:p>
    <w:p w14:paraId="0DEBA2D7" w14:textId="77777777" w:rsidR="009656CA" w:rsidRPr="006B441C" w:rsidRDefault="00241BD2">
      <w:pPr>
        <w:rPr>
          <w:sz w:val="24"/>
          <w:szCs w:val="28"/>
        </w:rPr>
      </w:pPr>
      <w:r w:rsidRPr="006B441C">
        <w:rPr>
          <w:sz w:val="24"/>
          <w:szCs w:val="28"/>
        </w:rPr>
        <w:br w:type="page"/>
      </w:r>
    </w:p>
    <w:p w14:paraId="65946249" w14:textId="77777777" w:rsidR="009656CA" w:rsidRPr="006B441C" w:rsidRDefault="00241BD2" w:rsidP="006B441C">
      <w:pPr>
        <w:pStyle w:val="Title"/>
        <w:jc w:val="center"/>
        <w:rPr>
          <w:sz w:val="52"/>
          <w:szCs w:val="72"/>
        </w:rPr>
      </w:pPr>
      <w:r w:rsidRPr="006B441C">
        <w:rPr>
          <w:sz w:val="52"/>
          <w:szCs w:val="72"/>
        </w:rPr>
        <w:lastRenderedPageBreak/>
        <w:t>Best Sources</w:t>
      </w:r>
    </w:p>
    <w:p w14:paraId="672F3F98" w14:textId="77777777" w:rsidR="009656CA" w:rsidRPr="006B441C" w:rsidRDefault="00241BD2">
      <w:pPr>
        <w:spacing w:after="160"/>
        <w:rPr>
          <w:sz w:val="24"/>
          <w:szCs w:val="28"/>
        </w:rPr>
      </w:pPr>
      <w:r w:rsidRPr="006B441C">
        <w:rPr>
          <w:sz w:val="24"/>
          <w:szCs w:val="28"/>
        </w:rPr>
        <w:t>Choose the three strongest sources from your search. Record enough information for someone else to locate them.</w:t>
      </w:r>
    </w:p>
    <w:p w14:paraId="1AA78F4D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Source 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0"/>
        <w:gridCol w:w="5178"/>
      </w:tblGrid>
      <w:tr w:rsidR="009656CA" w:rsidRPr="006B441C" w14:paraId="35B2864F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93131B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Author / organisation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F4D5B40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0F6EB4E2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CD7594C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Title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C896EDC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3A018750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51DF61B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Date and link / DOI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9771F89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33D4D35E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67B0D8E8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relevant?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67E3C1D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04155F17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6BD84C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trustworthy?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2F9BB902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42EDB545" w14:textId="77777777" w:rsidR="009656CA" w:rsidRPr="006B441C" w:rsidRDefault="009656CA">
      <w:pPr>
        <w:spacing w:after="20"/>
        <w:rPr>
          <w:sz w:val="24"/>
          <w:szCs w:val="28"/>
        </w:rPr>
      </w:pPr>
    </w:p>
    <w:p w14:paraId="344FEF95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Source 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0"/>
        <w:gridCol w:w="5178"/>
      </w:tblGrid>
      <w:tr w:rsidR="009656CA" w:rsidRPr="006B441C" w14:paraId="2CB47EFF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9A706F6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Author / organisation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7C2F16C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68CB8384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378D06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Title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CE00277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4A4CF087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2815B8F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Date and link / DOI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7A2596A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5305E187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4B44DA7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relevant?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1413B4A5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652E4648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23A9CBBD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trustworthy?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43F9E761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3B4B3463" w14:textId="77777777" w:rsidR="009656CA" w:rsidRPr="006B441C" w:rsidRDefault="009656CA">
      <w:pPr>
        <w:spacing w:after="20"/>
        <w:rPr>
          <w:sz w:val="24"/>
          <w:szCs w:val="28"/>
        </w:rPr>
      </w:pPr>
    </w:p>
    <w:p w14:paraId="4F2599F3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Source 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0"/>
        <w:gridCol w:w="5178"/>
      </w:tblGrid>
      <w:tr w:rsidR="009656CA" w:rsidRPr="006B441C" w14:paraId="469DBF53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08FCCE7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Author / organisation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7B49AA6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508DB43B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CC1B802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Title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EBCEAF0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2D100F67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7481A5E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Date and link / DOI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428674E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6174D472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C2BA3C1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relevant?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11360BF1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0C563FB4" w14:textId="77777777">
        <w:trPr>
          <w:jc w:val="center"/>
        </w:trPr>
        <w:tc>
          <w:tcPr>
            <w:tcW w:w="5184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A070695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Why is it trustworthy?</w:t>
            </w:r>
          </w:p>
        </w:tc>
        <w:tc>
          <w:tcPr>
            <w:tcW w:w="5184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A9474E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63D6982E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One-sentence conclusion</w:t>
      </w:r>
    </w:p>
    <w:p w14:paraId="3A991AF7" w14:textId="77777777" w:rsidR="009656CA" w:rsidRPr="006B441C" w:rsidRDefault="00241BD2">
      <w:pPr>
        <w:rPr>
          <w:sz w:val="24"/>
          <w:szCs w:val="28"/>
        </w:rPr>
      </w:pPr>
      <w:r w:rsidRPr="006B441C">
        <w:rPr>
          <w:sz w:val="24"/>
          <w:szCs w:val="28"/>
        </w:rPr>
        <w:t>Based on the sources you found, write one sentence answering the information question:</w:t>
      </w:r>
    </w:p>
    <w:sectPr w:rsidR="009656CA" w:rsidRPr="006B441C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35" w:right="936" w:bottom="835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47B4" w14:textId="77777777" w:rsidR="00241BD2" w:rsidRDefault="00241BD2">
      <w:pPr>
        <w:spacing w:after="0" w:line="240" w:lineRule="auto"/>
      </w:pPr>
      <w:r>
        <w:separator/>
      </w:r>
    </w:p>
  </w:endnote>
  <w:endnote w:type="continuationSeparator" w:id="0">
    <w:p w14:paraId="3357E9DC" w14:textId="77777777" w:rsidR="00241BD2" w:rsidRDefault="00241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4B850" w14:textId="77777777" w:rsidR="00AF7ECF" w:rsidRDefault="00AF7E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36DC0" w14:textId="59F33374" w:rsidR="009656CA" w:rsidRPr="006B441C" w:rsidRDefault="009656CA" w:rsidP="006B44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4D1E" w14:textId="77777777" w:rsidR="00AF7ECF" w:rsidRDefault="00AF7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08AB3" w14:textId="77777777" w:rsidR="00241BD2" w:rsidRDefault="00241BD2">
      <w:pPr>
        <w:spacing w:after="0" w:line="240" w:lineRule="auto"/>
      </w:pPr>
      <w:r>
        <w:separator/>
      </w:r>
    </w:p>
  </w:footnote>
  <w:footnote w:type="continuationSeparator" w:id="0">
    <w:p w14:paraId="302E89CF" w14:textId="77777777" w:rsidR="00241BD2" w:rsidRDefault="00241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5780C" w14:textId="77777777" w:rsidR="00AF7ECF" w:rsidRDefault="00AF7E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AB4C1" w14:textId="77777777" w:rsidR="00AF7ECF" w:rsidRDefault="00AF7E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E04E2" w14:textId="77777777" w:rsidR="00AF7ECF" w:rsidRDefault="00AF7E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66520943">
    <w:abstractNumId w:val="8"/>
  </w:num>
  <w:num w:numId="2" w16cid:durableId="1243640015">
    <w:abstractNumId w:val="6"/>
  </w:num>
  <w:num w:numId="3" w16cid:durableId="1624341418">
    <w:abstractNumId w:val="5"/>
  </w:num>
  <w:num w:numId="4" w16cid:durableId="1228297726">
    <w:abstractNumId w:val="4"/>
  </w:num>
  <w:num w:numId="5" w16cid:durableId="1198159109">
    <w:abstractNumId w:val="7"/>
  </w:num>
  <w:num w:numId="6" w16cid:durableId="1026256244">
    <w:abstractNumId w:val="3"/>
  </w:num>
  <w:num w:numId="7" w16cid:durableId="1350644290">
    <w:abstractNumId w:val="2"/>
  </w:num>
  <w:num w:numId="8" w16cid:durableId="1319729367">
    <w:abstractNumId w:val="1"/>
  </w:num>
  <w:num w:numId="9" w16cid:durableId="1561212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59B7"/>
    <w:rsid w:val="0015074B"/>
    <w:rsid w:val="00241BD2"/>
    <w:rsid w:val="0029639D"/>
    <w:rsid w:val="00326F90"/>
    <w:rsid w:val="004E6226"/>
    <w:rsid w:val="006B441C"/>
    <w:rsid w:val="009656CA"/>
    <w:rsid w:val="00AA1D8D"/>
    <w:rsid w:val="00AF7ECF"/>
    <w:rsid w:val="00B47730"/>
    <w:rsid w:val="00CB0664"/>
    <w:rsid w:val="00EA60D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6F27F8"/>
  <w14:defaultImageDpi w14:val="300"/>
  <w15:docId w15:val="{BBAC8F97-F8C0-4DB1-BFF2-3796307C6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276" w:lineRule="atLeast"/>
    </w:pPr>
    <w:rPr>
      <w:rFonts w:ascii="Cambria" w:hAnsi="Cambria"/>
      <w:color w:val="333333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hd w:val="clear" w:color="auto" w:fill="F3EAFB"/>
      <w:spacing w:before="480" w:after="0"/>
      <w:outlineLvl w:val="0"/>
    </w:pPr>
    <w:rPr>
      <w:rFonts w:eastAsiaTheme="majorEastAsia" w:cstheme="majorBidi"/>
      <w:b/>
      <w:bCs/>
      <w:color w:val="6D5B8D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hd w:val="clear" w:color="auto" w:fill="E8F6F3"/>
      <w:spacing w:before="200" w:after="0"/>
      <w:outlineLvl w:val="1"/>
    </w:pPr>
    <w:rPr>
      <w:rFonts w:eastAsiaTheme="majorEastAsia" w:cstheme="majorBidi"/>
      <w:b/>
      <w:bCs/>
      <w:color w:val="417D7A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Cambria" w:eastAsiaTheme="majorEastAsia" w:hAnsi="Cambria" w:cstheme="majorBidi"/>
      <w:b/>
      <w:bCs/>
      <w:color w:val="6D5B8D"/>
      <w:sz w:val="30"/>
      <w:szCs w:val="28"/>
      <w:shd w:val="clear" w:color="auto" w:fill="F3EAFB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Cambria" w:eastAsiaTheme="majorEastAsia" w:hAnsi="Cambria" w:cstheme="majorBidi"/>
      <w:b/>
      <w:bCs/>
      <w:color w:val="417D7A"/>
      <w:szCs w:val="26"/>
      <w:shd w:val="clear" w:color="auto" w:fill="E8F6F3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tLeast"/>
      <w:contextualSpacing/>
    </w:pPr>
    <w:rPr>
      <w:rFonts w:eastAsiaTheme="majorEastAsia" w:cstheme="majorBidi"/>
      <w:color w:val="6D5B8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Cambria" w:eastAsiaTheme="majorEastAsia" w:hAnsi="Cambria" w:cstheme="majorBidi"/>
      <w:color w:val="6D5B8D"/>
      <w:spacing w:val="5"/>
      <w:kern w:val="28"/>
      <w:sz w:val="44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eastAsiaTheme="majorEastAsia" w:cstheme="majorBidi"/>
      <w:i/>
      <w:iCs/>
      <w:color w:val="5F8D89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Cambria" w:eastAsiaTheme="majorEastAsia" w:hAnsi="Cambria" w:cstheme="majorBidi"/>
      <w:i/>
      <w:iCs/>
      <w:color w:val="5F8D89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tLeast"/>
    </w:pPr>
    <w:rPr>
      <w:b/>
      <w:bCs/>
      <w:color w:val="6D5B8D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Stephanie John</cp:lastModifiedBy>
  <cp:revision>2</cp:revision>
  <dcterms:created xsi:type="dcterms:W3CDTF">2026-08-27T17:07:00Z</dcterms:created>
  <dcterms:modified xsi:type="dcterms:W3CDTF">2026-08-27T17:07:00Z</dcterms:modified>
  <cp:category/>
</cp:coreProperties>
</file>