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7F184" w14:textId="40747D3E" w:rsidR="0045759B" w:rsidRDefault="00000000">
      <w:pPr>
        <w:pStyle w:val="Heading1"/>
      </w:pPr>
      <w:r>
        <w:rPr>
          <w:color w:val="4285F4"/>
          <w:sz w:val="40"/>
        </w:rPr>
        <w:t>Adding Education</w:t>
      </w:r>
      <w:r w:rsidR="00A91B61">
        <w:rPr>
          <w:color w:val="4285F4"/>
          <w:sz w:val="40"/>
        </w:rPr>
        <w:t xml:space="preserve"> and Assessment</w:t>
      </w:r>
      <w:r>
        <w:rPr>
          <w:color w:val="4285F4"/>
          <w:sz w:val="40"/>
        </w:rPr>
        <w:t xml:space="preserve"> Resource</w:t>
      </w:r>
    </w:p>
    <w:p w14:paraId="14C9310B" w14:textId="4FB707FF" w:rsidR="0045759B" w:rsidRDefault="00000000">
      <w:pPr>
        <w:pStyle w:val="Heading2"/>
      </w:pPr>
      <w:r>
        <w:rPr>
          <w:color w:val="34A853"/>
          <w:sz w:val="28"/>
        </w:rPr>
        <w:t>Learning Intention</w:t>
      </w:r>
      <w:r w:rsidR="006F5317">
        <w:rPr>
          <w:color w:val="34A853"/>
          <w:sz w:val="28"/>
        </w:rPr>
        <w:t>s</w:t>
      </w:r>
    </w:p>
    <w:p w14:paraId="056B2F8B" w14:textId="1B0585EA" w:rsidR="0045759B" w:rsidRDefault="006F5317">
      <w:r>
        <w:t>Clearly set Learning objectives for lesson or series.</w:t>
      </w:r>
    </w:p>
    <w:p w14:paraId="7C0B91FA" w14:textId="6556DE1D" w:rsidR="0045759B" w:rsidRDefault="00000000">
      <w:pPr>
        <w:pStyle w:val="Heading2"/>
        <w:rPr>
          <w:color w:val="34A853"/>
          <w:sz w:val="28"/>
        </w:rPr>
      </w:pPr>
      <w:r>
        <w:rPr>
          <w:color w:val="34A853"/>
          <w:sz w:val="28"/>
        </w:rPr>
        <w:t>Success Criteria</w:t>
      </w:r>
      <w:r w:rsidR="000408ED">
        <w:rPr>
          <w:color w:val="34A853"/>
          <w:sz w:val="28"/>
        </w:rPr>
        <w:t xml:space="preserve"> for learning and assessment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4"/>
        <w:gridCol w:w="2214"/>
        <w:gridCol w:w="2214"/>
        <w:gridCol w:w="2214"/>
      </w:tblGrid>
      <w:tr w:rsidR="00946765" w14:paraId="0B7435F9" w14:textId="74EA706F" w:rsidTr="00946765">
        <w:tc>
          <w:tcPr>
            <w:tcW w:w="2214" w:type="dxa"/>
          </w:tcPr>
          <w:p w14:paraId="45BA5479" w14:textId="14B323E8" w:rsidR="00946765" w:rsidRDefault="00946765" w:rsidP="00FF3764">
            <w:r>
              <w:t>Objectives</w:t>
            </w:r>
          </w:p>
        </w:tc>
        <w:tc>
          <w:tcPr>
            <w:tcW w:w="2214" w:type="dxa"/>
          </w:tcPr>
          <w:p w14:paraId="1847898A" w14:textId="6942769A" w:rsidR="00946765" w:rsidRDefault="00946765" w:rsidP="00FF3764">
            <w:r>
              <w:t>[Gold]</w:t>
            </w:r>
          </w:p>
        </w:tc>
        <w:tc>
          <w:tcPr>
            <w:tcW w:w="2214" w:type="dxa"/>
          </w:tcPr>
          <w:p w14:paraId="7161F7AB" w14:textId="4B86ED52" w:rsidR="00946765" w:rsidRDefault="00946765" w:rsidP="00FF3764">
            <w:r>
              <w:t>[Silver]</w:t>
            </w:r>
          </w:p>
        </w:tc>
        <w:tc>
          <w:tcPr>
            <w:tcW w:w="2214" w:type="dxa"/>
          </w:tcPr>
          <w:p w14:paraId="60E849FC" w14:textId="3E93E42E" w:rsidR="00946765" w:rsidRDefault="00946765" w:rsidP="00FF3764">
            <w:r>
              <w:t>[Bronze]</w:t>
            </w:r>
          </w:p>
        </w:tc>
      </w:tr>
      <w:tr w:rsidR="00946765" w14:paraId="144C1638" w14:textId="0AC00304" w:rsidTr="00946765">
        <w:tc>
          <w:tcPr>
            <w:tcW w:w="2214" w:type="dxa"/>
          </w:tcPr>
          <w:p w14:paraId="044745D6" w14:textId="77777777" w:rsidR="00946765" w:rsidRDefault="00946765" w:rsidP="00FF3764"/>
        </w:tc>
        <w:tc>
          <w:tcPr>
            <w:tcW w:w="2214" w:type="dxa"/>
          </w:tcPr>
          <w:p w14:paraId="3D4ED4F2" w14:textId="77777777" w:rsidR="00946765" w:rsidRDefault="00946765" w:rsidP="00FF3764"/>
        </w:tc>
        <w:tc>
          <w:tcPr>
            <w:tcW w:w="2214" w:type="dxa"/>
          </w:tcPr>
          <w:p w14:paraId="0E693293" w14:textId="77777777" w:rsidR="00946765" w:rsidRDefault="00946765" w:rsidP="00FF3764"/>
        </w:tc>
        <w:tc>
          <w:tcPr>
            <w:tcW w:w="2214" w:type="dxa"/>
          </w:tcPr>
          <w:p w14:paraId="0340680E" w14:textId="77777777" w:rsidR="00946765" w:rsidRDefault="00946765" w:rsidP="00FF3764"/>
        </w:tc>
      </w:tr>
      <w:tr w:rsidR="00946765" w14:paraId="18336D25" w14:textId="6F107167" w:rsidTr="00946765">
        <w:tc>
          <w:tcPr>
            <w:tcW w:w="2214" w:type="dxa"/>
          </w:tcPr>
          <w:p w14:paraId="45FD0EB4" w14:textId="77777777" w:rsidR="00946765" w:rsidRDefault="00946765" w:rsidP="00FF3764"/>
        </w:tc>
        <w:tc>
          <w:tcPr>
            <w:tcW w:w="2214" w:type="dxa"/>
          </w:tcPr>
          <w:p w14:paraId="1829D740" w14:textId="77777777" w:rsidR="00946765" w:rsidRDefault="00946765" w:rsidP="00FF3764"/>
        </w:tc>
        <w:tc>
          <w:tcPr>
            <w:tcW w:w="2214" w:type="dxa"/>
          </w:tcPr>
          <w:p w14:paraId="77F69BEB" w14:textId="77777777" w:rsidR="00946765" w:rsidRDefault="00946765" w:rsidP="00FF3764"/>
        </w:tc>
        <w:tc>
          <w:tcPr>
            <w:tcW w:w="2214" w:type="dxa"/>
          </w:tcPr>
          <w:p w14:paraId="64DB6398" w14:textId="77777777" w:rsidR="00946765" w:rsidRDefault="00946765" w:rsidP="00FF3764"/>
        </w:tc>
      </w:tr>
      <w:tr w:rsidR="00946765" w14:paraId="4E0C2FA8" w14:textId="1395A8E0" w:rsidTr="00946765">
        <w:tc>
          <w:tcPr>
            <w:tcW w:w="2214" w:type="dxa"/>
          </w:tcPr>
          <w:p w14:paraId="4E3C7F81" w14:textId="77777777" w:rsidR="00946765" w:rsidRDefault="00946765" w:rsidP="00FF3764"/>
        </w:tc>
        <w:tc>
          <w:tcPr>
            <w:tcW w:w="2214" w:type="dxa"/>
          </w:tcPr>
          <w:p w14:paraId="01F44D49" w14:textId="77777777" w:rsidR="00946765" w:rsidRDefault="00946765" w:rsidP="00FF3764"/>
        </w:tc>
        <w:tc>
          <w:tcPr>
            <w:tcW w:w="2214" w:type="dxa"/>
          </w:tcPr>
          <w:p w14:paraId="14459FB2" w14:textId="77777777" w:rsidR="00946765" w:rsidRDefault="00946765" w:rsidP="00FF3764"/>
        </w:tc>
        <w:tc>
          <w:tcPr>
            <w:tcW w:w="2214" w:type="dxa"/>
          </w:tcPr>
          <w:p w14:paraId="6F7C5876" w14:textId="77777777" w:rsidR="00946765" w:rsidRDefault="00946765" w:rsidP="00FF3764"/>
        </w:tc>
      </w:tr>
      <w:tr w:rsidR="00946765" w14:paraId="6D7C0957" w14:textId="2E8A7B29" w:rsidTr="00946765">
        <w:tc>
          <w:tcPr>
            <w:tcW w:w="2214" w:type="dxa"/>
          </w:tcPr>
          <w:p w14:paraId="5851281C" w14:textId="77777777" w:rsidR="00946765" w:rsidRDefault="00946765" w:rsidP="00FF3764"/>
        </w:tc>
        <w:tc>
          <w:tcPr>
            <w:tcW w:w="2214" w:type="dxa"/>
          </w:tcPr>
          <w:p w14:paraId="3C7C98BB" w14:textId="77777777" w:rsidR="00946765" w:rsidRDefault="00946765" w:rsidP="00FF3764"/>
        </w:tc>
        <w:tc>
          <w:tcPr>
            <w:tcW w:w="2214" w:type="dxa"/>
          </w:tcPr>
          <w:p w14:paraId="12FC209E" w14:textId="77777777" w:rsidR="00946765" w:rsidRDefault="00946765" w:rsidP="00FF3764"/>
        </w:tc>
        <w:tc>
          <w:tcPr>
            <w:tcW w:w="2214" w:type="dxa"/>
          </w:tcPr>
          <w:p w14:paraId="11A392C4" w14:textId="77777777" w:rsidR="00946765" w:rsidRDefault="00946765" w:rsidP="00FF3764"/>
        </w:tc>
      </w:tr>
    </w:tbl>
    <w:p w14:paraId="70757AE7" w14:textId="77777777" w:rsidR="00FF3764" w:rsidRPr="00FF3764" w:rsidRDefault="00FF3764" w:rsidP="00FF3764"/>
    <w:p w14:paraId="05EFE27D" w14:textId="55FBD558" w:rsidR="0045759B" w:rsidRDefault="00000000">
      <w:pPr>
        <w:pStyle w:val="Heading2"/>
      </w:pPr>
      <w:r>
        <w:rPr>
          <w:color w:val="34A853"/>
          <w:sz w:val="28"/>
        </w:rPr>
        <w:t>Teaching Additions</w:t>
      </w:r>
    </w:p>
    <w:p w14:paraId="5ED08D28" w14:textId="77777777" w:rsidR="0045759B" w:rsidRDefault="00000000">
      <w:r>
        <w:t>Warm-up Task:</w:t>
      </w:r>
    </w:p>
    <w:p w14:paraId="01C416C5" w14:textId="77777777" w:rsidR="0045759B" w:rsidRDefault="0045759B"/>
    <w:p w14:paraId="5AAA31DF" w14:textId="77777777" w:rsidR="0045759B" w:rsidRDefault="00000000">
      <w:r>
        <w:t>Pause Point 1:</w:t>
      </w:r>
    </w:p>
    <w:p w14:paraId="4E481B98" w14:textId="77777777" w:rsidR="0045759B" w:rsidRDefault="00000000">
      <w:r>
        <w:t>Time in video:</w:t>
      </w:r>
    </w:p>
    <w:p w14:paraId="3F57700F" w14:textId="77777777" w:rsidR="0045759B" w:rsidRDefault="00000000">
      <w:r>
        <w:t>Teacher instruction:</w:t>
      </w:r>
    </w:p>
    <w:p w14:paraId="1872C120" w14:textId="77777777" w:rsidR="0045759B" w:rsidRDefault="00000000">
      <w:r>
        <w:t>Mini task:</w:t>
      </w:r>
    </w:p>
    <w:p w14:paraId="05679BA8" w14:textId="77777777" w:rsidR="0045759B" w:rsidRDefault="0045759B"/>
    <w:p w14:paraId="72CB23E4" w14:textId="77777777" w:rsidR="0045759B" w:rsidRDefault="00000000">
      <w:r>
        <w:t>Pause Point 2:</w:t>
      </w:r>
    </w:p>
    <w:p w14:paraId="762CD3F1" w14:textId="77777777" w:rsidR="0045759B" w:rsidRDefault="00000000">
      <w:r>
        <w:t>Time in video:</w:t>
      </w:r>
    </w:p>
    <w:p w14:paraId="30CBB6F8" w14:textId="77777777" w:rsidR="0045759B" w:rsidRDefault="00000000">
      <w:r>
        <w:t>Teacher instruction:</w:t>
      </w:r>
    </w:p>
    <w:p w14:paraId="123709A9" w14:textId="77777777" w:rsidR="0045759B" w:rsidRDefault="00000000">
      <w:r>
        <w:t>Mini task:</w:t>
      </w:r>
    </w:p>
    <w:p w14:paraId="647A4965" w14:textId="77777777" w:rsidR="0045759B" w:rsidRDefault="0045759B"/>
    <w:p w14:paraId="425E9FF4" w14:textId="5C58D478" w:rsidR="0045759B" w:rsidRDefault="00000000">
      <w:r>
        <w:t>Creative/Exploratory Task</w:t>
      </w:r>
      <w:r w:rsidR="00FD5EEB">
        <w:t xml:space="preserve"> linked to video(s)</w:t>
      </w:r>
      <w:r>
        <w:t>:</w:t>
      </w:r>
    </w:p>
    <w:p w14:paraId="4DA9AC8B" w14:textId="77777777" w:rsidR="00FD5EEB" w:rsidRDefault="00FD5EEB"/>
    <w:p w14:paraId="0A691F61" w14:textId="304F6373" w:rsidR="00FD5EEB" w:rsidRDefault="00FD5EEB">
      <w:r>
        <w:t>Other idea for learning input:</w:t>
      </w:r>
    </w:p>
    <w:p w14:paraId="508575A3" w14:textId="77777777" w:rsidR="00FD5EEB" w:rsidRDefault="00FD5EEB"/>
    <w:p w14:paraId="432B1B92" w14:textId="629F17FC" w:rsidR="0045759B" w:rsidRDefault="00000000">
      <w:pPr>
        <w:pStyle w:val="Heading2"/>
      </w:pPr>
      <w:r>
        <w:rPr>
          <w:color w:val="34A853"/>
          <w:sz w:val="28"/>
        </w:rPr>
        <w:lastRenderedPageBreak/>
        <w:t>Differentiation Options</w:t>
      </w:r>
      <w:r w:rsidR="00FD5EEB">
        <w:rPr>
          <w:color w:val="34A853"/>
          <w:sz w:val="28"/>
        </w:rPr>
        <w:t xml:space="preserve"> (think about different abilities)</w:t>
      </w:r>
    </w:p>
    <w:p w14:paraId="24EC2C4E" w14:textId="14B0AB2F" w:rsidR="0045759B" w:rsidRDefault="00FD5EEB">
      <w:r>
        <w:t>Learning idea 1:</w:t>
      </w:r>
    </w:p>
    <w:p w14:paraId="4F11D7D5" w14:textId="5F1A72BD" w:rsidR="00FD5EEB" w:rsidRDefault="00FD5EEB">
      <w:r>
        <w:t>Learning idea 2:</w:t>
      </w:r>
    </w:p>
    <w:p w14:paraId="4D188B5F" w14:textId="6DE757A6" w:rsidR="00FD5EEB" w:rsidRDefault="00FD5EEB">
      <w:r>
        <w:t>Learning idea 3:</w:t>
      </w:r>
    </w:p>
    <w:p w14:paraId="136C60CA" w14:textId="2598A204" w:rsidR="0045759B" w:rsidRDefault="00FD5EEB">
      <w:pPr>
        <w:pStyle w:val="Heading2"/>
        <w:rPr>
          <w:color w:val="34A853"/>
          <w:sz w:val="28"/>
        </w:rPr>
      </w:pPr>
      <w:r>
        <w:rPr>
          <w:color w:val="34A853"/>
          <w:sz w:val="28"/>
        </w:rPr>
        <w:t xml:space="preserve">Other comments to make linked specifically to improving learning </w:t>
      </w:r>
      <w:r w:rsidR="005C4FC4">
        <w:rPr>
          <w:color w:val="34A853"/>
          <w:sz w:val="28"/>
        </w:rPr>
        <w:t>for your video(s)</w:t>
      </w:r>
    </w:p>
    <w:p w14:paraId="7B6DA23E" w14:textId="706772E0" w:rsidR="005C4FC4" w:rsidRDefault="005C4FC4" w:rsidP="005C4FC4"/>
    <w:p w14:paraId="00FFC53E" w14:textId="15109140" w:rsidR="00AA5C33" w:rsidRDefault="00AA5C33" w:rsidP="00AA5C33">
      <w:pPr>
        <w:pStyle w:val="Heading2"/>
        <w:rPr>
          <w:color w:val="34A853"/>
          <w:sz w:val="28"/>
        </w:rPr>
      </w:pPr>
      <w:r>
        <w:rPr>
          <w:color w:val="34A853"/>
          <w:sz w:val="28"/>
        </w:rPr>
        <w:t>Assessment ideas</w:t>
      </w:r>
    </w:p>
    <w:p w14:paraId="298F4600" w14:textId="388C8315" w:rsidR="007E092A" w:rsidRPr="007E092A" w:rsidRDefault="007E092A" w:rsidP="007E092A">
      <w:r>
        <w:t xml:space="preserve">Create several assessment ideas with reflection on </w:t>
      </w:r>
      <w:r w:rsidR="00A470D0">
        <w:t>benefits and motivation of children</w:t>
      </w:r>
      <w:r>
        <w:t xml:space="preserve"> </w:t>
      </w:r>
    </w:p>
    <w:p w14:paraId="34FBEFDD" w14:textId="26BE5C5C" w:rsidR="00AA5C33" w:rsidRDefault="00AA5C33" w:rsidP="00AA5C33">
      <w:pPr>
        <w:pStyle w:val="ListParagraph"/>
        <w:numPr>
          <w:ilvl w:val="0"/>
          <w:numId w:val="10"/>
        </w:numPr>
      </w:pPr>
      <w:r>
        <w:t>Teacher checklist</w:t>
      </w:r>
    </w:p>
    <w:p w14:paraId="00137DA1" w14:textId="3B5ED90F" w:rsidR="00AA5C33" w:rsidRDefault="007A4956" w:rsidP="00AA5C33">
      <w:pPr>
        <w:pStyle w:val="ListParagraph"/>
        <w:numPr>
          <w:ilvl w:val="0"/>
          <w:numId w:val="10"/>
        </w:numPr>
      </w:pPr>
      <w:r>
        <w:t>Self-assessments</w:t>
      </w:r>
    </w:p>
    <w:p w14:paraId="7A59B340" w14:textId="69B64B35" w:rsidR="00AA5C33" w:rsidRDefault="00AA5C33" w:rsidP="00AA5C33">
      <w:pPr>
        <w:pStyle w:val="ListParagraph"/>
        <w:numPr>
          <w:ilvl w:val="0"/>
          <w:numId w:val="10"/>
        </w:numPr>
      </w:pPr>
      <w:r>
        <w:t>Peer assessments</w:t>
      </w:r>
    </w:p>
    <w:p w14:paraId="15B8446F" w14:textId="32AB2716" w:rsidR="00AA5C33" w:rsidRDefault="00AA5C33" w:rsidP="00AA5C33">
      <w:pPr>
        <w:pStyle w:val="ListParagraph"/>
        <w:numPr>
          <w:ilvl w:val="0"/>
          <w:numId w:val="10"/>
        </w:numPr>
      </w:pPr>
      <w:r>
        <w:t>Exit tickets</w:t>
      </w:r>
    </w:p>
    <w:p w14:paraId="2D4E683C" w14:textId="28F7DE50" w:rsidR="00A470D0" w:rsidRPr="00AA5C33" w:rsidRDefault="00A470D0" w:rsidP="00AA5C33">
      <w:pPr>
        <w:pStyle w:val="ListParagraph"/>
        <w:numPr>
          <w:ilvl w:val="0"/>
          <w:numId w:val="10"/>
        </w:numPr>
      </w:pPr>
      <w:r>
        <w:t>[also see A-Z magazine article for other examples</w:t>
      </w:r>
      <w:r w:rsidR="007A4956">
        <w:t>]</w:t>
      </w:r>
    </w:p>
    <w:p w14:paraId="2EF82713" w14:textId="77777777" w:rsidR="00AA5C33" w:rsidRPr="005C4FC4" w:rsidRDefault="00AA5C33" w:rsidP="005C4FC4"/>
    <w:p w14:paraId="3FC9DE8E" w14:textId="77777777" w:rsidR="0045759B" w:rsidRDefault="0045759B"/>
    <w:sectPr w:rsidR="0045759B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7031C81"/>
    <w:multiLevelType w:val="hybridMultilevel"/>
    <w:tmpl w:val="9DD6B984"/>
    <w:lvl w:ilvl="0" w:tplc="7E3A13B0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6850295">
    <w:abstractNumId w:val="8"/>
  </w:num>
  <w:num w:numId="2" w16cid:durableId="352194371">
    <w:abstractNumId w:val="6"/>
  </w:num>
  <w:num w:numId="3" w16cid:durableId="754933601">
    <w:abstractNumId w:val="5"/>
  </w:num>
  <w:num w:numId="4" w16cid:durableId="1473667902">
    <w:abstractNumId w:val="4"/>
  </w:num>
  <w:num w:numId="5" w16cid:durableId="1606495741">
    <w:abstractNumId w:val="7"/>
  </w:num>
  <w:num w:numId="6" w16cid:durableId="1069962598">
    <w:abstractNumId w:val="3"/>
  </w:num>
  <w:num w:numId="7" w16cid:durableId="21369290">
    <w:abstractNumId w:val="2"/>
  </w:num>
  <w:num w:numId="8" w16cid:durableId="1291746017">
    <w:abstractNumId w:val="1"/>
  </w:num>
  <w:num w:numId="9" w16cid:durableId="1561481878">
    <w:abstractNumId w:val="0"/>
  </w:num>
  <w:num w:numId="10" w16cid:durableId="20961977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408ED"/>
    <w:rsid w:val="0006063C"/>
    <w:rsid w:val="0015074B"/>
    <w:rsid w:val="001A6106"/>
    <w:rsid w:val="0029639D"/>
    <w:rsid w:val="00326F90"/>
    <w:rsid w:val="00404ABA"/>
    <w:rsid w:val="0045759B"/>
    <w:rsid w:val="005C4FC4"/>
    <w:rsid w:val="006F5317"/>
    <w:rsid w:val="007A4956"/>
    <w:rsid w:val="007E092A"/>
    <w:rsid w:val="00946765"/>
    <w:rsid w:val="00A470D0"/>
    <w:rsid w:val="00A91B61"/>
    <w:rsid w:val="00AA1D8D"/>
    <w:rsid w:val="00AA5C33"/>
    <w:rsid w:val="00AA6690"/>
    <w:rsid w:val="00B47730"/>
    <w:rsid w:val="00CB0664"/>
    <w:rsid w:val="00D56ACF"/>
    <w:rsid w:val="00FC693F"/>
    <w:rsid w:val="00FD5EEB"/>
    <w:rsid w:val="00FF3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B9ECE5B"/>
  <w14:defaultImageDpi w14:val="300"/>
  <w15:docId w15:val="{3A265E90-EB1A-40D3-80AB-23BC55C40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</Words>
  <Characters>743</Characters>
  <Application>Microsoft Office Word</Application>
  <DocSecurity>0</DocSecurity>
  <Lines>67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812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Kate Piper (IMH)</cp:lastModifiedBy>
  <cp:revision>15</cp:revision>
  <dcterms:created xsi:type="dcterms:W3CDTF">2026-02-20T11:51:00Z</dcterms:created>
  <dcterms:modified xsi:type="dcterms:W3CDTF">2026-02-20T13:12:00Z</dcterms:modified>
  <cp:category/>
</cp:coreProperties>
</file>