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text" w:horzAnchor="margin" w:tblpY="77"/>
        <w:tblOverlap w:val="never"/>
        <w:tblW w:w="0" w:type="auto"/>
        <w:tblLook w:val="04A0" w:firstRow="1" w:lastRow="0" w:firstColumn="1" w:lastColumn="0" w:noHBand="0" w:noVBand="1"/>
      </w:tblPr>
      <w:tblGrid>
        <w:gridCol w:w="988"/>
        <w:gridCol w:w="1811"/>
        <w:gridCol w:w="1812"/>
        <w:gridCol w:w="2047"/>
        <w:gridCol w:w="1842"/>
        <w:gridCol w:w="1843"/>
        <w:gridCol w:w="1985"/>
        <w:gridCol w:w="1984"/>
      </w:tblGrid>
      <w:tr w:rsidR="00EE70A6" w:rsidRPr="00173766" w14:paraId="2D3D4EA4" w14:textId="77777777" w:rsidTr="00EE70A6">
        <w:trPr>
          <w:cantSplit/>
          <w:trHeight w:val="497"/>
        </w:trPr>
        <w:tc>
          <w:tcPr>
            <w:tcW w:w="2799" w:type="dxa"/>
            <w:gridSpan w:val="2"/>
            <w:shd w:val="clear" w:color="auto" w:fill="auto"/>
            <w:vAlign w:val="center"/>
          </w:tcPr>
          <w:p w14:paraId="71A7EFA7" w14:textId="763E7317" w:rsidR="00EE70A6" w:rsidRPr="00EE70A6" w:rsidRDefault="00EE70A6" w:rsidP="00EE70A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STUDENT</w:t>
            </w:r>
          </w:p>
        </w:tc>
        <w:tc>
          <w:tcPr>
            <w:tcW w:w="7544" w:type="dxa"/>
            <w:gridSpan w:val="4"/>
            <w:shd w:val="clear" w:color="auto" w:fill="auto"/>
            <w:vAlign w:val="center"/>
          </w:tcPr>
          <w:p w14:paraId="5199653B" w14:textId="3F8E55C5" w:rsidR="00EE70A6" w:rsidRPr="00CC1D7D" w:rsidRDefault="00A978E6" w:rsidP="00EE70A6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Kushkumar</w:t>
            </w:r>
            <w:proofErr w:type="spellEnd"/>
            <w:r>
              <w:rPr>
                <w:rFonts w:ascii="Arial" w:hAnsi="Arial" w:cs="Arial"/>
              </w:rPr>
              <w:t xml:space="preserve"> Patel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756BC8E" w14:textId="154DC2F3" w:rsidR="00EE70A6" w:rsidRPr="00EE70A6" w:rsidRDefault="00EE70A6" w:rsidP="00EE70A6">
            <w:pPr>
              <w:rPr>
                <w:rFonts w:ascii="Arial" w:hAnsi="Arial" w:cs="Arial"/>
                <w:b/>
                <w:bCs/>
              </w:rPr>
            </w:pPr>
            <w:r w:rsidRPr="00EE70A6">
              <w:rPr>
                <w:rFonts w:ascii="Arial" w:hAnsi="Arial" w:cs="Arial"/>
                <w:b/>
                <w:bCs/>
              </w:rPr>
              <w:t>GRADE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A933AA2" w14:textId="70A3B614" w:rsidR="00EE70A6" w:rsidRPr="002774E7" w:rsidRDefault="0009265A" w:rsidP="00EE70A6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56</w:t>
            </w:r>
          </w:p>
        </w:tc>
      </w:tr>
      <w:tr w:rsidR="00EE70A6" w:rsidRPr="00173766" w14:paraId="277BE3C3" w14:textId="77777777" w:rsidTr="00EE70A6">
        <w:trPr>
          <w:cantSplit/>
          <w:trHeight w:val="497"/>
        </w:trPr>
        <w:tc>
          <w:tcPr>
            <w:tcW w:w="988" w:type="dxa"/>
            <w:shd w:val="clear" w:color="auto" w:fill="D6E3BC" w:themeFill="accent3" w:themeFillTint="66"/>
            <w:vAlign w:val="center"/>
          </w:tcPr>
          <w:p w14:paraId="49F67F46" w14:textId="743E91B4" w:rsidR="00EE70A6" w:rsidRPr="00173766" w:rsidRDefault="00EE70A6" w:rsidP="00EE70A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Criteria</w:t>
            </w:r>
          </w:p>
        </w:tc>
        <w:tc>
          <w:tcPr>
            <w:tcW w:w="1811" w:type="dxa"/>
            <w:shd w:val="clear" w:color="auto" w:fill="D6E3BC" w:themeFill="accent3" w:themeFillTint="66"/>
          </w:tcPr>
          <w:p w14:paraId="1F68A41F" w14:textId="77777777" w:rsidR="00EE70A6" w:rsidRPr="00173766" w:rsidRDefault="00EE70A6" w:rsidP="00EE70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Weak </w:t>
            </w:r>
            <w:r w:rsidRPr="00173766">
              <w:rPr>
                <w:rFonts w:ascii="Arial" w:hAnsi="Arial" w:cs="Arial"/>
              </w:rPr>
              <w:t>Fail</w:t>
            </w:r>
          </w:p>
          <w:p w14:paraId="107D806B" w14:textId="0C6D0B50" w:rsidR="00EE70A6" w:rsidRDefault="00EE70A6" w:rsidP="00EE70A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(0-29%)</w:t>
            </w:r>
          </w:p>
        </w:tc>
        <w:tc>
          <w:tcPr>
            <w:tcW w:w="1812" w:type="dxa"/>
            <w:shd w:val="clear" w:color="auto" w:fill="D6E3BC" w:themeFill="accent3" w:themeFillTint="66"/>
          </w:tcPr>
          <w:p w14:paraId="4E57AB91" w14:textId="77777777" w:rsidR="00EE70A6" w:rsidRPr="00173766" w:rsidRDefault="00EE70A6" w:rsidP="00EE70A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Fail</w:t>
            </w:r>
          </w:p>
          <w:p w14:paraId="39B43022" w14:textId="145DB9A9" w:rsidR="00EE70A6" w:rsidRPr="00173766" w:rsidRDefault="00EE70A6" w:rsidP="00EE70A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(30-44%)</w:t>
            </w:r>
          </w:p>
        </w:tc>
        <w:tc>
          <w:tcPr>
            <w:tcW w:w="2047" w:type="dxa"/>
            <w:tcBorders>
              <w:right w:val="thinThickThinSmallGap" w:sz="24" w:space="0" w:color="auto"/>
            </w:tcBorders>
            <w:shd w:val="clear" w:color="auto" w:fill="D6E3BC" w:themeFill="accent3" w:themeFillTint="66"/>
          </w:tcPr>
          <w:p w14:paraId="6AA85605" w14:textId="77777777" w:rsidR="00EE70A6" w:rsidRPr="00173766" w:rsidRDefault="00EE70A6" w:rsidP="00EE70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Marginal Fail</w:t>
            </w:r>
          </w:p>
          <w:p w14:paraId="50A76915" w14:textId="56F8DE8C" w:rsidR="00EE70A6" w:rsidRDefault="00EE70A6" w:rsidP="00EE70A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(45-49%)</w:t>
            </w:r>
          </w:p>
        </w:tc>
        <w:tc>
          <w:tcPr>
            <w:tcW w:w="1842" w:type="dxa"/>
            <w:tcBorders>
              <w:left w:val="thinThickThinSmallGap" w:sz="24" w:space="0" w:color="auto"/>
            </w:tcBorders>
            <w:shd w:val="clear" w:color="auto" w:fill="D6E3BC" w:themeFill="accent3" w:themeFillTint="66"/>
          </w:tcPr>
          <w:p w14:paraId="247E8DCF" w14:textId="77777777" w:rsidR="00EE70A6" w:rsidRPr="00173766" w:rsidRDefault="00EE70A6" w:rsidP="00EE70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Satisfactory</w:t>
            </w:r>
          </w:p>
          <w:p w14:paraId="41773793" w14:textId="2612F5B9" w:rsidR="00EE70A6" w:rsidRDefault="00EE70A6" w:rsidP="00EE70A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(50-59%)</w:t>
            </w:r>
          </w:p>
        </w:tc>
        <w:tc>
          <w:tcPr>
            <w:tcW w:w="1843" w:type="dxa"/>
            <w:shd w:val="clear" w:color="auto" w:fill="D6E3BC" w:themeFill="accent3" w:themeFillTint="66"/>
          </w:tcPr>
          <w:p w14:paraId="40698489" w14:textId="77777777" w:rsidR="00EE70A6" w:rsidRPr="00173766" w:rsidRDefault="00EE70A6" w:rsidP="00EE70A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Good</w:t>
            </w:r>
          </w:p>
          <w:p w14:paraId="159BE04A" w14:textId="2B0E5CCE" w:rsidR="00EE70A6" w:rsidRPr="00173766" w:rsidRDefault="00EE70A6" w:rsidP="00EE70A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(60-69%)</w:t>
            </w:r>
          </w:p>
        </w:tc>
        <w:tc>
          <w:tcPr>
            <w:tcW w:w="1985" w:type="dxa"/>
            <w:shd w:val="clear" w:color="auto" w:fill="D6E3BC" w:themeFill="accent3" w:themeFillTint="66"/>
          </w:tcPr>
          <w:p w14:paraId="610B06ED" w14:textId="77777777" w:rsidR="00EE70A6" w:rsidRPr="00173766" w:rsidRDefault="00EE70A6" w:rsidP="00EE70A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Excellent</w:t>
            </w:r>
          </w:p>
          <w:p w14:paraId="17F84137" w14:textId="7F15A5DC" w:rsidR="00EE70A6" w:rsidRPr="00173766" w:rsidRDefault="00EE70A6" w:rsidP="00EE70A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(70-84%)</w:t>
            </w:r>
          </w:p>
        </w:tc>
        <w:tc>
          <w:tcPr>
            <w:tcW w:w="1984" w:type="dxa"/>
            <w:shd w:val="clear" w:color="auto" w:fill="D6E3BC" w:themeFill="accent3" w:themeFillTint="66"/>
          </w:tcPr>
          <w:p w14:paraId="7C88DB1C" w14:textId="77777777" w:rsidR="00EE70A6" w:rsidRPr="00173766" w:rsidRDefault="00EE70A6" w:rsidP="00EE70A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Exceptional</w:t>
            </w:r>
          </w:p>
          <w:p w14:paraId="29EA95A7" w14:textId="294ABA7C" w:rsidR="00EE70A6" w:rsidRPr="00173766" w:rsidRDefault="00EE70A6" w:rsidP="00EE70A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(85-100%)</w:t>
            </w:r>
          </w:p>
        </w:tc>
      </w:tr>
      <w:tr w:rsidR="00EE70A6" w:rsidRPr="00173766" w14:paraId="3E211D14" w14:textId="77777777" w:rsidTr="00EE70A6">
        <w:trPr>
          <w:cantSplit/>
          <w:trHeight w:val="1114"/>
        </w:trPr>
        <w:tc>
          <w:tcPr>
            <w:tcW w:w="988" w:type="dxa"/>
            <w:shd w:val="clear" w:color="auto" w:fill="D6E3BC" w:themeFill="accent3" w:themeFillTint="66"/>
            <w:textDirection w:val="btLr"/>
            <w:vAlign w:val="center"/>
          </w:tcPr>
          <w:p w14:paraId="23FEB1BC" w14:textId="77777777" w:rsidR="00EE70A6" w:rsidRPr="00173766" w:rsidRDefault="00EE70A6" w:rsidP="00EE70A6">
            <w:pPr>
              <w:ind w:left="113" w:right="113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Cipher Creation (</w:t>
            </w:r>
            <w:r w:rsidRPr="00173766">
              <w:rPr>
                <w:rFonts w:ascii="Arial" w:hAnsi="Arial" w:cs="Arial"/>
              </w:rPr>
              <w:t>5%)</w:t>
            </w:r>
          </w:p>
        </w:tc>
        <w:tc>
          <w:tcPr>
            <w:tcW w:w="1811" w:type="dxa"/>
          </w:tcPr>
          <w:p w14:paraId="7CF5500F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No functional cipher matrix created. </w:t>
            </w:r>
          </w:p>
        </w:tc>
        <w:tc>
          <w:tcPr>
            <w:tcW w:w="1812" w:type="dxa"/>
          </w:tcPr>
          <w:p w14:paraId="6A0D5CB0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Cipher matrix created with significant errors. </w:t>
            </w:r>
          </w:p>
        </w:tc>
        <w:tc>
          <w:tcPr>
            <w:tcW w:w="2047" w:type="dxa"/>
            <w:tcBorders>
              <w:right w:val="thinThickThinSmallGap" w:sz="24" w:space="0" w:color="auto"/>
            </w:tcBorders>
          </w:tcPr>
          <w:p w14:paraId="1DA9B4EA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Basic cipher matrix created with some errors. </w:t>
            </w:r>
          </w:p>
        </w:tc>
        <w:tc>
          <w:tcPr>
            <w:tcW w:w="1842" w:type="dxa"/>
            <w:tcBorders>
              <w:left w:val="thinThickThinSmallGap" w:sz="24" w:space="0" w:color="auto"/>
            </w:tcBorders>
          </w:tcPr>
          <w:p w14:paraId="128E3AD8" w14:textId="701311B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Cipher matrix created</w:t>
            </w:r>
            <w:r w:rsidR="00F46AE6">
              <w:rPr>
                <w:rFonts w:ascii="Arial" w:hAnsi="Arial" w:cs="Arial"/>
                <w:sz w:val="21"/>
                <w:szCs w:val="21"/>
              </w:rPr>
              <w:t xml:space="preserve">   </w:t>
            </w:r>
            <w:r w:rsidRPr="00173766">
              <w:rPr>
                <w:rFonts w:ascii="Arial" w:hAnsi="Arial" w:cs="Arial"/>
                <w:sz w:val="21"/>
                <w:szCs w:val="21"/>
              </w:rPr>
              <w:t xml:space="preserve"> correctly. </w:t>
            </w:r>
          </w:p>
        </w:tc>
        <w:tc>
          <w:tcPr>
            <w:tcW w:w="1843" w:type="dxa"/>
          </w:tcPr>
          <w:p w14:paraId="75742F08" w14:textId="269B8E38" w:rsidR="00EE70A6" w:rsidRPr="00173766" w:rsidRDefault="00F46AE6" w:rsidP="00EE70A6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3380575" wp14:editId="3DD69807">
                      <wp:simplePos x="0" y="0"/>
                      <wp:positionH relativeFrom="column">
                        <wp:posOffset>-79919</wp:posOffset>
                      </wp:positionH>
                      <wp:positionV relativeFrom="paragraph">
                        <wp:posOffset>-15511</wp:posOffset>
                      </wp:positionV>
                      <wp:extent cx="1232807" cy="725714"/>
                      <wp:effectExtent l="25400" t="25400" r="37465" b="36830"/>
                      <wp:wrapNone/>
                      <wp:docPr id="2136535421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2807" cy="725714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B447EE1" id="Oval 1" o:spid="_x0000_s1026" style="position:absolute;margin-left:-6.3pt;margin-top:-1.2pt;width:97.05pt;height:57.1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" filled="f" strokecolor="#00b050" strokeweight="4.5pt"/>
                  </w:pict>
                </mc:Fallback>
              </mc:AlternateContent>
            </w:r>
            <w:r w:rsidR="00EE70A6" w:rsidRPr="00173766">
              <w:rPr>
                <w:rFonts w:ascii="Arial" w:hAnsi="Arial" w:cs="Arial"/>
                <w:sz w:val="21"/>
                <w:szCs w:val="21"/>
              </w:rPr>
              <w:t xml:space="preserve">Well-designed cipher matrix with clear logic. </w:t>
            </w:r>
          </w:p>
        </w:tc>
        <w:tc>
          <w:tcPr>
            <w:tcW w:w="1985" w:type="dxa"/>
          </w:tcPr>
          <w:p w14:paraId="053D3973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Highly functional and correctly designed cipher matrix. </w:t>
            </w:r>
          </w:p>
        </w:tc>
        <w:tc>
          <w:tcPr>
            <w:tcW w:w="1984" w:type="dxa"/>
          </w:tcPr>
          <w:p w14:paraId="18D1A7DA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Exceptionally designed and innovative cipher matrix. </w:t>
            </w:r>
          </w:p>
        </w:tc>
      </w:tr>
      <w:tr w:rsidR="00EE70A6" w:rsidRPr="00173766" w14:paraId="60C20CF1" w14:textId="77777777" w:rsidTr="00EE70A6">
        <w:trPr>
          <w:cantSplit/>
          <w:trHeight w:val="1134"/>
        </w:trPr>
        <w:tc>
          <w:tcPr>
            <w:tcW w:w="988" w:type="dxa"/>
            <w:shd w:val="clear" w:color="auto" w:fill="D6E3BC" w:themeFill="accent3" w:themeFillTint="66"/>
            <w:textDirection w:val="btLr"/>
            <w:vAlign w:val="center"/>
          </w:tcPr>
          <w:p w14:paraId="17655BAA" w14:textId="77777777" w:rsidR="00EE70A6" w:rsidRPr="00173766" w:rsidRDefault="00EE70A6" w:rsidP="00EE70A6">
            <w:pPr>
              <w:ind w:left="113" w:right="113"/>
              <w:jc w:val="right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Encryption (</w:t>
            </w:r>
            <w:r>
              <w:rPr>
                <w:rFonts w:ascii="Arial" w:hAnsi="Arial" w:cs="Arial"/>
              </w:rPr>
              <w:t>20</w:t>
            </w:r>
            <w:r w:rsidRPr="00173766">
              <w:rPr>
                <w:rFonts w:ascii="Arial" w:hAnsi="Arial" w:cs="Arial"/>
              </w:rPr>
              <w:t>%)</w:t>
            </w:r>
          </w:p>
        </w:tc>
        <w:tc>
          <w:tcPr>
            <w:tcW w:w="1811" w:type="dxa"/>
          </w:tcPr>
          <w:p w14:paraId="267A429B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Encryption task not attempted or entirely incorrect. Matrix and ciphertext not displayed.</w:t>
            </w:r>
          </w:p>
        </w:tc>
        <w:tc>
          <w:tcPr>
            <w:tcW w:w="1812" w:type="dxa"/>
          </w:tcPr>
          <w:p w14:paraId="3B59F07A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Encryption task attempted but produces incorrect results. Outputs partially displayed but incorrect.</w:t>
            </w:r>
          </w:p>
        </w:tc>
        <w:tc>
          <w:tcPr>
            <w:tcW w:w="2047" w:type="dxa"/>
            <w:tcBorders>
              <w:right w:val="thinThickThinSmallGap" w:sz="24" w:space="0" w:color="auto"/>
            </w:tcBorders>
          </w:tcPr>
          <w:p w14:paraId="046B4CB2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Encryption task partially correct, but with significant flaws in logic or output format.</w:t>
            </w:r>
          </w:p>
        </w:tc>
        <w:tc>
          <w:tcPr>
            <w:tcW w:w="1842" w:type="dxa"/>
            <w:tcBorders>
              <w:left w:val="thinThickThinSmallGap" w:sz="24" w:space="0" w:color="auto"/>
            </w:tcBorders>
          </w:tcPr>
          <w:p w14:paraId="2369EA02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Encryption task mostly correct with only minor errors. Outputs are generally accurate and well-displayed.</w:t>
            </w:r>
          </w:p>
        </w:tc>
        <w:tc>
          <w:tcPr>
            <w:tcW w:w="1843" w:type="dxa"/>
          </w:tcPr>
          <w:p w14:paraId="3143220C" w14:textId="557FC174" w:rsidR="00EE70A6" w:rsidRPr="00173766" w:rsidRDefault="00F46AE6" w:rsidP="00EE70A6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2DEE8D3" wp14:editId="4DC9E547">
                      <wp:simplePos x="0" y="0"/>
                      <wp:positionH relativeFrom="column">
                        <wp:posOffset>-81008</wp:posOffset>
                      </wp:positionH>
                      <wp:positionV relativeFrom="paragraph">
                        <wp:posOffset>-6531</wp:posOffset>
                      </wp:positionV>
                      <wp:extent cx="1232807" cy="1109436"/>
                      <wp:effectExtent l="25400" t="25400" r="37465" b="33655"/>
                      <wp:wrapNone/>
                      <wp:docPr id="813318563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2807" cy="1109436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C0CDA59" id="Oval 1" o:spid="_x0000_s1026" style="position:absolute;margin-left:-6.4pt;margin-top:-.5pt;width:97.05pt;height:87.3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" filled="f" strokecolor="#00b050" strokeweight="4.5pt"/>
                  </w:pict>
                </mc:Fallback>
              </mc:AlternateContent>
            </w:r>
            <w:r w:rsidR="00EE70A6" w:rsidRPr="00173766">
              <w:rPr>
                <w:rFonts w:ascii="Arial" w:hAnsi="Arial" w:cs="Arial"/>
                <w:sz w:val="21"/>
                <w:szCs w:val="21"/>
              </w:rPr>
              <w:t>Encryption task completed correctly with well-formatted outputs and minimal errors.</w:t>
            </w:r>
          </w:p>
        </w:tc>
        <w:tc>
          <w:tcPr>
            <w:tcW w:w="1985" w:type="dxa"/>
          </w:tcPr>
          <w:p w14:paraId="777DFF99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Encryption task completed accurately with polished and professional outputs.</w:t>
            </w:r>
          </w:p>
        </w:tc>
        <w:tc>
          <w:tcPr>
            <w:tcW w:w="1984" w:type="dxa"/>
          </w:tcPr>
          <w:p w14:paraId="37C3773C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Encryption task completed flawlessly with exemplary accuracy and clarity in outputs.</w:t>
            </w:r>
          </w:p>
        </w:tc>
      </w:tr>
      <w:tr w:rsidR="00EE70A6" w:rsidRPr="00173766" w14:paraId="14F28223" w14:textId="77777777" w:rsidTr="00EE70A6">
        <w:trPr>
          <w:cantSplit/>
          <w:trHeight w:val="1134"/>
        </w:trPr>
        <w:tc>
          <w:tcPr>
            <w:tcW w:w="988" w:type="dxa"/>
            <w:shd w:val="clear" w:color="auto" w:fill="D6E3BC" w:themeFill="accent3" w:themeFillTint="66"/>
            <w:textDirection w:val="btLr"/>
            <w:vAlign w:val="center"/>
          </w:tcPr>
          <w:p w14:paraId="0F7752B8" w14:textId="77777777" w:rsidR="00EE70A6" w:rsidRPr="00173766" w:rsidRDefault="00EE70A6" w:rsidP="00EE70A6">
            <w:pPr>
              <w:ind w:left="113" w:right="113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String Conversion (20%)</w:t>
            </w:r>
          </w:p>
        </w:tc>
        <w:tc>
          <w:tcPr>
            <w:tcW w:w="1811" w:type="dxa"/>
          </w:tcPr>
          <w:p w14:paraId="6FAD1629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2D275E">
              <w:rPr>
                <w:rFonts w:ascii="Arial" w:hAnsi="Arial" w:cs="Arial"/>
                <w:sz w:val="21"/>
                <w:szCs w:val="21"/>
              </w:rPr>
              <w:t>Conversion fails; unrecognizable output, poor implementation, or inefficient approach.</w:t>
            </w:r>
          </w:p>
        </w:tc>
        <w:tc>
          <w:tcPr>
            <w:tcW w:w="1812" w:type="dxa"/>
          </w:tcPr>
          <w:p w14:paraId="5E38215F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2D275E">
              <w:rPr>
                <w:rFonts w:ascii="Arial" w:hAnsi="Arial" w:cs="Arial"/>
                <w:sz w:val="21"/>
                <w:szCs w:val="21"/>
              </w:rPr>
              <w:t>Significant issues in grouping, edge cases, or formatting detract from clarity and utility.</w:t>
            </w:r>
          </w:p>
        </w:tc>
        <w:tc>
          <w:tcPr>
            <w:tcW w:w="2047" w:type="dxa"/>
            <w:tcBorders>
              <w:right w:val="thinThickThinSmallGap" w:sz="24" w:space="0" w:color="auto"/>
            </w:tcBorders>
          </w:tcPr>
          <w:p w14:paraId="2A652ABB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2D275E">
              <w:rPr>
                <w:rFonts w:ascii="Arial" w:hAnsi="Arial" w:cs="Arial"/>
                <w:sz w:val="21"/>
                <w:szCs w:val="21"/>
              </w:rPr>
              <w:t>Noticeable errors across multiple areas, but the core approach is clear.</w:t>
            </w:r>
          </w:p>
        </w:tc>
        <w:tc>
          <w:tcPr>
            <w:tcW w:w="1842" w:type="dxa"/>
            <w:tcBorders>
              <w:left w:val="thinThickThinSmallGap" w:sz="24" w:space="0" w:color="auto"/>
            </w:tcBorders>
          </w:tcPr>
          <w:p w14:paraId="06250D05" w14:textId="2EF63D17" w:rsidR="00EE70A6" w:rsidRPr="00173766" w:rsidRDefault="00F46AE6" w:rsidP="00EE70A6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D161ABA" wp14:editId="28A36F03">
                      <wp:simplePos x="0" y="0"/>
                      <wp:positionH relativeFrom="column">
                        <wp:posOffset>-85906</wp:posOffset>
                      </wp:positionH>
                      <wp:positionV relativeFrom="paragraph">
                        <wp:posOffset>28212</wp:posOffset>
                      </wp:positionV>
                      <wp:extent cx="1175657" cy="1215572"/>
                      <wp:effectExtent l="25400" t="25400" r="43815" b="41910"/>
                      <wp:wrapNone/>
                      <wp:docPr id="2030178542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75657" cy="1215572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526AB1F" id="Oval 1" o:spid="_x0000_s1026" style="position:absolute;margin-left:-6.75pt;margin-top:2.2pt;width:92.55pt;height:95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" filled="f" strokecolor="#00b050" strokeweight="4.5pt"/>
                  </w:pict>
                </mc:Fallback>
              </mc:AlternateContent>
            </w:r>
            <w:r w:rsidR="00EE70A6" w:rsidRPr="002D275E">
              <w:rPr>
                <w:rFonts w:ascii="Arial" w:hAnsi="Arial" w:cs="Arial"/>
                <w:sz w:val="21"/>
                <w:szCs w:val="21"/>
              </w:rPr>
              <w:t>Mostly accurate but with noticeable errors in one area (grouping, edge cases, formatting, or efficiency).</w:t>
            </w:r>
          </w:p>
        </w:tc>
        <w:tc>
          <w:tcPr>
            <w:tcW w:w="1843" w:type="dxa"/>
          </w:tcPr>
          <w:p w14:paraId="56713E6C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2D275E">
              <w:rPr>
                <w:rFonts w:ascii="Arial" w:hAnsi="Arial" w:cs="Arial"/>
                <w:sz w:val="21"/>
                <w:szCs w:val="21"/>
              </w:rPr>
              <w:t>Accurate with minor errors in grouping, edge cases, or formatting; efficiency is acceptable.</w:t>
            </w:r>
          </w:p>
        </w:tc>
        <w:tc>
          <w:tcPr>
            <w:tcW w:w="1985" w:type="dxa"/>
          </w:tcPr>
          <w:p w14:paraId="5174AB9F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2D275E">
              <w:rPr>
                <w:rFonts w:ascii="Arial" w:hAnsi="Arial" w:cs="Arial"/>
                <w:sz w:val="21"/>
                <w:szCs w:val="21"/>
              </w:rPr>
              <w:t>Accurate; minor improvement possible in edge case handling or efficiency; formatting is excellent.</w:t>
            </w:r>
          </w:p>
        </w:tc>
        <w:tc>
          <w:tcPr>
            <w:tcW w:w="1984" w:type="dxa"/>
          </w:tcPr>
          <w:p w14:paraId="03E8CC4E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2D275E">
              <w:rPr>
                <w:rFonts w:ascii="Arial" w:hAnsi="Arial" w:cs="Arial"/>
                <w:sz w:val="21"/>
                <w:szCs w:val="21"/>
              </w:rPr>
              <w:t>Fully accurate; digits grouped in 5s, edge cases handled perfectly, flawless formatting, and highly efficient.</w:t>
            </w:r>
          </w:p>
        </w:tc>
      </w:tr>
      <w:tr w:rsidR="00EE70A6" w:rsidRPr="00173766" w14:paraId="6944502D" w14:textId="77777777" w:rsidTr="00EE70A6">
        <w:trPr>
          <w:cantSplit/>
          <w:trHeight w:val="1409"/>
        </w:trPr>
        <w:tc>
          <w:tcPr>
            <w:tcW w:w="988" w:type="dxa"/>
            <w:shd w:val="clear" w:color="auto" w:fill="D6E3BC" w:themeFill="accent3" w:themeFillTint="66"/>
            <w:textDirection w:val="btLr"/>
            <w:vAlign w:val="center"/>
          </w:tcPr>
          <w:p w14:paraId="36773C3A" w14:textId="77777777" w:rsidR="00EE70A6" w:rsidRPr="00173766" w:rsidRDefault="00EE70A6" w:rsidP="00EE70A6">
            <w:pPr>
              <w:ind w:left="113" w:right="113"/>
              <w:jc w:val="right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Decryption</w:t>
            </w:r>
            <w:r>
              <w:rPr>
                <w:rFonts w:ascii="Arial" w:hAnsi="Arial" w:cs="Arial"/>
              </w:rPr>
              <w:t xml:space="preserve"> (20</w:t>
            </w:r>
            <w:r w:rsidRPr="00173766">
              <w:rPr>
                <w:rFonts w:ascii="Arial" w:hAnsi="Arial" w:cs="Arial"/>
              </w:rPr>
              <w:t>%)</w:t>
            </w:r>
          </w:p>
        </w:tc>
        <w:tc>
          <w:tcPr>
            <w:tcW w:w="1811" w:type="dxa"/>
          </w:tcPr>
          <w:p w14:paraId="174E49CD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No decryption attempted or entirely incorrect. </w:t>
            </w:r>
          </w:p>
        </w:tc>
        <w:tc>
          <w:tcPr>
            <w:tcW w:w="1812" w:type="dxa"/>
          </w:tcPr>
          <w:p w14:paraId="3171F0F3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Decryption task attempted but produces incorrect results. </w:t>
            </w:r>
          </w:p>
        </w:tc>
        <w:tc>
          <w:tcPr>
            <w:tcW w:w="2047" w:type="dxa"/>
            <w:tcBorders>
              <w:right w:val="thinThickThinSmallGap" w:sz="24" w:space="0" w:color="auto"/>
            </w:tcBorders>
          </w:tcPr>
          <w:p w14:paraId="7B356BF2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Basic decryption task completed with some errors. </w:t>
            </w:r>
          </w:p>
        </w:tc>
        <w:tc>
          <w:tcPr>
            <w:tcW w:w="1842" w:type="dxa"/>
            <w:tcBorders>
              <w:left w:val="thinThickThinSmallGap" w:sz="24" w:space="0" w:color="auto"/>
            </w:tcBorders>
          </w:tcPr>
          <w:p w14:paraId="4B7B22AB" w14:textId="5BA90CC1" w:rsidR="00EE70A6" w:rsidRPr="00173766" w:rsidRDefault="0009265A" w:rsidP="00EE70A6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2AFFE85" wp14:editId="615305C0">
                      <wp:simplePos x="0" y="0"/>
                      <wp:positionH relativeFrom="column">
                        <wp:posOffset>-85906</wp:posOffset>
                      </wp:positionH>
                      <wp:positionV relativeFrom="paragraph">
                        <wp:posOffset>11521</wp:posOffset>
                      </wp:positionV>
                      <wp:extent cx="1175385" cy="864507"/>
                      <wp:effectExtent l="25400" t="25400" r="43815" b="37465"/>
                      <wp:wrapNone/>
                      <wp:docPr id="277368231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75385" cy="864507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A845CAB" id="Oval 1" o:spid="_x0000_s1026" style="position:absolute;margin-left:-6.75pt;margin-top:.9pt;width:92.55pt;height:68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" filled="f" strokecolor="#00b050" strokeweight="4.5pt"/>
                  </w:pict>
                </mc:Fallback>
              </mc:AlternateContent>
            </w:r>
            <w:r w:rsidR="00EE70A6" w:rsidRPr="00173766">
              <w:rPr>
                <w:rFonts w:ascii="Arial" w:hAnsi="Arial" w:cs="Arial"/>
                <w:sz w:val="21"/>
                <w:szCs w:val="21"/>
              </w:rPr>
              <w:t xml:space="preserve">Decryption task mostly correct with minor errors. </w:t>
            </w:r>
          </w:p>
        </w:tc>
        <w:tc>
          <w:tcPr>
            <w:tcW w:w="1843" w:type="dxa"/>
          </w:tcPr>
          <w:p w14:paraId="4DEDC86C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Decryption task completed correctly and clearly. </w:t>
            </w:r>
          </w:p>
        </w:tc>
        <w:tc>
          <w:tcPr>
            <w:tcW w:w="1985" w:type="dxa"/>
          </w:tcPr>
          <w:p w14:paraId="362EA9F5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Highly accurate decryption with clear understanding. </w:t>
            </w:r>
          </w:p>
        </w:tc>
        <w:tc>
          <w:tcPr>
            <w:tcW w:w="1984" w:type="dxa"/>
          </w:tcPr>
          <w:p w14:paraId="373AE3DC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Exceptional decryption task demonstrating advanced insights. </w:t>
            </w:r>
          </w:p>
        </w:tc>
      </w:tr>
      <w:tr w:rsidR="00EE70A6" w:rsidRPr="00173766" w14:paraId="1B4AB6F5" w14:textId="77777777" w:rsidTr="00EE70A6">
        <w:trPr>
          <w:cantSplit/>
          <w:trHeight w:val="1134"/>
        </w:trPr>
        <w:tc>
          <w:tcPr>
            <w:tcW w:w="988" w:type="dxa"/>
            <w:shd w:val="clear" w:color="auto" w:fill="D6E3BC" w:themeFill="accent3" w:themeFillTint="66"/>
            <w:textDirection w:val="btLr"/>
            <w:vAlign w:val="center"/>
          </w:tcPr>
          <w:p w14:paraId="7CC4C5B4" w14:textId="77777777" w:rsidR="00EE70A6" w:rsidRPr="00173766" w:rsidRDefault="00EE70A6" w:rsidP="00EE70A6">
            <w:pPr>
              <w:ind w:left="113" w:right="113"/>
              <w:jc w:val="right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Advanced Encryption (</w:t>
            </w:r>
            <w:r>
              <w:rPr>
                <w:rFonts w:ascii="Arial" w:hAnsi="Arial" w:cs="Arial"/>
              </w:rPr>
              <w:t>15</w:t>
            </w:r>
            <w:r w:rsidRPr="00173766">
              <w:rPr>
                <w:rFonts w:ascii="Arial" w:hAnsi="Arial" w:cs="Arial"/>
              </w:rPr>
              <w:t>%)</w:t>
            </w:r>
          </w:p>
        </w:tc>
        <w:tc>
          <w:tcPr>
            <w:tcW w:w="1811" w:type="dxa"/>
          </w:tcPr>
          <w:p w14:paraId="23E19828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Advanced encryption task not attempted or shows no understanding of the logic.</w:t>
            </w:r>
          </w:p>
        </w:tc>
        <w:tc>
          <w:tcPr>
            <w:tcW w:w="1812" w:type="dxa"/>
          </w:tcPr>
          <w:p w14:paraId="2097037C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Advanced encryption poorly implemented or logically flawed.</w:t>
            </w:r>
          </w:p>
        </w:tc>
        <w:tc>
          <w:tcPr>
            <w:tcW w:w="2047" w:type="dxa"/>
            <w:tcBorders>
              <w:right w:val="thinThickThinSmallGap" w:sz="24" w:space="0" w:color="auto"/>
            </w:tcBorders>
          </w:tcPr>
          <w:p w14:paraId="5C6D746D" w14:textId="474FE341" w:rsidR="00EE70A6" w:rsidRPr="00173766" w:rsidRDefault="0009265A" w:rsidP="00EE70A6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38E76CF" wp14:editId="4B9CAE11">
                      <wp:simplePos x="0" y="0"/>
                      <wp:positionH relativeFrom="column">
                        <wp:posOffset>-19231</wp:posOffset>
                      </wp:positionH>
                      <wp:positionV relativeFrom="paragraph">
                        <wp:posOffset>14424</wp:posOffset>
                      </wp:positionV>
                      <wp:extent cx="1232807" cy="1109436"/>
                      <wp:effectExtent l="25400" t="25400" r="37465" b="33655"/>
                      <wp:wrapNone/>
                      <wp:docPr id="1669481970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2807" cy="1109436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2E0E878" id="Oval 1" o:spid="_x0000_s1026" style="position:absolute;margin-left:-1.5pt;margin-top:1.15pt;width:97.05pt;height:87.3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" filled="f" strokecolor="#00b050" strokeweight="4.5pt"/>
                  </w:pict>
                </mc:Fallback>
              </mc:AlternateContent>
            </w:r>
            <w:r w:rsidR="00EE70A6" w:rsidRPr="00173766">
              <w:rPr>
                <w:rFonts w:ascii="Arial" w:hAnsi="Arial" w:cs="Arial"/>
                <w:sz w:val="21"/>
                <w:szCs w:val="21"/>
              </w:rPr>
              <w:t>Advanced encryption attempted but with significant flaws in the logic or outputs.</w:t>
            </w:r>
          </w:p>
        </w:tc>
        <w:tc>
          <w:tcPr>
            <w:tcW w:w="1842" w:type="dxa"/>
            <w:tcBorders>
              <w:left w:val="thinThickThinSmallGap" w:sz="24" w:space="0" w:color="auto"/>
            </w:tcBorders>
          </w:tcPr>
          <w:p w14:paraId="6E186544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Advanced encryption implemented correctly but with minor issues in logic or output format.</w:t>
            </w:r>
          </w:p>
        </w:tc>
        <w:tc>
          <w:tcPr>
            <w:tcW w:w="1843" w:type="dxa"/>
          </w:tcPr>
          <w:p w14:paraId="38F1E295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Advanced encryption task is logically sound and produces accurate outputs.</w:t>
            </w:r>
          </w:p>
        </w:tc>
        <w:tc>
          <w:tcPr>
            <w:tcW w:w="1985" w:type="dxa"/>
          </w:tcPr>
          <w:p w14:paraId="328E31CA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Advanced encryption implemented correctly with polished and professional results.</w:t>
            </w:r>
          </w:p>
        </w:tc>
        <w:tc>
          <w:tcPr>
            <w:tcW w:w="1984" w:type="dxa"/>
          </w:tcPr>
          <w:p w14:paraId="1418ED0D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Advanced encryption implemented flawlessly with exceptional clarity and innovation.</w:t>
            </w:r>
          </w:p>
        </w:tc>
      </w:tr>
      <w:tr w:rsidR="00EE70A6" w:rsidRPr="00173766" w14:paraId="73231C48" w14:textId="77777777" w:rsidTr="00EE70A6">
        <w:trPr>
          <w:cantSplit/>
          <w:trHeight w:val="1409"/>
        </w:trPr>
        <w:tc>
          <w:tcPr>
            <w:tcW w:w="988" w:type="dxa"/>
            <w:shd w:val="clear" w:color="auto" w:fill="D6E3BC" w:themeFill="accent3" w:themeFillTint="66"/>
            <w:textDirection w:val="btLr"/>
            <w:vAlign w:val="center"/>
          </w:tcPr>
          <w:p w14:paraId="1C59A76D" w14:textId="77777777" w:rsidR="00EE70A6" w:rsidRPr="00173766" w:rsidRDefault="00EE70A6" w:rsidP="00EE70A6">
            <w:pPr>
              <w:ind w:left="113" w:right="113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Advanced </w:t>
            </w:r>
            <w:r w:rsidRPr="00173766">
              <w:rPr>
                <w:rFonts w:ascii="Arial" w:hAnsi="Arial" w:cs="Arial"/>
              </w:rPr>
              <w:t>Decryption</w:t>
            </w:r>
            <w:r>
              <w:rPr>
                <w:rFonts w:ascii="Arial" w:hAnsi="Arial" w:cs="Arial"/>
              </w:rPr>
              <w:t xml:space="preserve"> (10</w:t>
            </w:r>
            <w:r w:rsidRPr="00173766">
              <w:rPr>
                <w:rFonts w:ascii="Arial" w:hAnsi="Arial" w:cs="Arial"/>
              </w:rPr>
              <w:t>%)</w:t>
            </w:r>
          </w:p>
        </w:tc>
        <w:tc>
          <w:tcPr>
            <w:tcW w:w="1811" w:type="dxa"/>
          </w:tcPr>
          <w:p w14:paraId="3678D2F2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No decryption attempted or entirely incorrect. </w:t>
            </w:r>
          </w:p>
        </w:tc>
        <w:tc>
          <w:tcPr>
            <w:tcW w:w="1812" w:type="dxa"/>
          </w:tcPr>
          <w:p w14:paraId="5441594A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Decryption task attempted but produces incorrect results. </w:t>
            </w:r>
          </w:p>
        </w:tc>
        <w:tc>
          <w:tcPr>
            <w:tcW w:w="2047" w:type="dxa"/>
            <w:tcBorders>
              <w:right w:val="thinThickThinSmallGap" w:sz="24" w:space="0" w:color="auto"/>
            </w:tcBorders>
          </w:tcPr>
          <w:p w14:paraId="6A0B61BE" w14:textId="5C3887A5" w:rsidR="00EE70A6" w:rsidRPr="00173766" w:rsidRDefault="0009265A" w:rsidP="00EE70A6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79E03EC" wp14:editId="4443E4AB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47534</wp:posOffset>
                      </wp:positionV>
                      <wp:extent cx="1232807" cy="840015"/>
                      <wp:effectExtent l="25400" t="25400" r="37465" b="36830"/>
                      <wp:wrapNone/>
                      <wp:docPr id="434683839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2807" cy="840015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682ADE8" id="Oval 1" o:spid="_x0000_s1026" style="position:absolute;margin-left:-.2pt;margin-top:3.75pt;width:97.05pt;height:66.1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" filled="f" strokecolor="#00b050" strokeweight="4.5pt"/>
                  </w:pict>
                </mc:Fallback>
              </mc:AlternateContent>
            </w:r>
            <w:r w:rsidR="00EE70A6" w:rsidRPr="00173766">
              <w:rPr>
                <w:rFonts w:ascii="Arial" w:hAnsi="Arial" w:cs="Arial"/>
                <w:sz w:val="21"/>
                <w:szCs w:val="21"/>
              </w:rPr>
              <w:t xml:space="preserve">Basic decryption task completed with some errors. </w:t>
            </w:r>
          </w:p>
        </w:tc>
        <w:tc>
          <w:tcPr>
            <w:tcW w:w="1842" w:type="dxa"/>
            <w:tcBorders>
              <w:left w:val="thinThickThinSmallGap" w:sz="24" w:space="0" w:color="auto"/>
            </w:tcBorders>
          </w:tcPr>
          <w:p w14:paraId="51B1AB83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Decryption task mostly correct with minor errors. </w:t>
            </w:r>
          </w:p>
        </w:tc>
        <w:tc>
          <w:tcPr>
            <w:tcW w:w="1843" w:type="dxa"/>
          </w:tcPr>
          <w:p w14:paraId="280D933D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Decryption task completed correctly and clearly. </w:t>
            </w:r>
          </w:p>
        </w:tc>
        <w:tc>
          <w:tcPr>
            <w:tcW w:w="1985" w:type="dxa"/>
          </w:tcPr>
          <w:p w14:paraId="2BD64C0D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Highly accurate decryption with clear understanding. </w:t>
            </w:r>
          </w:p>
        </w:tc>
        <w:tc>
          <w:tcPr>
            <w:tcW w:w="1984" w:type="dxa"/>
          </w:tcPr>
          <w:p w14:paraId="57304DBC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Exceptional decryption task demonstrating advanced insights. </w:t>
            </w:r>
          </w:p>
        </w:tc>
      </w:tr>
    </w:tbl>
    <w:p w14:paraId="6559960D" w14:textId="2500E115" w:rsidR="00EE70A6" w:rsidRPr="00EE70A6" w:rsidRDefault="00EE70A6" w:rsidP="00EE70A6">
      <w:pPr>
        <w:pStyle w:val="Heading1"/>
        <w:tabs>
          <w:tab w:val="left" w:pos="10206"/>
        </w:tabs>
        <w:spacing w:before="0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2"/>
        <w:gridCol w:w="1892"/>
        <w:gridCol w:w="1893"/>
        <w:gridCol w:w="1893"/>
        <w:gridCol w:w="1892"/>
        <w:gridCol w:w="1893"/>
        <w:gridCol w:w="1893"/>
        <w:gridCol w:w="1893"/>
      </w:tblGrid>
      <w:tr w:rsidR="002E585F" w:rsidRPr="00173766" w14:paraId="793945E0" w14:textId="77777777" w:rsidTr="00EE70A6">
        <w:trPr>
          <w:cantSplit/>
          <w:trHeight w:val="1141"/>
        </w:trPr>
        <w:tc>
          <w:tcPr>
            <w:tcW w:w="1032" w:type="dxa"/>
            <w:shd w:val="clear" w:color="auto" w:fill="D6E3BC" w:themeFill="accent3" w:themeFillTint="66"/>
            <w:textDirection w:val="btLr"/>
            <w:vAlign w:val="center"/>
          </w:tcPr>
          <w:p w14:paraId="65E43B4F" w14:textId="646273F7" w:rsidR="002E585F" w:rsidRPr="00173766" w:rsidRDefault="002E585F" w:rsidP="002E585F">
            <w:pPr>
              <w:ind w:left="113" w:right="113"/>
              <w:jc w:val="right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Code Documentation (</w:t>
            </w:r>
            <w:r>
              <w:rPr>
                <w:rFonts w:ascii="Arial" w:hAnsi="Arial" w:cs="Arial"/>
              </w:rPr>
              <w:t>5</w:t>
            </w:r>
            <w:r w:rsidRPr="00173766">
              <w:rPr>
                <w:rFonts w:ascii="Arial" w:hAnsi="Arial" w:cs="Arial"/>
              </w:rPr>
              <w:t>%)</w:t>
            </w:r>
          </w:p>
        </w:tc>
        <w:tc>
          <w:tcPr>
            <w:tcW w:w="1892" w:type="dxa"/>
          </w:tcPr>
          <w:p w14:paraId="7FC44453" w14:textId="37993B1E" w:rsidR="002E585F" w:rsidRPr="00173766" w:rsidRDefault="002E585F" w:rsidP="002E585F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Code poorly written with little to no comments or documentation. </w:t>
            </w:r>
          </w:p>
        </w:tc>
        <w:tc>
          <w:tcPr>
            <w:tcW w:w="1893" w:type="dxa"/>
          </w:tcPr>
          <w:p w14:paraId="277E234F" w14:textId="148F08C8" w:rsidR="002E585F" w:rsidRPr="00173766" w:rsidRDefault="002E585F" w:rsidP="002E585F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Code is minimally documented, with inconsistent or unclear comments. </w:t>
            </w:r>
          </w:p>
        </w:tc>
        <w:tc>
          <w:tcPr>
            <w:tcW w:w="1893" w:type="dxa"/>
            <w:tcBorders>
              <w:right w:val="thinThickThinSmallGap" w:sz="24" w:space="0" w:color="auto"/>
            </w:tcBorders>
          </w:tcPr>
          <w:p w14:paraId="2D1D4A9E" w14:textId="12CCB636" w:rsidR="002E585F" w:rsidRPr="00173766" w:rsidRDefault="002E585F" w:rsidP="002E585F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Basic comments and documentation are present but lack depth or clarity. </w:t>
            </w:r>
          </w:p>
        </w:tc>
        <w:tc>
          <w:tcPr>
            <w:tcW w:w="1892" w:type="dxa"/>
            <w:tcBorders>
              <w:left w:val="thinThickThinSmallGap" w:sz="24" w:space="0" w:color="auto"/>
            </w:tcBorders>
          </w:tcPr>
          <w:p w14:paraId="57C45CB9" w14:textId="5441AC47" w:rsidR="002E585F" w:rsidRPr="00173766" w:rsidRDefault="002E585F" w:rsidP="002E585F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Code is well-documented with clear comments explaining the logic. </w:t>
            </w:r>
          </w:p>
        </w:tc>
        <w:tc>
          <w:tcPr>
            <w:tcW w:w="1893" w:type="dxa"/>
          </w:tcPr>
          <w:p w14:paraId="2326106E" w14:textId="44B231E5" w:rsidR="002E585F" w:rsidRPr="00173766" w:rsidRDefault="0009265A" w:rsidP="002E585F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2F485D8" wp14:editId="099F5176">
                      <wp:simplePos x="0" y="0"/>
                      <wp:positionH relativeFrom="column">
                        <wp:posOffset>-63046</wp:posOffset>
                      </wp:positionH>
                      <wp:positionV relativeFrom="paragraph">
                        <wp:posOffset>-16147</wp:posOffset>
                      </wp:positionV>
                      <wp:extent cx="1232807" cy="1517650"/>
                      <wp:effectExtent l="25400" t="25400" r="37465" b="44450"/>
                      <wp:wrapNone/>
                      <wp:docPr id="547746790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2807" cy="1517650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C2BA080" id="Oval 1" o:spid="_x0000_s1026" style="position:absolute;margin-left:-4.95pt;margin-top:-1.25pt;width:97.05pt;height:119.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" filled="f" strokecolor="#00b050" strokeweight="4.5pt"/>
                  </w:pict>
                </mc:Fallback>
              </mc:AlternateContent>
            </w:r>
            <w:r w:rsidR="002E585F" w:rsidRPr="00173766">
              <w:rPr>
                <w:rFonts w:ascii="Arial" w:hAnsi="Arial" w:cs="Arial"/>
                <w:sz w:val="21"/>
                <w:szCs w:val="21"/>
              </w:rPr>
              <w:t xml:space="preserve">Code is thoroughly documented with detailed comments. </w:t>
            </w:r>
          </w:p>
        </w:tc>
        <w:tc>
          <w:tcPr>
            <w:tcW w:w="1893" w:type="dxa"/>
          </w:tcPr>
          <w:p w14:paraId="06512308" w14:textId="4290264D" w:rsidR="002E585F" w:rsidRPr="00173766" w:rsidRDefault="002E585F" w:rsidP="002E585F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Code is excellently documented with insightful comments explaining both logic and purpose. </w:t>
            </w:r>
          </w:p>
        </w:tc>
        <w:tc>
          <w:tcPr>
            <w:tcW w:w="1893" w:type="dxa"/>
          </w:tcPr>
          <w:p w14:paraId="71B99FED" w14:textId="4AF00419" w:rsidR="002E585F" w:rsidRPr="00173766" w:rsidRDefault="002E585F" w:rsidP="002E585F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Code documentation </w:t>
            </w:r>
            <w:r>
              <w:rPr>
                <w:rFonts w:ascii="Arial" w:hAnsi="Arial" w:cs="Arial"/>
                <w:sz w:val="21"/>
                <w:szCs w:val="21"/>
              </w:rPr>
              <w:t xml:space="preserve">is </w:t>
            </w:r>
            <w:r w:rsidRPr="00173766">
              <w:rPr>
                <w:rFonts w:ascii="Arial" w:hAnsi="Arial" w:cs="Arial"/>
                <w:sz w:val="21"/>
                <w:szCs w:val="21"/>
              </w:rPr>
              <w:t>exemplary, demonstrating a high level of professionalism. Comments provide exceptional clarity and insight.</w:t>
            </w:r>
          </w:p>
        </w:tc>
      </w:tr>
      <w:tr w:rsidR="002E585F" w:rsidRPr="00173766" w14:paraId="3ED83045" w14:textId="77777777" w:rsidTr="00EE70A6">
        <w:trPr>
          <w:cantSplit/>
          <w:trHeight w:val="1598"/>
        </w:trPr>
        <w:tc>
          <w:tcPr>
            <w:tcW w:w="1032" w:type="dxa"/>
            <w:shd w:val="clear" w:color="auto" w:fill="D6E3BC" w:themeFill="accent3" w:themeFillTint="66"/>
            <w:textDirection w:val="btLr"/>
            <w:vAlign w:val="center"/>
          </w:tcPr>
          <w:p w14:paraId="25716A89" w14:textId="37E586A6" w:rsidR="002E585F" w:rsidRPr="00173766" w:rsidRDefault="002E585F" w:rsidP="002E585F">
            <w:pPr>
              <w:ind w:left="113" w:right="113"/>
              <w:jc w:val="right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Code Presentation</w:t>
            </w:r>
            <w:r>
              <w:rPr>
                <w:rFonts w:ascii="Arial" w:hAnsi="Arial" w:cs="Arial"/>
              </w:rPr>
              <w:t xml:space="preserve"> </w:t>
            </w:r>
            <w:r w:rsidRPr="00173766">
              <w:rPr>
                <w:rFonts w:ascii="Arial" w:hAnsi="Arial" w:cs="Arial"/>
              </w:rPr>
              <w:t>(</w:t>
            </w:r>
            <w:r>
              <w:rPr>
                <w:rFonts w:ascii="Arial" w:hAnsi="Arial" w:cs="Arial"/>
              </w:rPr>
              <w:t>5</w:t>
            </w:r>
            <w:r w:rsidRPr="00173766">
              <w:rPr>
                <w:rFonts w:ascii="Arial" w:hAnsi="Arial" w:cs="Arial"/>
              </w:rPr>
              <w:t>%)</w:t>
            </w:r>
          </w:p>
        </w:tc>
        <w:tc>
          <w:tcPr>
            <w:tcW w:w="1892" w:type="dxa"/>
          </w:tcPr>
          <w:p w14:paraId="0B10C079" w14:textId="0C7DB934" w:rsidR="002E585F" w:rsidRPr="00173766" w:rsidRDefault="002E585F" w:rsidP="002E585F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Indentation and formatting are inconsistent or entirely absent.</w:t>
            </w:r>
          </w:p>
        </w:tc>
        <w:tc>
          <w:tcPr>
            <w:tcW w:w="1893" w:type="dxa"/>
          </w:tcPr>
          <w:p w14:paraId="1CB48600" w14:textId="4E50AD9B" w:rsidR="002E585F" w:rsidRPr="00173766" w:rsidRDefault="002E585F" w:rsidP="002E585F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Formatting is weak and difficult to follow.</w:t>
            </w:r>
          </w:p>
        </w:tc>
        <w:tc>
          <w:tcPr>
            <w:tcW w:w="1893" w:type="dxa"/>
            <w:tcBorders>
              <w:right w:val="thinThickThinSmallGap" w:sz="24" w:space="0" w:color="auto"/>
            </w:tcBorders>
          </w:tcPr>
          <w:p w14:paraId="54856FA3" w14:textId="5276F23C" w:rsidR="002E585F" w:rsidRPr="00173766" w:rsidRDefault="002E585F" w:rsidP="002E585F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Formatting and structure are somewhat inconsistent.</w:t>
            </w:r>
          </w:p>
        </w:tc>
        <w:tc>
          <w:tcPr>
            <w:tcW w:w="1892" w:type="dxa"/>
            <w:tcBorders>
              <w:left w:val="thinThickThinSmallGap" w:sz="24" w:space="0" w:color="auto"/>
            </w:tcBorders>
          </w:tcPr>
          <w:p w14:paraId="1E189E8D" w14:textId="0E822D71" w:rsidR="002E585F" w:rsidRPr="00173766" w:rsidRDefault="0009265A" w:rsidP="002E585F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50D29B19" wp14:editId="77FEBA60">
                      <wp:simplePos x="0" y="0"/>
                      <wp:positionH relativeFrom="column">
                        <wp:posOffset>-93980</wp:posOffset>
                      </wp:positionH>
                      <wp:positionV relativeFrom="paragraph">
                        <wp:posOffset>-37465</wp:posOffset>
                      </wp:positionV>
                      <wp:extent cx="1232807" cy="1044121"/>
                      <wp:effectExtent l="25400" t="25400" r="37465" b="35560"/>
                      <wp:wrapNone/>
                      <wp:docPr id="1172389249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2807" cy="1044121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2D477AC" id="Oval 1" o:spid="_x0000_s1026" style="position:absolute;margin-left:-7.4pt;margin-top:-2.95pt;width:97.05pt;height:82.2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" filled="f" strokecolor="#00b050" strokeweight="4.5pt"/>
                  </w:pict>
                </mc:Fallback>
              </mc:AlternateContent>
            </w:r>
            <w:r w:rsidR="002E585F" w:rsidRPr="00173766">
              <w:rPr>
                <w:rFonts w:ascii="Arial" w:hAnsi="Arial" w:cs="Arial"/>
                <w:sz w:val="21"/>
                <w:szCs w:val="21"/>
              </w:rPr>
              <w:t>Formatting is consistent and easy to follow.</w:t>
            </w:r>
          </w:p>
        </w:tc>
        <w:tc>
          <w:tcPr>
            <w:tcW w:w="1893" w:type="dxa"/>
          </w:tcPr>
          <w:p w14:paraId="31875500" w14:textId="4E758BD4" w:rsidR="002E585F" w:rsidRPr="00173766" w:rsidRDefault="002E585F" w:rsidP="002E585F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Formatting is professional and enhances readability.</w:t>
            </w:r>
          </w:p>
        </w:tc>
        <w:tc>
          <w:tcPr>
            <w:tcW w:w="1893" w:type="dxa"/>
          </w:tcPr>
          <w:p w14:paraId="2FD4A94F" w14:textId="2F1A278C" w:rsidR="002E585F" w:rsidRPr="00173766" w:rsidRDefault="002E585F" w:rsidP="002E585F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Formatting is exemplary.</w:t>
            </w:r>
          </w:p>
        </w:tc>
        <w:tc>
          <w:tcPr>
            <w:tcW w:w="1893" w:type="dxa"/>
          </w:tcPr>
          <w:p w14:paraId="0C6FFA0B" w14:textId="6F5B77BC" w:rsidR="002E585F" w:rsidRPr="00173766" w:rsidRDefault="002E585F" w:rsidP="002E585F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Formatting is</w:t>
            </w:r>
            <w:r w:rsidRPr="00173766">
              <w:rPr>
                <w:rFonts w:ascii="Arial" w:hAnsi="Arial" w:cs="Arial"/>
                <w:sz w:val="21"/>
                <w:szCs w:val="21"/>
              </w:rPr>
              <w:t xml:space="preserve"> exemplary, demonstrating a high level of professionalism.</w:t>
            </w:r>
          </w:p>
        </w:tc>
      </w:tr>
    </w:tbl>
    <w:p w14:paraId="4F65BE4D" w14:textId="77777777" w:rsidR="00C9127D" w:rsidRDefault="00C9127D">
      <w:pPr>
        <w:rPr>
          <w:rFonts w:ascii="Arial" w:hAnsi="Arial" w:cs="Arial"/>
        </w:rPr>
      </w:pPr>
    </w:p>
    <w:p w14:paraId="284F6D7F" w14:textId="7D13FC7C" w:rsidR="00F46AE6" w:rsidRDefault="00F46AE6">
      <w:pPr>
        <w:rPr>
          <w:rFonts w:ascii="Arial" w:hAnsi="Arial" w:cs="Arial"/>
        </w:rPr>
      </w:pPr>
      <w:r>
        <w:rPr>
          <w:rFonts w:ascii="Arial" w:hAnsi="Arial" w:cs="Arial"/>
        </w:rPr>
        <w:t xml:space="preserve">Why </w:t>
      </w:r>
      <w:proofErr w:type="spellStart"/>
      <w:r>
        <w:rPr>
          <w:rFonts w:ascii="Arial" w:hAnsi="Arial" w:cs="Arial"/>
        </w:rPr>
        <w:t>initialise</w:t>
      </w:r>
      <w:proofErr w:type="spellEnd"/>
      <w:r>
        <w:rPr>
          <w:rFonts w:ascii="Arial" w:hAnsi="Arial" w:cs="Arial"/>
        </w:rPr>
        <w:t xml:space="preserve"> a vector using </w:t>
      </w:r>
      <w:proofErr w:type="gramStart"/>
      <w:r>
        <w:rPr>
          <w:rFonts w:ascii="Arial" w:hAnsi="Arial" w:cs="Arial"/>
        </w:rPr>
        <w:t>c(</w:t>
      </w:r>
      <w:proofErr w:type="gramEnd"/>
      <w:r>
        <w:rPr>
          <w:rFonts w:ascii="Arial" w:hAnsi="Arial" w:cs="Arial"/>
        </w:rPr>
        <w:t>0)</w:t>
      </w:r>
      <w:r w:rsidR="0009265A">
        <w:rPr>
          <w:rFonts w:ascii="Arial" w:hAnsi="Arial" w:cs="Arial"/>
        </w:rPr>
        <w:t xml:space="preserve"> or “”</w:t>
      </w:r>
      <w:r>
        <w:rPr>
          <w:rFonts w:ascii="Arial" w:hAnsi="Arial" w:cs="Arial"/>
        </w:rPr>
        <w:t xml:space="preserve"> instead of NULL?</w:t>
      </w:r>
    </w:p>
    <w:p w14:paraId="309AB8C3" w14:textId="42AAEBA5" w:rsidR="00F46AE6" w:rsidRDefault="00F46AE6">
      <w:pPr>
        <w:rPr>
          <w:rFonts w:ascii="Arial" w:hAnsi="Arial" w:cs="Arial"/>
        </w:rPr>
      </w:pPr>
      <w:r>
        <w:rPr>
          <w:rFonts w:ascii="Arial" w:hAnsi="Arial" w:cs="Arial"/>
        </w:rPr>
        <w:t xml:space="preserve">You’re missing the final number in </w:t>
      </w:r>
      <w:proofErr w:type="spellStart"/>
      <w:r>
        <w:rPr>
          <w:rFonts w:ascii="Arial" w:hAnsi="Arial" w:cs="Arial"/>
        </w:rPr>
        <w:t>finaltext</w:t>
      </w:r>
      <w:proofErr w:type="spellEnd"/>
      <w:r>
        <w:rPr>
          <w:rFonts w:ascii="Arial" w:hAnsi="Arial" w:cs="Arial"/>
        </w:rPr>
        <w:t xml:space="preserve"> to make it a full block of 5 digits.</w:t>
      </w:r>
    </w:p>
    <w:p w14:paraId="6865F38D" w14:textId="02C5FEA8" w:rsidR="00F46AE6" w:rsidRDefault="0009265A">
      <w:pPr>
        <w:rPr>
          <w:rFonts w:ascii="Arial" w:hAnsi="Arial" w:cs="Arial"/>
        </w:rPr>
      </w:pPr>
      <w:r>
        <w:rPr>
          <w:rFonts w:ascii="Arial" w:hAnsi="Arial" w:cs="Arial"/>
        </w:rPr>
        <w:t>Better to create ciphertext as a single-element vector and then write the code to split the number groups.</w:t>
      </w:r>
    </w:p>
    <w:p w14:paraId="742B4EBE" w14:textId="6B516215" w:rsidR="0009265A" w:rsidRDefault="0009265A">
      <w:pPr>
        <w:rPr>
          <w:rFonts w:ascii="Arial" w:hAnsi="Arial" w:cs="Arial"/>
        </w:rPr>
      </w:pPr>
      <w:r>
        <w:rPr>
          <w:rFonts w:ascii="Arial" w:hAnsi="Arial" w:cs="Arial"/>
        </w:rPr>
        <w:t>The instructions for the assignment specifically said that you should not create your own functions for this assignment.</w:t>
      </w:r>
    </w:p>
    <w:p w14:paraId="49301DED" w14:textId="77777777" w:rsidR="0009265A" w:rsidRPr="00173766" w:rsidRDefault="0009265A">
      <w:pPr>
        <w:rPr>
          <w:rFonts w:ascii="Arial" w:hAnsi="Arial" w:cs="Arial"/>
        </w:rPr>
      </w:pPr>
    </w:p>
    <w:sectPr w:rsidR="0009265A" w:rsidRPr="00173766" w:rsidSect="00EE70A6">
      <w:headerReference w:type="default" r:id="rId8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56B6D7" w14:textId="77777777" w:rsidR="004A0C3D" w:rsidRDefault="004A0C3D" w:rsidP="00EE70A6">
      <w:pPr>
        <w:spacing w:after="0" w:line="240" w:lineRule="auto"/>
      </w:pPr>
      <w:r>
        <w:separator/>
      </w:r>
    </w:p>
  </w:endnote>
  <w:endnote w:type="continuationSeparator" w:id="0">
    <w:p w14:paraId="470850EF" w14:textId="77777777" w:rsidR="004A0C3D" w:rsidRDefault="004A0C3D" w:rsidP="00EE70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150040" w14:textId="77777777" w:rsidR="004A0C3D" w:rsidRDefault="004A0C3D" w:rsidP="00EE70A6">
      <w:pPr>
        <w:spacing w:after="0" w:line="240" w:lineRule="auto"/>
      </w:pPr>
      <w:r>
        <w:separator/>
      </w:r>
    </w:p>
  </w:footnote>
  <w:footnote w:type="continuationSeparator" w:id="0">
    <w:p w14:paraId="623DC83B" w14:textId="77777777" w:rsidR="004A0C3D" w:rsidRDefault="004A0C3D" w:rsidP="00EE70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4D2732" w14:textId="5E7E5BBA" w:rsidR="00EE70A6" w:rsidRPr="00EE70A6" w:rsidRDefault="00EE70A6">
    <w:pPr>
      <w:pStyle w:val="Header"/>
      <w:rPr>
        <w:rFonts w:ascii="Arial" w:hAnsi="Arial" w:cs="Arial"/>
      </w:rPr>
    </w:pPr>
    <w:r w:rsidRPr="00EE70A6">
      <w:rPr>
        <w:rFonts w:ascii="Arial" w:hAnsi="Arial" w:cs="Arial"/>
      </w:rPr>
      <w:t>Advanced Statistical Programming – Assignment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38027786">
    <w:abstractNumId w:val="8"/>
  </w:num>
  <w:num w:numId="2" w16cid:durableId="688875014">
    <w:abstractNumId w:val="6"/>
  </w:num>
  <w:num w:numId="3" w16cid:durableId="177432771">
    <w:abstractNumId w:val="5"/>
  </w:num>
  <w:num w:numId="4" w16cid:durableId="299191717">
    <w:abstractNumId w:val="4"/>
  </w:num>
  <w:num w:numId="5" w16cid:durableId="1258947712">
    <w:abstractNumId w:val="7"/>
  </w:num>
  <w:num w:numId="6" w16cid:durableId="330716371">
    <w:abstractNumId w:val="3"/>
  </w:num>
  <w:num w:numId="7" w16cid:durableId="895554284">
    <w:abstractNumId w:val="2"/>
  </w:num>
  <w:num w:numId="8" w16cid:durableId="187717020">
    <w:abstractNumId w:val="1"/>
  </w:num>
  <w:num w:numId="9" w16cid:durableId="4957295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52DFC"/>
    <w:rsid w:val="0006063C"/>
    <w:rsid w:val="0009265A"/>
    <w:rsid w:val="0015074B"/>
    <w:rsid w:val="00173766"/>
    <w:rsid w:val="001F1895"/>
    <w:rsid w:val="002774E7"/>
    <w:rsid w:val="0029639D"/>
    <w:rsid w:val="002D192A"/>
    <w:rsid w:val="002D275E"/>
    <w:rsid w:val="002E585F"/>
    <w:rsid w:val="00326F90"/>
    <w:rsid w:val="00481BCA"/>
    <w:rsid w:val="004A0C3D"/>
    <w:rsid w:val="005B3676"/>
    <w:rsid w:val="0060308B"/>
    <w:rsid w:val="007653BD"/>
    <w:rsid w:val="007B3BA3"/>
    <w:rsid w:val="00831EA0"/>
    <w:rsid w:val="008A24E2"/>
    <w:rsid w:val="00A7173A"/>
    <w:rsid w:val="00A978E6"/>
    <w:rsid w:val="00AA1D8D"/>
    <w:rsid w:val="00AA67CE"/>
    <w:rsid w:val="00B47730"/>
    <w:rsid w:val="00C9127D"/>
    <w:rsid w:val="00CB0664"/>
    <w:rsid w:val="00CC1D7D"/>
    <w:rsid w:val="00D50FCC"/>
    <w:rsid w:val="00D7638A"/>
    <w:rsid w:val="00EC7E06"/>
    <w:rsid w:val="00EE70A6"/>
    <w:rsid w:val="00F46AE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77718FE"/>
  <w14:defaultImageDpi w14:val="300"/>
  <w15:docId w15:val="{E742AFAA-9F90-5047-A8AD-007C7845C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682</Words>
  <Characters>3891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4564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Nik Whitehead</cp:lastModifiedBy>
  <cp:revision>3</cp:revision>
  <dcterms:created xsi:type="dcterms:W3CDTF">2024-12-16T14:28:00Z</dcterms:created>
  <dcterms:modified xsi:type="dcterms:W3CDTF">2024-12-29T16:43:00Z</dcterms:modified>
  <cp:category/>
</cp:coreProperties>
</file>