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Task 3 - Source Evaluation Template</w:t>
      </w:r>
    </w:p>
    <w:p>
      <w:r>
        <w:rPr>
          <w:b/>
        </w:rPr>
        <w:t>Student Details</w:t>
      </w:r>
    </w:p>
    <w:p>
      <w:r>
        <w:rPr>
          <w:b/>
        </w:rPr>
        <w:t xml:space="preserve">Name and student ID: </w:t>
      </w:r>
      <w:r>
        <w:t>Viorica Dronea - 2539443</w:t>
      </w:r>
    </w:p>
    <w:p>
      <w:r>
        <w:rPr>
          <w:b/>
        </w:rPr>
        <w:t xml:space="preserve">Topic chosen: </w:t>
      </w:r>
      <w:r>
        <w:t>The importance of customer service for business success</w:t>
      </w:r>
    </w:p>
    <w:p>
      <w:r>
        <w:rPr>
          <w:b/>
        </w:rPr>
        <w:t xml:space="preserve">Title of source: </w:t>
      </w:r>
      <w:r>
        <w:t>The growing importance of customer-centric support services for improving customer experience</w:t>
      </w:r>
    </w:p>
    <w:p>
      <w:r>
        <w:rPr>
          <w:b/>
        </w:rPr>
        <w:t xml:space="preserve">Author(s): </w:t>
      </w:r>
      <w:r>
        <w:t>Jagdish N. Sheth, Varsha Jain and Anupama Ambika</w:t>
      </w:r>
    </w:p>
    <w:p>
      <w:r>
        <w:rPr>
          <w:b/>
        </w:rPr>
        <w:t xml:space="preserve">Year published: </w:t>
      </w:r>
      <w:r>
        <w:t>2023</w:t>
      </w:r>
    </w:p>
    <w:p>
      <w:r>
        <w:rPr>
          <w:b/>
        </w:rPr>
        <w:t xml:space="preserve">Full reference: </w:t>
      </w:r>
      <w:r>
        <w:t>Sheth, J.N., Jain, V. and Ambika, A. (2023) 'The growing importance of customer-centric support services for improving customer experience', Journal of Business Research, 164, 113943. Available at: https://doi.org/10.1016/j.jbusres.2023.113943</w:t>
      </w:r>
    </w:p>
    <w:p>
      <w:pPr>
        <w:spacing w:before="120"/>
      </w:pPr>
      <w:r>
        <w:rPr>
          <w:b/>
        </w:rPr>
        <w:t>How did you find this source?</w:t>
        <w:br/>
        <w:t>(e.g. Google Scholar, library database, google)</w:t>
      </w:r>
    </w:p>
    <w:p>
      <w:pPr>
        <w:spacing w:after="100"/>
      </w:pPr>
      <w:r>
        <w:t>I found the article by using the UWTSD library catalogue. I searched for terms such as 'customer service business success', 'customer support customer journey' and 'customer experience support services'. I did not choose the first result immediately. I checked several titles and abstracts first, because some sources were mainly about one sector, while others were less focused on business success. This article fitted the task better because it looks at customer support across the whole customer journey. Before choosing it, I checked the year, journal, authors, DOI and method section.</w:t>
      </w:r>
    </w:p>
    <w:p>
      <w:pPr>
        <w:spacing w:before="120"/>
      </w:pPr>
      <w:r>
        <w:rPr>
          <w:b/>
        </w:rPr>
        <w:t>Why did you choose this source?</w:t>
        <w:br/>
        <w:t>(Think about relevance, credibility, usefulness)</w:t>
      </w:r>
    </w:p>
    <w:p>
      <w:pPr>
        <w:spacing w:after="100"/>
      </w:pPr>
      <w:r>
        <w:t>I chose this source because it explains customer service as more than dealing with problems after a sale. The article shows that support can help customers make decisions, build confidence in a business and continue the relationship after purchase. It is also useful because it brings together views from experienced professionals and customers, rather than relying on opinion only.</w:t>
      </w:r>
    </w:p>
    <w:p>
      <w:pPr>
        <w:spacing w:before="120"/>
      </w:pPr>
      <w:r>
        <w:rPr>
          <w:b/>
        </w:rPr>
        <w:t>Is it relevant to the topic?</w:t>
      </w:r>
    </w:p>
    <w:p>
      <w:pPr>
        <w:spacing w:after="100"/>
      </w:pPr>
      <w:r>
        <w:t>Yes, the source is directly connected to the importance of customer service for business success. It explains that customer support can affect the customer experience before, during and after buying. This is relevant because positive service can support trust, loyalty, repeat business and better relationships between customers and companies.</w:t>
      </w:r>
    </w:p>
    <w:p>
      <w:pPr>
        <w:spacing w:before="120"/>
      </w:pPr>
      <w:r>
        <w:rPr>
          <w:b/>
        </w:rPr>
        <w:t>Is this a useful article?</w:t>
      </w:r>
    </w:p>
    <w:p>
      <w:pPr>
        <w:spacing w:after="100"/>
      </w:pPr>
      <w:r>
        <w:t>Yes, the article is useful because it provides a framework for understanding customer support throughout the customer journey. The study draws on mental models from 46 industry practitioners and two focus groups with 19 customers. This gives the article both business and customer perspectives. A limitation is that the research is qualitative, so it gives detailed understanding rather than statistical proof for all businesses.</w:t>
      </w:r>
    </w:p>
    <w:p>
      <w:pPr>
        <w:spacing w:before="120"/>
      </w:pPr>
      <w:r>
        <w:rPr>
          <w:b/>
        </w:rPr>
        <w:t>Is this an academic source?</w:t>
      </w:r>
    </w:p>
    <w:p>
      <w:pPr>
        <w:spacing w:after="100"/>
      </w:pPr>
      <w:r>
        <w:t>Yes, it is an academic journal article published in the Journal of Business Research by Elsevier. The journal uses peer review, with the authors and reviewers kept anonymous during the checking process. The article has a DOI and includes a literature review, a method section, findings, limitations and a reference list. These features show that it is an academic source rather than a blog or a general business website.</w:t>
      </w:r>
    </w:p>
    <w:p>
      <w:pPr>
        <w:spacing w:before="120"/>
      </w:pPr>
      <w:r>
        <w:rPr>
          <w:b/>
        </w:rPr>
        <w:t>When was it published? Is it recent enough? Why?</w:t>
      </w:r>
    </w:p>
    <w:p>
      <w:pPr>
        <w:spacing w:after="100"/>
      </w:pPr>
      <w:r>
        <w:t>The article was published in September 2023. I think it is recent enough because customer service is still important for businesses today. Companies now speak to customers in shops, by phone, through websites and on social media, so good support is needed in many places. Technology changes quickly, so newer studies about chatbots and online support could also be useful.</w:t>
      </w:r>
    </w:p>
    <w:p>
      <w:pPr>
        <w:spacing w:before="120"/>
      </w:pPr>
      <w:r>
        <w:rPr>
          <w:b/>
        </w:rPr>
        <w:t>Who is the author? What are their qualifications or expertise?</w:t>
      </w:r>
    </w:p>
    <w:p>
      <w:pPr>
        <w:spacing w:after="100"/>
      </w:pPr>
      <w:r>
        <w:t>The article was written by Jagdish N. Sheth, Varsha Jain and Anupama Ambika. Jagdish Sheth is a marketing professor at Emory University and has written about consumer behaviour, business relationships and strategy. Varsha Jain also works in marketing research, including consumer behaviour and digital marketing. Anupama Ambika has studied marketing, customer experience and technology. Their experience is relevant because the article is about how businesses support their customers.</w:t>
      </w:r>
    </w:p>
    <w:p>
      <w:pPr>
        <w:spacing w:before="120"/>
      </w:pPr>
      <w:r>
        <w:rPr>
          <w:b/>
        </w:rPr>
        <w:t>Is the source reliable? Why?</w:t>
        <w:br/>
        <w:t>(Consider journal, publisher, peer review, citations)</w:t>
      </w:r>
    </w:p>
    <w:p>
      <w:pPr>
        <w:spacing w:after="100"/>
      </w:pPr>
      <w:r>
        <w:t>I consider the source reliable because it is published in a recognised business journal by Elsevier and has been through peer review. The authors explain their grounded theory approach and show how they used data from 46 experienced practitioners and two customer focus groups. The article also includes 81 references, discusses implications and states limitations. These details make the research transparent. However, because the study is qualitative and uses selected participants, the findings should be applied with care rather than treated as a rule for every business.</w:t>
      </w:r>
    </w:p>
    <w:p>
      <w:r>
        <w:rPr>
          <w:b/>
        </w:rPr>
        <w:t>5-Minute Presentation Structure</w:t>
      </w:r>
    </w:p>
    <w:p>
      <w:pPr/>
      <w:r>
        <w:t>Introduce topic and source</w:t>
      </w:r>
    </w:p>
    <w:p>
      <w:pPr/>
      <w:r>
        <w:t>Explain how you found the source</w:t>
      </w:r>
    </w:p>
    <w:p>
      <w:pPr/>
      <w:r>
        <w:t>Evaluate credibility (author, date, reliability) - To do so, you will need to respond to the above questions.</w:t>
      </w:r>
    </w:p>
    <w:p>
      <w:pPr/>
      <w:r>
        <w:t>Short reflection - What did you find difficult about this task?</w:t>
      </w:r>
    </w:p>
    <w:p>
      <w:pPr/>
      <w:r>
        <w:t>What did you learn from this task?</w:t>
      </w:r>
    </w:p>
    <w:sectPr w:rsidR="00FC693F" w:rsidRPr="0006063C" w:rsidSect="00034616">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