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F431A" w:rsidRDefault="00A627F2" w14:paraId="0B23ECED" w14:textId="77777777">
      <w:pPr>
        <w:jc w:val="center"/>
      </w:pPr>
      <w:r>
        <w:rPr>
          <w:b/>
          <w:color w:val="183358"/>
          <w:sz w:val="34"/>
        </w:rPr>
        <w:t>STUDENT PRESENTATION TIMETABLE</w:t>
      </w:r>
    </w:p>
    <w:p w:rsidR="006F431A" w:rsidRDefault="00A627F2" w14:paraId="7C450328" w14:textId="528B9FD7">
      <w:pPr>
        <w:jc w:val="center"/>
      </w:pPr>
      <w:r w:rsidR="4011E39B">
        <w:rPr/>
        <w:t xml:space="preserve">Presentation sessions | </w:t>
      </w:r>
      <w:r w:rsidR="296226B1">
        <w:rPr/>
        <w:t>2:00</w:t>
      </w:r>
      <w:r w:rsidR="4011E39B">
        <w:rPr/>
        <w:t xml:space="preserve"> </w:t>
      </w:r>
      <w:r w:rsidR="70CCDF94">
        <w:rPr/>
        <w:t>p</w:t>
      </w:r>
      <w:r w:rsidR="4011E39B">
        <w:rPr/>
        <w:t>m–</w:t>
      </w:r>
      <w:r w:rsidR="4AA4A1F6">
        <w:rPr/>
        <w:t>6</w:t>
      </w:r>
      <w:r w:rsidR="4011E39B">
        <w:rPr/>
        <w:t>:</w:t>
      </w:r>
      <w:r w:rsidR="75C97A2E">
        <w:rPr/>
        <w:t>00</w:t>
      </w:r>
      <w:r w:rsidR="4011E39B">
        <w:rPr/>
        <w:t xml:space="preserve"> pm</w:t>
      </w:r>
    </w:p>
    <w:p w:rsidR="006F431A" w:rsidRDefault="00A627F2" w14:paraId="7E97052C" w14:textId="77777777">
      <w:r>
        <w:rPr>
          <w:b/>
        </w:rPr>
        <w:t xml:space="preserve">Important: </w:t>
      </w:r>
      <w:r>
        <w:t>You are required to attend only during your allocated one-hour presentation slot. Please arrive promptly at the start of your session. You do not need to attend the other groups’ sessions.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968"/>
        <w:gridCol w:w="5040"/>
      </w:tblGrid>
      <w:tr w:rsidR="006F431A" w:rsidTr="13366147" w14:paraId="15BDFF1E" w14:textId="77777777">
        <w:trPr>
          <w:jc w:val="center"/>
        </w:trPr>
        <w:tc>
          <w:tcPr>
            <w:tcW w:w="4968" w:type="dxa"/>
            <w:shd w:val="clear" w:color="auto" w:fill="17365D" w:themeFill="text2" w:themeFillShade="BF"/>
            <w:tcMar/>
          </w:tcPr>
          <w:p w:rsidR="006F431A" w:rsidP="13366147" w:rsidRDefault="00A627F2" w14:paraId="02AE5BB4" w14:textId="22C4186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13366147" w:rsidR="4011E39B">
              <w:rPr>
                <w:b w:val="1"/>
                <w:bCs w:val="1"/>
                <w:color w:val="FFFFFF" w:themeColor="background1" w:themeTint="FF" w:themeShade="FF"/>
              </w:rPr>
              <w:t xml:space="preserve">GROUP </w:t>
            </w:r>
            <w:r w:rsidRPr="13366147" w:rsidR="4011E39B">
              <w:rPr>
                <w:b w:val="1"/>
                <w:bCs w:val="1"/>
                <w:color w:val="FFFFFF" w:themeColor="background1" w:themeTint="FF" w:themeShade="FF"/>
              </w:rPr>
              <w:t xml:space="preserve">1  </w:t>
            </w:r>
            <w:r w:rsidRPr="13366147" w:rsidR="350E6300">
              <w:rPr>
                <w:b w:val="1"/>
                <w:bCs w:val="1"/>
                <w:color w:val="FFFFFF" w:themeColor="background1" w:themeTint="FF" w:themeShade="FF"/>
              </w:rPr>
              <w:t>2:</w:t>
            </w:r>
            <w:r w:rsidRPr="13366147" w:rsidR="7A3E6CD7">
              <w:rPr>
                <w:b w:val="1"/>
                <w:bCs w:val="1"/>
                <w:color w:val="FFFFFF" w:themeColor="background1" w:themeTint="FF" w:themeShade="FF"/>
              </w:rPr>
              <w:t>15</w:t>
            </w:r>
            <w:r w:rsidRPr="13366147" w:rsidR="4011E39B">
              <w:rPr>
                <w:b w:val="1"/>
                <w:bCs w:val="1"/>
                <w:color w:val="FFFFFF" w:themeColor="background1" w:themeTint="FF" w:themeShade="FF"/>
              </w:rPr>
              <w:t xml:space="preserve"> </w:t>
            </w:r>
            <w:r w:rsidRPr="13366147" w:rsidR="043DF325">
              <w:rPr>
                <w:b w:val="1"/>
                <w:bCs w:val="1"/>
                <w:color w:val="FFFFFF" w:themeColor="background1" w:themeTint="FF" w:themeShade="FF"/>
              </w:rPr>
              <w:t>- 3:</w:t>
            </w:r>
            <w:r w:rsidRPr="13366147" w:rsidR="61E87047">
              <w:rPr>
                <w:b w:val="1"/>
                <w:bCs w:val="1"/>
                <w:color w:val="FFFFFF" w:themeColor="background1" w:themeTint="FF" w:themeShade="FF"/>
              </w:rPr>
              <w:t>15</w:t>
            </w:r>
            <w:r w:rsidRPr="13366147" w:rsidR="043DF325">
              <w:rPr>
                <w:b w:val="1"/>
                <w:bCs w:val="1"/>
                <w:color w:val="FFFFFF" w:themeColor="background1" w:themeTint="FF" w:themeShade="FF"/>
              </w:rPr>
              <w:t xml:space="preserve"> p</w:t>
            </w:r>
            <w:r w:rsidRPr="13366147" w:rsidR="4011E39B">
              <w:rPr>
                <w:b w:val="1"/>
                <w:bCs w:val="1"/>
                <w:color w:val="FFFFFF" w:themeColor="background1" w:themeTint="FF" w:themeShade="FF"/>
              </w:rPr>
              <w:t>m</w:t>
            </w:r>
          </w:p>
        </w:tc>
        <w:tc>
          <w:tcPr>
            <w:tcW w:w="4968" w:type="dxa"/>
            <w:shd w:val="clear" w:color="auto" w:fill="17365D" w:themeFill="text2" w:themeFillShade="BF"/>
            <w:tcMar/>
          </w:tcPr>
          <w:p w:rsidR="006F431A" w:rsidRDefault="00A627F2" w14:paraId="7600BF76" w14:textId="2A6EC268">
            <w:r w:rsidRPr="13366147" w:rsidR="4011E39B">
              <w:rPr>
                <w:b w:val="1"/>
                <w:bCs w:val="1"/>
                <w:color w:val="FFFFFF" w:themeColor="background1" w:themeTint="FF" w:themeShade="FF"/>
              </w:rPr>
              <w:t xml:space="preserve"> </w:t>
            </w:r>
            <w:r w:rsidRPr="13366147" w:rsidR="4127C2CC">
              <w:rPr>
                <w:b w:val="1"/>
                <w:bCs w:val="1"/>
                <w:color w:val="FFFFFF" w:themeColor="background1" w:themeTint="FF" w:themeShade="FF"/>
              </w:rPr>
              <w:t xml:space="preserve">5 </w:t>
            </w:r>
            <w:r w:rsidRPr="13366147" w:rsidR="4011E39B">
              <w:rPr>
                <w:b w:val="1"/>
                <w:bCs w:val="1"/>
                <w:color w:val="FFFFFF" w:themeColor="background1" w:themeTint="FF" w:themeShade="FF"/>
              </w:rPr>
              <w:t>students</w:t>
            </w:r>
          </w:p>
        </w:tc>
      </w:tr>
      <w:tr w:rsidR="006F431A" w:rsidTr="13366147" w14:paraId="6823C8F9" w14:textId="77777777">
        <w:trPr>
          <w:jc w:val="center"/>
        </w:trPr>
        <w:tc>
          <w:tcPr>
            <w:tcW w:w="4608" w:type="dxa"/>
            <w:shd w:val="clear" w:color="auto" w:fill="F1F5FA"/>
            <w:tcMar/>
            <w:vAlign w:val="center"/>
          </w:tcPr>
          <w:p w:rsidR="006F431A" w:rsidP="13366147" w:rsidRDefault="00A627F2" w14:paraId="34F0E602" w14:textId="62CBE46A">
            <w:pPr>
              <w:pStyle w:val="ListParagraph"/>
              <w:numPr>
                <w:ilvl w:val="0"/>
                <w:numId w:val="10"/>
              </w:numPr>
              <w:rPr>
                <w:sz w:val="19"/>
                <w:szCs w:val="19"/>
              </w:rPr>
            </w:pPr>
            <w:r w:rsidRPr="13366147" w:rsidR="27B12232">
              <w:rPr>
                <w:sz w:val="19"/>
                <w:szCs w:val="19"/>
              </w:rPr>
              <w:t xml:space="preserve">Anamaria </w:t>
            </w:r>
            <w:r w:rsidRPr="13366147" w:rsidR="22B10CD0">
              <w:rPr>
                <w:sz w:val="19"/>
                <w:szCs w:val="19"/>
              </w:rPr>
              <w:t>Tomescu (</w:t>
            </w:r>
            <w:r w:rsidRPr="13366147" w:rsidR="3CF3485B">
              <w:rPr>
                <w:sz w:val="19"/>
                <w:szCs w:val="19"/>
              </w:rPr>
              <w:t>2535542</w:t>
            </w:r>
            <w:r w:rsidRPr="13366147" w:rsidR="64FE3600">
              <w:rPr>
                <w:sz w:val="19"/>
                <w:szCs w:val="19"/>
              </w:rPr>
              <w:t>)</w:t>
            </w:r>
          </w:p>
        </w:tc>
        <w:tc>
          <w:tcPr>
            <w:tcW w:w="5040" w:type="dxa"/>
            <w:shd w:val="clear" w:color="auto" w:fill="F1F5FA"/>
            <w:tcMar/>
            <w:vAlign w:val="center"/>
          </w:tcPr>
          <w:p w:rsidR="006F431A" w:rsidRDefault="00A627F2" w14:paraId="18B4B8D7" w14:textId="21488ACB">
            <w:r w:rsidRPr="13366147" w:rsidR="27B12232">
              <w:rPr>
                <w:sz w:val="19"/>
                <w:szCs w:val="19"/>
              </w:rPr>
              <w:t>5</w:t>
            </w:r>
            <w:r w:rsidRPr="13366147" w:rsidR="28A6272B">
              <w:rPr>
                <w:sz w:val="19"/>
                <w:szCs w:val="19"/>
              </w:rPr>
              <w:t xml:space="preserve">. </w:t>
            </w:r>
            <w:r w:rsidRPr="13366147" w:rsidR="32EF7139">
              <w:rPr>
                <w:sz w:val="19"/>
                <w:szCs w:val="19"/>
              </w:rPr>
              <w:t>Gheorghe Daniel Baragoi</w:t>
            </w:r>
            <w:r w:rsidRPr="13366147" w:rsidR="5A28E703">
              <w:rPr>
                <w:sz w:val="19"/>
                <w:szCs w:val="19"/>
              </w:rPr>
              <w:t xml:space="preserve"> (2506879)</w:t>
            </w:r>
          </w:p>
        </w:tc>
      </w:tr>
      <w:tr w:rsidR="006F431A" w:rsidTr="13366147" w14:paraId="6CF2041B" w14:textId="77777777">
        <w:trPr>
          <w:jc w:val="center"/>
        </w:trPr>
        <w:tc>
          <w:tcPr>
            <w:tcW w:w="4608" w:type="dxa"/>
            <w:tcMar/>
            <w:vAlign w:val="center"/>
          </w:tcPr>
          <w:p w:rsidR="006F431A" w:rsidP="13366147" w:rsidRDefault="00A627F2" w14:paraId="3FE1F37D" w14:textId="37067877">
            <w:pPr>
              <w:pStyle w:val="ListParagraph"/>
              <w:numPr>
                <w:ilvl w:val="0"/>
                <w:numId w:val="10"/>
              </w:numPr>
              <w:rPr>
                <w:sz w:val="19"/>
                <w:szCs w:val="19"/>
              </w:rPr>
            </w:pPr>
            <w:r w:rsidRPr="13366147" w:rsidR="3377A559">
              <w:rPr>
                <w:sz w:val="19"/>
                <w:szCs w:val="19"/>
              </w:rPr>
              <w:t xml:space="preserve">Solomon </w:t>
            </w:r>
            <w:r w:rsidRPr="13366147" w:rsidR="3377A559">
              <w:rPr>
                <w:sz w:val="19"/>
                <w:szCs w:val="19"/>
              </w:rPr>
              <w:t>Tesform</w:t>
            </w:r>
            <w:r w:rsidRPr="13366147" w:rsidR="3377A559">
              <w:rPr>
                <w:sz w:val="19"/>
                <w:szCs w:val="19"/>
              </w:rPr>
              <w:t xml:space="preserve"> </w:t>
            </w:r>
            <w:r w:rsidRPr="13366147" w:rsidR="3377A559">
              <w:rPr>
                <w:sz w:val="19"/>
                <w:szCs w:val="19"/>
              </w:rPr>
              <w:t>Weldie</w:t>
            </w:r>
            <w:r w:rsidRPr="13366147" w:rsidR="4266D910">
              <w:rPr>
                <w:sz w:val="19"/>
                <w:szCs w:val="19"/>
              </w:rPr>
              <w:t xml:space="preserve">  </w:t>
            </w:r>
            <w:r w:rsidRPr="13366147" w:rsidR="65CDEB0F">
              <w:rPr>
                <w:sz w:val="19"/>
                <w:szCs w:val="19"/>
              </w:rPr>
              <w:t>(</w:t>
            </w:r>
            <w:r w:rsidRPr="13366147" w:rsidR="4266D910">
              <w:rPr>
                <w:sz w:val="19"/>
                <w:szCs w:val="19"/>
              </w:rPr>
              <w:t>2525101</w:t>
            </w:r>
            <w:r w:rsidRPr="13366147" w:rsidR="4DB2D5B0">
              <w:rPr>
                <w:sz w:val="19"/>
                <w:szCs w:val="19"/>
              </w:rPr>
              <w:t>)</w:t>
            </w:r>
          </w:p>
        </w:tc>
        <w:tc>
          <w:tcPr>
            <w:tcW w:w="5040" w:type="dxa"/>
            <w:tcMar/>
            <w:vAlign w:val="center"/>
          </w:tcPr>
          <w:p w:rsidR="006F431A" w:rsidP="13366147" w:rsidRDefault="00A627F2" w14:paraId="5A46E5FD" w14:textId="478BA125">
            <w:pPr>
              <w:rPr>
                <w:sz w:val="19"/>
                <w:szCs w:val="19"/>
              </w:rPr>
            </w:pPr>
          </w:p>
        </w:tc>
      </w:tr>
      <w:tr w:rsidR="006F431A" w:rsidTr="13366147" w14:paraId="5C7C1CC9" w14:textId="77777777">
        <w:trPr>
          <w:jc w:val="center"/>
        </w:trPr>
        <w:tc>
          <w:tcPr>
            <w:tcW w:w="4608" w:type="dxa"/>
            <w:shd w:val="clear" w:color="auto" w:fill="F1F5FA"/>
            <w:tcMar/>
            <w:vAlign w:val="center"/>
          </w:tcPr>
          <w:p w:rsidR="006F431A" w:rsidP="13366147" w:rsidRDefault="00A627F2" w14:paraId="1B9480EA" w14:textId="44600D94">
            <w:pPr>
              <w:pStyle w:val="ListParagraph"/>
              <w:numPr>
                <w:ilvl w:val="0"/>
                <w:numId w:val="10"/>
              </w:numPr>
              <w:rPr>
                <w:sz w:val="19"/>
                <w:szCs w:val="19"/>
              </w:rPr>
            </w:pPr>
            <w:r w:rsidRPr="13366147" w:rsidR="19FA13E0">
              <w:rPr>
                <w:sz w:val="19"/>
                <w:szCs w:val="19"/>
              </w:rPr>
              <w:t>Crenguta</w:t>
            </w:r>
            <w:r w:rsidRPr="13366147" w:rsidR="19FA13E0">
              <w:rPr>
                <w:sz w:val="19"/>
                <w:szCs w:val="19"/>
              </w:rPr>
              <w:t xml:space="preserve"> Dumitru</w:t>
            </w:r>
            <w:r w:rsidRPr="13366147" w:rsidR="24E5D43C">
              <w:rPr>
                <w:sz w:val="19"/>
                <w:szCs w:val="19"/>
              </w:rPr>
              <w:t xml:space="preserve"> (2535538)</w:t>
            </w:r>
          </w:p>
        </w:tc>
        <w:tc>
          <w:tcPr>
            <w:tcW w:w="5040" w:type="dxa"/>
            <w:shd w:val="clear" w:color="auto" w:fill="F1F5FA"/>
            <w:tcMar/>
            <w:vAlign w:val="center"/>
          </w:tcPr>
          <w:p w:rsidR="006F431A" w:rsidP="13366147" w:rsidRDefault="00A627F2" w14:paraId="2B224349" w14:textId="1485C645">
            <w:pPr>
              <w:rPr>
                <w:sz w:val="19"/>
                <w:szCs w:val="19"/>
              </w:rPr>
            </w:pPr>
          </w:p>
        </w:tc>
      </w:tr>
      <w:tr w:rsidR="007D2D58" w:rsidTr="13366147" w14:paraId="67DB14E9" w14:textId="77777777">
        <w:trPr>
          <w:jc w:val="center"/>
        </w:trPr>
        <w:tc>
          <w:tcPr>
            <w:tcW w:w="4608" w:type="dxa"/>
            <w:shd w:val="clear" w:color="auto" w:fill="F1F5FA"/>
            <w:tcMar/>
            <w:vAlign w:val="center"/>
          </w:tcPr>
          <w:p w:rsidR="007D2D58" w:rsidP="13366147" w:rsidRDefault="007D2D58" w14:paraId="65CA2B50" w14:textId="3B4F5BA6">
            <w:pPr>
              <w:pStyle w:val="ListParagraph"/>
              <w:numPr>
                <w:ilvl w:val="0"/>
                <w:numId w:val="10"/>
              </w:numPr>
              <w:rPr>
                <w:sz w:val="19"/>
                <w:szCs w:val="19"/>
              </w:rPr>
            </w:pPr>
            <w:r w:rsidRPr="13366147" w:rsidR="27B12232">
              <w:rPr>
                <w:sz w:val="19"/>
                <w:szCs w:val="19"/>
              </w:rPr>
              <w:t>Ruby Ali</w:t>
            </w:r>
            <w:r w:rsidRPr="13366147" w:rsidR="79C2C09D">
              <w:rPr>
                <w:sz w:val="19"/>
                <w:szCs w:val="19"/>
              </w:rPr>
              <w:t xml:space="preserve"> </w:t>
            </w:r>
            <w:r w:rsidRPr="13366147" w:rsidR="3F05BDE9">
              <w:rPr>
                <w:sz w:val="19"/>
                <w:szCs w:val="19"/>
              </w:rPr>
              <w:t>(</w:t>
            </w:r>
            <w:r w:rsidRPr="13366147" w:rsidR="79C2C09D">
              <w:rPr>
                <w:sz w:val="19"/>
                <w:szCs w:val="19"/>
              </w:rPr>
              <w:t>2525101</w:t>
            </w:r>
            <w:r w:rsidRPr="13366147" w:rsidR="335EB72E">
              <w:rPr>
                <w:sz w:val="19"/>
                <w:szCs w:val="19"/>
              </w:rPr>
              <w:t>)</w:t>
            </w:r>
          </w:p>
        </w:tc>
        <w:tc>
          <w:tcPr>
            <w:tcW w:w="5040" w:type="dxa"/>
            <w:shd w:val="clear" w:color="auto" w:fill="F1F5FA"/>
            <w:tcMar/>
            <w:vAlign w:val="center"/>
          </w:tcPr>
          <w:p w:rsidR="007D2D58" w:rsidRDefault="007D2D58" w14:paraId="17EC85F0" w14:textId="77777777">
            <w:pPr>
              <w:rPr>
                <w:sz w:val="19"/>
              </w:rPr>
            </w:pPr>
          </w:p>
        </w:tc>
      </w:tr>
    </w:tbl>
    <w:p w:rsidR="006F431A" w:rsidRDefault="006F431A" w14:paraId="20693FFC" w14:textId="77777777">
      <w:pPr>
        <w:spacing w:after="0"/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968"/>
        <w:gridCol w:w="5040"/>
      </w:tblGrid>
      <w:tr w:rsidR="006F431A" w:rsidTr="13366147" w14:paraId="78443D4C" w14:textId="77777777">
        <w:trPr>
          <w:jc w:val="center"/>
        </w:trPr>
        <w:tc>
          <w:tcPr>
            <w:tcW w:w="4968" w:type="dxa"/>
            <w:shd w:val="clear" w:color="auto" w:fill="17365D" w:themeFill="text2" w:themeFillShade="BF"/>
            <w:tcMar/>
          </w:tcPr>
          <w:p w:rsidR="006F431A" w:rsidP="13366147" w:rsidRDefault="00A627F2" w14:paraId="00C86EC8" w14:textId="099B890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13366147" w:rsidR="4011E39B">
              <w:rPr>
                <w:b w:val="1"/>
                <w:bCs w:val="1"/>
                <w:color w:val="FFFFFF" w:themeColor="background1" w:themeTint="FF" w:themeShade="FF"/>
              </w:rPr>
              <w:t xml:space="preserve">GROUP </w:t>
            </w:r>
            <w:r w:rsidRPr="13366147" w:rsidR="4011E39B">
              <w:rPr>
                <w:b w:val="1"/>
                <w:bCs w:val="1"/>
                <w:color w:val="FFFFFF" w:themeColor="background1" w:themeTint="FF" w:themeShade="FF"/>
              </w:rPr>
              <w:t>2  |</w:t>
            </w:r>
            <w:r w:rsidRPr="13366147" w:rsidR="4011E39B">
              <w:rPr>
                <w:b w:val="1"/>
                <w:bCs w:val="1"/>
                <w:color w:val="FFFFFF" w:themeColor="background1" w:themeTint="FF" w:themeShade="FF"/>
              </w:rPr>
              <w:t xml:space="preserve">  </w:t>
            </w:r>
            <w:r w:rsidRPr="13366147" w:rsidR="0C6F5929">
              <w:rPr>
                <w:b w:val="1"/>
                <w:bCs w:val="1"/>
                <w:color w:val="FFFFFF" w:themeColor="background1" w:themeTint="FF" w:themeShade="FF"/>
              </w:rPr>
              <w:t>3:</w:t>
            </w:r>
            <w:r w:rsidRPr="13366147" w:rsidR="7C87D310">
              <w:rPr>
                <w:b w:val="1"/>
                <w:bCs w:val="1"/>
                <w:color w:val="FFFFFF" w:themeColor="background1" w:themeTint="FF" w:themeShade="FF"/>
              </w:rPr>
              <w:t>15</w:t>
            </w:r>
            <w:r w:rsidRPr="13366147" w:rsidR="0C6F5929">
              <w:rPr>
                <w:b w:val="1"/>
                <w:bCs w:val="1"/>
                <w:color w:val="FFFFFF" w:themeColor="background1" w:themeTint="FF" w:themeShade="FF"/>
              </w:rPr>
              <w:t xml:space="preserve"> – 4:</w:t>
            </w:r>
            <w:r w:rsidRPr="13366147" w:rsidR="56A3AC85">
              <w:rPr>
                <w:b w:val="1"/>
                <w:bCs w:val="1"/>
                <w:color w:val="FFFFFF" w:themeColor="background1" w:themeTint="FF" w:themeShade="FF"/>
              </w:rPr>
              <w:t>15</w:t>
            </w:r>
            <w:r w:rsidRPr="13366147" w:rsidR="0C6F5929">
              <w:rPr>
                <w:b w:val="1"/>
                <w:bCs w:val="1"/>
                <w:color w:val="FFFFFF" w:themeColor="background1" w:themeTint="FF" w:themeShade="FF"/>
              </w:rPr>
              <w:t xml:space="preserve"> pm</w:t>
            </w:r>
          </w:p>
        </w:tc>
        <w:tc>
          <w:tcPr>
            <w:tcW w:w="4968" w:type="dxa"/>
            <w:shd w:val="clear" w:color="auto" w:fill="17365D" w:themeFill="text2" w:themeFillShade="BF"/>
            <w:tcMar/>
          </w:tcPr>
          <w:p w:rsidR="006F431A" w:rsidRDefault="00A627F2" w14:paraId="244EA608" w14:textId="38CCFE10">
            <w:r w:rsidRPr="13366147" w:rsidR="4011E39B">
              <w:rPr>
                <w:b w:val="1"/>
                <w:bCs w:val="1"/>
                <w:color w:val="FFFFFF" w:themeColor="background1" w:themeTint="FF" w:themeShade="FF"/>
              </w:rPr>
              <w:t xml:space="preserve"> </w:t>
            </w:r>
            <w:r w:rsidRPr="13366147" w:rsidR="1C65E970">
              <w:rPr>
                <w:b w:val="1"/>
                <w:bCs w:val="1"/>
                <w:color w:val="FFFFFF" w:themeColor="background1" w:themeTint="FF" w:themeShade="FF"/>
              </w:rPr>
              <w:t xml:space="preserve">5 </w:t>
            </w:r>
            <w:r w:rsidRPr="13366147" w:rsidR="4011E39B">
              <w:rPr>
                <w:b w:val="1"/>
                <w:bCs w:val="1"/>
                <w:color w:val="FFFFFF" w:themeColor="background1" w:themeTint="FF" w:themeShade="FF"/>
              </w:rPr>
              <w:t>students</w:t>
            </w:r>
          </w:p>
        </w:tc>
      </w:tr>
      <w:tr w:rsidR="006F431A" w:rsidTr="13366147" w14:paraId="64EAE7BD" w14:textId="77777777">
        <w:trPr>
          <w:jc w:val="center"/>
        </w:trPr>
        <w:tc>
          <w:tcPr>
            <w:tcW w:w="4608" w:type="dxa"/>
            <w:shd w:val="clear" w:color="auto" w:fill="F1F5FA"/>
            <w:tcMar/>
            <w:vAlign w:val="center"/>
          </w:tcPr>
          <w:p w:rsidR="006F431A" w:rsidP="13366147" w:rsidRDefault="00A627F2" w14:paraId="6CF08162" w14:textId="73C866BB">
            <w:pPr>
              <w:pStyle w:val="ListParagraph"/>
              <w:numPr>
                <w:ilvl w:val="0"/>
                <w:numId w:val="14"/>
              </w:numPr>
              <w:rPr>
                <w:sz w:val="19"/>
                <w:szCs w:val="19"/>
              </w:rPr>
            </w:pPr>
            <w:r w:rsidRPr="13366147" w:rsidR="6C8062DF">
              <w:rPr>
                <w:sz w:val="19"/>
                <w:szCs w:val="19"/>
              </w:rPr>
              <w:t>Sheick Raazaq Cheick</w:t>
            </w:r>
            <w:r w:rsidRPr="13366147" w:rsidR="554549E8">
              <w:rPr>
                <w:sz w:val="19"/>
                <w:szCs w:val="19"/>
              </w:rPr>
              <w:t xml:space="preserve"> (2535395)</w:t>
            </w:r>
          </w:p>
        </w:tc>
        <w:tc>
          <w:tcPr>
            <w:tcW w:w="5040" w:type="dxa"/>
            <w:shd w:val="clear" w:color="auto" w:fill="F1F5FA"/>
            <w:tcMar/>
            <w:vAlign w:val="center"/>
          </w:tcPr>
          <w:p w:rsidR="006F431A" w:rsidP="13366147" w:rsidRDefault="00A627F2" w14:paraId="61A07D11" w14:textId="0CDCE805">
            <w:pPr>
              <w:pStyle w:val="ListParagraph"/>
              <w:numPr>
                <w:ilvl w:val="0"/>
                <w:numId w:val="10"/>
              </w:numPr>
              <w:rPr>
                <w:sz w:val="19"/>
                <w:szCs w:val="19"/>
              </w:rPr>
            </w:pPr>
            <w:r w:rsidRPr="13366147" w:rsidR="5B656E83">
              <w:rPr>
                <w:sz w:val="19"/>
                <w:szCs w:val="19"/>
              </w:rPr>
              <w:t>Kegan Fahy</w:t>
            </w:r>
            <w:r w:rsidRPr="13366147" w:rsidR="54E52FC4">
              <w:rPr>
                <w:sz w:val="19"/>
                <w:szCs w:val="19"/>
              </w:rPr>
              <w:t xml:space="preserve"> (2540340)</w:t>
            </w:r>
          </w:p>
        </w:tc>
      </w:tr>
      <w:tr w:rsidR="006F431A" w:rsidTr="13366147" w14:paraId="5129C997" w14:textId="77777777">
        <w:trPr>
          <w:jc w:val="center"/>
          <w:trHeight w:val="365"/>
        </w:trPr>
        <w:tc>
          <w:tcPr>
            <w:tcW w:w="4608" w:type="dxa"/>
            <w:tcMar/>
            <w:vAlign w:val="center"/>
          </w:tcPr>
          <w:p w:rsidR="006F431A" w:rsidP="13366147" w:rsidRDefault="00A627F2" w14:paraId="22C93373" w14:textId="0AA8DE62">
            <w:pPr>
              <w:pStyle w:val="ListParagraph"/>
              <w:numPr>
                <w:ilvl w:val="0"/>
                <w:numId w:val="14"/>
              </w:numPr>
              <w:rPr>
                <w:sz w:val="19"/>
                <w:szCs w:val="19"/>
              </w:rPr>
            </w:pPr>
            <w:r w:rsidRPr="13366147" w:rsidR="785482B1">
              <w:rPr>
                <w:sz w:val="19"/>
                <w:szCs w:val="19"/>
              </w:rPr>
              <w:t xml:space="preserve">Omar Hassan Abass Al Hassan </w:t>
            </w:r>
            <w:r w:rsidRPr="13366147" w:rsidR="6FC2D824">
              <w:rPr>
                <w:sz w:val="19"/>
                <w:szCs w:val="19"/>
              </w:rPr>
              <w:t>(</w:t>
            </w:r>
            <w:r w:rsidRPr="13366147" w:rsidR="785482B1">
              <w:rPr>
                <w:sz w:val="19"/>
                <w:szCs w:val="19"/>
              </w:rPr>
              <w:t>2533663</w:t>
            </w:r>
            <w:r w:rsidRPr="13366147" w:rsidR="1495BD9B">
              <w:rPr>
                <w:sz w:val="19"/>
                <w:szCs w:val="19"/>
              </w:rPr>
              <w:t>)</w:t>
            </w:r>
          </w:p>
        </w:tc>
        <w:tc>
          <w:tcPr>
            <w:tcW w:w="5040" w:type="dxa"/>
            <w:tcMar/>
            <w:vAlign w:val="center"/>
          </w:tcPr>
          <w:p w:rsidR="006F431A" w:rsidP="13366147" w:rsidRDefault="00A627F2" w14:paraId="1BC78AF0" w14:textId="6DFD48E0">
            <w:pPr>
              <w:rPr>
                <w:sz w:val="19"/>
                <w:szCs w:val="19"/>
              </w:rPr>
            </w:pPr>
          </w:p>
        </w:tc>
      </w:tr>
      <w:tr w:rsidR="006F431A" w:rsidTr="13366147" w14:paraId="34C8329C" w14:textId="77777777">
        <w:trPr>
          <w:jc w:val="center"/>
        </w:trPr>
        <w:tc>
          <w:tcPr>
            <w:tcW w:w="4608" w:type="dxa"/>
            <w:shd w:val="clear" w:color="auto" w:fill="F1F5FA"/>
            <w:tcMar/>
            <w:vAlign w:val="center"/>
          </w:tcPr>
          <w:p w:rsidR="006F431A" w:rsidP="13366147" w:rsidRDefault="00A627F2" w14:paraId="4B278CBB" w14:textId="1E4E2EEE">
            <w:pPr>
              <w:pStyle w:val="ListParagraph"/>
              <w:numPr>
                <w:ilvl w:val="0"/>
                <w:numId w:val="14"/>
              </w:numPr>
              <w:rPr>
                <w:sz w:val="19"/>
                <w:szCs w:val="19"/>
              </w:rPr>
            </w:pPr>
            <w:r w:rsidRPr="13366147" w:rsidR="649A3682">
              <w:rPr>
                <w:sz w:val="19"/>
                <w:szCs w:val="19"/>
              </w:rPr>
              <w:t>Daniel Rauf</w:t>
            </w:r>
            <w:r w:rsidRPr="13366147" w:rsidR="479464E3">
              <w:rPr>
                <w:sz w:val="19"/>
                <w:szCs w:val="19"/>
              </w:rPr>
              <w:t xml:space="preserve"> (2535538)</w:t>
            </w:r>
          </w:p>
        </w:tc>
        <w:tc>
          <w:tcPr>
            <w:tcW w:w="5040" w:type="dxa"/>
            <w:shd w:val="clear" w:color="auto" w:fill="F1F5FA"/>
            <w:tcMar/>
            <w:vAlign w:val="center"/>
          </w:tcPr>
          <w:p w:rsidR="006F431A" w:rsidP="13366147" w:rsidRDefault="00A627F2" w14:paraId="474ECAD5" w14:textId="3954847F">
            <w:pPr>
              <w:rPr>
                <w:sz w:val="19"/>
                <w:szCs w:val="19"/>
              </w:rPr>
            </w:pPr>
          </w:p>
        </w:tc>
      </w:tr>
      <w:tr w:rsidR="006E6B43" w:rsidTr="13366147" w14:paraId="6D2D31CA" w14:textId="77777777">
        <w:trPr>
          <w:jc w:val="center"/>
        </w:trPr>
        <w:tc>
          <w:tcPr>
            <w:tcW w:w="4608" w:type="dxa"/>
            <w:shd w:val="clear" w:color="auto" w:fill="F1F5FA"/>
            <w:tcMar/>
            <w:vAlign w:val="center"/>
          </w:tcPr>
          <w:p w:rsidRPr="006E6B43" w:rsidR="006E6B43" w:rsidP="13366147" w:rsidRDefault="006E6B43" w14:paraId="3A937B40" w14:textId="3D9B70C9">
            <w:pPr>
              <w:pStyle w:val="ListParagraph"/>
              <w:numPr>
                <w:ilvl w:val="0"/>
                <w:numId w:val="14"/>
              </w:numPr>
              <w:rPr>
                <w:b w:val="0"/>
                <w:bCs w:val="0"/>
                <w:sz w:val="19"/>
                <w:szCs w:val="19"/>
              </w:rPr>
            </w:pPr>
            <w:r w:rsidRPr="13366147" w:rsidR="649A3682">
              <w:rPr>
                <w:b w:val="0"/>
                <w:bCs w:val="0"/>
                <w:sz w:val="19"/>
                <w:szCs w:val="19"/>
              </w:rPr>
              <w:t xml:space="preserve">Elisabeth </w:t>
            </w:r>
            <w:r w:rsidRPr="13366147" w:rsidR="649A3682">
              <w:rPr>
                <w:b w:val="0"/>
                <w:bCs w:val="0"/>
                <w:sz w:val="19"/>
                <w:szCs w:val="19"/>
              </w:rPr>
              <w:t>Cimpina</w:t>
            </w:r>
            <w:r w:rsidRPr="13366147" w:rsidR="1F448055">
              <w:rPr>
                <w:b w:val="0"/>
                <w:bCs w:val="0"/>
                <w:sz w:val="19"/>
                <w:szCs w:val="19"/>
              </w:rPr>
              <w:t xml:space="preserve"> </w:t>
            </w:r>
            <w:r w:rsidRPr="13366147" w:rsidR="3A3A8F44">
              <w:rPr>
                <w:b w:val="0"/>
                <w:bCs w:val="0"/>
                <w:sz w:val="19"/>
                <w:szCs w:val="19"/>
              </w:rPr>
              <w:t>(</w:t>
            </w:r>
            <w:r w:rsidRPr="13366147" w:rsidR="3A3A8F44">
              <w:rPr>
                <w:b w:val="0"/>
                <w:bCs w:val="0"/>
                <w:sz w:val="19"/>
                <w:szCs w:val="19"/>
              </w:rPr>
              <w:t>2535716)</w:t>
            </w:r>
          </w:p>
        </w:tc>
        <w:tc>
          <w:tcPr>
            <w:tcW w:w="5040" w:type="dxa"/>
            <w:shd w:val="clear" w:color="auto" w:fill="F1F5FA"/>
            <w:tcMar/>
            <w:vAlign w:val="center"/>
          </w:tcPr>
          <w:p w:rsidR="006E6B43" w:rsidRDefault="006E6B43" w14:paraId="46EC2AA7" w14:textId="77777777">
            <w:pPr>
              <w:rPr>
                <w:sz w:val="19"/>
              </w:rPr>
            </w:pPr>
          </w:p>
        </w:tc>
      </w:tr>
    </w:tbl>
    <w:p w:rsidR="006F431A" w:rsidRDefault="006F431A" w14:paraId="7F4A4D5B" w14:textId="77777777">
      <w:pPr>
        <w:spacing w:after="0"/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968"/>
        <w:gridCol w:w="5040"/>
      </w:tblGrid>
      <w:tr w:rsidR="006F431A" w:rsidTr="13366147" w14:paraId="72069B5F" w14:textId="77777777">
        <w:trPr>
          <w:jc w:val="center"/>
        </w:trPr>
        <w:tc>
          <w:tcPr>
            <w:tcW w:w="4968" w:type="dxa"/>
            <w:shd w:val="clear" w:color="auto" w:fill="17365D" w:themeFill="text2" w:themeFillShade="BF"/>
            <w:tcMar/>
          </w:tcPr>
          <w:p w:rsidR="006F431A" w:rsidP="13366147" w:rsidRDefault="00A627F2" w14:paraId="60868F39" w14:textId="6E2C41E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13366147" w:rsidR="4011E39B">
              <w:rPr>
                <w:b w:val="1"/>
                <w:bCs w:val="1"/>
                <w:color w:val="FFFFFF" w:themeColor="background1" w:themeTint="FF" w:themeShade="FF"/>
              </w:rPr>
              <w:t xml:space="preserve">GROUP </w:t>
            </w:r>
            <w:r w:rsidRPr="13366147" w:rsidR="4011E39B">
              <w:rPr>
                <w:b w:val="1"/>
                <w:bCs w:val="1"/>
                <w:color w:val="FFFFFF" w:themeColor="background1" w:themeTint="FF" w:themeShade="FF"/>
              </w:rPr>
              <w:t>3  |</w:t>
            </w:r>
            <w:r w:rsidRPr="13366147" w:rsidR="4011E39B">
              <w:rPr>
                <w:b w:val="1"/>
                <w:bCs w:val="1"/>
                <w:color w:val="FFFFFF" w:themeColor="background1" w:themeTint="FF" w:themeShade="FF"/>
              </w:rPr>
              <w:t xml:space="preserve">  </w:t>
            </w:r>
            <w:r w:rsidRPr="13366147" w:rsidR="2C1AA380">
              <w:rPr>
                <w:b w:val="1"/>
                <w:bCs w:val="1"/>
                <w:color w:val="FFFFFF" w:themeColor="background1" w:themeTint="FF" w:themeShade="FF"/>
              </w:rPr>
              <w:t>4:</w:t>
            </w:r>
            <w:r w:rsidRPr="13366147" w:rsidR="320CCE60">
              <w:rPr>
                <w:b w:val="1"/>
                <w:bCs w:val="1"/>
                <w:color w:val="FFFFFF" w:themeColor="background1" w:themeTint="FF" w:themeShade="FF"/>
              </w:rPr>
              <w:t>15</w:t>
            </w:r>
            <w:r w:rsidRPr="13366147" w:rsidR="2C1AA380">
              <w:rPr>
                <w:b w:val="1"/>
                <w:bCs w:val="1"/>
                <w:color w:val="FFFFFF" w:themeColor="background1" w:themeTint="FF" w:themeShade="FF"/>
              </w:rPr>
              <w:t xml:space="preserve"> – 5:</w:t>
            </w:r>
            <w:r w:rsidRPr="13366147" w:rsidR="7DCB03AA">
              <w:rPr>
                <w:b w:val="1"/>
                <w:bCs w:val="1"/>
                <w:color w:val="FFFFFF" w:themeColor="background1" w:themeTint="FF" w:themeShade="FF"/>
              </w:rPr>
              <w:t>15</w:t>
            </w:r>
            <w:r w:rsidRPr="13366147" w:rsidR="4011E39B">
              <w:rPr>
                <w:b w:val="1"/>
                <w:bCs w:val="1"/>
                <w:color w:val="FFFFFF" w:themeColor="background1" w:themeTint="FF" w:themeShade="FF"/>
              </w:rPr>
              <w:t xml:space="preserve"> pm</w:t>
            </w:r>
          </w:p>
        </w:tc>
        <w:tc>
          <w:tcPr>
            <w:tcW w:w="4968" w:type="dxa"/>
            <w:shd w:val="clear" w:color="auto" w:fill="17365D" w:themeFill="text2" w:themeFillShade="BF"/>
            <w:tcMar/>
          </w:tcPr>
          <w:p w:rsidR="006F431A" w:rsidP="13366147" w:rsidRDefault="00A627F2" w14:paraId="25315E97" w14:textId="1E91907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13366147" w:rsidR="23DF5C7A">
              <w:rPr>
                <w:b w:val="1"/>
                <w:bCs w:val="1"/>
                <w:color w:val="FFFFFF" w:themeColor="background1" w:themeTint="FF" w:themeShade="FF"/>
              </w:rPr>
              <w:t xml:space="preserve">4 </w:t>
            </w:r>
            <w:r w:rsidRPr="13366147" w:rsidR="4011E39B">
              <w:rPr>
                <w:b w:val="1"/>
                <w:bCs w:val="1"/>
                <w:color w:val="FFFFFF" w:themeColor="background1" w:themeTint="FF" w:themeShade="FF"/>
              </w:rPr>
              <w:t>students</w:t>
            </w:r>
          </w:p>
        </w:tc>
      </w:tr>
      <w:tr w:rsidR="006F431A" w:rsidTr="13366147" w14:paraId="1E68108E" w14:textId="77777777">
        <w:trPr>
          <w:jc w:val="center"/>
        </w:trPr>
        <w:tc>
          <w:tcPr>
            <w:tcW w:w="4608" w:type="dxa"/>
            <w:shd w:val="clear" w:color="auto" w:fill="F1F5FA"/>
            <w:tcMar/>
            <w:vAlign w:val="center"/>
          </w:tcPr>
          <w:p w:rsidR="006F431A" w:rsidP="13366147" w:rsidRDefault="00A627F2" w14:paraId="02838786" w14:textId="1FC72840">
            <w:pPr>
              <w:pStyle w:val="ListParagraph"/>
              <w:numPr>
                <w:ilvl w:val="0"/>
                <w:numId w:val="12"/>
              </w:numPr>
              <w:rPr>
                <w:sz w:val="19"/>
                <w:szCs w:val="19"/>
              </w:rPr>
            </w:pPr>
            <w:r w:rsidRPr="13366147" w:rsidR="3EAD71F4">
              <w:rPr>
                <w:sz w:val="19"/>
                <w:szCs w:val="19"/>
              </w:rPr>
              <w:t>Fidel Reginal Stewart</w:t>
            </w:r>
            <w:r w:rsidRPr="13366147" w:rsidR="610EB2C3">
              <w:rPr>
                <w:sz w:val="19"/>
                <w:szCs w:val="19"/>
              </w:rPr>
              <w:t xml:space="preserve"> (2512377)</w:t>
            </w:r>
          </w:p>
        </w:tc>
        <w:tc>
          <w:tcPr>
            <w:tcW w:w="5040" w:type="dxa"/>
            <w:shd w:val="clear" w:color="auto" w:fill="F1F5FA"/>
            <w:tcMar/>
            <w:vAlign w:val="center"/>
          </w:tcPr>
          <w:p w:rsidR="006F431A" w:rsidP="13366147" w:rsidRDefault="00A627F2" w14:paraId="0AF2C479" w14:textId="14A7E13A">
            <w:pPr>
              <w:pStyle w:val="ListParagraph"/>
              <w:numPr>
                <w:ilvl w:val="0"/>
                <w:numId w:val="14"/>
              </w:numPr>
              <w:rPr>
                <w:sz w:val="19"/>
                <w:szCs w:val="19"/>
              </w:rPr>
            </w:pPr>
            <w:r w:rsidRPr="13366147" w:rsidR="23E1E5E3">
              <w:rPr>
                <w:sz w:val="19"/>
                <w:szCs w:val="19"/>
              </w:rPr>
              <w:t>Zeneta Benakova</w:t>
            </w:r>
            <w:r w:rsidRPr="13366147" w:rsidR="7BFC68A0">
              <w:rPr>
                <w:sz w:val="19"/>
                <w:szCs w:val="19"/>
              </w:rPr>
              <w:t xml:space="preserve"> (2536090)</w:t>
            </w:r>
          </w:p>
        </w:tc>
      </w:tr>
      <w:tr w:rsidR="006F431A" w:rsidTr="13366147" w14:paraId="1A0B7137" w14:textId="77777777">
        <w:trPr>
          <w:jc w:val="center"/>
        </w:trPr>
        <w:tc>
          <w:tcPr>
            <w:tcW w:w="4608" w:type="dxa"/>
            <w:tcMar/>
            <w:vAlign w:val="center"/>
          </w:tcPr>
          <w:p w:rsidR="006F431A" w:rsidP="13366147" w:rsidRDefault="00A627F2" w14:paraId="194FE3B5" w14:textId="403106E6">
            <w:pPr>
              <w:pStyle w:val="ListParagraph"/>
              <w:numPr>
                <w:ilvl w:val="0"/>
                <w:numId w:val="12"/>
              </w:numPr>
              <w:rPr>
                <w:sz w:val="19"/>
                <w:szCs w:val="19"/>
              </w:rPr>
            </w:pPr>
            <w:r w:rsidRPr="13366147" w:rsidR="0BD8C96B">
              <w:rPr>
                <w:sz w:val="19"/>
                <w:szCs w:val="19"/>
              </w:rPr>
              <w:t>Jenifer Zlatineanu</w:t>
            </w:r>
            <w:r w:rsidRPr="13366147" w:rsidR="72CD246C">
              <w:rPr>
                <w:sz w:val="19"/>
                <w:szCs w:val="19"/>
              </w:rPr>
              <w:t xml:space="preserve"> (2535717)</w:t>
            </w:r>
          </w:p>
        </w:tc>
        <w:tc>
          <w:tcPr>
            <w:tcW w:w="5040" w:type="dxa"/>
            <w:tcMar/>
            <w:vAlign w:val="center"/>
          </w:tcPr>
          <w:p w:rsidR="006F431A" w:rsidP="13366147" w:rsidRDefault="00A627F2" w14:paraId="28DF4FF7" w14:textId="0192C3E0">
            <w:pPr>
              <w:rPr>
                <w:sz w:val="19"/>
                <w:szCs w:val="19"/>
              </w:rPr>
            </w:pPr>
          </w:p>
        </w:tc>
      </w:tr>
      <w:tr w:rsidR="006F431A" w:rsidTr="13366147" w14:paraId="3D6E01A2" w14:textId="77777777">
        <w:trPr>
          <w:jc w:val="center"/>
        </w:trPr>
        <w:tc>
          <w:tcPr>
            <w:tcW w:w="4608" w:type="dxa"/>
            <w:shd w:val="clear" w:color="auto" w:fill="F1F5FA"/>
            <w:tcMar/>
            <w:vAlign w:val="center"/>
          </w:tcPr>
          <w:p w:rsidR="006F431A" w:rsidP="13366147" w:rsidRDefault="00A627F2" w14:paraId="440308D5" w14:textId="019220FE">
            <w:pPr>
              <w:pStyle w:val="ListParagraph"/>
              <w:numPr>
                <w:ilvl w:val="0"/>
                <w:numId w:val="12"/>
              </w:numPr>
              <w:rPr>
                <w:sz w:val="19"/>
                <w:szCs w:val="19"/>
              </w:rPr>
            </w:pPr>
            <w:r w:rsidRPr="13366147" w:rsidR="585AF55F">
              <w:rPr>
                <w:sz w:val="19"/>
                <w:szCs w:val="19"/>
              </w:rPr>
              <w:t>Rebeca Condurache</w:t>
            </w:r>
            <w:r w:rsidRPr="13366147" w:rsidR="7EDCEBC4">
              <w:rPr>
                <w:sz w:val="19"/>
                <w:szCs w:val="19"/>
              </w:rPr>
              <w:t xml:space="preserve"> (2533411)</w:t>
            </w:r>
          </w:p>
        </w:tc>
        <w:tc>
          <w:tcPr>
            <w:tcW w:w="5040" w:type="dxa"/>
            <w:shd w:val="clear" w:color="auto" w:fill="F1F5FA"/>
            <w:tcMar/>
            <w:vAlign w:val="center"/>
          </w:tcPr>
          <w:p w:rsidR="006F431A" w:rsidP="13366147" w:rsidRDefault="00A627F2" w14:paraId="4376BE44" w14:textId="65E6AD70">
            <w:pPr>
              <w:rPr>
                <w:sz w:val="19"/>
                <w:szCs w:val="19"/>
              </w:rPr>
            </w:pPr>
          </w:p>
        </w:tc>
      </w:tr>
    </w:tbl>
    <w:p w:rsidR="006F431A" w:rsidRDefault="006F431A" w14:paraId="40416FE7" w14:textId="77777777">
      <w:pPr>
        <w:spacing w:after="0"/>
      </w:pPr>
    </w:p>
    <w:p w:rsidR="006F431A" w:rsidRDefault="00A627F2" w14:paraId="2070550F" w14:textId="77777777">
      <w:r>
        <w:rPr>
          <w:i/>
          <w:sz w:val="18"/>
        </w:rPr>
        <w:t>Note: Group allocations may be amended by the lecturer. Please check the latest timetable before your presentation.</w:t>
      </w:r>
    </w:p>
    <w:sectPr w:rsidR="006F431A" w:rsidSect="00034616">
      <w:pgSz w:w="12240" w:h="15840" w:orient="portrait"/>
      <w:pgMar w:top="893" w:right="1152" w:bottom="864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627F2" w:rsidP="006E6B43" w:rsidRDefault="00A627F2" w14:paraId="12491D3F" w14:textId="77777777">
      <w:pPr>
        <w:spacing w:after="0" w:line="240" w:lineRule="auto"/>
      </w:pPr>
      <w:r>
        <w:separator/>
      </w:r>
    </w:p>
  </w:endnote>
  <w:endnote w:type="continuationSeparator" w:id="0">
    <w:p w:rsidR="00A627F2" w:rsidP="006E6B43" w:rsidRDefault="00A627F2" w14:paraId="32B0AD1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627F2" w:rsidP="006E6B43" w:rsidRDefault="00A627F2" w14:paraId="1C6B479C" w14:textId="77777777">
      <w:pPr>
        <w:spacing w:after="0" w:line="240" w:lineRule="auto"/>
      </w:pPr>
      <w:r>
        <w:separator/>
      </w:r>
    </w:p>
  </w:footnote>
  <w:footnote w:type="continuationSeparator" w:id="0">
    <w:p w:rsidR="00A627F2" w:rsidP="006E6B43" w:rsidRDefault="00A627F2" w14:paraId="5001F882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13">
    <w:nsid w:val="550369e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2">
    <w:nsid w:val="51b5944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11">
    <w:nsid w:val="48a7d9c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0">
    <w:nsid w:val="5da2345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nsid w:val="98f0e4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1" w16cid:durableId="562717254">
    <w:abstractNumId w:val="8"/>
  </w:num>
  <w:num w:numId="2" w16cid:durableId="743725935">
    <w:abstractNumId w:val="6"/>
  </w:num>
  <w:num w:numId="3" w16cid:durableId="1357848606">
    <w:abstractNumId w:val="5"/>
  </w:num>
  <w:num w:numId="4" w16cid:durableId="15549707">
    <w:abstractNumId w:val="4"/>
  </w:num>
  <w:num w:numId="5" w16cid:durableId="330959587">
    <w:abstractNumId w:val="7"/>
  </w:num>
  <w:num w:numId="6" w16cid:durableId="894705374">
    <w:abstractNumId w:val="3"/>
  </w:num>
  <w:num w:numId="7" w16cid:durableId="259721764">
    <w:abstractNumId w:val="2"/>
  </w:num>
  <w:num w:numId="8" w16cid:durableId="634723209">
    <w:abstractNumId w:val="1"/>
  </w:num>
  <w:num w:numId="9" w16cid:durableId="6783891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8578E"/>
    <w:rsid w:val="000B3FCA"/>
    <w:rsid w:val="0015074B"/>
    <w:rsid w:val="00224558"/>
    <w:rsid w:val="002723E6"/>
    <w:rsid w:val="0029639D"/>
    <w:rsid w:val="002A1D5F"/>
    <w:rsid w:val="00326F90"/>
    <w:rsid w:val="003E3F95"/>
    <w:rsid w:val="0055165E"/>
    <w:rsid w:val="006A277A"/>
    <w:rsid w:val="006E6B43"/>
    <w:rsid w:val="006F431A"/>
    <w:rsid w:val="007D2D58"/>
    <w:rsid w:val="00866CF4"/>
    <w:rsid w:val="00A627F2"/>
    <w:rsid w:val="00AA1D8D"/>
    <w:rsid w:val="00AD1FFB"/>
    <w:rsid w:val="00AD2CFC"/>
    <w:rsid w:val="00B47730"/>
    <w:rsid w:val="00CB0664"/>
    <w:rsid w:val="00FC693F"/>
    <w:rsid w:val="0211FACB"/>
    <w:rsid w:val="043DF325"/>
    <w:rsid w:val="09E840CA"/>
    <w:rsid w:val="0BD8C96B"/>
    <w:rsid w:val="0C6F5929"/>
    <w:rsid w:val="1244E357"/>
    <w:rsid w:val="13366147"/>
    <w:rsid w:val="1495BD9B"/>
    <w:rsid w:val="18FBF510"/>
    <w:rsid w:val="191D23F9"/>
    <w:rsid w:val="19FA13E0"/>
    <w:rsid w:val="1C2BF1F4"/>
    <w:rsid w:val="1C65E970"/>
    <w:rsid w:val="1D4FA0F6"/>
    <w:rsid w:val="1F448055"/>
    <w:rsid w:val="21880180"/>
    <w:rsid w:val="21A4D523"/>
    <w:rsid w:val="22B10CD0"/>
    <w:rsid w:val="23DF5C7A"/>
    <w:rsid w:val="23E1E5E3"/>
    <w:rsid w:val="24E5D43C"/>
    <w:rsid w:val="27B12232"/>
    <w:rsid w:val="28A6272B"/>
    <w:rsid w:val="28AAB5C9"/>
    <w:rsid w:val="296226B1"/>
    <w:rsid w:val="2C1AA380"/>
    <w:rsid w:val="2E7D906E"/>
    <w:rsid w:val="2F9B53BD"/>
    <w:rsid w:val="305764DD"/>
    <w:rsid w:val="306F55C5"/>
    <w:rsid w:val="320CCE60"/>
    <w:rsid w:val="32EF7139"/>
    <w:rsid w:val="335EB72E"/>
    <w:rsid w:val="3377A559"/>
    <w:rsid w:val="350E6300"/>
    <w:rsid w:val="3581D10C"/>
    <w:rsid w:val="36416868"/>
    <w:rsid w:val="36584051"/>
    <w:rsid w:val="3A3A8F44"/>
    <w:rsid w:val="3CF3485B"/>
    <w:rsid w:val="3D103E44"/>
    <w:rsid w:val="3D7ED779"/>
    <w:rsid w:val="3EAD71F4"/>
    <w:rsid w:val="3F05BDE9"/>
    <w:rsid w:val="4011E39B"/>
    <w:rsid w:val="4127C2CC"/>
    <w:rsid w:val="41CE3B16"/>
    <w:rsid w:val="4266D910"/>
    <w:rsid w:val="442E9A7A"/>
    <w:rsid w:val="447605A4"/>
    <w:rsid w:val="465884B3"/>
    <w:rsid w:val="473ED012"/>
    <w:rsid w:val="479464E3"/>
    <w:rsid w:val="4AA4A1F6"/>
    <w:rsid w:val="4AB385C4"/>
    <w:rsid w:val="4ACD6CF9"/>
    <w:rsid w:val="4DB2D5B0"/>
    <w:rsid w:val="4EA3804B"/>
    <w:rsid w:val="501C69F8"/>
    <w:rsid w:val="5183256F"/>
    <w:rsid w:val="54E52FC4"/>
    <w:rsid w:val="5538E49D"/>
    <w:rsid w:val="554549E8"/>
    <w:rsid w:val="55761468"/>
    <w:rsid w:val="56A3AC85"/>
    <w:rsid w:val="585AF55F"/>
    <w:rsid w:val="5A28E703"/>
    <w:rsid w:val="5B656E83"/>
    <w:rsid w:val="5DDB86F0"/>
    <w:rsid w:val="5EF5C53F"/>
    <w:rsid w:val="610EB2C3"/>
    <w:rsid w:val="61E87047"/>
    <w:rsid w:val="649A3682"/>
    <w:rsid w:val="64FE3600"/>
    <w:rsid w:val="65CDEB0F"/>
    <w:rsid w:val="66BE4360"/>
    <w:rsid w:val="69AC681B"/>
    <w:rsid w:val="6C8062DF"/>
    <w:rsid w:val="6FC2D824"/>
    <w:rsid w:val="70CCDF94"/>
    <w:rsid w:val="72CD246C"/>
    <w:rsid w:val="732ECCB6"/>
    <w:rsid w:val="7573884C"/>
    <w:rsid w:val="75C97A2E"/>
    <w:rsid w:val="76950D90"/>
    <w:rsid w:val="785482B1"/>
    <w:rsid w:val="7877011C"/>
    <w:rsid w:val="79C2C09D"/>
    <w:rsid w:val="7A3E6CD7"/>
    <w:rsid w:val="7A6E95DA"/>
    <w:rsid w:val="7BFC68A0"/>
    <w:rsid w:val="7C87D310"/>
    <w:rsid w:val="7DCB03AA"/>
    <w:rsid w:val="7EDCE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6D0A993"/>
  <w14:defaultImageDpi w14:val="300"/>
  <w15:docId w15:val="{FA44C4ED-995A-4D73-99F2-AB5732344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C693F"/>
    <w:rPr>
      <w:rFonts w:ascii="Aptos" w:hAnsi="Aptos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styleId="Heading1Char" w:customStyle="1">
    <w:name w:val="Heading 1 Char"/>
    <w:basedOn w:val="DefaultParagraphFont"/>
    <w:link w:val="Heading1"/>
    <w:uiPriority w:val="9"/>
    <w:rsid w:val="00FC693F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FC693F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1">
    <w:name w:val="Subtitle Char"/>
    <w:basedOn w:val="DefaultParagraphFont"/>
    <w:link w:val="Subtitle"/>
    <w:uiPriority w:val="11"/>
    <w:rsid w:val="00FC693F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styleId="QuoteChar" w:customStyle="1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FC693F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FC693F"/>
    <w:rPr>
      <w:rFonts w:asciiTheme="majorHAnsi" w:hAnsiTheme="majorHAnsi" w:eastAsiaTheme="majorEastAsia" w:cstheme="majorBidi"/>
      <w:color w:val="243F60" w:themeColor="accent1" w:themeShade="7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FC693F"/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FC693F"/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Manager/>
  <ap:Company/>
  <ap:SharedDoc>false</ap:SharedDoc>
  <ap:HyperlinkBase/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python-docx</dc:creator>
  <keywords/>
  <dc:description>generated by python-docx</dc:description>
  <lastModifiedBy>Yetunde Everard-Igweh</lastModifiedBy>
  <revision>3</revision>
  <dcterms:created xsi:type="dcterms:W3CDTF">2026-10-09T11:47:00.0000000Z</dcterms:created>
  <dcterms:modified xsi:type="dcterms:W3CDTF">2026-10-09T14:55:23.8077243Z</dcterms:modified>
  <category/>
</coreProperties>
</file>