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00F93" w14:textId="77777777" w:rsidR="00AC29D3" w:rsidRPr="00AC29D3" w:rsidRDefault="00AC29D3" w:rsidP="00AC29D3">
      <w:pPr>
        <w:rPr>
          <w:b/>
          <w:bCs/>
          <w:sz w:val="24"/>
          <w:szCs w:val="24"/>
          <w:lang w:val="en-GB"/>
        </w:rPr>
      </w:pPr>
      <w:r w:rsidRPr="00AC29D3">
        <w:rPr>
          <w:b/>
          <w:bCs/>
          <w:sz w:val="24"/>
          <w:szCs w:val="24"/>
          <w:lang w:val="en-GB"/>
        </w:rPr>
        <w:t>1. JOB DESCRIPTION – DIGITAL MARKETING ASSISTANT</w:t>
      </w:r>
    </w:p>
    <w:p w14:paraId="06F26B2C" w14:textId="77777777" w:rsidR="00AC29D3" w:rsidRPr="00AC29D3" w:rsidRDefault="00AC29D3" w:rsidP="00AC29D3">
      <w:pPr>
        <w:rPr>
          <w:lang w:val="en-GB"/>
        </w:rPr>
      </w:pPr>
      <w:r w:rsidRPr="00AC29D3">
        <w:rPr>
          <w:b/>
          <w:bCs/>
          <w:lang w:val="en-GB"/>
        </w:rPr>
        <w:t>Job Title:</w:t>
      </w:r>
      <w:r w:rsidRPr="00AC29D3">
        <w:rPr>
          <w:lang w:val="en-GB"/>
        </w:rPr>
        <w:t xml:space="preserve"> Digital Marketing Assistant</w:t>
      </w:r>
    </w:p>
    <w:p w14:paraId="1D0638A0" w14:textId="77777777" w:rsidR="00AC29D3" w:rsidRPr="00AC29D3" w:rsidRDefault="00AC29D3" w:rsidP="00AC29D3">
      <w:pPr>
        <w:rPr>
          <w:lang w:val="en-GB"/>
        </w:rPr>
      </w:pPr>
      <w:r w:rsidRPr="00AC29D3">
        <w:rPr>
          <w:b/>
          <w:bCs/>
          <w:lang w:val="en-GB"/>
        </w:rPr>
        <w:t>Location:</w:t>
      </w:r>
      <w:r w:rsidRPr="00AC29D3">
        <w:rPr>
          <w:lang w:val="en-GB"/>
        </w:rPr>
        <w:t xml:space="preserve"> London (Hybrid)</w:t>
      </w:r>
    </w:p>
    <w:p w14:paraId="12B70A19" w14:textId="77777777" w:rsidR="00AC29D3" w:rsidRPr="00AC29D3" w:rsidRDefault="00AC29D3" w:rsidP="00AC29D3">
      <w:pPr>
        <w:rPr>
          <w:lang w:val="en-GB"/>
        </w:rPr>
      </w:pPr>
      <w:r w:rsidRPr="00AC29D3">
        <w:rPr>
          <w:b/>
          <w:bCs/>
          <w:lang w:val="en-GB"/>
        </w:rPr>
        <w:t>Salary:</w:t>
      </w:r>
      <w:r w:rsidRPr="00AC29D3">
        <w:rPr>
          <w:lang w:val="en-GB"/>
        </w:rPr>
        <w:t xml:space="preserve"> £22,000 – £25,000 per year</w:t>
      </w:r>
    </w:p>
    <w:p w14:paraId="130B2EDC" w14:textId="77777777" w:rsidR="00AC29D3" w:rsidRPr="00AC29D3" w:rsidRDefault="00AC29D3" w:rsidP="00AC29D3">
      <w:pPr>
        <w:rPr>
          <w:lang w:val="en-GB"/>
        </w:rPr>
      </w:pPr>
      <w:r w:rsidRPr="00AC29D3">
        <w:rPr>
          <w:b/>
          <w:bCs/>
          <w:lang w:val="en-GB"/>
        </w:rPr>
        <w:t>Contract Type:</w:t>
      </w:r>
      <w:r w:rsidRPr="00AC29D3">
        <w:rPr>
          <w:lang w:val="en-GB"/>
        </w:rPr>
        <w:t xml:space="preserve"> Full</w:t>
      </w:r>
      <w:r w:rsidRPr="00AC29D3">
        <w:rPr>
          <w:rFonts w:ascii="Cambria Math" w:hAnsi="Cambria Math" w:cs="Cambria Math"/>
          <w:lang w:val="en-GB"/>
        </w:rPr>
        <w:t>‑</w:t>
      </w:r>
      <w:r w:rsidRPr="00AC29D3">
        <w:rPr>
          <w:lang w:val="en-GB"/>
        </w:rPr>
        <w:t>time, Permanent</w:t>
      </w:r>
    </w:p>
    <w:p w14:paraId="2F11763B" w14:textId="77777777" w:rsidR="00AC29D3" w:rsidRPr="00AC29D3" w:rsidRDefault="00AC29D3" w:rsidP="00AC29D3">
      <w:pPr>
        <w:rPr>
          <w:b/>
          <w:bCs/>
          <w:lang w:val="en-GB"/>
        </w:rPr>
      </w:pPr>
      <w:r w:rsidRPr="00AC29D3">
        <w:rPr>
          <w:b/>
          <w:bCs/>
          <w:lang w:val="en-GB"/>
        </w:rPr>
        <w:t>About the Role:</w:t>
      </w:r>
    </w:p>
    <w:p w14:paraId="4BF173C6" w14:textId="77777777" w:rsidR="00AC29D3" w:rsidRPr="00AC29D3" w:rsidRDefault="00AC29D3" w:rsidP="00AC29D3">
      <w:pPr>
        <w:rPr>
          <w:lang w:val="en-GB"/>
        </w:rPr>
      </w:pPr>
      <w:r w:rsidRPr="00AC29D3">
        <w:rPr>
          <w:lang w:val="en-GB"/>
        </w:rPr>
        <w:t>We are looking for a Digital Marketing Assistant to support our marketing team with online campaigns, social media content, and basic analytics. This is an entry</w:t>
      </w:r>
      <w:r w:rsidRPr="00AC29D3">
        <w:rPr>
          <w:rFonts w:ascii="Cambria Math" w:hAnsi="Cambria Math" w:cs="Cambria Math"/>
          <w:lang w:val="en-GB"/>
        </w:rPr>
        <w:t>‑</w:t>
      </w:r>
      <w:r w:rsidRPr="00AC29D3">
        <w:rPr>
          <w:lang w:val="en-GB"/>
        </w:rPr>
        <w:t>level role suitable for someone who is motivated, organised, and interested in digital advertising.</w:t>
      </w:r>
    </w:p>
    <w:p w14:paraId="08F35191" w14:textId="77777777" w:rsidR="00AC29D3" w:rsidRPr="00AC29D3" w:rsidRDefault="00AC29D3" w:rsidP="00AC29D3">
      <w:pPr>
        <w:rPr>
          <w:b/>
          <w:bCs/>
          <w:lang w:val="en-GB"/>
        </w:rPr>
      </w:pPr>
      <w:r w:rsidRPr="00AC29D3">
        <w:rPr>
          <w:b/>
          <w:bCs/>
          <w:lang w:val="en-GB"/>
        </w:rPr>
        <w:t>Key Responsibilities:</w:t>
      </w:r>
    </w:p>
    <w:p w14:paraId="60CAF1A5" w14:textId="3570CF90" w:rsidR="00AC29D3" w:rsidRPr="00AC29D3" w:rsidRDefault="00AC29D3" w:rsidP="00AC29D3">
      <w:pPr>
        <w:rPr>
          <w:lang w:val="en-GB"/>
        </w:rPr>
      </w:pPr>
      <w:r w:rsidRPr="00AC29D3">
        <w:rPr>
          <w:lang w:val="en-GB"/>
        </w:rPr>
        <w:t>• Assist with creating and scheduling social media posts</w:t>
      </w:r>
      <w:r>
        <w:rPr>
          <w:lang w:val="en-GB"/>
        </w:rPr>
        <w:br/>
      </w:r>
      <w:r w:rsidRPr="00AC29D3">
        <w:rPr>
          <w:lang w:val="en-GB"/>
        </w:rPr>
        <w:t>• Support email marketing campaigns</w:t>
      </w:r>
      <w:r>
        <w:rPr>
          <w:lang w:val="en-GB"/>
        </w:rPr>
        <w:br/>
      </w:r>
      <w:r w:rsidRPr="00AC29D3">
        <w:rPr>
          <w:lang w:val="en-GB"/>
        </w:rPr>
        <w:t>• Help update website content using CMS tools</w:t>
      </w:r>
      <w:r>
        <w:rPr>
          <w:lang w:val="en-GB"/>
        </w:rPr>
        <w:br/>
      </w:r>
      <w:r w:rsidRPr="00AC29D3">
        <w:rPr>
          <w:lang w:val="en-GB"/>
        </w:rPr>
        <w:t>• Monitor engagement and prepare simple reports</w:t>
      </w:r>
      <w:r>
        <w:rPr>
          <w:lang w:val="en-GB"/>
        </w:rPr>
        <w:br/>
      </w:r>
      <w:r w:rsidRPr="00AC29D3">
        <w:rPr>
          <w:lang w:val="en-GB"/>
        </w:rPr>
        <w:t>• Research competitors and market trends</w:t>
      </w:r>
      <w:r>
        <w:rPr>
          <w:lang w:val="en-GB"/>
        </w:rPr>
        <w:br/>
      </w:r>
      <w:r w:rsidRPr="00AC29D3">
        <w:rPr>
          <w:lang w:val="en-GB"/>
        </w:rPr>
        <w:t>• Support the marketing team with day</w:t>
      </w:r>
      <w:r w:rsidRPr="00AC29D3">
        <w:rPr>
          <w:rFonts w:ascii="Cambria Math" w:hAnsi="Cambria Math" w:cs="Cambria Math"/>
          <w:lang w:val="en-GB"/>
        </w:rPr>
        <w:t>‑</w:t>
      </w:r>
      <w:r w:rsidRPr="00AC29D3">
        <w:rPr>
          <w:lang w:val="en-GB"/>
        </w:rPr>
        <w:t>to</w:t>
      </w:r>
      <w:r w:rsidRPr="00AC29D3">
        <w:rPr>
          <w:rFonts w:ascii="Cambria Math" w:hAnsi="Cambria Math" w:cs="Cambria Math"/>
          <w:lang w:val="en-GB"/>
        </w:rPr>
        <w:t>‑</w:t>
      </w:r>
      <w:r w:rsidRPr="00AC29D3">
        <w:rPr>
          <w:lang w:val="en-GB"/>
        </w:rPr>
        <w:t>day tasks</w:t>
      </w:r>
    </w:p>
    <w:p w14:paraId="64A536E2" w14:textId="77777777" w:rsidR="00AC29D3" w:rsidRPr="00AC29D3" w:rsidRDefault="00AC29D3" w:rsidP="00AC29D3">
      <w:pPr>
        <w:rPr>
          <w:b/>
          <w:bCs/>
          <w:lang w:val="en-GB"/>
        </w:rPr>
      </w:pPr>
      <w:r w:rsidRPr="00AC29D3">
        <w:rPr>
          <w:b/>
          <w:bCs/>
          <w:lang w:val="en-GB"/>
        </w:rPr>
        <w:t>Person Specification:</w:t>
      </w:r>
    </w:p>
    <w:p w14:paraId="3137642E" w14:textId="77777777" w:rsidR="00AC29D3" w:rsidRPr="00AC29D3" w:rsidRDefault="00AC29D3" w:rsidP="00AC29D3">
      <w:pPr>
        <w:rPr>
          <w:b/>
          <w:bCs/>
          <w:lang w:val="en-GB"/>
        </w:rPr>
      </w:pPr>
      <w:r w:rsidRPr="00AC29D3">
        <w:rPr>
          <w:b/>
          <w:bCs/>
          <w:lang w:val="en-GB"/>
        </w:rPr>
        <w:t>Essential:</w:t>
      </w:r>
    </w:p>
    <w:p w14:paraId="7D63163C" w14:textId="09641462" w:rsidR="00AC29D3" w:rsidRPr="00AC29D3" w:rsidRDefault="00AC29D3" w:rsidP="00AC29D3">
      <w:pPr>
        <w:rPr>
          <w:lang w:val="en-GB"/>
        </w:rPr>
      </w:pPr>
      <w:r w:rsidRPr="00AC29D3">
        <w:rPr>
          <w:lang w:val="en-GB"/>
        </w:rPr>
        <w:t>• Basic understanding of digital marketing</w:t>
      </w:r>
      <w:r>
        <w:rPr>
          <w:lang w:val="en-GB"/>
        </w:rPr>
        <w:br/>
      </w:r>
      <w:r w:rsidRPr="00AC29D3">
        <w:rPr>
          <w:lang w:val="en-GB"/>
        </w:rPr>
        <w:t>• Good communication skills</w:t>
      </w:r>
      <w:r>
        <w:rPr>
          <w:lang w:val="en-GB"/>
        </w:rPr>
        <w:br/>
      </w:r>
      <w:r w:rsidRPr="00AC29D3">
        <w:rPr>
          <w:lang w:val="en-GB"/>
        </w:rPr>
        <w:t>• Ability to work as part of a team</w:t>
      </w:r>
      <w:r>
        <w:rPr>
          <w:lang w:val="en-GB"/>
        </w:rPr>
        <w:br/>
      </w:r>
      <w:r w:rsidRPr="00AC29D3">
        <w:rPr>
          <w:lang w:val="en-GB"/>
        </w:rPr>
        <w:t>• Basic IT skills (Word, Excel, PowerPoint)</w:t>
      </w:r>
      <w:r>
        <w:rPr>
          <w:lang w:val="en-GB"/>
        </w:rPr>
        <w:br/>
      </w:r>
      <w:r w:rsidRPr="00AC29D3">
        <w:rPr>
          <w:lang w:val="en-GB"/>
        </w:rPr>
        <w:t>• Interest in social media and online advertising</w:t>
      </w:r>
      <w:r>
        <w:rPr>
          <w:lang w:val="en-GB"/>
        </w:rPr>
        <w:br/>
      </w:r>
      <w:r w:rsidRPr="00AC29D3">
        <w:rPr>
          <w:lang w:val="en-GB"/>
        </w:rPr>
        <w:t>• Good time management and organisation</w:t>
      </w:r>
    </w:p>
    <w:p w14:paraId="5D58FED8" w14:textId="77777777" w:rsidR="00AC29D3" w:rsidRPr="00AC29D3" w:rsidRDefault="00AC29D3" w:rsidP="00AC29D3">
      <w:pPr>
        <w:rPr>
          <w:b/>
          <w:bCs/>
          <w:lang w:val="en-GB"/>
        </w:rPr>
      </w:pPr>
      <w:r w:rsidRPr="00AC29D3">
        <w:rPr>
          <w:b/>
          <w:bCs/>
          <w:lang w:val="en-GB"/>
        </w:rPr>
        <w:t>Desirable:</w:t>
      </w:r>
    </w:p>
    <w:p w14:paraId="4D647932" w14:textId="7A51F266" w:rsidR="00AC29D3" w:rsidRPr="00AC29D3" w:rsidRDefault="00AC29D3" w:rsidP="00AC29D3">
      <w:pPr>
        <w:rPr>
          <w:lang w:val="en-GB"/>
        </w:rPr>
      </w:pPr>
      <w:r w:rsidRPr="00AC29D3">
        <w:rPr>
          <w:lang w:val="en-GB"/>
        </w:rPr>
        <w:t>• Experience using Canva or similar design tools</w:t>
      </w:r>
      <w:r>
        <w:rPr>
          <w:lang w:val="en-GB"/>
        </w:rPr>
        <w:br/>
      </w:r>
      <w:r w:rsidRPr="00AC29D3">
        <w:rPr>
          <w:lang w:val="en-GB"/>
        </w:rPr>
        <w:t>• Knowledge of SEO or Google Analytics</w:t>
      </w:r>
      <w:r>
        <w:rPr>
          <w:lang w:val="en-GB"/>
        </w:rPr>
        <w:br/>
      </w:r>
      <w:r w:rsidRPr="00AC29D3">
        <w:rPr>
          <w:lang w:val="en-GB"/>
        </w:rPr>
        <w:t>• Previous customer service or sales experience</w:t>
      </w:r>
    </w:p>
    <w:p w14:paraId="228A52ED" w14:textId="77777777" w:rsidR="00AC29D3" w:rsidRPr="00AC29D3" w:rsidRDefault="00AC29D3" w:rsidP="00AC29D3">
      <w:pPr>
        <w:rPr>
          <w:b/>
          <w:bCs/>
          <w:lang w:val="en-GB"/>
        </w:rPr>
      </w:pPr>
      <w:r w:rsidRPr="00AC29D3">
        <w:rPr>
          <w:b/>
          <w:bCs/>
          <w:lang w:val="en-GB"/>
        </w:rPr>
        <w:t>How to Apply:</w:t>
      </w:r>
    </w:p>
    <w:p w14:paraId="76787DD0" w14:textId="2F9C06D2" w:rsidR="00885556" w:rsidRDefault="00AC29D3" w:rsidP="00AC29D3">
      <w:pPr>
        <w:rPr>
          <w:lang w:val="en-GB"/>
        </w:rPr>
      </w:pPr>
      <w:r w:rsidRPr="00AC29D3">
        <w:rPr>
          <w:lang w:val="en-GB"/>
        </w:rPr>
        <w:t>Please submit your CV and a short cover letter explaining why you are interested in this role.</w:t>
      </w:r>
    </w:p>
    <w:p w14:paraId="3CC478DD" w14:textId="77777777" w:rsidR="00AC29D3" w:rsidRDefault="00AC29D3" w:rsidP="00AC29D3">
      <w:pPr>
        <w:rPr>
          <w:lang w:val="en-GB"/>
        </w:rPr>
      </w:pPr>
    </w:p>
    <w:p w14:paraId="67DE4DCD" w14:textId="032EBA3B" w:rsidR="00AC29D3" w:rsidRPr="00AC29D3" w:rsidRDefault="00AC29D3" w:rsidP="00AC29D3">
      <w:pPr>
        <w:rPr>
          <w:b/>
          <w:bCs/>
          <w:sz w:val="24"/>
          <w:szCs w:val="24"/>
        </w:rPr>
      </w:pPr>
      <w:r w:rsidRPr="00AC29D3">
        <w:rPr>
          <w:b/>
          <w:bCs/>
          <w:sz w:val="24"/>
          <w:szCs w:val="24"/>
        </w:rPr>
        <w:lastRenderedPageBreak/>
        <w:t xml:space="preserve">2. CV – DIGITAL MARKETING ASSISTANT </w:t>
      </w:r>
    </w:p>
    <w:p w14:paraId="5EEDEF34" w14:textId="77777777" w:rsidR="00AC29D3" w:rsidRPr="00AC29D3" w:rsidRDefault="00AC29D3" w:rsidP="00AC29D3">
      <w:pPr>
        <w:rPr>
          <w:b/>
          <w:bCs/>
        </w:rPr>
      </w:pPr>
      <w:r w:rsidRPr="00AC29D3">
        <w:rPr>
          <w:b/>
          <w:bCs/>
        </w:rPr>
        <w:t>Profile</w:t>
      </w:r>
    </w:p>
    <w:p w14:paraId="68FE7794" w14:textId="5C38D03C" w:rsidR="00AC29D3" w:rsidRDefault="00AC29D3" w:rsidP="00AC29D3">
      <w:r>
        <w:t xml:space="preserve">I am a motivated student with an interest in digital marketing and advertising. Through my university work, I developed a business idea for LED billboards, which helped me understand </w:t>
      </w:r>
      <w:r>
        <w:t>basic marketing</w:t>
      </w:r>
      <w:r>
        <w:t>, research skills, and how to present ideas clearly. I enjoy learning new tools and supporting a team with day</w:t>
      </w:r>
      <w:r>
        <w:rPr>
          <w:rFonts w:ascii="Cambria Math" w:hAnsi="Cambria Math" w:cs="Cambria Math"/>
        </w:rPr>
        <w:t>‑</w:t>
      </w:r>
      <w:r>
        <w:t>to</w:t>
      </w:r>
      <w:r>
        <w:rPr>
          <w:rFonts w:ascii="Cambria Math" w:hAnsi="Cambria Math" w:cs="Cambria Math"/>
        </w:rPr>
        <w:t>‑</w:t>
      </w:r>
      <w:r>
        <w:t>day tasks.</w:t>
      </w:r>
    </w:p>
    <w:p w14:paraId="053E52DE" w14:textId="01A9C6E2" w:rsidR="00AC29D3" w:rsidRPr="00AC29D3" w:rsidRDefault="00AC29D3" w:rsidP="00AC29D3">
      <w:pPr>
        <w:rPr>
          <w:b/>
          <w:bCs/>
        </w:rPr>
      </w:pPr>
      <w:r w:rsidRPr="00AC29D3">
        <w:rPr>
          <w:b/>
          <w:bCs/>
        </w:rPr>
        <w:t xml:space="preserve">Key </w:t>
      </w:r>
      <w:r w:rsidRPr="00AC29D3">
        <w:rPr>
          <w:b/>
          <w:bCs/>
        </w:rPr>
        <w:t xml:space="preserve">Skills: </w:t>
      </w:r>
    </w:p>
    <w:p w14:paraId="3F630D96" w14:textId="6282B2EF" w:rsidR="00AC29D3" w:rsidRDefault="00AC29D3" w:rsidP="00AC29D3">
      <w:r>
        <w:t>• Basic digital marketing knowledge</w:t>
      </w:r>
      <w:r>
        <w:br/>
      </w:r>
      <w:r>
        <w:t>• Social media awareness</w:t>
      </w:r>
      <w:r>
        <w:br/>
      </w:r>
      <w:r>
        <w:t>• Communication and teamwork</w:t>
      </w:r>
      <w:r>
        <w:br/>
      </w:r>
      <w:r>
        <w:t>• Time management</w:t>
      </w:r>
      <w:r>
        <w:br/>
      </w:r>
      <w:r>
        <w:t>• Basic IT skills (Word, Excel, PowerPoint)</w:t>
      </w:r>
      <w:r>
        <w:br/>
      </w:r>
      <w:r>
        <w:t>• Creative thinking</w:t>
      </w:r>
      <w:r>
        <w:br/>
      </w:r>
      <w:r>
        <w:t>• Willingness to learn</w:t>
      </w:r>
    </w:p>
    <w:p w14:paraId="560CF9C6" w14:textId="77777777" w:rsidR="00AC29D3" w:rsidRPr="00AC29D3" w:rsidRDefault="00AC29D3" w:rsidP="00AC29D3">
      <w:pPr>
        <w:rPr>
          <w:b/>
          <w:bCs/>
        </w:rPr>
      </w:pPr>
      <w:r w:rsidRPr="00AC29D3">
        <w:rPr>
          <w:b/>
          <w:bCs/>
        </w:rPr>
        <w:t>Experience</w:t>
      </w:r>
    </w:p>
    <w:p w14:paraId="71BF821D" w14:textId="30183CE5" w:rsidR="00AC29D3" w:rsidRDefault="00AC29D3" w:rsidP="00AC29D3">
      <w:r>
        <w:t>Student Project – LED Billboard Business Idea</w:t>
      </w:r>
      <w:r>
        <w:br/>
      </w:r>
      <w:r>
        <w:t>• Developed a digital advertising concept for small businesses</w:t>
      </w:r>
      <w:r>
        <w:br/>
      </w:r>
      <w:r>
        <w:t>• Created a presentation using PESTEL analysis</w:t>
      </w:r>
      <w:r>
        <w:br/>
      </w:r>
      <w:r>
        <w:t>• Researched competitors and market trends</w:t>
      </w:r>
      <w:r>
        <w:br/>
      </w:r>
      <w:r>
        <w:t>• Delivered a structured presentation and improved confidence through feedback</w:t>
      </w:r>
    </w:p>
    <w:p w14:paraId="5AEF7D3B" w14:textId="77777777" w:rsidR="00AC29D3" w:rsidRPr="00AC29D3" w:rsidRDefault="00AC29D3" w:rsidP="00AC29D3">
      <w:pPr>
        <w:rPr>
          <w:b/>
          <w:bCs/>
        </w:rPr>
      </w:pPr>
      <w:r w:rsidRPr="00AC29D3">
        <w:rPr>
          <w:b/>
          <w:bCs/>
        </w:rPr>
        <w:t>Customer Service Experience (Informal/Part</w:t>
      </w:r>
      <w:r w:rsidRPr="00AC29D3">
        <w:rPr>
          <w:rFonts w:ascii="Cambria Math" w:hAnsi="Cambria Math" w:cs="Cambria Math"/>
          <w:b/>
          <w:bCs/>
        </w:rPr>
        <w:t>‑</w:t>
      </w:r>
      <w:r w:rsidRPr="00AC29D3">
        <w:rPr>
          <w:b/>
          <w:bCs/>
        </w:rPr>
        <w:t>time)</w:t>
      </w:r>
    </w:p>
    <w:p w14:paraId="62B7D719" w14:textId="59589307" w:rsidR="00AC29D3" w:rsidRDefault="00AC29D3" w:rsidP="00AC29D3">
      <w:r>
        <w:t>• Communicated with customers in a friendly and clear way</w:t>
      </w:r>
      <w:r>
        <w:br/>
      </w:r>
      <w:bookmarkStart w:id="0" w:name="_Hlk216550716"/>
      <w:r>
        <w:t>•</w:t>
      </w:r>
      <w:bookmarkEnd w:id="0"/>
      <w:r>
        <w:t xml:space="preserve"> Helped solve simple problems</w:t>
      </w:r>
      <w:r>
        <w:br/>
      </w:r>
      <w:r>
        <w:t>• Worked well with others and managed basic tasks</w:t>
      </w:r>
    </w:p>
    <w:p w14:paraId="41C3B319" w14:textId="77777777" w:rsidR="00AC29D3" w:rsidRPr="00AC29D3" w:rsidRDefault="00AC29D3" w:rsidP="00AC29D3">
      <w:pPr>
        <w:rPr>
          <w:b/>
          <w:bCs/>
        </w:rPr>
      </w:pPr>
      <w:r w:rsidRPr="00AC29D3">
        <w:rPr>
          <w:b/>
          <w:bCs/>
        </w:rPr>
        <w:t>Education</w:t>
      </w:r>
    </w:p>
    <w:p w14:paraId="01A2F6AB" w14:textId="54C0A859" w:rsidR="00AC29D3" w:rsidRDefault="00AC29D3" w:rsidP="00AC29D3">
      <w:r>
        <w:t>•</w:t>
      </w:r>
      <w:r>
        <w:t xml:space="preserve"> </w:t>
      </w:r>
      <w:r>
        <w:t>Cert HE Business Skills for the Workplace (Ongoing)</w:t>
      </w:r>
      <w:r>
        <w:br/>
      </w:r>
      <w:r>
        <w:t>•</w:t>
      </w:r>
      <w:r>
        <w:t xml:space="preserve"> </w:t>
      </w:r>
      <w:r>
        <w:t>University of Wales Trinity Saint David</w:t>
      </w:r>
    </w:p>
    <w:p w14:paraId="3ACCACFB" w14:textId="10BB6F21" w:rsidR="00AC29D3" w:rsidRPr="00AC29D3" w:rsidRDefault="00AC29D3" w:rsidP="00AC29D3">
      <w:pPr>
        <w:rPr>
          <w:b/>
          <w:bCs/>
        </w:rPr>
      </w:pPr>
      <w:r w:rsidRPr="00AC29D3">
        <w:rPr>
          <w:b/>
          <w:bCs/>
        </w:rPr>
        <w:t>Achievements</w:t>
      </w:r>
    </w:p>
    <w:p w14:paraId="59D71898" w14:textId="181C82E5" w:rsidR="00AC29D3" w:rsidRDefault="00AC29D3" w:rsidP="00AC29D3">
      <w:r>
        <w:t>• Completed a full business presentation project• Developed strong interest in digital marketing</w:t>
      </w:r>
    </w:p>
    <w:p w14:paraId="2BD7559D" w14:textId="77777777" w:rsidR="00AC29D3" w:rsidRPr="00AC29D3" w:rsidRDefault="00AC29D3" w:rsidP="00AC29D3">
      <w:pPr>
        <w:rPr>
          <w:b/>
          <w:bCs/>
        </w:rPr>
      </w:pPr>
      <w:r w:rsidRPr="00AC29D3">
        <w:rPr>
          <w:b/>
          <w:bCs/>
        </w:rPr>
        <w:t>Interests</w:t>
      </w:r>
    </w:p>
    <w:p w14:paraId="167DA3AC" w14:textId="577E01EB" w:rsidR="00AC29D3" w:rsidRDefault="00AC29D3" w:rsidP="00AC29D3">
      <w:r>
        <w:t>• Social media content</w:t>
      </w:r>
      <w:r>
        <w:br/>
      </w:r>
      <w:r>
        <w:t>• Digital advertising</w:t>
      </w:r>
      <w:r>
        <w:br/>
      </w:r>
      <w:r>
        <w:t>• Branding and design</w:t>
      </w:r>
    </w:p>
    <w:p w14:paraId="693F5FD9" w14:textId="77777777" w:rsidR="00F8370B" w:rsidRPr="00F8370B" w:rsidRDefault="00F8370B" w:rsidP="00F8370B">
      <w:pPr>
        <w:rPr>
          <w:b/>
          <w:bCs/>
          <w:sz w:val="24"/>
          <w:szCs w:val="24"/>
        </w:rPr>
      </w:pPr>
      <w:r w:rsidRPr="00F8370B">
        <w:rPr>
          <w:b/>
          <w:bCs/>
          <w:sz w:val="24"/>
          <w:szCs w:val="24"/>
        </w:rPr>
        <w:lastRenderedPageBreak/>
        <w:t>3. COVER LETTER – DIGITAL MARKETING ASSISTANT</w:t>
      </w:r>
    </w:p>
    <w:p w14:paraId="377A39C1" w14:textId="77777777" w:rsidR="00F8370B" w:rsidRDefault="00F8370B" w:rsidP="00F8370B"/>
    <w:p w14:paraId="08B5D8E5" w14:textId="0926FB10" w:rsidR="00F8370B" w:rsidRDefault="00F8370B" w:rsidP="00F8370B">
      <w:r>
        <w:t>Dear Hiring Manager,</w:t>
      </w:r>
    </w:p>
    <w:p w14:paraId="434E79F8" w14:textId="77777777" w:rsidR="00F8370B" w:rsidRDefault="00F8370B" w:rsidP="00F8370B">
      <w:r>
        <w:t>I am writing to apply for the Digital Marketing Assistant position. I am currently studying Business Skills for the Workplace, and I am very interested in developing my skills in digital marketing. This role fits my interests and the experience I gained through my university projects.</w:t>
      </w:r>
    </w:p>
    <w:p w14:paraId="34AA0273" w14:textId="77777777" w:rsidR="00F8370B" w:rsidRDefault="00F8370B" w:rsidP="00F8370B">
      <w:r>
        <w:t xml:space="preserve">During my studies, I worked on a digital advertising project where I developed a business idea for LED billboards. This helped me understand how marketing works, how to research market trends, and how to present ideas clearly. I also gained experience creating simple content, using social media, and </w:t>
      </w:r>
      <w:proofErr w:type="spellStart"/>
      <w:r>
        <w:t>organising</w:t>
      </w:r>
      <w:proofErr w:type="spellEnd"/>
      <w:r>
        <w:t xml:space="preserve"> information in a clear way.</w:t>
      </w:r>
    </w:p>
    <w:p w14:paraId="792CCA12" w14:textId="77777777" w:rsidR="00F8370B" w:rsidRDefault="00F8370B" w:rsidP="00F8370B">
      <w:r>
        <w:t>I am motivated, creative, and willing to learn. I enjoy working with others and supporting a team with day</w:t>
      </w:r>
      <w:r>
        <w:rPr>
          <w:rFonts w:ascii="Cambria Math" w:hAnsi="Cambria Math" w:cs="Cambria Math"/>
        </w:rPr>
        <w:t>‑</w:t>
      </w:r>
      <w:r>
        <w:t>to</w:t>
      </w:r>
      <w:r>
        <w:rPr>
          <w:rFonts w:ascii="Cambria Math" w:hAnsi="Cambria Math" w:cs="Cambria Math"/>
        </w:rPr>
        <w:t>‑</w:t>
      </w:r>
      <w:r>
        <w:t>day tasks. I am confident that I can bring enthusiasm, good communication skills, and a strong interest in digital marketing to this role.</w:t>
      </w:r>
    </w:p>
    <w:p w14:paraId="4650FBA4" w14:textId="4224DB34" w:rsidR="00F8370B" w:rsidRDefault="00F8370B" w:rsidP="00F8370B">
      <w:r>
        <w:t>Thank you for considering my application. I would be happy to discuss my skills further in an interview.</w:t>
      </w:r>
    </w:p>
    <w:p w14:paraId="3DB41F63" w14:textId="77777777" w:rsidR="00F8370B" w:rsidRDefault="00F8370B" w:rsidP="00F8370B"/>
    <w:p w14:paraId="6DB91D18" w14:textId="496B8AAE" w:rsidR="00AC29D3" w:rsidRDefault="00F8370B" w:rsidP="00F8370B">
      <w:r>
        <w:t>Kind regards,</w:t>
      </w:r>
    </w:p>
    <w:p w14:paraId="570A34A0" w14:textId="77777777" w:rsidR="00AC29D3" w:rsidRPr="00AC29D3" w:rsidRDefault="00AC29D3" w:rsidP="00AC29D3"/>
    <w:sectPr w:rsidR="00AC29D3" w:rsidRPr="00AC29D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0B4808"/>
    <w:multiLevelType w:val="hybridMultilevel"/>
    <w:tmpl w:val="58E25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54627D"/>
    <w:multiLevelType w:val="hybridMultilevel"/>
    <w:tmpl w:val="3D4E50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170E52"/>
    <w:multiLevelType w:val="hybridMultilevel"/>
    <w:tmpl w:val="0CCA06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2333B8"/>
    <w:multiLevelType w:val="hybridMultilevel"/>
    <w:tmpl w:val="C9F4176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EE0058"/>
    <w:multiLevelType w:val="hybridMultilevel"/>
    <w:tmpl w:val="A6D2697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B54B9D"/>
    <w:multiLevelType w:val="hybridMultilevel"/>
    <w:tmpl w:val="28FCD5A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6773F7"/>
    <w:multiLevelType w:val="hybridMultilevel"/>
    <w:tmpl w:val="52ECAE5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D94EA5"/>
    <w:multiLevelType w:val="hybridMultilevel"/>
    <w:tmpl w:val="CD6677E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1B0F9C"/>
    <w:multiLevelType w:val="hybridMultilevel"/>
    <w:tmpl w:val="2200B28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EB2490"/>
    <w:multiLevelType w:val="hybridMultilevel"/>
    <w:tmpl w:val="D652951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4447487">
    <w:abstractNumId w:val="8"/>
  </w:num>
  <w:num w:numId="2" w16cid:durableId="366100152">
    <w:abstractNumId w:val="6"/>
  </w:num>
  <w:num w:numId="3" w16cid:durableId="1699161467">
    <w:abstractNumId w:val="5"/>
  </w:num>
  <w:num w:numId="4" w16cid:durableId="1641958968">
    <w:abstractNumId w:val="4"/>
  </w:num>
  <w:num w:numId="5" w16cid:durableId="1431505498">
    <w:abstractNumId w:val="7"/>
  </w:num>
  <w:num w:numId="6" w16cid:durableId="1149437922">
    <w:abstractNumId w:val="3"/>
  </w:num>
  <w:num w:numId="7" w16cid:durableId="1264071672">
    <w:abstractNumId w:val="2"/>
  </w:num>
  <w:num w:numId="8" w16cid:durableId="1650746056">
    <w:abstractNumId w:val="1"/>
  </w:num>
  <w:num w:numId="9" w16cid:durableId="156963527">
    <w:abstractNumId w:val="0"/>
  </w:num>
  <w:num w:numId="10" w16cid:durableId="28192628">
    <w:abstractNumId w:val="14"/>
  </w:num>
  <w:num w:numId="11" w16cid:durableId="1422800395">
    <w:abstractNumId w:val="10"/>
  </w:num>
  <w:num w:numId="12" w16cid:durableId="855924956">
    <w:abstractNumId w:val="15"/>
  </w:num>
  <w:num w:numId="13" w16cid:durableId="722948038">
    <w:abstractNumId w:val="11"/>
  </w:num>
  <w:num w:numId="14" w16cid:durableId="64767308">
    <w:abstractNumId w:val="13"/>
  </w:num>
  <w:num w:numId="15" w16cid:durableId="674579827">
    <w:abstractNumId w:val="17"/>
  </w:num>
  <w:num w:numId="16" w16cid:durableId="257522622">
    <w:abstractNumId w:val="9"/>
  </w:num>
  <w:num w:numId="17" w16cid:durableId="813527649">
    <w:abstractNumId w:val="16"/>
  </w:num>
  <w:num w:numId="18" w16cid:durableId="1429500022">
    <w:abstractNumId w:val="12"/>
  </w:num>
  <w:num w:numId="19" w16cid:durableId="18307553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50E60"/>
    <w:rsid w:val="004A5FC4"/>
    <w:rsid w:val="005F3B9D"/>
    <w:rsid w:val="00796F38"/>
    <w:rsid w:val="007A338E"/>
    <w:rsid w:val="00882972"/>
    <w:rsid w:val="00885556"/>
    <w:rsid w:val="00AA1D8D"/>
    <w:rsid w:val="00AC29D3"/>
    <w:rsid w:val="00B47730"/>
    <w:rsid w:val="00B47CCA"/>
    <w:rsid w:val="00CB0664"/>
    <w:rsid w:val="00DF5C25"/>
    <w:rsid w:val="00E827CE"/>
    <w:rsid w:val="00F8370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3AABA9"/>
  <w14:defaultImageDpi w14:val="300"/>
  <w15:docId w15:val="{7CA938B0-A9C3-485F-BFAB-3494492E2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B47CC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7C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532</Words>
  <Characters>3173</Characters>
  <Application>Microsoft Office Word</Application>
  <DocSecurity>0</DocSecurity>
  <Lines>93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Vasile Calin (2429941)</cp:lastModifiedBy>
  <cp:revision>5</cp:revision>
  <dcterms:created xsi:type="dcterms:W3CDTF">2025-12-13T18:08:00Z</dcterms:created>
  <dcterms:modified xsi:type="dcterms:W3CDTF">2025-12-13T18:41:00Z</dcterms:modified>
  <cp:category/>
</cp:coreProperties>
</file>