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4D37B" w14:textId="77777777" w:rsidR="00D51922" w:rsidRPr="00FE7171" w:rsidRDefault="00000000">
      <w:pPr>
        <w:pStyle w:val="Heading1"/>
        <w:rPr>
          <w:rFonts w:ascii="Arial" w:hAnsi="Arial" w:cs="Arial"/>
          <w:sz w:val="22"/>
          <w:szCs w:val="22"/>
        </w:rPr>
      </w:pPr>
      <w:r w:rsidRPr="00FE7171">
        <w:rPr>
          <w:rFonts w:ascii="Arial" w:hAnsi="Arial" w:cs="Arial"/>
          <w:sz w:val="22"/>
          <w:szCs w:val="22"/>
        </w:rPr>
        <w:t>Assessment Submission</w:t>
      </w:r>
    </w:p>
    <w:p w14:paraId="0FA1C1D2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Student Name: Iain Byrne</w:t>
      </w:r>
    </w:p>
    <w:p w14:paraId="4B95483D" w14:textId="77777777" w:rsidR="00D51922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Student Number: 2441635</w:t>
      </w:r>
    </w:p>
    <w:p w14:paraId="3DEB53DA" w14:textId="43EC5330" w:rsidR="0004610E" w:rsidRPr="00FE7171" w:rsidRDefault="000461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 Name: </w:t>
      </w:r>
      <w:proofErr w:type="spellStart"/>
      <w:proofErr w:type="gramStart"/>
      <w:r>
        <w:rPr>
          <w:rFonts w:ascii="Arial" w:hAnsi="Arial" w:cs="Arial"/>
        </w:rPr>
        <w:t>Dr.Lizeta</w:t>
      </w:r>
      <w:proofErr w:type="spellEnd"/>
      <w:proofErr w:type="gramEnd"/>
      <w:r>
        <w:rPr>
          <w:rFonts w:ascii="Arial" w:hAnsi="Arial" w:cs="Arial"/>
        </w:rPr>
        <w:t xml:space="preserve"> Demetriou</w:t>
      </w:r>
    </w:p>
    <w:p w14:paraId="390139C8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Programme: Cert HE Business Skills for the Workplace</w:t>
      </w:r>
    </w:p>
    <w:p w14:paraId="7F127D87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Module: Employability and Career Development</w:t>
      </w:r>
    </w:p>
    <w:p w14:paraId="448033F3" w14:textId="77777777" w:rsidR="0004610E" w:rsidRDefault="00000000" w:rsidP="0004610E">
      <w:pPr>
        <w:rPr>
          <w:rFonts w:ascii="Arial" w:hAnsi="Arial" w:cs="Arial"/>
        </w:rPr>
      </w:pPr>
      <w:r w:rsidRPr="00FE7171">
        <w:rPr>
          <w:rFonts w:ascii="Arial" w:hAnsi="Arial" w:cs="Arial"/>
        </w:rPr>
        <w:t>Module Code: LCLM4005</w:t>
      </w:r>
    </w:p>
    <w:p w14:paraId="4575658E" w14:textId="77777777" w:rsidR="0004610E" w:rsidRPr="0004610E" w:rsidRDefault="0004610E" w:rsidP="0004610E">
      <w:pPr>
        <w:rPr>
          <w:rFonts w:ascii="Arial" w:hAnsi="Arial" w:cs="Arial"/>
          <w:b/>
          <w:bCs/>
          <w:color w:val="0070C0"/>
        </w:rPr>
      </w:pPr>
    </w:p>
    <w:p w14:paraId="15219FC9" w14:textId="0555BE62" w:rsidR="00FE7171" w:rsidRPr="0004610E" w:rsidRDefault="00FE7171" w:rsidP="0004610E">
      <w:pPr>
        <w:rPr>
          <w:rFonts w:ascii="Arial" w:hAnsi="Arial" w:cs="Arial"/>
          <w:b/>
          <w:bCs/>
          <w:color w:val="0070C0"/>
        </w:rPr>
      </w:pPr>
      <w:r w:rsidRPr="0004610E">
        <w:rPr>
          <w:rFonts w:ascii="Arial" w:hAnsi="Arial" w:cs="Arial"/>
          <w:b/>
          <w:bCs/>
          <w:color w:val="0070C0"/>
        </w:rPr>
        <w:t>Cover Letter</w:t>
      </w:r>
    </w:p>
    <w:p w14:paraId="45FBA42E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Iain Byrne</w:t>
      </w:r>
    </w:p>
    <w:p w14:paraId="61D66175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55 Truro Tower, Ledbury Close</w:t>
      </w:r>
    </w:p>
    <w:p w14:paraId="7865C328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Ladywood, Birmingham B16 8RT</w:t>
      </w:r>
    </w:p>
    <w:p w14:paraId="72FCC6D2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07842 436140 | dabay_16@hotmail.com</w:t>
      </w:r>
    </w:p>
    <w:p w14:paraId="666458B4" w14:textId="77777777" w:rsidR="00FE7171" w:rsidRPr="00FE7171" w:rsidRDefault="00FE7171" w:rsidP="00FE7171">
      <w:pPr>
        <w:rPr>
          <w:rFonts w:ascii="Arial" w:hAnsi="Arial" w:cs="Arial"/>
        </w:rPr>
      </w:pPr>
    </w:p>
    <w:p w14:paraId="32ABD951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Dear Hiring Manager,</w:t>
      </w:r>
    </w:p>
    <w:p w14:paraId="377C70A5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 xml:space="preserve">I am writing to apply for the Kitchen Leader position at Pret </w:t>
      </w:r>
      <w:proofErr w:type="gramStart"/>
      <w:r w:rsidRPr="00FE7171">
        <w:rPr>
          <w:rFonts w:ascii="Arial" w:hAnsi="Arial" w:cs="Arial"/>
        </w:rPr>
        <w:t>A</w:t>
      </w:r>
      <w:proofErr w:type="gramEnd"/>
      <w:r w:rsidRPr="00FE7171">
        <w:rPr>
          <w:rFonts w:ascii="Arial" w:hAnsi="Arial" w:cs="Arial"/>
        </w:rPr>
        <w:t xml:space="preserve"> Manger, Birmingham Airport (Night Shift). With over 10 years of experience at the International Convention Centre in Birmingham, including 5 years as a Team Leader, I have developed strong leadership, organisation, and food safety management skills in high-pressure catering environments.</w:t>
      </w:r>
    </w:p>
    <w:p w14:paraId="3BFA31E0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In my current role, I supervise a team of kitchen porters during large-scale events, delegate tasks, maintain hygiene and COSHH compliance, and support smooth kitchen operations. I regularly train new staff and ensure standards are consistently met, even during busy service periods.</w:t>
      </w:r>
    </w:p>
    <w:p w14:paraId="0858203E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I am motivated by Pret’s values of Amazing Standards Every Day and Happy Teams Happy Customers. I take pride in leading by example, maintaining a safe and compliant kitchen, and supporting my team to perform at their best.</w:t>
      </w:r>
    </w:p>
    <w:p w14:paraId="37D9910A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I am reliable, flexible with night shifts, and ready to progress into a Kitchen Leader role where I can contribute to strong team performance and operational excellence.</w:t>
      </w:r>
    </w:p>
    <w:p w14:paraId="309DEE0C" w14:textId="77777777" w:rsidR="00FE7171" w:rsidRPr="00FE7171" w:rsidRDefault="00FE7171" w:rsidP="00FE7171">
      <w:pPr>
        <w:rPr>
          <w:rFonts w:ascii="Arial" w:hAnsi="Arial" w:cs="Arial"/>
        </w:rPr>
      </w:pPr>
    </w:p>
    <w:p w14:paraId="35C20BCA" w14:textId="77777777" w:rsidR="00FE7171" w:rsidRP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lastRenderedPageBreak/>
        <w:t>Yours sincerely,</w:t>
      </w:r>
    </w:p>
    <w:p w14:paraId="5CC8E508" w14:textId="77777777" w:rsidR="00FE7171" w:rsidRDefault="00FE7171" w:rsidP="00FE7171">
      <w:pPr>
        <w:rPr>
          <w:rFonts w:ascii="Arial" w:hAnsi="Arial" w:cs="Arial"/>
        </w:rPr>
      </w:pPr>
      <w:r w:rsidRPr="00FE7171">
        <w:rPr>
          <w:rFonts w:ascii="Arial" w:hAnsi="Arial" w:cs="Arial"/>
        </w:rPr>
        <w:t>Iain Byrne</w:t>
      </w:r>
    </w:p>
    <w:p w14:paraId="28C3F6E2" w14:textId="77777777" w:rsidR="0004610E" w:rsidRDefault="00000000" w:rsidP="0004610E">
      <w:pPr>
        <w:rPr>
          <w:rFonts w:ascii="Arial" w:hAnsi="Arial" w:cs="Arial"/>
          <w:b/>
          <w:bCs/>
          <w:color w:val="0070C0"/>
        </w:rPr>
      </w:pPr>
      <w:r w:rsidRPr="00FE7171">
        <w:rPr>
          <w:rFonts w:ascii="Arial" w:hAnsi="Arial" w:cs="Arial"/>
          <w:b/>
          <w:bCs/>
          <w:color w:val="0070C0"/>
        </w:rPr>
        <w:t>Curriculum Vitae</w:t>
      </w:r>
    </w:p>
    <w:p w14:paraId="30CB6FFE" w14:textId="044D690E" w:rsidR="00D51922" w:rsidRPr="0004610E" w:rsidRDefault="00000000" w:rsidP="0004610E">
      <w:pPr>
        <w:rPr>
          <w:rFonts w:ascii="Arial" w:hAnsi="Arial" w:cs="Arial"/>
          <w:b/>
          <w:bCs/>
          <w:color w:val="0070C0"/>
        </w:rPr>
      </w:pPr>
      <w:r w:rsidRPr="0004610E">
        <w:rPr>
          <w:rFonts w:ascii="Arial" w:hAnsi="Arial" w:cs="Arial"/>
          <w:color w:val="0070C0"/>
        </w:rPr>
        <w:t>Personal Details</w:t>
      </w:r>
    </w:p>
    <w:p w14:paraId="07942045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Name: Iain Byrne</w:t>
      </w:r>
    </w:p>
    <w:p w14:paraId="58A6A4FF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Address: 55 Truro Tower, Ledbury Close, Ladywood, Birmingham B16 8RT</w:t>
      </w:r>
    </w:p>
    <w:p w14:paraId="0C14B1BE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Phone: 07842 436140</w:t>
      </w:r>
    </w:p>
    <w:p w14:paraId="7A93B1CF" w14:textId="1AC120FC" w:rsidR="0004610E" w:rsidRDefault="00000000" w:rsidP="0004610E">
      <w:pPr>
        <w:rPr>
          <w:rFonts w:ascii="Arial" w:hAnsi="Arial" w:cs="Arial"/>
        </w:rPr>
      </w:pPr>
      <w:r w:rsidRPr="00FE7171">
        <w:rPr>
          <w:rFonts w:ascii="Arial" w:hAnsi="Arial" w:cs="Arial"/>
        </w:rPr>
        <w:t xml:space="preserve">Email: </w:t>
      </w:r>
      <w:hyperlink r:id="rId6" w:history="1">
        <w:r w:rsidR="0004610E" w:rsidRPr="00721AEB">
          <w:rPr>
            <w:rStyle w:val="Hyperlink"/>
            <w:rFonts w:ascii="Arial" w:hAnsi="Arial" w:cs="Arial"/>
          </w:rPr>
          <w:t>dabay_16@hotmail.com</w:t>
        </w:r>
      </w:hyperlink>
    </w:p>
    <w:p w14:paraId="672CF94F" w14:textId="20FBE52D" w:rsidR="00D51922" w:rsidRPr="00AC7696" w:rsidRDefault="00000000" w:rsidP="0004610E">
      <w:pPr>
        <w:rPr>
          <w:rFonts w:ascii="Arial" w:hAnsi="Arial" w:cs="Arial"/>
          <w:b/>
          <w:bCs/>
          <w:color w:val="0070C0"/>
        </w:rPr>
      </w:pPr>
      <w:r w:rsidRPr="00AC7696">
        <w:rPr>
          <w:rFonts w:ascii="Arial" w:hAnsi="Arial" w:cs="Arial"/>
          <w:b/>
          <w:bCs/>
          <w:color w:val="0070C0"/>
        </w:rPr>
        <w:t>Professional Summary</w:t>
      </w:r>
    </w:p>
    <w:p w14:paraId="43FA389D" w14:textId="77777777" w:rsidR="0004610E" w:rsidRDefault="00000000" w:rsidP="0004610E">
      <w:pPr>
        <w:rPr>
          <w:rFonts w:ascii="Arial" w:hAnsi="Arial" w:cs="Arial"/>
        </w:rPr>
      </w:pPr>
      <w:r w:rsidRPr="00FE7171">
        <w:rPr>
          <w:rFonts w:ascii="Arial" w:hAnsi="Arial" w:cs="Arial"/>
        </w:rPr>
        <w:t>Experienced kitchen professional with over 10 years at the International Convention Centre, including 5 years as a Team Leader. Skilled in supervising staff, maintaining food safety standards, supporting high-volume catering operations, and ensuring compliance with health and safety regulations. Seeking progression into a Kitchen Leader role.</w:t>
      </w:r>
    </w:p>
    <w:p w14:paraId="1CD0949D" w14:textId="70F00B9B" w:rsidR="00D51922" w:rsidRPr="00AC7696" w:rsidRDefault="00000000" w:rsidP="0004610E">
      <w:pPr>
        <w:rPr>
          <w:rFonts w:ascii="Arial" w:hAnsi="Arial" w:cs="Arial"/>
          <w:b/>
          <w:bCs/>
          <w:color w:val="0070C0"/>
        </w:rPr>
      </w:pPr>
      <w:r w:rsidRPr="00AC7696">
        <w:rPr>
          <w:rFonts w:ascii="Arial" w:hAnsi="Arial" w:cs="Arial"/>
          <w:b/>
          <w:bCs/>
          <w:color w:val="0070C0"/>
        </w:rPr>
        <w:t>Key Skills</w:t>
      </w:r>
    </w:p>
    <w:p w14:paraId="08E21465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Team Leadership and Motivation</w:t>
      </w:r>
    </w:p>
    <w:p w14:paraId="6435137F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Food Safety &amp; Hygiene Compliance</w:t>
      </w:r>
    </w:p>
    <w:p w14:paraId="6339E0CD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Health &amp; Safety / COSHH Knowledge</w:t>
      </w:r>
    </w:p>
    <w:p w14:paraId="3E72075E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High-Volume Kitchen Operations</w:t>
      </w:r>
    </w:p>
    <w:p w14:paraId="37917465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Stock Monitoring and Organisation</w:t>
      </w:r>
    </w:p>
    <w:p w14:paraId="622B18F6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Staff Training and Support</w:t>
      </w:r>
    </w:p>
    <w:p w14:paraId="00FF5D71" w14:textId="77777777" w:rsidR="0004610E" w:rsidRDefault="00000000" w:rsidP="0004610E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Time Management and Delegation</w:t>
      </w:r>
    </w:p>
    <w:p w14:paraId="2C65B8B3" w14:textId="14E06E97" w:rsidR="00D51922" w:rsidRPr="0004610E" w:rsidRDefault="00000000" w:rsidP="0004610E">
      <w:pPr>
        <w:pStyle w:val="ListBullet"/>
        <w:rPr>
          <w:rFonts w:ascii="Arial" w:hAnsi="Arial" w:cs="Arial"/>
        </w:rPr>
      </w:pPr>
      <w:r w:rsidRPr="0004610E">
        <w:rPr>
          <w:rFonts w:ascii="Arial" w:hAnsi="Arial" w:cs="Arial"/>
        </w:rPr>
        <w:t>Professional Experience</w:t>
      </w:r>
    </w:p>
    <w:p w14:paraId="556B79C7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Team Leader / Kitchen Porter</w:t>
      </w:r>
    </w:p>
    <w:p w14:paraId="172B9D77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International Convention Centre (ICC), Birmingham | December 2015 – Present</w:t>
      </w:r>
    </w:p>
    <w:p w14:paraId="7F448D5B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Supervise and coordinate a team of kitchen porters during large-scale events serving 500+ guests.</w:t>
      </w:r>
    </w:p>
    <w:p w14:paraId="03EFE5EE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Delegate tasks effectively to ensure smooth service and maintain high hygiene standards.</w:t>
      </w:r>
    </w:p>
    <w:p w14:paraId="25549755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Ensure compliance with food safety, health and safety, and COSHH procedures.</w:t>
      </w:r>
    </w:p>
    <w:p w14:paraId="393E5060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Monitor stock levels of cleaning supplies and report shortages to management.</w:t>
      </w:r>
    </w:p>
    <w:p w14:paraId="269E4B11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Support management in resolving operational issues during busy service periods.</w:t>
      </w:r>
    </w:p>
    <w:p w14:paraId="7834CEBB" w14:textId="77777777" w:rsidR="0004610E" w:rsidRDefault="00000000" w:rsidP="0004610E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Train and mentor new team members to maintain consistent standards.</w:t>
      </w:r>
    </w:p>
    <w:p w14:paraId="1CEDB91F" w14:textId="77777777" w:rsidR="0004610E" w:rsidRDefault="0004610E" w:rsidP="00AC7696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</w:p>
    <w:p w14:paraId="5C3DC9F6" w14:textId="1CEBCB94" w:rsidR="00D51922" w:rsidRPr="00AC7696" w:rsidRDefault="00000000" w:rsidP="0004610E">
      <w:pPr>
        <w:pStyle w:val="ListBullet"/>
        <w:numPr>
          <w:ilvl w:val="0"/>
          <w:numId w:val="0"/>
        </w:numPr>
        <w:rPr>
          <w:rFonts w:ascii="Arial" w:hAnsi="Arial" w:cs="Arial"/>
          <w:color w:val="0070C0"/>
        </w:rPr>
      </w:pPr>
      <w:r w:rsidRPr="00AC7696">
        <w:rPr>
          <w:rFonts w:ascii="Arial" w:hAnsi="Arial" w:cs="Arial"/>
          <w:color w:val="0070C0"/>
        </w:rPr>
        <w:lastRenderedPageBreak/>
        <w:t>Education</w:t>
      </w:r>
    </w:p>
    <w:p w14:paraId="4979CEB7" w14:textId="25719EA3" w:rsidR="00D51922" w:rsidRPr="00FE7171" w:rsidRDefault="00000000">
      <w:pPr>
        <w:rPr>
          <w:rFonts w:ascii="Arial" w:hAnsi="Arial" w:cs="Arial"/>
        </w:rPr>
      </w:pPr>
      <w:proofErr w:type="spellStart"/>
      <w:r w:rsidRPr="00FE7171">
        <w:rPr>
          <w:rFonts w:ascii="Arial" w:hAnsi="Arial" w:cs="Arial"/>
        </w:rPr>
        <w:t>Lindsworth</w:t>
      </w:r>
      <w:proofErr w:type="spellEnd"/>
      <w:r w:rsidRPr="00FE7171">
        <w:rPr>
          <w:rFonts w:ascii="Arial" w:hAnsi="Arial" w:cs="Arial"/>
        </w:rPr>
        <w:t xml:space="preserve"> North School</w:t>
      </w:r>
    </w:p>
    <w:p w14:paraId="60FC0EFB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Entry Level 3 Mathematics</w:t>
      </w:r>
    </w:p>
    <w:p w14:paraId="4E13D021" w14:textId="77777777" w:rsidR="0004610E" w:rsidRDefault="00000000" w:rsidP="0004610E">
      <w:pPr>
        <w:rPr>
          <w:rFonts w:ascii="Arial" w:hAnsi="Arial" w:cs="Arial"/>
        </w:rPr>
      </w:pPr>
      <w:r w:rsidRPr="00FE7171">
        <w:rPr>
          <w:rFonts w:ascii="Arial" w:hAnsi="Arial" w:cs="Arial"/>
        </w:rPr>
        <w:t>Entry Level 2 English</w:t>
      </w:r>
    </w:p>
    <w:p w14:paraId="2AE7B2B8" w14:textId="43487741" w:rsidR="00D51922" w:rsidRPr="00AC7696" w:rsidRDefault="00000000" w:rsidP="0004610E">
      <w:pPr>
        <w:rPr>
          <w:rFonts w:ascii="Arial" w:hAnsi="Arial" w:cs="Arial"/>
          <w:b/>
          <w:bCs/>
        </w:rPr>
      </w:pPr>
      <w:r w:rsidRPr="00AC7696">
        <w:rPr>
          <w:rFonts w:ascii="Arial" w:hAnsi="Arial" w:cs="Arial"/>
          <w:b/>
          <w:bCs/>
          <w:color w:val="0070C0"/>
        </w:rPr>
        <w:t>Certifications</w:t>
      </w:r>
    </w:p>
    <w:p w14:paraId="15C0151D" w14:textId="77777777" w:rsidR="00D51922" w:rsidRPr="00FE7171" w:rsidRDefault="00000000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Level 2 Food Hygiene</w:t>
      </w:r>
    </w:p>
    <w:p w14:paraId="7C11EE09" w14:textId="77777777" w:rsidR="00AC7696" w:rsidRDefault="00000000" w:rsidP="00AC7696">
      <w:pPr>
        <w:pStyle w:val="ListBullet"/>
        <w:rPr>
          <w:rFonts w:ascii="Arial" w:hAnsi="Arial" w:cs="Arial"/>
        </w:rPr>
      </w:pPr>
      <w:r w:rsidRPr="00FE7171">
        <w:rPr>
          <w:rFonts w:ascii="Arial" w:hAnsi="Arial" w:cs="Arial"/>
        </w:rPr>
        <w:t>Level 2 Health and Safety</w:t>
      </w:r>
    </w:p>
    <w:p w14:paraId="46F6A1EB" w14:textId="77777777" w:rsidR="00AC7696" w:rsidRDefault="00AC7696" w:rsidP="00AC7696">
      <w:pPr>
        <w:pStyle w:val="ListBullet"/>
        <w:numPr>
          <w:ilvl w:val="0"/>
          <w:numId w:val="0"/>
        </w:numPr>
        <w:ind w:left="360"/>
        <w:rPr>
          <w:rFonts w:ascii="Arial" w:hAnsi="Arial" w:cs="Arial"/>
        </w:rPr>
      </w:pPr>
    </w:p>
    <w:p w14:paraId="062FDF93" w14:textId="56E5BFA9" w:rsidR="00D51922" w:rsidRPr="00AC7696" w:rsidRDefault="00000000" w:rsidP="00AC7696">
      <w:pPr>
        <w:pStyle w:val="ListBullet"/>
        <w:numPr>
          <w:ilvl w:val="0"/>
          <w:numId w:val="0"/>
        </w:numPr>
        <w:ind w:left="360" w:hanging="360"/>
        <w:rPr>
          <w:rFonts w:ascii="Arial" w:hAnsi="Arial" w:cs="Arial"/>
          <w:b/>
          <w:bCs/>
          <w:color w:val="0070C0"/>
        </w:rPr>
      </w:pPr>
      <w:r w:rsidRPr="00AC7696">
        <w:rPr>
          <w:rFonts w:ascii="Arial" w:hAnsi="Arial" w:cs="Arial"/>
          <w:b/>
          <w:bCs/>
          <w:color w:val="0070C0"/>
        </w:rPr>
        <w:t>References</w:t>
      </w:r>
    </w:p>
    <w:p w14:paraId="75A0D0C2" w14:textId="77777777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>Available upon request.</w:t>
      </w:r>
    </w:p>
    <w:p w14:paraId="7A67FC21" w14:textId="251AB243" w:rsidR="00D51922" w:rsidRPr="00FE7171" w:rsidRDefault="00000000" w:rsidP="00FE7171">
      <w:pPr>
        <w:rPr>
          <w:rFonts w:ascii="Arial" w:hAnsi="Arial" w:cs="Arial"/>
          <w:b/>
          <w:bCs/>
          <w:color w:val="0070C0"/>
        </w:rPr>
      </w:pPr>
      <w:r w:rsidRPr="00FE7171">
        <w:rPr>
          <w:rFonts w:ascii="Arial" w:hAnsi="Arial" w:cs="Arial"/>
          <w:b/>
          <w:bCs/>
          <w:color w:val="0070C0"/>
        </w:rPr>
        <w:t>Job Advertisement – Kitchen Leader</w:t>
      </w:r>
    </w:p>
    <w:p w14:paraId="157ADCB4" w14:textId="77777777" w:rsidR="00AC7696" w:rsidRDefault="00000000" w:rsidP="00AC7696">
      <w:pPr>
        <w:rPr>
          <w:rFonts w:ascii="Arial" w:hAnsi="Arial" w:cs="Arial"/>
        </w:rPr>
      </w:pPr>
      <w:r w:rsidRPr="00FE7171">
        <w:rPr>
          <w:rFonts w:ascii="Arial" w:hAnsi="Arial" w:cs="Arial"/>
        </w:rPr>
        <w:br/>
        <w:t>Kitchen Leader - Birmingham Airport, Airside – Night Shift</w:t>
      </w:r>
      <w:r w:rsidRPr="00FE7171">
        <w:rPr>
          <w:rFonts w:ascii="Arial" w:hAnsi="Arial" w:cs="Arial"/>
        </w:rPr>
        <w:br/>
        <w:t>Pret A Manger</w:t>
      </w:r>
      <w:r w:rsidRPr="00FE7171">
        <w:rPr>
          <w:rFonts w:ascii="Arial" w:hAnsi="Arial" w:cs="Arial"/>
        </w:rPr>
        <w:br/>
        <w:t>Pay: £15.26 per hour</w:t>
      </w:r>
      <w:r w:rsidRPr="00FE7171">
        <w:rPr>
          <w:rFonts w:ascii="Arial" w:hAnsi="Arial" w:cs="Arial"/>
        </w:rPr>
        <w:br/>
        <w:t>Full time – 35 hours per week</w:t>
      </w:r>
      <w:r w:rsidRPr="00FE7171">
        <w:rPr>
          <w:rFonts w:ascii="Arial" w:hAnsi="Arial" w:cs="Arial"/>
        </w:rPr>
        <w:br/>
      </w:r>
      <w:r w:rsidRPr="00FE7171">
        <w:rPr>
          <w:rFonts w:ascii="Arial" w:hAnsi="Arial" w:cs="Arial"/>
        </w:rPr>
        <w:br/>
      </w:r>
      <w:r w:rsidRPr="00AC7696">
        <w:rPr>
          <w:rFonts w:ascii="Arial" w:hAnsi="Arial" w:cs="Arial"/>
          <w:b/>
          <w:bCs/>
          <w:color w:val="0070C0"/>
        </w:rPr>
        <w:t>About the Role:</w:t>
      </w:r>
      <w:r w:rsidRPr="00FE7171">
        <w:rPr>
          <w:rFonts w:ascii="Arial" w:hAnsi="Arial" w:cs="Arial"/>
        </w:rPr>
        <w:br/>
        <w:t xml:space="preserve">As a Kitchen Leader at Pret </w:t>
      </w:r>
      <w:proofErr w:type="gramStart"/>
      <w:r w:rsidRPr="00FE7171">
        <w:rPr>
          <w:rFonts w:ascii="Arial" w:hAnsi="Arial" w:cs="Arial"/>
        </w:rPr>
        <w:t>A</w:t>
      </w:r>
      <w:proofErr w:type="gramEnd"/>
      <w:r w:rsidRPr="00FE7171">
        <w:rPr>
          <w:rFonts w:ascii="Arial" w:hAnsi="Arial" w:cs="Arial"/>
        </w:rPr>
        <w:t xml:space="preserve"> Manger, you will ensure the consistent preparation of food to high standards while leading and inspiring your team. </w:t>
      </w:r>
      <w:r w:rsidRPr="00FE7171">
        <w:rPr>
          <w:rFonts w:ascii="Arial" w:hAnsi="Arial" w:cs="Arial"/>
        </w:rPr>
        <w:br/>
        <w:t xml:space="preserve">You will act as a role model, promote Pret’s core values, and maintain a safe, clean, and compliant kitchen environment. </w:t>
      </w:r>
      <w:r w:rsidRPr="00FE7171">
        <w:rPr>
          <w:rFonts w:ascii="Arial" w:hAnsi="Arial" w:cs="Arial"/>
        </w:rPr>
        <w:br/>
        <w:t xml:space="preserve">Responsibilities include managing stock counts, completing administrative tasks accurately, supporting shift performance, resolving issues quickly, </w:t>
      </w:r>
      <w:r w:rsidRPr="00FE7171">
        <w:rPr>
          <w:rFonts w:ascii="Arial" w:hAnsi="Arial" w:cs="Arial"/>
        </w:rPr>
        <w:br/>
        <w:t>and ensuring customers receive fresh, high-quality products.</w:t>
      </w:r>
      <w:r w:rsidRPr="00FE7171">
        <w:rPr>
          <w:rFonts w:ascii="Arial" w:hAnsi="Arial" w:cs="Arial"/>
        </w:rPr>
        <w:br/>
      </w:r>
      <w:r w:rsidRPr="00FE7171">
        <w:rPr>
          <w:rFonts w:ascii="Arial" w:hAnsi="Arial" w:cs="Arial"/>
        </w:rPr>
        <w:br/>
      </w:r>
      <w:r w:rsidRPr="00AC7696">
        <w:rPr>
          <w:rFonts w:ascii="Arial" w:hAnsi="Arial" w:cs="Arial"/>
          <w:b/>
          <w:bCs/>
          <w:color w:val="0070C0"/>
        </w:rPr>
        <w:t>About You:</w:t>
      </w:r>
      <w:r w:rsidRPr="00FE7171">
        <w:rPr>
          <w:rFonts w:ascii="Arial" w:hAnsi="Arial" w:cs="Arial"/>
        </w:rPr>
        <w:br/>
        <w:t>• Lead with purpose and drive team performance.</w:t>
      </w:r>
      <w:r w:rsidRPr="00FE7171">
        <w:rPr>
          <w:rFonts w:ascii="Arial" w:hAnsi="Arial" w:cs="Arial"/>
        </w:rPr>
        <w:br/>
        <w:t>• Maintain high standards and protect profit.</w:t>
      </w:r>
      <w:r w:rsidRPr="00FE7171">
        <w:rPr>
          <w:rFonts w:ascii="Arial" w:hAnsi="Arial" w:cs="Arial"/>
        </w:rPr>
        <w:br/>
        <w:t>• Promote kindness, honesty, and generosity.</w:t>
      </w:r>
      <w:r w:rsidRPr="00FE7171">
        <w:rPr>
          <w:rFonts w:ascii="Arial" w:hAnsi="Arial" w:cs="Arial"/>
        </w:rPr>
        <w:br/>
        <w:t>• Deliver exceptional customer service.</w:t>
      </w:r>
      <w:r w:rsidRPr="00FE7171">
        <w:rPr>
          <w:rFonts w:ascii="Arial" w:hAnsi="Arial" w:cs="Arial"/>
        </w:rPr>
        <w:br/>
        <w:t>• Maintain energy and positivity in a fast-paced environment.</w:t>
      </w:r>
      <w:r w:rsidRPr="00FE7171">
        <w:rPr>
          <w:rFonts w:ascii="Arial" w:hAnsi="Arial" w:cs="Arial"/>
        </w:rPr>
        <w:br/>
      </w:r>
      <w:r w:rsidRPr="00FE7171">
        <w:rPr>
          <w:rFonts w:ascii="Arial" w:hAnsi="Arial" w:cs="Arial"/>
        </w:rPr>
        <w:br/>
      </w:r>
      <w:r w:rsidRPr="00AC7696">
        <w:rPr>
          <w:rFonts w:ascii="Arial" w:hAnsi="Arial" w:cs="Arial"/>
          <w:b/>
          <w:bCs/>
          <w:color w:val="0070C0"/>
        </w:rPr>
        <w:t>Company Values:</w:t>
      </w:r>
      <w:r w:rsidRPr="00FE7171">
        <w:rPr>
          <w:rFonts w:ascii="Arial" w:hAnsi="Arial" w:cs="Arial"/>
        </w:rPr>
        <w:br/>
        <w:t>• Happy Teams Happy Customers</w:t>
      </w:r>
      <w:r w:rsidRPr="00FE7171">
        <w:rPr>
          <w:rFonts w:ascii="Arial" w:hAnsi="Arial" w:cs="Arial"/>
        </w:rPr>
        <w:br/>
        <w:t>• Amazing Standards Every Day</w:t>
      </w:r>
      <w:r w:rsidRPr="00FE7171">
        <w:rPr>
          <w:rFonts w:ascii="Arial" w:hAnsi="Arial" w:cs="Arial"/>
        </w:rPr>
        <w:br/>
        <w:t>• Never Standing Still</w:t>
      </w:r>
      <w:r w:rsidRPr="00FE7171">
        <w:rPr>
          <w:rFonts w:ascii="Arial" w:hAnsi="Arial" w:cs="Arial"/>
        </w:rPr>
        <w:br/>
        <w:t>• Doing The Right Thing</w:t>
      </w:r>
      <w:r w:rsidRPr="00FE7171">
        <w:rPr>
          <w:rFonts w:ascii="Arial" w:hAnsi="Arial" w:cs="Arial"/>
        </w:rPr>
        <w:br/>
      </w:r>
    </w:p>
    <w:p w14:paraId="7C75AF4E" w14:textId="0795B62F" w:rsidR="00D51922" w:rsidRPr="00AC7696" w:rsidRDefault="00000000" w:rsidP="00AC7696">
      <w:pPr>
        <w:rPr>
          <w:rFonts w:ascii="Arial" w:hAnsi="Arial" w:cs="Arial"/>
          <w:b/>
          <w:bCs/>
          <w:color w:val="0070C0"/>
        </w:rPr>
      </w:pPr>
      <w:r w:rsidRPr="00AC7696">
        <w:rPr>
          <w:rFonts w:ascii="Arial" w:hAnsi="Arial" w:cs="Arial"/>
          <w:b/>
          <w:bCs/>
          <w:color w:val="0070C0"/>
        </w:rPr>
        <w:lastRenderedPageBreak/>
        <w:t>Job Advertisement Reference</w:t>
      </w:r>
    </w:p>
    <w:p w14:paraId="49D336E1" w14:textId="486D7E6B" w:rsidR="00D51922" w:rsidRPr="00FE7171" w:rsidRDefault="00000000">
      <w:pPr>
        <w:rPr>
          <w:rFonts w:ascii="Arial" w:hAnsi="Arial" w:cs="Arial"/>
        </w:rPr>
      </w:pPr>
      <w:r w:rsidRPr="00FE7171">
        <w:rPr>
          <w:rFonts w:ascii="Arial" w:hAnsi="Arial" w:cs="Arial"/>
        </w:rPr>
        <w:t xml:space="preserve">Pret A Manger (2026) Kitchen Leader – Birmingham Airport (Night Shift). Retrieved from: Indeed.co.uk. Accessed: </w:t>
      </w:r>
      <w:r w:rsidR="00FE7171" w:rsidRPr="00FE7171">
        <w:rPr>
          <w:rFonts w:ascii="Arial" w:hAnsi="Arial" w:cs="Arial"/>
        </w:rPr>
        <w:t>13</w:t>
      </w:r>
      <w:r w:rsidRPr="00FE7171">
        <w:rPr>
          <w:rFonts w:ascii="Arial" w:hAnsi="Arial" w:cs="Arial"/>
        </w:rPr>
        <w:t xml:space="preserve"> February 2026.</w:t>
      </w:r>
    </w:p>
    <w:sectPr w:rsidR="00D51922" w:rsidRPr="00FE717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0274231">
    <w:abstractNumId w:val="8"/>
  </w:num>
  <w:num w:numId="2" w16cid:durableId="1448819731">
    <w:abstractNumId w:val="6"/>
  </w:num>
  <w:num w:numId="3" w16cid:durableId="1340766425">
    <w:abstractNumId w:val="5"/>
  </w:num>
  <w:num w:numId="4" w16cid:durableId="2032993612">
    <w:abstractNumId w:val="4"/>
  </w:num>
  <w:num w:numId="5" w16cid:durableId="522331041">
    <w:abstractNumId w:val="7"/>
  </w:num>
  <w:num w:numId="6" w16cid:durableId="831483271">
    <w:abstractNumId w:val="3"/>
  </w:num>
  <w:num w:numId="7" w16cid:durableId="1418401731">
    <w:abstractNumId w:val="2"/>
  </w:num>
  <w:num w:numId="8" w16cid:durableId="1216089003">
    <w:abstractNumId w:val="1"/>
  </w:num>
  <w:num w:numId="9" w16cid:durableId="1956520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610E"/>
    <w:rsid w:val="0006063C"/>
    <w:rsid w:val="0015074B"/>
    <w:rsid w:val="0029639D"/>
    <w:rsid w:val="00326F90"/>
    <w:rsid w:val="00355865"/>
    <w:rsid w:val="003769C8"/>
    <w:rsid w:val="003C56E2"/>
    <w:rsid w:val="00AA1D8D"/>
    <w:rsid w:val="00AC7696"/>
    <w:rsid w:val="00B47730"/>
    <w:rsid w:val="00CB0664"/>
    <w:rsid w:val="00D51922"/>
    <w:rsid w:val="00FC693F"/>
    <w:rsid w:val="00FE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DD4975"/>
  <w14:defaultImageDpi w14:val="300"/>
  <w15:docId w15:val="{238E9D6A-B594-4A95-881D-A4F626D1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04610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61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abay_16@hot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iain byrne</cp:lastModifiedBy>
  <cp:revision>3</cp:revision>
  <dcterms:created xsi:type="dcterms:W3CDTF">2026-02-21T04:54:00Z</dcterms:created>
  <dcterms:modified xsi:type="dcterms:W3CDTF">2026-02-21T14:20:00Z</dcterms:modified>
  <cp:category/>
</cp:coreProperties>
</file>