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Computer Architecture Tutorial – Solutions</w:t>
      </w:r>
    </w:p>
    <w:p>
      <w:pPr>
        <w:pStyle w:val="Heading2"/>
      </w:pPr>
      <w:r>
        <w:t>Part A – Basic Concepts</w:t>
      </w:r>
    </w:p>
    <w:p>
      <w:r>
        <w:t>1.</w:t>
      </w:r>
    </w:p>
    <w:p>
      <w:r>
        <w:t>Control Unit: Directs operations of the CPU and controls execution of instructions.</w:t>
      </w:r>
    </w:p>
    <w:p>
      <w:r>
        <w:t>Arithmetic Logic Unit: Performs arithmetic and logical operations.</w:t>
      </w:r>
    </w:p>
    <w:p>
      <w:r>
        <w:t>Register: Small high-speed storage location inside the CPU.</w:t>
      </w:r>
    </w:p>
    <w:p>
      <w:r>
        <w:t>System Clock: Generates timing signals that synchronise CPU operations.</w:t>
        <w:br/>
      </w:r>
    </w:p>
    <w:p>
      <w:r>
        <w:t>2.</w:t>
      </w:r>
    </w:p>
    <w:p>
      <w:r>
        <w:t>PC: Holds address of next instruction.</w:t>
      </w:r>
    </w:p>
    <w:p>
      <w:r>
        <w:t>MAR: Holds memory address to be accessed.</w:t>
      </w:r>
    </w:p>
    <w:p>
      <w:r>
        <w:t>MDR: Temporarily holds data transferred between CPU and memory.</w:t>
      </w:r>
    </w:p>
    <w:p>
      <w:r>
        <w:t>IR: Holds the current instruction being executed.</w:t>
      </w:r>
    </w:p>
    <w:p>
      <w:r>
        <w:t>ACC: Stores intermediate results of arithmetic operations.</w:t>
        <w:br/>
      </w:r>
    </w:p>
    <w:p>
      <w:r>
        <w:t>3. Machine instruction: A command stored in memory that tells the CPU what operation to perform.</w:t>
      </w:r>
    </w:p>
    <w:p>
      <w:r>
        <w:t>Example: ADD A,B</w:t>
      </w:r>
    </w:p>
    <w:p>
      <w:r>
        <w:t>Opcode = ADD</w:t>
      </w:r>
    </w:p>
    <w:p>
      <w:r>
        <w:t>Operands = A and B</w:t>
        <w:br/>
      </w:r>
    </w:p>
    <w:p>
      <w:pPr>
        <w:pStyle w:val="Heading2"/>
      </w:pPr>
      <w:r>
        <w:t>Part B – Instruction Cycle</w:t>
      </w:r>
    </w:p>
    <w:p>
      <w:r>
        <w:t>4. Fetch, Decode, Execute</w:t>
        <w:br/>
      </w:r>
    </w:p>
    <w:p>
      <w:r>
        <w:t>5. PC → MAR → Memory → MDR → IR</w:t>
        <w:br/>
      </w:r>
    </w:p>
    <w:p>
      <w:r>
        <w:t>6. Fetch sequence:</w:t>
      </w:r>
    </w:p>
    <w:p>
      <w:r>
        <w:t>PC contains address 200</w:t>
      </w:r>
    </w:p>
    <w:p>
      <w:r>
        <w:t>Address copied to MAR</w:t>
      </w:r>
    </w:p>
    <w:p>
      <w:r>
        <w:t>Control unit sends READ signal</w:t>
      </w:r>
    </w:p>
    <w:p>
      <w:r>
        <w:t>Memory[200] instruction transferred to MDR</w:t>
      </w:r>
    </w:p>
    <w:p>
      <w:r>
        <w:t>Instruction moved to IR</w:t>
      </w:r>
    </w:p>
    <w:p>
      <w:r>
        <w:t>PC increments to next instruction</w:t>
        <w:br/>
      </w:r>
    </w:p>
    <w:p>
      <w:r>
        <w:t>7. Opcode and Operands</w:t>
        <w:br/>
      </w:r>
    </w:p>
    <w:p>
      <w:r>
        <w:t>8. Arithmetic Logic Unit (ALU)</w:t>
        <w:br/>
      </w:r>
    </w:p>
    <w:p>
      <w:pPr>
        <w:pStyle w:val="Heading2"/>
      </w:pPr>
      <w:r>
        <w:t>Part C – System Clock</w:t>
      </w:r>
    </w:p>
    <w:p>
      <w:r>
        <w:t>9. Synchronises and coordinates CPU operations by generating timing signals.</w:t>
        <w:br/>
      </w:r>
    </w:p>
    <w:p>
      <w:r>
        <w:t>10. 3 billion clock cycles per second</w:t>
        <w:br/>
      </w:r>
    </w:p>
    <w:p>
      <w:pPr>
        <w:pStyle w:val="Heading2"/>
      </w:pPr>
      <w:r>
        <w:t>Part D – System Bus</w:t>
      </w:r>
    </w:p>
    <w:p>
      <w:r>
        <w:t>11. Data Bus, Address Bus, Control Bus</w:t>
        <w:br/>
      </w:r>
    </w:p>
    <w:p>
      <w:r>
        <w:t>12.</w:t>
      </w:r>
    </w:p>
    <w:p>
      <w:r>
        <w:t>Data Bus – transfers data and instructions</w:t>
      </w:r>
    </w:p>
    <w:p>
      <w:r>
        <w:t>Address Bus – carries memory addresses</w:t>
      </w:r>
    </w:p>
    <w:p>
      <w:r>
        <w:t>Control Bus – carries control signals (READ, WRITE)</w:t>
        <w:br/>
      </w:r>
    </w:p>
    <w:p>
      <w:r>
        <w:t>13.</w:t>
      </w:r>
    </w:p>
    <w:p>
      <w:r>
        <w:t>a) False</w:t>
      </w:r>
    </w:p>
    <w:p>
      <w:r>
        <w:t>b) True</w:t>
      </w:r>
    </w:p>
    <w:p>
      <w:r>
        <w:t>c) True</w:t>
        <w:br/>
      </w:r>
    </w:p>
    <w:p>
      <w:pPr>
        <w:pStyle w:val="Heading2"/>
      </w:pPr>
      <w:r>
        <w:t>Part E – Applying the Concepts</w:t>
      </w:r>
    </w:p>
    <w:p>
      <w:r>
        <w:t>14.</w:t>
      </w:r>
    </w:p>
    <w:p>
      <w:r>
        <w:t>Address Bus → memory address sent from CPU</w:t>
      </w:r>
    </w:p>
    <w:p>
      <w:r>
        <w:t>Control Bus → READ signal sent by control unit</w:t>
      </w:r>
    </w:p>
    <w:p>
      <w:r>
        <w:t>Data Bus → instruction returned from memory to CPU</w:t>
        <w:br/>
      </w:r>
    </w:p>
    <w:p>
      <w:r>
        <w:t>15.</w:t>
      </w:r>
    </w:p>
    <w:p>
      <w:r>
        <w:t>CPU retrieves value of A</w:t>
      </w:r>
    </w:p>
    <w:p>
      <w:r>
        <w:t>CPU retrieves value of B</w:t>
      </w:r>
    </w:p>
    <w:p>
      <w:r>
        <w:t>ALU performs A + B</w:t>
      </w:r>
    </w:p>
    <w:p>
      <w:r>
        <w:t>Result stored in register or memory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