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A14F38" w14:textId="4AA49B17" w:rsidR="001D7AB7" w:rsidRPr="00F73251" w:rsidRDefault="001D7AB7">
      <w:pPr>
        <w:pStyle w:val="Heading1"/>
        <w:rPr>
          <w:color w:val="auto"/>
          <w:sz w:val="40"/>
          <w:szCs w:val="40"/>
        </w:rPr>
      </w:pPr>
    </w:p>
    <w:p w14:paraId="766901F7" w14:textId="77777777" w:rsidR="001D7AB7" w:rsidRPr="00F73251" w:rsidRDefault="00774D38">
      <w:pPr>
        <w:rPr>
          <w:b/>
          <w:bCs/>
          <w:sz w:val="40"/>
          <w:szCs w:val="40"/>
        </w:rPr>
      </w:pPr>
      <w:r w:rsidRPr="00F73251">
        <w:rPr>
          <w:b/>
          <w:bCs/>
          <w:sz w:val="40"/>
          <w:szCs w:val="40"/>
        </w:rPr>
        <w:t>Student Name: Andrea Helen Walker</w:t>
      </w:r>
    </w:p>
    <w:p w14:paraId="357D4CDA" w14:textId="77777777" w:rsidR="001D7AB7" w:rsidRPr="00F73251" w:rsidRDefault="00774D38">
      <w:pPr>
        <w:rPr>
          <w:b/>
          <w:bCs/>
          <w:sz w:val="40"/>
          <w:szCs w:val="40"/>
        </w:rPr>
      </w:pPr>
      <w:r w:rsidRPr="00F73251">
        <w:rPr>
          <w:b/>
          <w:bCs/>
          <w:sz w:val="40"/>
          <w:szCs w:val="40"/>
        </w:rPr>
        <w:t>Student Number: 2308953</w:t>
      </w:r>
    </w:p>
    <w:p w14:paraId="22FA253B" w14:textId="77777777" w:rsidR="001D7AB7" w:rsidRPr="00F73251" w:rsidRDefault="00774D38">
      <w:pPr>
        <w:rPr>
          <w:b/>
          <w:bCs/>
          <w:sz w:val="40"/>
          <w:szCs w:val="40"/>
        </w:rPr>
      </w:pPr>
      <w:r w:rsidRPr="00F73251">
        <w:rPr>
          <w:b/>
          <w:bCs/>
          <w:sz w:val="40"/>
          <w:szCs w:val="40"/>
        </w:rPr>
        <w:t>Module Number: LCBB5012</w:t>
      </w:r>
    </w:p>
    <w:p w14:paraId="717320B2" w14:textId="77777777" w:rsidR="001D7AB7" w:rsidRPr="00F73251" w:rsidRDefault="00774D38">
      <w:pPr>
        <w:rPr>
          <w:b/>
          <w:bCs/>
          <w:sz w:val="40"/>
          <w:szCs w:val="40"/>
        </w:rPr>
      </w:pPr>
      <w:r w:rsidRPr="00F73251">
        <w:rPr>
          <w:b/>
          <w:bCs/>
          <w:sz w:val="40"/>
          <w:szCs w:val="40"/>
        </w:rPr>
        <w:t>Lecturer Name: Nassir Ibrahim</w:t>
      </w:r>
    </w:p>
    <w:p w14:paraId="68BA4BD1" w14:textId="77777777" w:rsidR="001D7AB7" w:rsidRPr="00F73251" w:rsidRDefault="00774D38">
      <w:pPr>
        <w:rPr>
          <w:b/>
          <w:bCs/>
          <w:sz w:val="40"/>
          <w:szCs w:val="40"/>
        </w:rPr>
      </w:pPr>
      <w:r w:rsidRPr="00F73251">
        <w:rPr>
          <w:b/>
          <w:bCs/>
          <w:sz w:val="40"/>
          <w:szCs w:val="40"/>
        </w:rPr>
        <w:br w:type="page"/>
      </w:r>
    </w:p>
    <w:p w14:paraId="4DFB7435" w14:textId="77777777" w:rsidR="001D7AB7" w:rsidRDefault="00774D38">
      <w:pPr>
        <w:pStyle w:val="Heading1"/>
        <w:rPr>
          <w:color w:val="auto"/>
          <w:sz w:val="36"/>
          <w:szCs w:val="36"/>
        </w:rPr>
      </w:pPr>
      <w:r w:rsidRPr="00932F4E">
        <w:rPr>
          <w:color w:val="auto"/>
          <w:sz w:val="36"/>
          <w:szCs w:val="36"/>
        </w:rPr>
        <w:lastRenderedPageBreak/>
        <w:t>Innovation Support Officer</w:t>
      </w:r>
    </w:p>
    <w:p w14:paraId="55DE9326" w14:textId="77777777" w:rsidR="00932F4E" w:rsidRPr="00932F4E" w:rsidRDefault="00932F4E" w:rsidP="00932F4E"/>
    <w:p w14:paraId="42A5E294" w14:textId="77777777" w:rsidR="001D7AB7" w:rsidRDefault="00774D38">
      <w:r>
        <w:t>The Innovation Support Officer will play an important role in supporting innovation, digital transformation, and continuous improvement initiatives across the Students’ Union. The post holder will assist with the planning, development, implementation, and evaluation of projects that improve student engagement, operational effectiveness, and the quality of services provided.</w:t>
      </w:r>
      <w:r>
        <w:br/>
      </w:r>
      <w:r>
        <w:br/>
        <w:t>This role requires a proactive, creative, and analytical individual who can work effectively with students, university staff, and external stakeholders. The successful candidate will identify opportunities for improvement and support the delivery of sustainable, student-focused solutions.</w:t>
      </w:r>
    </w:p>
    <w:p w14:paraId="70F232FC" w14:textId="77777777" w:rsidR="001D7AB7" w:rsidRDefault="00774D38">
      <w:pPr>
        <w:pStyle w:val="Heading2"/>
        <w:rPr>
          <w:color w:val="auto"/>
          <w:sz w:val="36"/>
          <w:szCs w:val="36"/>
        </w:rPr>
      </w:pPr>
      <w:r w:rsidRPr="00932F4E">
        <w:rPr>
          <w:color w:val="auto"/>
          <w:sz w:val="36"/>
          <w:szCs w:val="36"/>
        </w:rPr>
        <w:t>Job Details</w:t>
      </w:r>
    </w:p>
    <w:p w14:paraId="17E71A6A" w14:textId="77777777" w:rsidR="00932F4E" w:rsidRPr="00932F4E" w:rsidRDefault="00932F4E" w:rsidP="00932F4E"/>
    <w:tbl>
      <w:tblPr>
        <w:tblStyle w:val="TableGrid"/>
        <w:tblW w:w="0" w:type="auto"/>
        <w:tblLook w:val="04A0" w:firstRow="1" w:lastRow="0" w:firstColumn="1" w:lastColumn="0" w:noHBand="0" w:noVBand="1"/>
      </w:tblPr>
      <w:tblGrid>
        <w:gridCol w:w="4320"/>
        <w:gridCol w:w="4320"/>
      </w:tblGrid>
      <w:tr w:rsidR="001D7AB7" w14:paraId="29186A6A" w14:textId="77777777">
        <w:tc>
          <w:tcPr>
            <w:tcW w:w="4320" w:type="dxa"/>
          </w:tcPr>
          <w:p w14:paraId="169AEAFB" w14:textId="77777777" w:rsidR="001D7AB7" w:rsidRPr="00932F4E" w:rsidRDefault="00774D38">
            <w:pPr>
              <w:rPr>
                <w:b/>
                <w:bCs/>
              </w:rPr>
            </w:pPr>
            <w:r w:rsidRPr="00932F4E">
              <w:rPr>
                <w:b/>
                <w:bCs/>
              </w:rPr>
              <w:t>Job Title</w:t>
            </w:r>
          </w:p>
        </w:tc>
        <w:tc>
          <w:tcPr>
            <w:tcW w:w="4320" w:type="dxa"/>
          </w:tcPr>
          <w:p w14:paraId="5035555B" w14:textId="77777777" w:rsidR="001D7AB7" w:rsidRDefault="00774D38">
            <w:r>
              <w:t>Innovation Support Officer</w:t>
            </w:r>
          </w:p>
        </w:tc>
      </w:tr>
      <w:tr w:rsidR="001D7AB7" w14:paraId="005D12F5" w14:textId="77777777">
        <w:tc>
          <w:tcPr>
            <w:tcW w:w="4320" w:type="dxa"/>
          </w:tcPr>
          <w:p w14:paraId="28B71CA1" w14:textId="77777777" w:rsidR="001D7AB7" w:rsidRPr="00932F4E" w:rsidRDefault="00774D38">
            <w:pPr>
              <w:rPr>
                <w:b/>
                <w:bCs/>
              </w:rPr>
            </w:pPr>
            <w:r w:rsidRPr="00932F4E">
              <w:rPr>
                <w:b/>
                <w:bCs/>
              </w:rPr>
              <w:t>Department</w:t>
            </w:r>
          </w:p>
        </w:tc>
        <w:tc>
          <w:tcPr>
            <w:tcW w:w="4320" w:type="dxa"/>
          </w:tcPr>
          <w:p w14:paraId="13D22834" w14:textId="77777777" w:rsidR="001D7AB7" w:rsidRDefault="00774D38">
            <w:r>
              <w:t>Students’ Union</w:t>
            </w:r>
          </w:p>
        </w:tc>
      </w:tr>
      <w:tr w:rsidR="001D7AB7" w14:paraId="56867BDE" w14:textId="77777777">
        <w:tc>
          <w:tcPr>
            <w:tcW w:w="4320" w:type="dxa"/>
          </w:tcPr>
          <w:p w14:paraId="0DAD0019" w14:textId="77777777" w:rsidR="001D7AB7" w:rsidRPr="00932F4E" w:rsidRDefault="00774D38">
            <w:pPr>
              <w:rPr>
                <w:b/>
                <w:bCs/>
              </w:rPr>
            </w:pPr>
            <w:r w:rsidRPr="00932F4E">
              <w:rPr>
                <w:b/>
                <w:bCs/>
              </w:rPr>
              <w:t>Contract Type</w:t>
            </w:r>
          </w:p>
        </w:tc>
        <w:tc>
          <w:tcPr>
            <w:tcW w:w="4320" w:type="dxa"/>
          </w:tcPr>
          <w:p w14:paraId="40E97050" w14:textId="77777777" w:rsidR="001D7AB7" w:rsidRDefault="00774D38">
            <w:r>
              <w:t>Full-time Fixed Term</w:t>
            </w:r>
          </w:p>
        </w:tc>
      </w:tr>
      <w:tr w:rsidR="001D7AB7" w14:paraId="3A83CEBB" w14:textId="77777777">
        <w:tc>
          <w:tcPr>
            <w:tcW w:w="4320" w:type="dxa"/>
          </w:tcPr>
          <w:p w14:paraId="004AD8A8" w14:textId="77777777" w:rsidR="001D7AB7" w:rsidRPr="00932F4E" w:rsidRDefault="00774D38">
            <w:pPr>
              <w:rPr>
                <w:b/>
                <w:bCs/>
              </w:rPr>
            </w:pPr>
            <w:r w:rsidRPr="00932F4E">
              <w:rPr>
                <w:b/>
                <w:bCs/>
              </w:rPr>
              <w:t>Typical Salary</w:t>
            </w:r>
          </w:p>
        </w:tc>
        <w:tc>
          <w:tcPr>
            <w:tcW w:w="4320" w:type="dxa"/>
          </w:tcPr>
          <w:p w14:paraId="526652D0" w14:textId="77777777" w:rsidR="001D7AB7" w:rsidRDefault="00774D38">
            <w:r>
              <w:t>£28,000 – £34,000 per year</w:t>
            </w:r>
          </w:p>
        </w:tc>
      </w:tr>
      <w:tr w:rsidR="001D7AB7" w14:paraId="51CE59CB" w14:textId="77777777">
        <w:tc>
          <w:tcPr>
            <w:tcW w:w="4320" w:type="dxa"/>
          </w:tcPr>
          <w:p w14:paraId="6D9EA3A3" w14:textId="77777777" w:rsidR="001D7AB7" w:rsidRPr="00932F4E" w:rsidRDefault="00774D38">
            <w:pPr>
              <w:rPr>
                <w:b/>
                <w:bCs/>
              </w:rPr>
            </w:pPr>
            <w:r w:rsidRPr="00932F4E">
              <w:rPr>
                <w:b/>
                <w:bCs/>
              </w:rPr>
              <w:t>Working Hours</w:t>
            </w:r>
          </w:p>
        </w:tc>
        <w:tc>
          <w:tcPr>
            <w:tcW w:w="4320" w:type="dxa"/>
          </w:tcPr>
          <w:p w14:paraId="79F89DE5" w14:textId="77777777" w:rsidR="001D7AB7" w:rsidRDefault="00774D38">
            <w:r>
              <w:t>37.5 hours per week</w:t>
            </w:r>
          </w:p>
        </w:tc>
      </w:tr>
      <w:tr w:rsidR="001D7AB7" w14:paraId="36F6CFFE" w14:textId="77777777">
        <w:tc>
          <w:tcPr>
            <w:tcW w:w="4320" w:type="dxa"/>
          </w:tcPr>
          <w:p w14:paraId="7457A778" w14:textId="77777777" w:rsidR="001D7AB7" w:rsidRPr="00932F4E" w:rsidRDefault="00774D38">
            <w:pPr>
              <w:rPr>
                <w:b/>
                <w:bCs/>
              </w:rPr>
            </w:pPr>
            <w:r w:rsidRPr="00932F4E">
              <w:rPr>
                <w:b/>
                <w:bCs/>
              </w:rPr>
              <w:t>Work Pattern</w:t>
            </w:r>
          </w:p>
        </w:tc>
        <w:tc>
          <w:tcPr>
            <w:tcW w:w="4320" w:type="dxa"/>
          </w:tcPr>
          <w:p w14:paraId="61C0A7EB" w14:textId="77777777" w:rsidR="001D7AB7" w:rsidRDefault="00774D38">
            <w:r>
              <w:t>Monday to Friday, with occasional evening and weekend commitments</w:t>
            </w:r>
          </w:p>
        </w:tc>
      </w:tr>
      <w:tr w:rsidR="001D7AB7" w14:paraId="3B3DCE30" w14:textId="77777777">
        <w:tc>
          <w:tcPr>
            <w:tcW w:w="4320" w:type="dxa"/>
          </w:tcPr>
          <w:p w14:paraId="35961326" w14:textId="77777777" w:rsidR="001D7AB7" w:rsidRPr="00932F4E" w:rsidRDefault="00774D38">
            <w:pPr>
              <w:rPr>
                <w:b/>
                <w:bCs/>
              </w:rPr>
            </w:pPr>
            <w:r w:rsidRPr="00932F4E">
              <w:rPr>
                <w:b/>
                <w:bCs/>
              </w:rPr>
              <w:t>Location</w:t>
            </w:r>
          </w:p>
        </w:tc>
        <w:tc>
          <w:tcPr>
            <w:tcW w:w="4320" w:type="dxa"/>
          </w:tcPr>
          <w:p w14:paraId="59696468" w14:textId="77777777" w:rsidR="001D7AB7" w:rsidRDefault="00774D38">
            <w:r>
              <w:t>University / Students’ Union environment</w:t>
            </w:r>
          </w:p>
        </w:tc>
      </w:tr>
    </w:tbl>
    <w:p w14:paraId="4D1BCA33" w14:textId="77777777" w:rsidR="001D7AB7" w:rsidRDefault="00774D38">
      <w:pPr>
        <w:pStyle w:val="Heading2"/>
        <w:rPr>
          <w:color w:val="auto"/>
          <w:sz w:val="36"/>
          <w:szCs w:val="36"/>
        </w:rPr>
      </w:pPr>
      <w:r w:rsidRPr="00932F4E">
        <w:rPr>
          <w:color w:val="auto"/>
          <w:sz w:val="36"/>
          <w:szCs w:val="36"/>
        </w:rPr>
        <w:t>Key Responsibilities</w:t>
      </w:r>
    </w:p>
    <w:p w14:paraId="3B2EDB1A" w14:textId="77777777" w:rsidR="00932F4E" w:rsidRPr="00932F4E" w:rsidRDefault="00932F4E" w:rsidP="00932F4E"/>
    <w:p w14:paraId="3E28DA4C" w14:textId="77777777" w:rsidR="001D7AB7" w:rsidRDefault="00774D38">
      <w:pPr>
        <w:pStyle w:val="ListBullet"/>
      </w:pPr>
      <w:r>
        <w:t>Support the development of innovative initiatives that improve student engagement and wellbeing.</w:t>
      </w:r>
    </w:p>
    <w:p w14:paraId="404B724C" w14:textId="77777777" w:rsidR="001D7AB7" w:rsidRDefault="00774D38">
      <w:pPr>
        <w:pStyle w:val="ListBullet"/>
      </w:pPr>
      <w:r>
        <w:t>Assist with digital transformation and continuous improvement projects.</w:t>
      </w:r>
    </w:p>
    <w:p w14:paraId="296C9B89" w14:textId="77777777" w:rsidR="001D7AB7" w:rsidRDefault="00774D38">
      <w:pPr>
        <w:pStyle w:val="ListBullet"/>
      </w:pPr>
      <w:r>
        <w:t>Coordinate innovation projects from planning through to evaluation.</w:t>
      </w:r>
    </w:p>
    <w:p w14:paraId="4697AD03" w14:textId="77777777" w:rsidR="001D7AB7" w:rsidRDefault="00774D38">
      <w:pPr>
        <w:pStyle w:val="ListBullet"/>
      </w:pPr>
      <w:r>
        <w:t>Research emerging technologies, trends, and best practices to identify improvement opportunities.</w:t>
      </w:r>
    </w:p>
    <w:p w14:paraId="43D5288D" w14:textId="77777777" w:rsidR="001D7AB7" w:rsidRDefault="00774D38">
      <w:pPr>
        <w:pStyle w:val="ListBullet"/>
      </w:pPr>
      <w:r>
        <w:t>Analyse student feedback and operational data to support informed decision-making.</w:t>
      </w:r>
    </w:p>
    <w:p w14:paraId="6381889B" w14:textId="77777777" w:rsidR="001D7AB7" w:rsidRDefault="00774D38">
      <w:pPr>
        <w:pStyle w:val="ListBullet"/>
      </w:pPr>
      <w:r>
        <w:t>Deliver workshops and collaborative activities to encourage participation and idea development.</w:t>
      </w:r>
    </w:p>
    <w:p w14:paraId="7B6284E9" w14:textId="77777777" w:rsidR="001D7AB7" w:rsidRDefault="00774D38">
      <w:pPr>
        <w:pStyle w:val="ListBullet"/>
      </w:pPr>
      <w:r>
        <w:t>Prepare reports, presentations, and project updates for stakeholders.</w:t>
      </w:r>
    </w:p>
    <w:p w14:paraId="0D91E059" w14:textId="77777777" w:rsidR="001D7AB7" w:rsidRDefault="00774D38">
      <w:pPr>
        <w:pStyle w:val="ListBullet"/>
      </w:pPr>
      <w:r>
        <w:t>Encourage student involvement within innovation programmes.</w:t>
      </w:r>
    </w:p>
    <w:p w14:paraId="305879FE" w14:textId="77777777" w:rsidR="001D7AB7" w:rsidRDefault="00774D38">
      <w:pPr>
        <w:pStyle w:val="ListBullet"/>
      </w:pPr>
      <w:r>
        <w:t>Support organisational change and the introduction of new processes.</w:t>
      </w:r>
    </w:p>
    <w:p w14:paraId="4D4CDFF0" w14:textId="77777777" w:rsidR="001D7AB7" w:rsidRDefault="00774D38">
      <w:pPr>
        <w:pStyle w:val="ListBullet"/>
      </w:pPr>
      <w:r>
        <w:t>Collaborate with students, university staff, and external stakeholders.</w:t>
      </w:r>
    </w:p>
    <w:p w14:paraId="1937CBC9" w14:textId="77777777" w:rsidR="001D7AB7" w:rsidRDefault="00774D38">
      <w:pPr>
        <w:pStyle w:val="Heading2"/>
        <w:rPr>
          <w:color w:val="auto"/>
          <w:sz w:val="36"/>
          <w:szCs w:val="36"/>
        </w:rPr>
      </w:pPr>
      <w:r w:rsidRPr="00932F4E">
        <w:rPr>
          <w:color w:val="auto"/>
          <w:sz w:val="36"/>
          <w:szCs w:val="36"/>
        </w:rPr>
        <w:lastRenderedPageBreak/>
        <w:t>Working Conditions</w:t>
      </w:r>
    </w:p>
    <w:p w14:paraId="6859DDB8" w14:textId="77777777" w:rsidR="00932F4E" w:rsidRPr="00932F4E" w:rsidRDefault="00932F4E" w:rsidP="00932F4E"/>
    <w:tbl>
      <w:tblPr>
        <w:tblStyle w:val="TableGrid"/>
        <w:tblW w:w="0" w:type="auto"/>
        <w:tblLook w:val="04A0" w:firstRow="1" w:lastRow="0" w:firstColumn="1" w:lastColumn="0" w:noHBand="0" w:noVBand="1"/>
      </w:tblPr>
      <w:tblGrid>
        <w:gridCol w:w="4320"/>
        <w:gridCol w:w="4320"/>
      </w:tblGrid>
      <w:tr w:rsidR="001D7AB7" w14:paraId="1CE4616F" w14:textId="77777777">
        <w:tc>
          <w:tcPr>
            <w:tcW w:w="4320" w:type="dxa"/>
          </w:tcPr>
          <w:p w14:paraId="0C91B072" w14:textId="77777777" w:rsidR="001D7AB7" w:rsidRPr="00932F4E" w:rsidRDefault="00774D38">
            <w:pPr>
              <w:rPr>
                <w:b/>
                <w:bCs/>
              </w:rPr>
            </w:pPr>
            <w:r w:rsidRPr="00932F4E">
              <w:rPr>
                <w:b/>
                <w:bCs/>
              </w:rPr>
              <w:t>Environment</w:t>
            </w:r>
          </w:p>
        </w:tc>
        <w:tc>
          <w:tcPr>
            <w:tcW w:w="4320" w:type="dxa"/>
          </w:tcPr>
          <w:p w14:paraId="4C2AB166" w14:textId="77777777" w:rsidR="001D7AB7" w:rsidRDefault="00774D38">
            <w:r>
              <w:t>Office-based with possible hybrid working arrangements.</w:t>
            </w:r>
          </w:p>
        </w:tc>
      </w:tr>
      <w:tr w:rsidR="001D7AB7" w14:paraId="5744DBF0" w14:textId="77777777">
        <w:tc>
          <w:tcPr>
            <w:tcW w:w="4320" w:type="dxa"/>
          </w:tcPr>
          <w:p w14:paraId="007AAED4" w14:textId="77777777" w:rsidR="001D7AB7" w:rsidRPr="00932F4E" w:rsidRDefault="00774D38">
            <w:pPr>
              <w:rPr>
                <w:b/>
                <w:bCs/>
              </w:rPr>
            </w:pPr>
            <w:r w:rsidRPr="00932F4E">
              <w:rPr>
                <w:b/>
                <w:bCs/>
              </w:rPr>
              <w:t>Teamwork</w:t>
            </w:r>
          </w:p>
        </w:tc>
        <w:tc>
          <w:tcPr>
            <w:tcW w:w="4320" w:type="dxa"/>
          </w:tcPr>
          <w:p w14:paraId="7D91A3C6" w14:textId="77777777" w:rsidR="001D7AB7" w:rsidRDefault="00774D38">
            <w:r>
              <w:t>Working with students, university staff, and external partners.</w:t>
            </w:r>
          </w:p>
        </w:tc>
      </w:tr>
      <w:tr w:rsidR="001D7AB7" w14:paraId="310244DA" w14:textId="77777777">
        <w:tc>
          <w:tcPr>
            <w:tcW w:w="4320" w:type="dxa"/>
          </w:tcPr>
          <w:p w14:paraId="07B6790E" w14:textId="77777777" w:rsidR="001D7AB7" w:rsidRPr="00932F4E" w:rsidRDefault="00774D38">
            <w:pPr>
              <w:rPr>
                <w:b/>
                <w:bCs/>
              </w:rPr>
            </w:pPr>
            <w:r w:rsidRPr="00932F4E">
              <w:rPr>
                <w:b/>
                <w:bCs/>
              </w:rPr>
              <w:t>Technology</w:t>
            </w:r>
          </w:p>
        </w:tc>
        <w:tc>
          <w:tcPr>
            <w:tcW w:w="4320" w:type="dxa"/>
          </w:tcPr>
          <w:p w14:paraId="7E4ED304" w14:textId="77777777" w:rsidR="001D7AB7" w:rsidRDefault="00774D38">
            <w:r>
              <w:t>Use of Microsoft Office, collaboration platforms, and project management systems.</w:t>
            </w:r>
          </w:p>
        </w:tc>
      </w:tr>
      <w:tr w:rsidR="001D7AB7" w14:paraId="5F2BB420" w14:textId="77777777">
        <w:tc>
          <w:tcPr>
            <w:tcW w:w="4320" w:type="dxa"/>
          </w:tcPr>
          <w:p w14:paraId="3F183789" w14:textId="77777777" w:rsidR="001D7AB7" w:rsidRPr="00932F4E" w:rsidRDefault="00774D38">
            <w:pPr>
              <w:rPr>
                <w:b/>
                <w:bCs/>
              </w:rPr>
            </w:pPr>
            <w:r w:rsidRPr="00932F4E">
              <w:rPr>
                <w:b/>
                <w:bCs/>
              </w:rPr>
              <w:t>Pressure</w:t>
            </w:r>
          </w:p>
        </w:tc>
        <w:tc>
          <w:tcPr>
            <w:tcW w:w="4320" w:type="dxa"/>
          </w:tcPr>
          <w:p w14:paraId="1F176288" w14:textId="77777777" w:rsidR="001D7AB7" w:rsidRDefault="00774D38">
            <w:r>
              <w:t>Managing deadlines and supporting multiple projects at the same time.</w:t>
            </w:r>
          </w:p>
        </w:tc>
      </w:tr>
      <w:tr w:rsidR="001D7AB7" w14:paraId="75CC2434" w14:textId="77777777">
        <w:tc>
          <w:tcPr>
            <w:tcW w:w="4320" w:type="dxa"/>
          </w:tcPr>
          <w:p w14:paraId="2AAA1CB9" w14:textId="77777777" w:rsidR="001D7AB7" w:rsidRPr="00932F4E" w:rsidRDefault="00774D38">
            <w:pPr>
              <w:rPr>
                <w:b/>
                <w:bCs/>
              </w:rPr>
            </w:pPr>
            <w:r w:rsidRPr="00932F4E">
              <w:rPr>
                <w:b/>
                <w:bCs/>
              </w:rPr>
              <w:t>Communication</w:t>
            </w:r>
          </w:p>
        </w:tc>
        <w:tc>
          <w:tcPr>
            <w:tcW w:w="4320" w:type="dxa"/>
          </w:tcPr>
          <w:p w14:paraId="5B1CAAAA" w14:textId="77777777" w:rsidR="001D7AB7" w:rsidRDefault="00774D38">
            <w:r>
              <w:t>Regular meetings, workshops, presentations, and written updates.</w:t>
            </w:r>
          </w:p>
        </w:tc>
      </w:tr>
    </w:tbl>
    <w:p w14:paraId="3395E709" w14:textId="77777777" w:rsidR="001D7AB7" w:rsidRDefault="00774D38">
      <w:r>
        <w:br w:type="page"/>
      </w:r>
    </w:p>
    <w:p w14:paraId="18CD1FC2" w14:textId="77777777" w:rsidR="001D7AB7" w:rsidRPr="00932F4E" w:rsidRDefault="00774D38">
      <w:pPr>
        <w:pStyle w:val="Heading1"/>
        <w:rPr>
          <w:color w:val="auto"/>
          <w:sz w:val="36"/>
          <w:szCs w:val="36"/>
        </w:rPr>
      </w:pPr>
      <w:r w:rsidRPr="00932F4E">
        <w:rPr>
          <w:color w:val="auto"/>
          <w:sz w:val="36"/>
          <w:szCs w:val="36"/>
        </w:rPr>
        <w:lastRenderedPageBreak/>
        <w:t>Person Specification: Innovation Support Officer</w:t>
      </w:r>
    </w:p>
    <w:p w14:paraId="10482700" w14:textId="77777777" w:rsidR="001D7AB7" w:rsidRDefault="00774D38">
      <w:pPr>
        <w:pStyle w:val="Heading2"/>
        <w:rPr>
          <w:color w:val="auto"/>
          <w:sz w:val="36"/>
          <w:szCs w:val="36"/>
        </w:rPr>
      </w:pPr>
      <w:r w:rsidRPr="00932F4E">
        <w:rPr>
          <w:color w:val="auto"/>
          <w:sz w:val="36"/>
          <w:szCs w:val="36"/>
        </w:rPr>
        <w:t>Key Skills and Qualities</w:t>
      </w:r>
    </w:p>
    <w:p w14:paraId="18116E4C" w14:textId="77777777" w:rsidR="00932F4E" w:rsidRPr="00932F4E" w:rsidRDefault="00932F4E" w:rsidP="00932F4E"/>
    <w:tbl>
      <w:tblPr>
        <w:tblStyle w:val="TableGrid"/>
        <w:tblW w:w="0" w:type="auto"/>
        <w:tblLook w:val="04A0" w:firstRow="1" w:lastRow="0" w:firstColumn="1" w:lastColumn="0" w:noHBand="0" w:noVBand="1"/>
      </w:tblPr>
      <w:tblGrid>
        <w:gridCol w:w="2880"/>
        <w:gridCol w:w="2880"/>
        <w:gridCol w:w="2880"/>
      </w:tblGrid>
      <w:tr w:rsidR="001D7AB7" w14:paraId="412F24F2" w14:textId="77777777">
        <w:tc>
          <w:tcPr>
            <w:tcW w:w="2880" w:type="dxa"/>
          </w:tcPr>
          <w:p w14:paraId="3B0CF674" w14:textId="77777777" w:rsidR="001D7AB7" w:rsidRPr="00932F4E" w:rsidRDefault="00774D38">
            <w:pPr>
              <w:rPr>
                <w:b/>
                <w:bCs/>
              </w:rPr>
            </w:pPr>
            <w:r w:rsidRPr="00932F4E">
              <w:rPr>
                <w:b/>
                <w:bCs/>
              </w:rPr>
              <w:t>Skill</w:t>
            </w:r>
          </w:p>
        </w:tc>
        <w:tc>
          <w:tcPr>
            <w:tcW w:w="2880" w:type="dxa"/>
          </w:tcPr>
          <w:p w14:paraId="7B57969B" w14:textId="77777777" w:rsidR="001D7AB7" w:rsidRPr="00932F4E" w:rsidRDefault="00774D38">
            <w:pPr>
              <w:rPr>
                <w:b/>
                <w:bCs/>
              </w:rPr>
            </w:pPr>
            <w:r w:rsidRPr="00932F4E">
              <w:rPr>
                <w:b/>
                <w:bCs/>
              </w:rPr>
              <w:t>Importance in Role</w:t>
            </w:r>
          </w:p>
        </w:tc>
        <w:tc>
          <w:tcPr>
            <w:tcW w:w="2880" w:type="dxa"/>
          </w:tcPr>
          <w:p w14:paraId="6A39A9AC" w14:textId="77777777" w:rsidR="001D7AB7" w:rsidRDefault="00774D38">
            <w:r>
              <w:t>Requirements</w:t>
            </w:r>
          </w:p>
        </w:tc>
      </w:tr>
      <w:tr w:rsidR="001D7AB7" w14:paraId="4BDF122D" w14:textId="77777777">
        <w:tc>
          <w:tcPr>
            <w:tcW w:w="2880" w:type="dxa"/>
          </w:tcPr>
          <w:p w14:paraId="48A91C40" w14:textId="77777777" w:rsidR="001D7AB7" w:rsidRPr="00932F4E" w:rsidRDefault="00774D38">
            <w:pPr>
              <w:rPr>
                <w:b/>
                <w:bCs/>
              </w:rPr>
            </w:pPr>
            <w:r w:rsidRPr="00932F4E">
              <w:rPr>
                <w:b/>
                <w:bCs/>
              </w:rPr>
              <w:t>Education</w:t>
            </w:r>
          </w:p>
        </w:tc>
        <w:tc>
          <w:tcPr>
            <w:tcW w:w="2880" w:type="dxa"/>
          </w:tcPr>
          <w:p w14:paraId="1AAD8FE7" w14:textId="77777777" w:rsidR="001D7AB7" w:rsidRPr="00932F4E" w:rsidRDefault="00774D38">
            <w:pPr>
              <w:rPr>
                <w:b/>
                <w:bCs/>
              </w:rPr>
            </w:pPr>
            <w:r w:rsidRPr="00932F4E">
              <w:rPr>
                <w:b/>
                <w:bCs/>
              </w:rPr>
              <w:t>Essential</w:t>
            </w:r>
          </w:p>
        </w:tc>
        <w:tc>
          <w:tcPr>
            <w:tcW w:w="2880" w:type="dxa"/>
          </w:tcPr>
          <w:p w14:paraId="0F7663CB" w14:textId="77777777" w:rsidR="001D7AB7" w:rsidRDefault="00774D38">
            <w:r>
              <w:t>Minimum Level 4 qualification or equivalent in a suitable subject area. Desirable Level 5 or above qualification and relevant professional development.</w:t>
            </w:r>
          </w:p>
        </w:tc>
      </w:tr>
      <w:tr w:rsidR="001D7AB7" w14:paraId="2918F44F" w14:textId="77777777">
        <w:tc>
          <w:tcPr>
            <w:tcW w:w="2880" w:type="dxa"/>
          </w:tcPr>
          <w:p w14:paraId="47C9215D" w14:textId="77777777" w:rsidR="001D7AB7" w:rsidRPr="00932F4E" w:rsidRDefault="00774D38">
            <w:pPr>
              <w:rPr>
                <w:b/>
                <w:bCs/>
              </w:rPr>
            </w:pPr>
            <w:r w:rsidRPr="00932F4E">
              <w:rPr>
                <w:b/>
                <w:bCs/>
              </w:rPr>
              <w:t>Communication</w:t>
            </w:r>
          </w:p>
        </w:tc>
        <w:tc>
          <w:tcPr>
            <w:tcW w:w="2880" w:type="dxa"/>
          </w:tcPr>
          <w:p w14:paraId="0A11BE89" w14:textId="77777777" w:rsidR="001D7AB7" w:rsidRPr="00932F4E" w:rsidRDefault="00774D38">
            <w:pPr>
              <w:rPr>
                <w:b/>
                <w:bCs/>
              </w:rPr>
            </w:pPr>
            <w:r w:rsidRPr="00932F4E">
              <w:rPr>
                <w:b/>
                <w:bCs/>
              </w:rPr>
              <w:t>Essential</w:t>
            </w:r>
          </w:p>
        </w:tc>
        <w:tc>
          <w:tcPr>
            <w:tcW w:w="2880" w:type="dxa"/>
          </w:tcPr>
          <w:p w14:paraId="65C747C3" w14:textId="77777777" w:rsidR="001D7AB7" w:rsidRDefault="00774D38">
            <w:r>
              <w:t>Ability to present ideas clearly, communicate effectively with students and staff, and collaborate with stakeholders.</w:t>
            </w:r>
          </w:p>
        </w:tc>
      </w:tr>
      <w:tr w:rsidR="001D7AB7" w14:paraId="5D505D30" w14:textId="77777777">
        <w:tc>
          <w:tcPr>
            <w:tcW w:w="2880" w:type="dxa"/>
          </w:tcPr>
          <w:p w14:paraId="3D6146D4" w14:textId="77777777" w:rsidR="001D7AB7" w:rsidRPr="00932F4E" w:rsidRDefault="00774D38">
            <w:pPr>
              <w:rPr>
                <w:b/>
                <w:bCs/>
              </w:rPr>
            </w:pPr>
            <w:r w:rsidRPr="00932F4E">
              <w:rPr>
                <w:b/>
                <w:bCs/>
              </w:rPr>
              <w:t>Creativity</w:t>
            </w:r>
          </w:p>
        </w:tc>
        <w:tc>
          <w:tcPr>
            <w:tcW w:w="2880" w:type="dxa"/>
          </w:tcPr>
          <w:p w14:paraId="57E6FB78" w14:textId="77777777" w:rsidR="001D7AB7" w:rsidRPr="00932F4E" w:rsidRDefault="00774D38">
            <w:pPr>
              <w:rPr>
                <w:b/>
                <w:bCs/>
              </w:rPr>
            </w:pPr>
            <w:r w:rsidRPr="00932F4E">
              <w:rPr>
                <w:b/>
                <w:bCs/>
              </w:rPr>
              <w:t>Important</w:t>
            </w:r>
          </w:p>
        </w:tc>
        <w:tc>
          <w:tcPr>
            <w:tcW w:w="2880" w:type="dxa"/>
          </w:tcPr>
          <w:p w14:paraId="534A1D3C" w14:textId="77777777" w:rsidR="001D7AB7" w:rsidRDefault="00774D38">
            <w:r>
              <w:t>Ability to generate innovative ideas, develop new approaches, and support creative solutions.</w:t>
            </w:r>
          </w:p>
        </w:tc>
      </w:tr>
      <w:tr w:rsidR="001D7AB7" w14:paraId="22D0F5AC" w14:textId="77777777">
        <w:tc>
          <w:tcPr>
            <w:tcW w:w="2880" w:type="dxa"/>
          </w:tcPr>
          <w:p w14:paraId="6F13E4D5" w14:textId="77777777" w:rsidR="001D7AB7" w:rsidRPr="00932F4E" w:rsidRDefault="00774D38">
            <w:pPr>
              <w:rPr>
                <w:b/>
                <w:bCs/>
              </w:rPr>
            </w:pPr>
            <w:r w:rsidRPr="00932F4E">
              <w:rPr>
                <w:b/>
                <w:bCs/>
              </w:rPr>
              <w:t>Organisation</w:t>
            </w:r>
          </w:p>
        </w:tc>
        <w:tc>
          <w:tcPr>
            <w:tcW w:w="2880" w:type="dxa"/>
          </w:tcPr>
          <w:p w14:paraId="693EBCE2" w14:textId="77777777" w:rsidR="001D7AB7" w:rsidRPr="00932F4E" w:rsidRDefault="00774D38">
            <w:pPr>
              <w:rPr>
                <w:b/>
                <w:bCs/>
              </w:rPr>
            </w:pPr>
            <w:r w:rsidRPr="00932F4E">
              <w:rPr>
                <w:b/>
                <w:bCs/>
              </w:rPr>
              <w:t>Needed</w:t>
            </w:r>
          </w:p>
        </w:tc>
        <w:tc>
          <w:tcPr>
            <w:tcW w:w="2880" w:type="dxa"/>
          </w:tcPr>
          <w:p w14:paraId="26E10D89" w14:textId="77777777" w:rsidR="001D7AB7" w:rsidRDefault="00774D38">
            <w:r>
              <w:t>Ability to manage projects, prioritise tasks, meet deadlines, and balance responsibilities.</w:t>
            </w:r>
          </w:p>
        </w:tc>
      </w:tr>
      <w:tr w:rsidR="001D7AB7" w14:paraId="2C810B25" w14:textId="77777777">
        <w:tc>
          <w:tcPr>
            <w:tcW w:w="2880" w:type="dxa"/>
          </w:tcPr>
          <w:p w14:paraId="456D841A" w14:textId="77777777" w:rsidR="001D7AB7" w:rsidRPr="00932F4E" w:rsidRDefault="00774D38">
            <w:pPr>
              <w:rPr>
                <w:b/>
                <w:bCs/>
              </w:rPr>
            </w:pPr>
            <w:r w:rsidRPr="00932F4E">
              <w:rPr>
                <w:b/>
                <w:bCs/>
              </w:rPr>
              <w:t>Problem Solving</w:t>
            </w:r>
          </w:p>
        </w:tc>
        <w:tc>
          <w:tcPr>
            <w:tcW w:w="2880" w:type="dxa"/>
          </w:tcPr>
          <w:p w14:paraId="1571B144" w14:textId="77777777" w:rsidR="001D7AB7" w:rsidRPr="00932F4E" w:rsidRDefault="00774D38">
            <w:pPr>
              <w:rPr>
                <w:b/>
                <w:bCs/>
              </w:rPr>
            </w:pPr>
            <w:r w:rsidRPr="00932F4E">
              <w:rPr>
                <w:b/>
                <w:bCs/>
              </w:rPr>
              <w:t>Important</w:t>
            </w:r>
          </w:p>
        </w:tc>
        <w:tc>
          <w:tcPr>
            <w:tcW w:w="2880" w:type="dxa"/>
          </w:tcPr>
          <w:p w14:paraId="45AA2CAF" w14:textId="77777777" w:rsidR="001D7AB7" w:rsidRDefault="00774D38">
            <w:r>
              <w:t>Ability to identify challenges, evaluate opportunities, and develop practical solutions.</w:t>
            </w:r>
          </w:p>
        </w:tc>
      </w:tr>
      <w:tr w:rsidR="001D7AB7" w14:paraId="7B559633" w14:textId="77777777">
        <w:tc>
          <w:tcPr>
            <w:tcW w:w="2880" w:type="dxa"/>
          </w:tcPr>
          <w:p w14:paraId="6D954E8C" w14:textId="77777777" w:rsidR="001D7AB7" w:rsidRPr="00932F4E" w:rsidRDefault="00774D38">
            <w:pPr>
              <w:rPr>
                <w:b/>
                <w:bCs/>
              </w:rPr>
            </w:pPr>
            <w:r w:rsidRPr="00932F4E">
              <w:rPr>
                <w:b/>
                <w:bCs/>
              </w:rPr>
              <w:t>Adaptability</w:t>
            </w:r>
          </w:p>
        </w:tc>
        <w:tc>
          <w:tcPr>
            <w:tcW w:w="2880" w:type="dxa"/>
          </w:tcPr>
          <w:p w14:paraId="13F35556" w14:textId="77777777" w:rsidR="001D7AB7" w:rsidRPr="00932F4E" w:rsidRDefault="00774D38">
            <w:pPr>
              <w:rPr>
                <w:b/>
                <w:bCs/>
              </w:rPr>
            </w:pPr>
            <w:r w:rsidRPr="00932F4E">
              <w:rPr>
                <w:b/>
                <w:bCs/>
              </w:rPr>
              <w:t>Important</w:t>
            </w:r>
          </w:p>
        </w:tc>
        <w:tc>
          <w:tcPr>
            <w:tcW w:w="2880" w:type="dxa"/>
          </w:tcPr>
          <w:p w14:paraId="791D7D1C" w14:textId="77777777" w:rsidR="001D7AB7" w:rsidRDefault="00774D38">
            <w:r>
              <w:t>Ability to work effectively in changing environments and respond positively to new priorities.</w:t>
            </w:r>
          </w:p>
        </w:tc>
      </w:tr>
      <w:tr w:rsidR="001D7AB7" w14:paraId="0A40C610" w14:textId="77777777">
        <w:tc>
          <w:tcPr>
            <w:tcW w:w="2880" w:type="dxa"/>
          </w:tcPr>
          <w:p w14:paraId="1D702C9F" w14:textId="77777777" w:rsidR="001D7AB7" w:rsidRPr="00932F4E" w:rsidRDefault="00774D38">
            <w:pPr>
              <w:rPr>
                <w:b/>
                <w:bCs/>
              </w:rPr>
            </w:pPr>
            <w:r w:rsidRPr="00932F4E">
              <w:rPr>
                <w:b/>
                <w:bCs/>
              </w:rPr>
              <w:t>Teamwork</w:t>
            </w:r>
          </w:p>
        </w:tc>
        <w:tc>
          <w:tcPr>
            <w:tcW w:w="2880" w:type="dxa"/>
          </w:tcPr>
          <w:p w14:paraId="736CA09B" w14:textId="77777777" w:rsidR="001D7AB7" w:rsidRPr="00932F4E" w:rsidRDefault="00774D38">
            <w:pPr>
              <w:rPr>
                <w:b/>
                <w:bCs/>
              </w:rPr>
            </w:pPr>
            <w:r w:rsidRPr="00932F4E">
              <w:rPr>
                <w:b/>
                <w:bCs/>
              </w:rPr>
              <w:t>Required</w:t>
            </w:r>
          </w:p>
        </w:tc>
        <w:tc>
          <w:tcPr>
            <w:tcW w:w="2880" w:type="dxa"/>
          </w:tcPr>
          <w:p w14:paraId="295A5A23" w14:textId="77777777" w:rsidR="001D7AB7" w:rsidRDefault="00774D38">
            <w:r>
              <w:t>Ability to work with diverse stakeholders and contribute effectively within a collaborative team.</w:t>
            </w:r>
          </w:p>
        </w:tc>
      </w:tr>
      <w:tr w:rsidR="001D7AB7" w14:paraId="6BC9345B" w14:textId="77777777">
        <w:tc>
          <w:tcPr>
            <w:tcW w:w="2880" w:type="dxa"/>
          </w:tcPr>
          <w:p w14:paraId="71FB0304" w14:textId="77777777" w:rsidR="001D7AB7" w:rsidRPr="00932F4E" w:rsidRDefault="00774D38">
            <w:pPr>
              <w:rPr>
                <w:b/>
                <w:bCs/>
              </w:rPr>
            </w:pPr>
            <w:r w:rsidRPr="00932F4E">
              <w:rPr>
                <w:b/>
                <w:bCs/>
              </w:rPr>
              <w:t>Digital and Project Skills</w:t>
            </w:r>
          </w:p>
        </w:tc>
        <w:tc>
          <w:tcPr>
            <w:tcW w:w="2880" w:type="dxa"/>
          </w:tcPr>
          <w:p w14:paraId="45AF9AED" w14:textId="77777777" w:rsidR="001D7AB7" w:rsidRPr="00932F4E" w:rsidRDefault="00774D38">
            <w:pPr>
              <w:rPr>
                <w:b/>
                <w:bCs/>
              </w:rPr>
            </w:pPr>
            <w:r w:rsidRPr="00932F4E">
              <w:rPr>
                <w:b/>
                <w:bCs/>
              </w:rPr>
              <w:t>Desirable</w:t>
            </w:r>
          </w:p>
        </w:tc>
        <w:tc>
          <w:tcPr>
            <w:tcW w:w="2880" w:type="dxa"/>
          </w:tcPr>
          <w:p w14:paraId="7CD75447" w14:textId="77777777" w:rsidR="001D7AB7" w:rsidRDefault="00774D38">
            <w:r>
              <w:t>Experience using digital tools, supporting projects, gathering feedback, and delivering new initiatives.</w:t>
            </w:r>
          </w:p>
        </w:tc>
      </w:tr>
    </w:tbl>
    <w:p w14:paraId="20EA7DF9" w14:textId="77777777" w:rsidR="00774D38" w:rsidRDefault="00774D38"/>
    <w:sectPr w:rsidR="00774D38"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785777746">
    <w:abstractNumId w:val="8"/>
  </w:num>
  <w:num w:numId="2" w16cid:durableId="127433153">
    <w:abstractNumId w:val="6"/>
  </w:num>
  <w:num w:numId="3" w16cid:durableId="1970355201">
    <w:abstractNumId w:val="5"/>
  </w:num>
  <w:num w:numId="4" w16cid:durableId="941229704">
    <w:abstractNumId w:val="4"/>
  </w:num>
  <w:num w:numId="5" w16cid:durableId="1028877335">
    <w:abstractNumId w:val="7"/>
  </w:num>
  <w:num w:numId="6" w16cid:durableId="232592296">
    <w:abstractNumId w:val="3"/>
  </w:num>
  <w:num w:numId="7" w16cid:durableId="428888054">
    <w:abstractNumId w:val="2"/>
  </w:num>
  <w:num w:numId="8" w16cid:durableId="634412112">
    <w:abstractNumId w:val="1"/>
  </w:num>
  <w:num w:numId="9" w16cid:durableId="7731315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1D7AB7"/>
    <w:rsid w:val="0029639D"/>
    <w:rsid w:val="00326F90"/>
    <w:rsid w:val="00774D38"/>
    <w:rsid w:val="00932F4E"/>
    <w:rsid w:val="00AA1D8D"/>
    <w:rsid w:val="00B47730"/>
    <w:rsid w:val="00CB0664"/>
    <w:rsid w:val="00D36DD9"/>
    <w:rsid w:val="00F73251"/>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B7CAFD7"/>
  <w14:defaultImageDpi w14:val="300"/>
  <w15:docId w15:val="{F47CDB09-41C9-4AE1-8329-EEBBB20807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hAnsi="Arial"/>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4</Pages>
  <Words>524</Words>
  <Characters>2992</Characters>
  <Application>Microsoft Office Word</Application>
  <DocSecurity>0</DocSecurity>
  <Lines>24</Lines>
  <Paragraphs>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3509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Andrea Walker</cp:lastModifiedBy>
  <cp:revision>2</cp:revision>
  <dcterms:created xsi:type="dcterms:W3CDTF">2026-06-27T08:24:00Z</dcterms:created>
  <dcterms:modified xsi:type="dcterms:W3CDTF">2026-06-27T08:24:00Z</dcterms:modified>
  <cp:category/>
</cp:coreProperties>
</file>