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63371" w14:textId="77777777" w:rsidR="003031ED" w:rsidRPr="00BC697B" w:rsidRDefault="003031ED">
      <w:pPr>
        <w:rPr>
          <w:rFonts w:ascii="Arial" w:hAnsi="Arial" w:cs="Arial"/>
        </w:rPr>
      </w:pPr>
    </w:p>
    <w:p w14:paraId="1D8DAAAE" w14:textId="568B69F9" w:rsidR="003031ED" w:rsidRPr="00BC697B" w:rsidRDefault="003031ED" w:rsidP="003031ED">
      <w:pPr>
        <w:pStyle w:val="Heading1"/>
        <w:rPr>
          <w:rFonts w:ascii="Arial" w:hAnsi="Arial" w:cs="Arial"/>
        </w:rPr>
      </w:pPr>
      <w:r w:rsidRPr="00BC697B">
        <w:rPr>
          <w:rFonts w:ascii="Arial" w:hAnsi="Arial" w:cs="Arial"/>
        </w:rPr>
        <w:t>Stage 1 – CRAAP Test Evaluation</w:t>
      </w:r>
      <w:r w:rsidR="007A51A7" w:rsidRPr="00BC697B">
        <w:rPr>
          <w:rFonts w:ascii="Arial" w:hAnsi="Arial" w:cs="Arial"/>
        </w:rPr>
        <w:t xml:space="preserve"> (10 sources of information)</w:t>
      </w:r>
    </w:p>
    <w:tbl>
      <w:tblPr>
        <w:tblStyle w:val="TableGrid"/>
        <w:tblpPr w:leftFromText="180" w:rightFromText="180" w:vertAnchor="text" w:horzAnchor="margin" w:tblpXSpec="center" w:tblpY="284"/>
        <w:tblW w:w="5000" w:type="pct"/>
        <w:tblLook w:val="04A0" w:firstRow="1" w:lastRow="0" w:firstColumn="1" w:lastColumn="0" w:noHBand="0" w:noVBand="1"/>
      </w:tblPr>
      <w:tblGrid>
        <w:gridCol w:w="1114"/>
        <w:gridCol w:w="5439"/>
        <w:gridCol w:w="4478"/>
        <w:gridCol w:w="1919"/>
      </w:tblGrid>
      <w:tr w:rsidR="003031ED" w:rsidRPr="00BC697B" w14:paraId="62275057" w14:textId="77777777" w:rsidTr="0091701F">
        <w:trPr>
          <w:trHeight w:val="873"/>
        </w:trPr>
        <w:tc>
          <w:tcPr>
            <w:tcW w:w="430" w:type="pct"/>
            <w:shd w:val="clear" w:color="auto" w:fill="B8CCE4" w:themeFill="accent1" w:themeFillTint="66"/>
          </w:tcPr>
          <w:p w14:paraId="75658032" w14:textId="0EE51DA4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00" w:type="pct"/>
            <w:shd w:val="clear" w:color="auto" w:fill="B8CCE4" w:themeFill="accent1" w:themeFillTint="66"/>
            <w:vAlign w:val="center"/>
          </w:tcPr>
          <w:p w14:paraId="43276804" w14:textId="299577C2" w:rsidR="003031ED" w:rsidRPr="00BC697B" w:rsidRDefault="003031ED" w:rsidP="003031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Author &amp; Year</w:t>
            </w:r>
          </w:p>
        </w:tc>
        <w:tc>
          <w:tcPr>
            <w:tcW w:w="2470" w:type="pct"/>
            <w:gridSpan w:val="2"/>
            <w:shd w:val="clear" w:color="auto" w:fill="B8CCE4" w:themeFill="accent1" w:themeFillTint="66"/>
            <w:vAlign w:val="center"/>
          </w:tcPr>
          <w:p w14:paraId="61FDD6D3" w14:textId="0B004DCA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Title</w:t>
            </w:r>
          </w:p>
        </w:tc>
      </w:tr>
      <w:tr w:rsidR="003031ED" w:rsidRPr="00BC697B" w14:paraId="2AC623AB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15199470" w14:textId="763E740E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1</w:t>
            </w:r>
          </w:p>
        </w:tc>
        <w:tc>
          <w:tcPr>
            <w:tcW w:w="2100" w:type="pct"/>
            <w:vAlign w:val="center"/>
          </w:tcPr>
          <w:p w14:paraId="0D77808D" w14:textId="7AF47BE0" w:rsidR="00BC697B" w:rsidRPr="00BC697B" w:rsidRDefault="00BC697B" w:rsidP="007E220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1C0C9BEA" w14:textId="77CA2C85" w:rsidR="003031ED" w:rsidRPr="00BC697B" w:rsidRDefault="003031ED" w:rsidP="007E220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D2E88" w:rsidRPr="00BC697B" w14:paraId="7627F3E3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52E9042C" w14:textId="17AF7242" w:rsidR="00492C33" w:rsidRPr="00BC697B" w:rsidRDefault="00492C33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481A9F84" w14:textId="6FA73B39" w:rsidR="00492C33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  <w:r w:rsidR="0066099A" w:rsidRPr="00BC697B">
              <w:rPr>
                <w:rFonts w:ascii="Arial" w:hAnsi="Arial" w:cs="Arial"/>
              </w:rPr>
              <w:t xml:space="preserve"> </w:t>
            </w:r>
          </w:p>
          <w:p w14:paraId="4AC91B75" w14:textId="7D97DDBC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  <w:r w:rsidR="0066099A" w:rsidRPr="00BC697B">
              <w:rPr>
                <w:rFonts w:ascii="Arial" w:hAnsi="Arial" w:cs="Arial"/>
              </w:rPr>
              <w:t xml:space="preserve"> </w:t>
            </w:r>
          </w:p>
          <w:p w14:paraId="216DAEEC" w14:textId="46226205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  <w:r w:rsidR="0066099A" w:rsidRPr="00BC697B">
              <w:rPr>
                <w:rFonts w:ascii="Arial" w:hAnsi="Arial" w:cs="Arial"/>
              </w:rPr>
              <w:t xml:space="preserve"> </w:t>
            </w:r>
          </w:p>
          <w:p w14:paraId="0FF965D6" w14:textId="301722DF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  <w:r w:rsidR="0066099A" w:rsidRPr="00BC697B">
              <w:rPr>
                <w:rFonts w:ascii="Arial" w:hAnsi="Arial" w:cs="Arial"/>
              </w:rPr>
              <w:t xml:space="preserve"> </w:t>
            </w:r>
          </w:p>
          <w:p w14:paraId="1EF3241D" w14:textId="02A1A2AD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  <w:r w:rsidRPr="00BC69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099A" w:rsidRPr="00BC697B">
              <w:rPr>
                <w:rFonts w:ascii="Arial" w:hAnsi="Arial" w:cs="Arial"/>
              </w:rPr>
              <w:t xml:space="preserve"> </w:t>
            </w:r>
          </w:p>
          <w:p w14:paraId="19579C9D" w14:textId="104FCF8E" w:rsidR="00CE12AE" w:rsidRPr="00BC697B" w:rsidRDefault="00CE12AE" w:rsidP="00CE12A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7335133A" w14:textId="705CAF41" w:rsidR="00492C33" w:rsidRPr="00BC697B" w:rsidRDefault="00492C33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5195AD58" w14:textId="0DEA7C46" w:rsidR="00492C33" w:rsidRPr="00BC697B" w:rsidRDefault="00492C33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7A4D07EE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3595B0E7" w14:textId="1B7A4AA1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2</w:t>
            </w:r>
          </w:p>
        </w:tc>
        <w:tc>
          <w:tcPr>
            <w:tcW w:w="2100" w:type="pct"/>
            <w:vAlign w:val="center"/>
          </w:tcPr>
          <w:p w14:paraId="201F6899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1AA00876" w14:textId="77777777" w:rsidR="003031ED" w:rsidRPr="00BC697B" w:rsidRDefault="003031ED" w:rsidP="00370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BAB00DD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F5B38" w:rsidRPr="00BC697B" w14:paraId="2C888EEB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6C866F46" w14:textId="4EF5FD65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7B7D387C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0DECEA1C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54DDDE5B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5EA82D03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155B2BB8" w14:textId="77777777" w:rsidR="003706AE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5C5E500A" w14:textId="74D3B1C4" w:rsidR="00CE12AE" w:rsidRPr="00BC697B" w:rsidRDefault="00CE12AE" w:rsidP="00CE12A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1047AF90" w14:textId="2EBC49A0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6A03BD78" w14:textId="2926E92D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3DC71ED8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36488230" w14:textId="729CB05C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3</w:t>
            </w:r>
          </w:p>
        </w:tc>
        <w:tc>
          <w:tcPr>
            <w:tcW w:w="2100" w:type="pct"/>
            <w:vAlign w:val="center"/>
          </w:tcPr>
          <w:p w14:paraId="6B6CF1F7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1D7ABB12" w14:textId="77777777" w:rsidR="003031ED" w:rsidRPr="00BC697B" w:rsidRDefault="003031ED" w:rsidP="00370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55F5E5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F5B38" w:rsidRPr="00BC697B" w14:paraId="2CE4BD49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0E571893" w14:textId="252FE243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704E035C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7BE3C8F2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6CA0D4BD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710E34FE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6180564F" w14:textId="77777777" w:rsidR="003706AE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1D123765" w14:textId="4913E87D" w:rsidR="00CE12AE" w:rsidRPr="00BC697B" w:rsidRDefault="00CE12AE" w:rsidP="00CE12A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4FB82C01" w14:textId="77777777" w:rsidR="00211401" w:rsidRPr="00BC697B" w:rsidRDefault="00211401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66D8F966" w14:textId="677CF90E" w:rsidR="003706AE" w:rsidRPr="00BC697B" w:rsidRDefault="00211401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0CDB3011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526A8289" w14:textId="77777777" w:rsidR="003031ED" w:rsidRPr="00BC697B" w:rsidRDefault="003031ED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F3CBCD" w14:textId="77777777" w:rsidR="003031ED" w:rsidRPr="00BC697B" w:rsidRDefault="003031ED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4</w:t>
            </w:r>
          </w:p>
          <w:p w14:paraId="15AA319A" w14:textId="5B1EB65B" w:rsidR="003031ED" w:rsidRPr="00BC697B" w:rsidRDefault="003031ED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00" w:type="pct"/>
            <w:vAlign w:val="center"/>
          </w:tcPr>
          <w:p w14:paraId="029E5ED3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119EC9B3" w14:textId="77777777" w:rsidR="003031ED" w:rsidRPr="00BC697B" w:rsidRDefault="003031ED" w:rsidP="00370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EA28BD5" w14:textId="1C4502D9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1F5B38" w:rsidRPr="00BC697B" w14:paraId="622C11C3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013CA4D6" w14:textId="2BE8D582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5841D69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70D1FD33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42EB7D0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5F280D72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52C64A14" w14:textId="77777777" w:rsidR="003706AE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71FB4B65" w14:textId="1E98A615" w:rsidR="00CE12AE" w:rsidRPr="00BC697B" w:rsidRDefault="00CE12AE" w:rsidP="00CE12AE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406B6DFF" w14:textId="77777777" w:rsidR="00211401" w:rsidRPr="00BC697B" w:rsidRDefault="00211401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17B3A776" w14:textId="7467964B" w:rsidR="003706AE" w:rsidRPr="00BC697B" w:rsidRDefault="00211401" w:rsidP="0021140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758D96FD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3A9DD55A" w14:textId="77777777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1B369D" w14:textId="77777777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5</w:t>
            </w:r>
          </w:p>
          <w:p w14:paraId="3B4733FF" w14:textId="6603CB5E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100" w:type="pct"/>
            <w:vAlign w:val="center"/>
          </w:tcPr>
          <w:p w14:paraId="10484817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7FE7430A" w14:textId="77777777" w:rsidR="003031ED" w:rsidRPr="00BC697B" w:rsidRDefault="003031ED" w:rsidP="00370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CBB392F" w14:textId="73D677CB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706AE" w:rsidRPr="00BC697B" w14:paraId="52D7C309" w14:textId="77777777" w:rsidTr="0091701F">
        <w:trPr>
          <w:trHeight w:val="873"/>
        </w:trPr>
        <w:tc>
          <w:tcPr>
            <w:tcW w:w="430" w:type="pct"/>
          </w:tcPr>
          <w:p w14:paraId="3A8FB9F9" w14:textId="15B05BFE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37681ACD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2FD8FE0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3295CD99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37FD40DF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35C5A55E" w14:textId="77777777" w:rsidR="003706AE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733DBEA0" w14:textId="09AE8022" w:rsidR="00636168" w:rsidRPr="00BC697B" w:rsidRDefault="00636168" w:rsidP="00636168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6AEC367C" w14:textId="15E47857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454DC051" w14:textId="02F312E2" w:rsidR="003706AE" w:rsidRPr="00BC697B" w:rsidRDefault="003706AE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1FD08F7B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0B5F7F45" w14:textId="3E52A059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Article 6</w:t>
            </w:r>
          </w:p>
        </w:tc>
        <w:tc>
          <w:tcPr>
            <w:tcW w:w="2100" w:type="pct"/>
            <w:vAlign w:val="center"/>
          </w:tcPr>
          <w:p w14:paraId="52C1B310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0627AEDA" w14:textId="77777777" w:rsidR="003031ED" w:rsidRPr="00BC697B" w:rsidRDefault="003031ED" w:rsidP="003706A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6993D46" w14:textId="78E96E1B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2658" w:rsidRPr="00BC697B" w14:paraId="1FE4CEE8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670E3ACC" w14:textId="0B20CE05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732FD4CC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0D0386F4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5B5D076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1AF195D8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348DC9B1" w14:textId="77777777" w:rsidR="00C7265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6989F017" w14:textId="410E4561" w:rsidR="00636168" w:rsidRPr="00BC697B" w:rsidRDefault="00636168" w:rsidP="00636168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1E057698" w14:textId="77777777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6BCC83AF" w14:textId="52A357F2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74367912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2C1BB350" w14:textId="48911974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7</w:t>
            </w:r>
          </w:p>
        </w:tc>
        <w:tc>
          <w:tcPr>
            <w:tcW w:w="2100" w:type="pct"/>
            <w:vAlign w:val="center"/>
          </w:tcPr>
          <w:p w14:paraId="43502A91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3D6AC685" w14:textId="77777777" w:rsidR="003031ED" w:rsidRPr="00BC697B" w:rsidRDefault="003031ED" w:rsidP="00C7265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257CED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2658" w:rsidRPr="00BC697B" w14:paraId="4959C29C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724D1A28" w14:textId="60BCA214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CRAAP Notes </w:t>
            </w:r>
          </w:p>
        </w:tc>
        <w:tc>
          <w:tcPr>
            <w:tcW w:w="3829" w:type="pct"/>
            <w:gridSpan w:val="2"/>
            <w:vAlign w:val="center"/>
          </w:tcPr>
          <w:p w14:paraId="7E7AAB5B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430CAE5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5888B87C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101A6370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79D696D8" w14:textId="77777777" w:rsidR="00C7265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5BC2799E" w14:textId="5F6572DD" w:rsidR="00636168" w:rsidRPr="00BC697B" w:rsidRDefault="00636168" w:rsidP="00636168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534A51BF" w14:textId="77777777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4EC07BCA" w14:textId="652EDC8F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516AFD56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45798DC3" w14:textId="7DA71391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8</w:t>
            </w:r>
          </w:p>
        </w:tc>
        <w:tc>
          <w:tcPr>
            <w:tcW w:w="2100" w:type="pct"/>
            <w:vAlign w:val="center"/>
          </w:tcPr>
          <w:p w14:paraId="34B842FA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210ED76C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2658" w:rsidRPr="00BC697B" w14:paraId="6C3276FD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6BD65823" w14:textId="6C9E2028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CRAAP Notes </w:t>
            </w:r>
          </w:p>
        </w:tc>
        <w:tc>
          <w:tcPr>
            <w:tcW w:w="3829" w:type="pct"/>
            <w:gridSpan w:val="2"/>
            <w:vAlign w:val="center"/>
          </w:tcPr>
          <w:p w14:paraId="658959CA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61468FDE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6B0A30A8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00F98449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4ED64ED6" w14:textId="77777777" w:rsidR="00C7265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406D8B13" w14:textId="7F54A3AE" w:rsidR="00636168" w:rsidRPr="00BC697B" w:rsidRDefault="00636168" w:rsidP="00636168">
            <w:pPr>
              <w:pStyle w:val="ListParagraph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457E8BB9" w14:textId="77777777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457D1F9C" w14:textId="22C31C50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1E339A76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5DE060A7" w14:textId="2DF4B72B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Article 9 </w:t>
            </w:r>
          </w:p>
        </w:tc>
        <w:tc>
          <w:tcPr>
            <w:tcW w:w="2100" w:type="pct"/>
            <w:vAlign w:val="center"/>
          </w:tcPr>
          <w:p w14:paraId="141CA22B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0A73F170" w14:textId="77777777" w:rsidR="003031ED" w:rsidRPr="00BC697B" w:rsidRDefault="003031ED" w:rsidP="00C7265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5028EF9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2658" w:rsidRPr="00BC697B" w14:paraId="387F075D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56AB81AA" w14:textId="4EE11D9B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Notes</w:t>
            </w:r>
          </w:p>
        </w:tc>
        <w:tc>
          <w:tcPr>
            <w:tcW w:w="3829" w:type="pct"/>
            <w:gridSpan w:val="2"/>
            <w:vAlign w:val="center"/>
          </w:tcPr>
          <w:p w14:paraId="4D2F5957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2C83446F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42E52A65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6C9836E3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10604898" w14:textId="77777777" w:rsidR="00C7265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56B07600" w14:textId="267E8645" w:rsidR="00FA5690" w:rsidRPr="00BC697B" w:rsidRDefault="00FA5690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6B082E81" w14:textId="77777777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4AABB657" w14:textId="33ECF4E3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  <w:tr w:rsidR="003031ED" w:rsidRPr="00BC697B" w14:paraId="04E479CD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750818A7" w14:textId="6BA96547" w:rsidR="003031ED" w:rsidRPr="00BC697B" w:rsidRDefault="003031ED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Article 10 </w:t>
            </w:r>
          </w:p>
        </w:tc>
        <w:tc>
          <w:tcPr>
            <w:tcW w:w="2100" w:type="pct"/>
            <w:vAlign w:val="center"/>
          </w:tcPr>
          <w:p w14:paraId="60B63109" w14:textId="77777777" w:rsidR="003031ED" w:rsidRPr="00BC697B" w:rsidRDefault="003031ED" w:rsidP="003706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0" w:type="pct"/>
            <w:gridSpan w:val="2"/>
            <w:vAlign w:val="center"/>
          </w:tcPr>
          <w:p w14:paraId="21FFF655" w14:textId="77777777" w:rsidR="003031ED" w:rsidRPr="00BC697B" w:rsidRDefault="003031ED" w:rsidP="00C7265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436774" w14:textId="77777777" w:rsidR="003031ED" w:rsidRPr="00BC697B" w:rsidRDefault="003031ED" w:rsidP="00394BB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72658" w:rsidRPr="00BC697B" w14:paraId="3A5BA31E" w14:textId="77777777" w:rsidTr="0091701F">
        <w:trPr>
          <w:trHeight w:val="873"/>
        </w:trPr>
        <w:tc>
          <w:tcPr>
            <w:tcW w:w="430" w:type="pct"/>
            <w:vAlign w:val="center"/>
          </w:tcPr>
          <w:p w14:paraId="4859A99F" w14:textId="7C22B5A5" w:rsidR="00C72658" w:rsidRPr="00BC697B" w:rsidRDefault="00C72658" w:rsidP="003706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CRAAP Notes </w:t>
            </w:r>
          </w:p>
        </w:tc>
        <w:tc>
          <w:tcPr>
            <w:tcW w:w="3829" w:type="pct"/>
            <w:gridSpan w:val="2"/>
            <w:vAlign w:val="center"/>
          </w:tcPr>
          <w:p w14:paraId="0E9B4C60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Current: </w:t>
            </w:r>
          </w:p>
          <w:p w14:paraId="76CDB02D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Relevant: </w:t>
            </w:r>
          </w:p>
          <w:p w14:paraId="4BEC9C1E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Authority: </w:t>
            </w:r>
          </w:p>
          <w:p w14:paraId="4F2E08C8" w14:textId="77777777" w:rsidR="00636168" w:rsidRPr="00BC697B" w:rsidRDefault="00636168" w:rsidP="00636168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Accuracy: </w:t>
            </w:r>
          </w:p>
          <w:p w14:paraId="64B36F27" w14:textId="77777777" w:rsidR="00C72658" w:rsidRPr="00BC697B" w:rsidRDefault="00636168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Purpose:</w:t>
            </w:r>
          </w:p>
          <w:p w14:paraId="2C5F29BC" w14:textId="3413D159" w:rsidR="00FA5690" w:rsidRPr="00BC697B" w:rsidRDefault="00FA5690" w:rsidP="0063616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1" w:type="pct"/>
            <w:vAlign w:val="center"/>
          </w:tcPr>
          <w:p w14:paraId="247B8334" w14:textId="77777777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CRAAP Score</w:t>
            </w:r>
          </w:p>
          <w:p w14:paraId="59D0CD2A" w14:textId="31653A75" w:rsidR="00C72658" w:rsidRPr="00BC697B" w:rsidRDefault="00C72658" w:rsidP="00C7265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/5</w:t>
            </w:r>
          </w:p>
        </w:tc>
      </w:tr>
    </w:tbl>
    <w:p w14:paraId="65FDD5F8" w14:textId="1CBF5B9E" w:rsidR="003031ED" w:rsidRPr="00BC697B" w:rsidRDefault="003031ED" w:rsidP="0091701F">
      <w:pPr>
        <w:pStyle w:val="Heading1"/>
        <w:rPr>
          <w:rFonts w:ascii="Arial" w:hAnsi="Arial" w:cs="Arial"/>
          <w:sz w:val="34"/>
          <w:szCs w:val="34"/>
        </w:rPr>
      </w:pPr>
    </w:p>
    <w:p w14:paraId="2FFA5E4B" w14:textId="267094AC" w:rsidR="003031ED" w:rsidRPr="00BC697B" w:rsidRDefault="003031ED" w:rsidP="003031ED">
      <w:pPr>
        <w:pStyle w:val="Heading1"/>
        <w:rPr>
          <w:rFonts w:ascii="Arial" w:hAnsi="Arial" w:cs="Arial"/>
        </w:rPr>
      </w:pPr>
      <w:r w:rsidRPr="00BC697B">
        <w:rPr>
          <w:rFonts w:ascii="Arial" w:hAnsi="Arial" w:cs="Arial"/>
        </w:rPr>
        <w:t xml:space="preserve">Stage 2 – Literature Analysis </w:t>
      </w:r>
      <w:r w:rsidR="007A51A7" w:rsidRPr="00BC697B">
        <w:rPr>
          <w:rFonts w:ascii="Arial" w:hAnsi="Arial" w:cs="Arial"/>
        </w:rPr>
        <w:t>(the best 5 sources identified from the CRAAP test above)</w:t>
      </w:r>
    </w:p>
    <w:p w14:paraId="20E69B45" w14:textId="77777777" w:rsidR="00470427" w:rsidRPr="00BC697B" w:rsidRDefault="00470427">
      <w:pPr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64"/>
        <w:gridCol w:w="2212"/>
        <w:gridCol w:w="2370"/>
        <w:gridCol w:w="2367"/>
        <w:gridCol w:w="2577"/>
        <w:gridCol w:w="2160"/>
      </w:tblGrid>
      <w:tr w:rsidR="007A51A7" w:rsidRPr="00BC697B" w14:paraId="02EF2869" w14:textId="77777777" w:rsidTr="0091701F">
        <w:trPr>
          <w:trHeight w:val="1757"/>
        </w:trPr>
        <w:tc>
          <w:tcPr>
            <w:tcW w:w="488" w:type="pct"/>
            <w:shd w:val="clear" w:color="auto" w:fill="B8CCE4" w:themeFill="accent1" w:themeFillTint="66"/>
          </w:tcPr>
          <w:p w14:paraId="33CF812F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854" w:type="pct"/>
            <w:shd w:val="clear" w:color="auto" w:fill="B8CCE4" w:themeFill="accent1" w:themeFillTint="66"/>
            <w:vAlign w:val="center"/>
          </w:tcPr>
          <w:p w14:paraId="3A9BB720" w14:textId="51E5E4EC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Author, Year, Article Title</w:t>
            </w:r>
          </w:p>
        </w:tc>
        <w:tc>
          <w:tcPr>
            <w:tcW w:w="915" w:type="pct"/>
            <w:shd w:val="clear" w:color="auto" w:fill="B8CCE4" w:themeFill="accent1" w:themeFillTint="66"/>
            <w:vAlign w:val="center"/>
          </w:tcPr>
          <w:p w14:paraId="02CD124E" w14:textId="7B8C129D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Summary</w:t>
            </w:r>
          </w:p>
        </w:tc>
        <w:tc>
          <w:tcPr>
            <w:tcW w:w="914" w:type="pct"/>
            <w:shd w:val="clear" w:color="auto" w:fill="B8CCE4" w:themeFill="accent1" w:themeFillTint="66"/>
            <w:vAlign w:val="center"/>
          </w:tcPr>
          <w:p w14:paraId="1043FF59" w14:textId="47B30BEB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Research Method and Sample</w:t>
            </w:r>
          </w:p>
        </w:tc>
        <w:tc>
          <w:tcPr>
            <w:tcW w:w="995" w:type="pct"/>
            <w:shd w:val="clear" w:color="auto" w:fill="B8CCE4" w:themeFill="accent1" w:themeFillTint="66"/>
            <w:vAlign w:val="center"/>
          </w:tcPr>
          <w:p w14:paraId="491E18A7" w14:textId="4AFFC99A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Strengths and Limitations</w:t>
            </w:r>
          </w:p>
          <w:p w14:paraId="1BA7B7FA" w14:textId="5FC5DAE0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34" w:type="pct"/>
            <w:shd w:val="clear" w:color="auto" w:fill="B8CCE4" w:themeFill="accent1" w:themeFillTint="66"/>
            <w:vAlign w:val="center"/>
          </w:tcPr>
          <w:p w14:paraId="0C49B69C" w14:textId="3ADD0C04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Keywords</w:t>
            </w:r>
          </w:p>
        </w:tc>
      </w:tr>
      <w:tr w:rsidR="007A51A7" w:rsidRPr="00BC697B" w14:paraId="65F57AF3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2BEDFE4A" w14:textId="4AAEA4A9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1</w:t>
            </w:r>
          </w:p>
        </w:tc>
        <w:tc>
          <w:tcPr>
            <w:tcW w:w="854" w:type="pct"/>
          </w:tcPr>
          <w:p w14:paraId="644134ED" w14:textId="77AE5076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5" w:type="pct"/>
          </w:tcPr>
          <w:p w14:paraId="349842FD" w14:textId="09E002F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4" w:type="pct"/>
          </w:tcPr>
          <w:p w14:paraId="504EA40C" w14:textId="71DE80CA" w:rsidR="007A51A7" w:rsidRPr="00303149" w:rsidRDefault="007A51A7">
            <w:pPr>
              <w:rPr>
                <w:rFonts w:ascii="Arial" w:hAnsi="Arial" w:cs="Arial"/>
                <w:color w:val="C00000"/>
              </w:rPr>
            </w:pPr>
          </w:p>
        </w:tc>
        <w:tc>
          <w:tcPr>
            <w:tcW w:w="995" w:type="pct"/>
          </w:tcPr>
          <w:p w14:paraId="73F84CC7" w14:textId="01C8AEF2" w:rsidR="007A51A7" w:rsidRPr="00BC697B" w:rsidRDefault="007A51A7" w:rsidP="00303149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</w:tcPr>
          <w:p w14:paraId="3C204A1C" w14:textId="77777777" w:rsidR="007A51A7" w:rsidRDefault="007A51A7">
            <w:pPr>
              <w:rPr>
                <w:rFonts w:ascii="Arial" w:hAnsi="Arial" w:cs="Arial"/>
              </w:rPr>
            </w:pPr>
          </w:p>
          <w:p w14:paraId="17A66821" w14:textId="0AEC27EC" w:rsidR="00303149" w:rsidRPr="00BC697B" w:rsidRDefault="00303149">
            <w:pPr>
              <w:rPr>
                <w:rFonts w:ascii="Arial" w:hAnsi="Arial" w:cs="Arial"/>
              </w:rPr>
            </w:pPr>
          </w:p>
        </w:tc>
      </w:tr>
      <w:tr w:rsidR="007A51A7" w:rsidRPr="00BC697B" w14:paraId="055F7754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157AA8A0" w14:textId="4F774622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2</w:t>
            </w:r>
          </w:p>
        </w:tc>
        <w:tc>
          <w:tcPr>
            <w:tcW w:w="854" w:type="pct"/>
          </w:tcPr>
          <w:p w14:paraId="1DA3CEA1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5" w:type="pct"/>
          </w:tcPr>
          <w:p w14:paraId="303ABB6C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4" w:type="pct"/>
          </w:tcPr>
          <w:p w14:paraId="5834FC45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95" w:type="pct"/>
          </w:tcPr>
          <w:p w14:paraId="03BEBB56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</w:tcPr>
          <w:p w14:paraId="472584AB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</w:tr>
      <w:tr w:rsidR="007A51A7" w:rsidRPr="00BC697B" w14:paraId="455D6BEB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3A7197E0" w14:textId="2B32ED0B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3</w:t>
            </w:r>
          </w:p>
        </w:tc>
        <w:tc>
          <w:tcPr>
            <w:tcW w:w="854" w:type="pct"/>
          </w:tcPr>
          <w:p w14:paraId="32DC355B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5" w:type="pct"/>
          </w:tcPr>
          <w:p w14:paraId="44F7BAC0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4" w:type="pct"/>
          </w:tcPr>
          <w:p w14:paraId="6EC437A8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95" w:type="pct"/>
          </w:tcPr>
          <w:p w14:paraId="7898150C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</w:tcPr>
          <w:p w14:paraId="7D6C78A6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</w:tr>
      <w:tr w:rsidR="007A51A7" w:rsidRPr="00BC697B" w14:paraId="2E967325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2C01FAB4" w14:textId="1503517D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Article 4</w:t>
            </w:r>
          </w:p>
        </w:tc>
        <w:tc>
          <w:tcPr>
            <w:tcW w:w="854" w:type="pct"/>
          </w:tcPr>
          <w:p w14:paraId="62FB872E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5" w:type="pct"/>
          </w:tcPr>
          <w:p w14:paraId="667DEDF7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4" w:type="pct"/>
          </w:tcPr>
          <w:p w14:paraId="081EF90C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95" w:type="pct"/>
          </w:tcPr>
          <w:p w14:paraId="2744EC72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</w:tcPr>
          <w:p w14:paraId="1A2F95E7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</w:tr>
      <w:tr w:rsidR="007A51A7" w:rsidRPr="00BC697B" w14:paraId="55F7E5D0" w14:textId="77777777" w:rsidTr="0091701F">
        <w:trPr>
          <w:trHeight w:val="1757"/>
        </w:trPr>
        <w:tc>
          <w:tcPr>
            <w:tcW w:w="488" w:type="pct"/>
            <w:vAlign w:val="center"/>
          </w:tcPr>
          <w:p w14:paraId="5CCC1D12" w14:textId="680A14FF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697B">
              <w:rPr>
                <w:rFonts w:ascii="Arial" w:hAnsi="Arial" w:cs="Arial"/>
                <w:b/>
                <w:bCs/>
                <w:sz w:val="24"/>
                <w:szCs w:val="24"/>
              </w:rPr>
              <w:t>Article 5</w:t>
            </w:r>
          </w:p>
        </w:tc>
        <w:tc>
          <w:tcPr>
            <w:tcW w:w="854" w:type="pct"/>
          </w:tcPr>
          <w:p w14:paraId="1D841215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5" w:type="pct"/>
          </w:tcPr>
          <w:p w14:paraId="6EB68199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14" w:type="pct"/>
          </w:tcPr>
          <w:p w14:paraId="6A96BFD8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995" w:type="pct"/>
          </w:tcPr>
          <w:p w14:paraId="344AA5A6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  <w:tc>
          <w:tcPr>
            <w:tcW w:w="834" w:type="pct"/>
          </w:tcPr>
          <w:p w14:paraId="2EC1A587" w14:textId="77777777" w:rsidR="007A51A7" w:rsidRPr="00BC697B" w:rsidRDefault="007A51A7">
            <w:pPr>
              <w:rPr>
                <w:rFonts w:ascii="Arial" w:hAnsi="Arial" w:cs="Arial"/>
              </w:rPr>
            </w:pPr>
          </w:p>
        </w:tc>
      </w:tr>
    </w:tbl>
    <w:p w14:paraId="1CBF4A07" w14:textId="77777777" w:rsidR="00470427" w:rsidRPr="00BC697B" w:rsidRDefault="00470427">
      <w:pPr>
        <w:rPr>
          <w:rFonts w:ascii="Arial" w:hAnsi="Arial" w:cs="Arial"/>
        </w:rPr>
      </w:pPr>
    </w:p>
    <w:p w14:paraId="7C56A05D" w14:textId="77777777" w:rsidR="00470427" w:rsidRPr="00BC697B" w:rsidRDefault="00470427">
      <w:pPr>
        <w:rPr>
          <w:rFonts w:ascii="Arial" w:hAnsi="Arial" w:cs="Arial"/>
        </w:rPr>
      </w:pPr>
    </w:p>
    <w:p w14:paraId="6F118B2B" w14:textId="77777777" w:rsidR="007A51A7" w:rsidRPr="00BC697B" w:rsidRDefault="007A51A7">
      <w:pPr>
        <w:rPr>
          <w:rFonts w:ascii="Arial" w:hAnsi="Arial" w:cs="Arial"/>
        </w:rPr>
      </w:pPr>
    </w:p>
    <w:p w14:paraId="1CB0A36D" w14:textId="77777777" w:rsidR="0091701F" w:rsidRPr="00BC697B" w:rsidRDefault="0091701F">
      <w:pPr>
        <w:rPr>
          <w:rFonts w:ascii="Arial" w:hAnsi="Arial" w:cs="Arial"/>
        </w:rPr>
      </w:pPr>
    </w:p>
    <w:p w14:paraId="52FB47EA" w14:textId="77777777" w:rsidR="0091701F" w:rsidRPr="00BC697B" w:rsidRDefault="0091701F">
      <w:pPr>
        <w:rPr>
          <w:rFonts w:ascii="Arial" w:hAnsi="Arial" w:cs="Arial"/>
        </w:rPr>
      </w:pPr>
    </w:p>
    <w:p w14:paraId="3D2C4A50" w14:textId="77777777" w:rsidR="0091701F" w:rsidRPr="00BC697B" w:rsidRDefault="0091701F">
      <w:pPr>
        <w:rPr>
          <w:rFonts w:ascii="Arial" w:hAnsi="Arial" w:cs="Arial"/>
        </w:rPr>
      </w:pPr>
    </w:p>
    <w:p w14:paraId="30AFA8AD" w14:textId="316184CA" w:rsidR="007A51A7" w:rsidRPr="00BC697B" w:rsidRDefault="007A51A7" w:rsidP="007A51A7">
      <w:pPr>
        <w:pStyle w:val="Heading1"/>
        <w:rPr>
          <w:rFonts w:ascii="Arial" w:hAnsi="Arial" w:cs="Arial"/>
        </w:rPr>
      </w:pPr>
      <w:r w:rsidRPr="00BC697B">
        <w:rPr>
          <w:rFonts w:ascii="Arial" w:hAnsi="Arial" w:cs="Arial"/>
        </w:rPr>
        <w:t>Stage 3 – Theme Development (recurring patterns identified from the keywords in stage 2)</w:t>
      </w:r>
    </w:p>
    <w:p w14:paraId="195D52E6" w14:textId="77777777" w:rsidR="007A51A7" w:rsidRPr="00BC697B" w:rsidRDefault="007A51A7" w:rsidP="007A51A7">
      <w:pPr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56"/>
        <w:gridCol w:w="3458"/>
        <w:gridCol w:w="4836"/>
      </w:tblGrid>
      <w:tr w:rsidR="007A51A7" w:rsidRPr="00BC697B" w14:paraId="1F9A8D54" w14:textId="77777777" w:rsidTr="0091701F">
        <w:trPr>
          <w:trHeight w:val="964"/>
        </w:trPr>
        <w:tc>
          <w:tcPr>
            <w:tcW w:w="1798" w:type="pct"/>
            <w:shd w:val="clear" w:color="auto" w:fill="B8CCE4" w:themeFill="accent1" w:themeFillTint="66"/>
            <w:vAlign w:val="center"/>
          </w:tcPr>
          <w:p w14:paraId="1B2BC5AA" w14:textId="7C576B8B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C697B">
              <w:rPr>
                <w:rFonts w:ascii="Arial" w:hAnsi="Arial" w:cs="Arial"/>
                <w:b/>
                <w:bCs/>
                <w:sz w:val="28"/>
                <w:szCs w:val="28"/>
              </w:rPr>
              <w:t>Repeating Keywords</w:t>
            </w:r>
          </w:p>
        </w:tc>
        <w:tc>
          <w:tcPr>
            <w:tcW w:w="1335" w:type="pct"/>
            <w:shd w:val="clear" w:color="auto" w:fill="B8CCE4" w:themeFill="accent1" w:themeFillTint="66"/>
            <w:vAlign w:val="center"/>
          </w:tcPr>
          <w:p w14:paraId="794AC01B" w14:textId="40C5A550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C697B">
              <w:rPr>
                <w:rFonts w:ascii="Arial" w:hAnsi="Arial" w:cs="Arial"/>
                <w:b/>
                <w:bCs/>
                <w:sz w:val="28"/>
                <w:szCs w:val="28"/>
              </w:rPr>
              <w:t>Number of Articles</w:t>
            </w:r>
          </w:p>
        </w:tc>
        <w:tc>
          <w:tcPr>
            <w:tcW w:w="1867" w:type="pct"/>
            <w:shd w:val="clear" w:color="auto" w:fill="B8CCE4" w:themeFill="accent1" w:themeFillTint="66"/>
            <w:vAlign w:val="center"/>
          </w:tcPr>
          <w:p w14:paraId="43B8B23C" w14:textId="7963C49A" w:rsidR="007A51A7" w:rsidRPr="00BC697B" w:rsidRDefault="007A51A7" w:rsidP="007A51A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C697B">
              <w:rPr>
                <w:rFonts w:ascii="Arial" w:hAnsi="Arial" w:cs="Arial"/>
                <w:b/>
                <w:bCs/>
                <w:sz w:val="28"/>
                <w:szCs w:val="28"/>
              </w:rPr>
              <w:t>Possible Theme</w:t>
            </w:r>
          </w:p>
        </w:tc>
      </w:tr>
      <w:tr w:rsidR="007A51A7" w:rsidRPr="00BC697B" w14:paraId="6F83F755" w14:textId="77777777" w:rsidTr="00BC697B">
        <w:trPr>
          <w:trHeight w:val="1990"/>
        </w:trPr>
        <w:tc>
          <w:tcPr>
            <w:tcW w:w="1798" w:type="pct"/>
          </w:tcPr>
          <w:p w14:paraId="072C87B7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335" w:type="pct"/>
          </w:tcPr>
          <w:p w14:paraId="525F33CC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867" w:type="pct"/>
          </w:tcPr>
          <w:p w14:paraId="2952FB6B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</w:tr>
      <w:tr w:rsidR="007A51A7" w:rsidRPr="00BC697B" w14:paraId="2F6BB02E" w14:textId="77777777" w:rsidTr="00BC697B">
        <w:trPr>
          <w:trHeight w:val="2105"/>
        </w:trPr>
        <w:tc>
          <w:tcPr>
            <w:tcW w:w="1798" w:type="pct"/>
          </w:tcPr>
          <w:p w14:paraId="34B47250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335" w:type="pct"/>
          </w:tcPr>
          <w:p w14:paraId="0992396A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867" w:type="pct"/>
          </w:tcPr>
          <w:p w14:paraId="49B13C86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</w:tr>
      <w:tr w:rsidR="007A51A7" w:rsidRPr="00BC697B" w14:paraId="27BEFF5C" w14:textId="77777777" w:rsidTr="00BC697B">
        <w:trPr>
          <w:trHeight w:val="2443"/>
        </w:trPr>
        <w:tc>
          <w:tcPr>
            <w:tcW w:w="1798" w:type="pct"/>
          </w:tcPr>
          <w:p w14:paraId="5152A3D6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335" w:type="pct"/>
          </w:tcPr>
          <w:p w14:paraId="6A641B63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  <w:tc>
          <w:tcPr>
            <w:tcW w:w="1867" w:type="pct"/>
          </w:tcPr>
          <w:p w14:paraId="1D7B8C38" w14:textId="77777777" w:rsidR="007A51A7" w:rsidRPr="00BC697B" w:rsidRDefault="007A51A7" w:rsidP="007A51A7">
            <w:pPr>
              <w:rPr>
                <w:rFonts w:ascii="Arial" w:hAnsi="Arial" w:cs="Arial"/>
              </w:rPr>
            </w:pPr>
          </w:p>
        </w:tc>
      </w:tr>
    </w:tbl>
    <w:p w14:paraId="4F5FE91B" w14:textId="440219FD" w:rsidR="00BC697B" w:rsidRPr="00BC697B" w:rsidRDefault="00BC697B" w:rsidP="00BC697B">
      <w:pPr>
        <w:pStyle w:val="Heading1"/>
        <w:rPr>
          <w:rFonts w:ascii="Arial" w:hAnsi="Arial" w:cs="Arial"/>
        </w:rPr>
      </w:pPr>
      <w:r w:rsidRPr="00BC697B">
        <w:rPr>
          <w:rFonts w:ascii="Arial" w:hAnsi="Arial" w:cs="Arial"/>
        </w:rPr>
        <w:t>Reference List</w:t>
      </w:r>
    </w:p>
    <w:p w14:paraId="2D7E985C" w14:textId="77777777" w:rsidR="00BC697B" w:rsidRPr="00BC697B" w:rsidRDefault="00BC697B" w:rsidP="00BC697B">
      <w:pPr>
        <w:rPr>
          <w:rFonts w:ascii="Arial" w:hAnsi="Arial" w:cs="Arial"/>
        </w:rPr>
      </w:pPr>
    </w:p>
    <w:p w14:paraId="340141B2" w14:textId="77777777" w:rsid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 xml:space="preserve">Record the full Harvard reference for each of the 10 articles included in Stage 1. </w:t>
      </w:r>
    </w:p>
    <w:p w14:paraId="6CA7DC4F" w14:textId="5C4A9349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lastRenderedPageBreak/>
        <w:t xml:space="preserve">Keeping a complete reference list as you work will help you </w:t>
      </w:r>
      <w:proofErr w:type="spellStart"/>
      <w:r w:rsidRPr="00BC697B">
        <w:rPr>
          <w:rFonts w:ascii="Arial" w:hAnsi="Arial" w:cs="Arial"/>
          <w:sz w:val="28"/>
          <w:szCs w:val="28"/>
        </w:rPr>
        <w:t>organise</w:t>
      </w:r>
      <w:proofErr w:type="spellEnd"/>
      <w:r w:rsidRPr="00BC697B">
        <w:rPr>
          <w:rFonts w:ascii="Arial" w:hAnsi="Arial" w:cs="Arial"/>
          <w:sz w:val="28"/>
          <w:szCs w:val="28"/>
        </w:rPr>
        <w:t xml:space="preserve"> your sources and prepare the final reference list for your dissertation.</w:t>
      </w:r>
    </w:p>
    <w:p w14:paraId="23263ED3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0D44EC70" w14:textId="20C45072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 xml:space="preserve">1. </w:t>
      </w:r>
    </w:p>
    <w:p w14:paraId="282F4700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38C39B53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2.</w:t>
      </w:r>
    </w:p>
    <w:p w14:paraId="432A8E34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529E2C91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3.</w:t>
      </w:r>
    </w:p>
    <w:p w14:paraId="1920A20D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13F58B5E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4.</w:t>
      </w:r>
    </w:p>
    <w:p w14:paraId="4DF042EE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15447DA1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5.</w:t>
      </w:r>
    </w:p>
    <w:p w14:paraId="7F9442CE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75D3D750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6.</w:t>
      </w:r>
    </w:p>
    <w:p w14:paraId="5AF80947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7888D450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lastRenderedPageBreak/>
        <w:t>7.</w:t>
      </w:r>
    </w:p>
    <w:p w14:paraId="3445F401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7AAE966A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8.</w:t>
      </w:r>
    </w:p>
    <w:p w14:paraId="16CD485C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5C5DC1F8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9.</w:t>
      </w:r>
    </w:p>
    <w:p w14:paraId="13E72B0D" w14:textId="77777777" w:rsidR="00BC697B" w:rsidRPr="00BC697B" w:rsidRDefault="00BC697B" w:rsidP="00BC697B">
      <w:pPr>
        <w:rPr>
          <w:rFonts w:ascii="Arial" w:hAnsi="Arial" w:cs="Arial"/>
          <w:sz w:val="28"/>
          <w:szCs w:val="28"/>
        </w:rPr>
      </w:pPr>
    </w:p>
    <w:p w14:paraId="37EF837B" w14:textId="266B510A" w:rsidR="00470427" w:rsidRPr="00BC697B" w:rsidRDefault="00BC697B" w:rsidP="00BC697B">
      <w:pPr>
        <w:rPr>
          <w:rFonts w:ascii="Arial" w:hAnsi="Arial" w:cs="Arial"/>
          <w:sz w:val="28"/>
          <w:szCs w:val="28"/>
        </w:rPr>
      </w:pPr>
      <w:r w:rsidRPr="00BC697B">
        <w:rPr>
          <w:rFonts w:ascii="Arial" w:hAnsi="Arial" w:cs="Arial"/>
          <w:sz w:val="28"/>
          <w:szCs w:val="28"/>
        </w:rPr>
        <w:t>10.</w:t>
      </w:r>
    </w:p>
    <w:p w14:paraId="1274F193" w14:textId="77777777" w:rsidR="00470427" w:rsidRPr="00BC697B" w:rsidRDefault="00470427">
      <w:pPr>
        <w:rPr>
          <w:rFonts w:ascii="Arial" w:hAnsi="Arial" w:cs="Arial"/>
          <w:sz w:val="28"/>
          <w:szCs w:val="28"/>
        </w:rPr>
      </w:pPr>
    </w:p>
    <w:p w14:paraId="4370BA07" w14:textId="77777777" w:rsidR="00470427" w:rsidRPr="00BC697B" w:rsidRDefault="00470427">
      <w:pPr>
        <w:rPr>
          <w:rFonts w:ascii="Arial" w:hAnsi="Arial" w:cs="Arial"/>
          <w:sz w:val="28"/>
          <w:szCs w:val="28"/>
        </w:rPr>
      </w:pPr>
    </w:p>
    <w:p w14:paraId="728D545B" w14:textId="77777777" w:rsidR="00470427" w:rsidRPr="00BC697B" w:rsidRDefault="00470427">
      <w:pPr>
        <w:rPr>
          <w:rFonts w:ascii="Arial" w:hAnsi="Arial" w:cs="Arial"/>
          <w:sz w:val="28"/>
          <w:szCs w:val="28"/>
        </w:rPr>
      </w:pPr>
    </w:p>
    <w:p w14:paraId="5B670D4B" w14:textId="77777777" w:rsidR="00470427" w:rsidRPr="00BC697B" w:rsidRDefault="00470427">
      <w:pPr>
        <w:rPr>
          <w:rFonts w:ascii="Arial" w:hAnsi="Arial" w:cs="Arial"/>
        </w:rPr>
      </w:pPr>
    </w:p>
    <w:p w14:paraId="139CB812" w14:textId="77777777" w:rsidR="00470427" w:rsidRPr="00BC697B" w:rsidRDefault="00470427">
      <w:pPr>
        <w:rPr>
          <w:rFonts w:ascii="Arial" w:hAnsi="Arial" w:cs="Arial"/>
        </w:rPr>
      </w:pPr>
    </w:p>
    <w:p w14:paraId="1AF5CDE5" w14:textId="77777777" w:rsidR="00470427" w:rsidRPr="00BC697B" w:rsidRDefault="00470427">
      <w:pPr>
        <w:rPr>
          <w:rFonts w:ascii="Arial" w:hAnsi="Arial" w:cs="Arial"/>
        </w:rPr>
      </w:pPr>
    </w:p>
    <w:sectPr w:rsidR="00470427" w:rsidRPr="00BC697B" w:rsidSect="00C72658">
      <w:headerReference w:type="default" r:id="rId10"/>
      <w:footerReference w:type="default" r:id="rId11"/>
      <w:pgSz w:w="15840" w:h="12240" w:orient="landscape"/>
      <w:pgMar w:top="1800" w:right="1440" w:bottom="1800" w:left="1440" w:header="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CE6EF" w14:textId="77777777" w:rsidR="004E33B4" w:rsidRDefault="004E33B4" w:rsidP="003706AE">
      <w:pPr>
        <w:spacing w:after="0" w:line="240" w:lineRule="auto"/>
      </w:pPr>
      <w:r>
        <w:separator/>
      </w:r>
    </w:p>
  </w:endnote>
  <w:endnote w:type="continuationSeparator" w:id="0">
    <w:p w14:paraId="20FC03E0" w14:textId="77777777" w:rsidR="004E33B4" w:rsidRDefault="004E33B4" w:rsidP="00370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036D" w14:textId="77777777" w:rsidR="001760AD" w:rsidRDefault="001760AD" w:rsidP="00C72658">
    <w:pPr>
      <w:pStyle w:val="Footer"/>
      <w:tabs>
        <w:tab w:val="clear" w:pos="4680"/>
        <w:tab w:val="clear" w:pos="9360"/>
        <w:tab w:val="left" w:pos="612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25F7B" w14:textId="77777777" w:rsidR="004E33B4" w:rsidRDefault="004E33B4" w:rsidP="003706AE">
      <w:pPr>
        <w:spacing w:after="0" w:line="240" w:lineRule="auto"/>
      </w:pPr>
      <w:r>
        <w:separator/>
      </w:r>
    </w:p>
  </w:footnote>
  <w:footnote w:type="continuationSeparator" w:id="0">
    <w:p w14:paraId="1497E060" w14:textId="77777777" w:rsidR="004E33B4" w:rsidRDefault="004E33B4" w:rsidP="00370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E53B" w14:textId="77777777" w:rsidR="001760AD" w:rsidRPr="00BC697B" w:rsidRDefault="001760AD" w:rsidP="003706AE">
    <w:pPr>
      <w:pStyle w:val="Heading1"/>
      <w:jc w:val="center"/>
      <w:rPr>
        <w:rFonts w:asciiTheme="minorBidi" w:hAnsiTheme="minorBidi" w:cstheme="minorBidi"/>
      </w:rPr>
    </w:pPr>
    <w:r w:rsidRPr="00BC697B">
      <w:rPr>
        <w:rFonts w:asciiTheme="minorBidi" w:hAnsiTheme="minorBidi" w:cstheme="minorBidi"/>
      </w:rPr>
      <w:t xml:space="preserve">BMHP6020 Independent Project Literature Analysis Workbook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AB97196"/>
    <w:multiLevelType w:val="hybridMultilevel"/>
    <w:tmpl w:val="E6EECC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11130054">
    <w:abstractNumId w:val="2"/>
  </w:num>
  <w:num w:numId="2" w16cid:durableId="1125200840">
    <w:abstractNumId w:val="8"/>
  </w:num>
  <w:num w:numId="3" w16cid:durableId="1275096432">
    <w:abstractNumId w:val="4"/>
  </w:num>
  <w:num w:numId="4" w16cid:durableId="1547792706">
    <w:abstractNumId w:val="3"/>
  </w:num>
  <w:num w:numId="5" w16cid:durableId="156266866">
    <w:abstractNumId w:val="1"/>
  </w:num>
  <w:num w:numId="6" w16cid:durableId="1693997367">
    <w:abstractNumId w:val="9"/>
  </w:num>
  <w:num w:numId="7" w16cid:durableId="252976001">
    <w:abstractNumId w:val="0"/>
  </w:num>
  <w:num w:numId="8" w16cid:durableId="43338711">
    <w:abstractNumId w:val="6"/>
  </w:num>
  <w:num w:numId="9" w16cid:durableId="63188691">
    <w:abstractNumId w:val="5"/>
  </w:num>
  <w:num w:numId="10" w16cid:durableId="6727285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5C46"/>
    <w:rsid w:val="001432D9"/>
    <w:rsid w:val="0015074B"/>
    <w:rsid w:val="00155845"/>
    <w:rsid w:val="00157A45"/>
    <w:rsid w:val="001760AD"/>
    <w:rsid w:val="001877D1"/>
    <w:rsid w:val="001F5B38"/>
    <w:rsid w:val="00211401"/>
    <w:rsid w:val="00262A0C"/>
    <w:rsid w:val="0029639D"/>
    <w:rsid w:val="00303149"/>
    <w:rsid w:val="003031ED"/>
    <w:rsid w:val="00326F90"/>
    <w:rsid w:val="00353F4C"/>
    <w:rsid w:val="00356A58"/>
    <w:rsid w:val="003706AE"/>
    <w:rsid w:val="00394BBC"/>
    <w:rsid w:val="00397A9D"/>
    <w:rsid w:val="003F7913"/>
    <w:rsid w:val="00470427"/>
    <w:rsid w:val="00491734"/>
    <w:rsid w:val="00492C33"/>
    <w:rsid w:val="004D202D"/>
    <w:rsid w:val="004D32D6"/>
    <w:rsid w:val="004E33B4"/>
    <w:rsid w:val="0053753E"/>
    <w:rsid w:val="00560D72"/>
    <w:rsid w:val="00636168"/>
    <w:rsid w:val="0066099A"/>
    <w:rsid w:val="0066696D"/>
    <w:rsid w:val="00686858"/>
    <w:rsid w:val="00697E36"/>
    <w:rsid w:val="006F00FF"/>
    <w:rsid w:val="006F657F"/>
    <w:rsid w:val="007A51A7"/>
    <w:rsid w:val="007D2E88"/>
    <w:rsid w:val="007E2202"/>
    <w:rsid w:val="00832D19"/>
    <w:rsid w:val="00834D77"/>
    <w:rsid w:val="008F3683"/>
    <w:rsid w:val="0091701F"/>
    <w:rsid w:val="00965392"/>
    <w:rsid w:val="00A0369B"/>
    <w:rsid w:val="00A0750F"/>
    <w:rsid w:val="00A13C1D"/>
    <w:rsid w:val="00A15DE3"/>
    <w:rsid w:val="00A37B02"/>
    <w:rsid w:val="00AA1D8D"/>
    <w:rsid w:val="00B47730"/>
    <w:rsid w:val="00B50BCC"/>
    <w:rsid w:val="00B828A0"/>
    <w:rsid w:val="00BC697B"/>
    <w:rsid w:val="00C72658"/>
    <w:rsid w:val="00CB0664"/>
    <w:rsid w:val="00CE12AE"/>
    <w:rsid w:val="00D17CCB"/>
    <w:rsid w:val="00DB1D18"/>
    <w:rsid w:val="00DB7F9A"/>
    <w:rsid w:val="00E41FD5"/>
    <w:rsid w:val="00EA6F73"/>
    <w:rsid w:val="00F80DF8"/>
    <w:rsid w:val="00F81709"/>
    <w:rsid w:val="00FA5690"/>
    <w:rsid w:val="00FC693F"/>
    <w:rsid w:val="73E9D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F120AE1"/>
  <w14:defaultImageDpi w14:val="300"/>
  <w15:docId w15:val="{E3B68415-4F69-4347-B93D-747941E6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4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C697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9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D0D4D7F7FAF249BB4DED992581EAD4" ma:contentTypeVersion="18" ma:contentTypeDescription="Create a new document." ma:contentTypeScope="" ma:versionID="cc199e7a7abd14e3af31d215353261aa">
  <xsd:schema xmlns:xsd="http://www.w3.org/2001/XMLSchema" xmlns:xs="http://www.w3.org/2001/XMLSchema" xmlns:p="http://schemas.microsoft.com/office/2006/metadata/properties" xmlns:ns3="82bd3182-97b3-4a74-8392-33c626e3cb92" xmlns:ns4="0b59d9a8-954a-4f7a-8e77-7f4f781c5d9a" targetNamespace="http://schemas.microsoft.com/office/2006/metadata/properties" ma:root="true" ma:fieldsID="c1128b89d7534aa6b7f375dd36ebb31c" ns3:_="" ns4:_="">
    <xsd:import namespace="82bd3182-97b3-4a74-8392-33c626e3cb92"/>
    <xsd:import namespace="0b59d9a8-954a-4f7a-8e77-7f4f781c5d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d3182-97b3-4a74-8392-33c626e3cb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59d9a8-954a-4f7a-8e77-7f4f781c5d9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bd3182-97b3-4a74-8392-33c626e3cb92" xsi:nil="true"/>
  </documentManagement>
</p:properties>
</file>

<file path=customXml/itemProps1.xml><?xml version="1.0" encoding="utf-8"?>
<ds:datastoreItem xmlns:ds="http://schemas.openxmlformats.org/officeDocument/2006/customXml" ds:itemID="{20FD1D7C-9207-4BDA-A667-F9CF94BBE3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223AB3-53D5-40D3-A499-3AC6EB192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d3182-97b3-4a74-8392-33c626e3cb92"/>
    <ds:schemaRef ds:uri="0b59d9a8-954a-4f7a-8e77-7f4f781c5d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DFD9E5-368D-4C89-9777-4B4E053D1E75}">
  <ds:schemaRefs>
    <ds:schemaRef ds:uri="http://schemas.microsoft.com/office/2006/metadata/properties"/>
    <ds:schemaRef ds:uri="http://schemas.microsoft.com/office/infopath/2007/PartnerControls"/>
    <ds:schemaRef ds:uri="82bd3182-97b3-4a74-8392-33c626e3cb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Joanne Davies (Yr Athrofa)</cp:lastModifiedBy>
  <cp:revision>2</cp:revision>
  <dcterms:created xsi:type="dcterms:W3CDTF">2026-07-08T10:14:00Z</dcterms:created>
  <dcterms:modified xsi:type="dcterms:W3CDTF">2026-07-08T10:14:00Z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0x010100AAD0D4D7F7FAF249BB4DED992581EAD4</vt:lpwstr>
  </property>
</Properties>
</file>