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8B4DF" w14:textId="77777777" w:rsidR="005A2EFC" w:rsidRPr="008C2259" w:rsidRDefault="00000000" w:rsidP="008C2259">
      <w:pPr>
        <w:spacing w:line="360" w:lineRule="auto"/>
        <w:jc w:val="center"/>
        <w:rPr>
          <w:rFonts w:cs="Times New Roman"/>
          <w:szCs w:val="24"/>
        </w:rPr>
      </w:pPr>
      <w:r w:rsidRPr="008C2259">
        <w:rPr>
          <w:rFonts w:cs="Times New Roman"/>
          <w:b/>
          <w:color w:val="000000"/>
          <w:szCs w:val="24"/>
        </w:rPr>
        <w:t>ACCA5033 – Changemakers: Creativity &amp; Value Creation</w:t>
      </w:r>
    </w:p>
    <w:p w14:paraId="448F8BEE" w14:textId="77777777" w:rsidR="005A2EFC" w:rsidRPr="008C2259" w:rsidRDefault="00000000" w:rsidP="008C2259">
      <w:pPr>
        <w:spacing w:line="360" w:lineRule="auto"/>
        <w:jc w:val="center"/>
        <w:rPr>
          <w:rFonts w:cs="Times New Roman"/>
          <w:szCs w:val="24"/>
        </w:rPr>
      </w:pPr>
      <w:r w:rsidRPr="008C2259">
        <w:rPr>
          <w:rFonts w:cs="Times New Roman"/>
          <w:b/>
          <w:color w:val="000000"/>
          <w:szCs w:val="24"/>
        </w:rPr>
        <w:t>Assignment 1: Innovation &amp; Research</w:t>
      </w:r>
    </w:p>
    <w:p w14:paraId="7303E9E9" w14:textId="77777777" w:rsidR="005A2EFC" w:rsidRPr="008C2259" w:rsidRDefault="00000000" w:rsidP="008C2259">
      <w:pPr>
        <w:spacing w:line="360" w:lineRule="auto"/>
        <w:jc w:val="center"/>
      </w:pPr>
      <w:proofErr w:type="spellStart"/>
      <w:r w:rsidRPr="4ABFD1AB">
        <w:rPr>
          <w:rFonts w:cs="Times New Roman"/>
          <w:b/>
          <w:bCs/>
        </w:rPr>
        <w:t>Programme</w:t>
      </w:r>
      <w:proofErr w:type="spellEnd"/>
      <w:r w:rsidRPr="4ABFD1AB">
        <w:rPr>
          <w:rFonts w:cs="Times New Roman"/>
          <w:b/>
          <w:bCs/>
        </w:rPr>
        <w:t>: Computing Level 5</w:t>
      </w:r>
    </w:p>
    <w:p w14:paraId="50D8BCDA" w14:textId="52D7ADF4" w:rsidR="7DE79646" w:rsidRDefault="7DE79646" w:rsidP="4ABFD1AB">
      <w:pPr>
        <w:spacing w:line="360" w:lineRule="auto"/>
        <w:jc w:val="center"/>
      </w:pPr>
      <w:r w:rsidRPr="4ABFD1AB">
        <w:rPr>
          <w:rFonts w:cs="Times New Roman"/>
          <w:b/>
          <w:bCs/>
        </w:rPr>
        <w:t>Ahmed Yasir Ibrahim Abdelgadir</w:t>
      </w:r>
      <w:r>
        <w:br/>
      </w:r>
      <w:r w:rsidR="085222F1" w:rsidRPr="4ABFD1AB">
        <w:rPr>
          <w:rFonts w:cs="Times New Roman"/>
          <w:b/>
          <w:bCs/>
        </w:rPr>
        <w:t>2438780</w:t>
      </w:r>
    </w:p>
    <w:p w14:paraId="783190F8" w14:textId="77777777" w:rsidR="005A2EFC" w:rsidRPr="008C2259" w:rsidRDefault="00000000" w:rsidP="008C2259">
      <w:pPr>
        <w:spacing w:line="360" w:lineRule="auto"/>
        <w:jc w:val="both"/>
        <w:rPr>
          <w:rFonts w:cs="Times New Roman"/>
          <w:szCs w:val="24"/>
        </w:rPr>
      </w:pPr>
      <w:r w:rsidRPr="008C2259">
        <w:rPr>
          <w:rFonts w:cs="Times New Roman"/>
          <w:szCs w:val="24"/>
        </w:rPr>
        <w:br w:type="page"/>
      </w:r>
    </w:p>
    <w:sdt>
      <w:sdtPr>
        <w:rPr>
          <w:rFonts w:eastAsiaTheme="minorEastAsia" w:cstheme="minorBidi"/>
          <w:b w:val="0"/>
          <w:bCs w:val="0"/>
          <w:color w:val="auto"/>
          <w:szCs w:val="22"/>
        </w:rPr>
        <w:id w:val="-1764990746"/>
        <w:docPartObj>
          <w:docPartGallery w:val="Table of Contents"/>
          <w:docPartUnique/>
        </w:docPartObj>
      </w:sdtPr>
      <w:sdtEndPr>
        <w:rPr>
          <w:noProof/>
        </w:rPr>
      </w:sdtEndPr>
      <w:sdtContent>
        <w:p w14:paraId="3D561178" w14:textId="4E4B62E1" w:rsidR="00C168FB" w:rsidRDefault="00C168FB" w:rsidP="005E24DE">
          <w:pPr>
            <w:pStyle w:val="TOCHeading"/>
            <w:spacing w:line="360" w:lineRule="auto"/>
            <w:jc w:val="center"/>
          </w:pPr>
          <w:r>
            <w:t>Table of Contents</w:t>
          </w:r>
        </w:p>
        <w:p w14:paraId="322C010F" w14:textId="2BB42062" w:rsidR="005E24DE" w:rsidRDefault="00C168FB" w:rsidP="005E24DE">
          <w:pPr>
            <w:pStyle w:val="TOC1"/>
            <w:tabs>
              <w:tab w:val="right" w:leader="dot" w:pos="8630"/>
            </w:tabs>
            <w:spacing w:line="360" w:lineRule="auto"/>
            <w:jc w:val="both"/>
            <w:rPr>
              <w:rFonts w:asciiTheme="minorHAnsi" w:hAnsiTheme="minorHAnsi"/>
              <w:noProof/>
              <w:kern w:val="2"/>
              <w:szCs w:val="24"/>
              <w14:ligatures w14:val="standardContextual"/>
            </w:rPr>
          </w:pPr>
          <w:r>
            <w:fldChar w:fldCharType="begin"/>
          </w:r>
          <w:r>
            <w:instrText xml:space="preserve"> TOC \o "1-3" \h \z \u </w:instrText>
          </w:r>
          <w:r>
            <w:fldChar w:fldCharType="separate"/>
          </w:r>
          <w:hyperlink w:anchor="_Toc234628758" w:history="1">
            <w:r w:rsidR="005E24DE" w:rsidRPr="00CA0098">
              <w:rPr>
                <w:rStyle w:val="Hyperlink"/>
                <w:noProof/>
              </w:rPr>
              <w:t>TASK 1 – IDEATION &amp; MIND MAP</w:t>
            </w:r>
            <w:r w:rsidR="005E24DE">
              <w:rPr>
                <w:noProof/>
                <w:webHidden/>
              </w:rPr>
              <w:tab/>
            </w:r>
            <w:r w:rsidR="005E24DE">
              <w:rPr>
                <w:noProof/>
                <w:webHidden/>
              </w:rPr>
              <w:fldChar w:fldCharType="begin"/>
            </w:r>
            <w:r w:rsidR="005E24DE">
              <w:rPr>
                <w:noProof/>
                <w:webHidden/>
              </w:rPr>
              <w:instrText xml:space="preserve"> PAGEREF _Toc234628758 \h </w:instrText>
            </w:r>
            <w:r w:rsidR="005E24DE">
              <w:rPr>
                <w:noProof/>
                <w:webHidden/>
              </w:rPr>
            </w:r>
            <w:r w:rsidR="005E24DE">
              <w:rPr>
                <w:noProof/>
                <w:webHidden/>
              </w:rPr>
              <w:fldChar w:fldCharType="separate"/>
            </w:r>
            <w:r w:rsidR="005E24DE">
              <w:rPr>
                <w:noProof/>
                <w:webHidden/>
              </w:rPr>
              <w:t>3</w:t>
            </w:r>
            <w:r w:rsidR="005E24DE">
              <w:rPr>
                <w:noProof/>
                <w:webHidden/>
              </w:rPr>
              <w:fldChar w:fldCharType="end"/>
            </w:r>
          </w:hyperlink>
        </w:p>
        <w:p w14:paraId="5D315D7C" w14:textId="37002008" w:rsidR="005E24DE" w:rsidRDefault="005E24DE" w:rsidP="005E24DE">
          <w:pPr>
            <w:pStyle w:val="TOC2"/>
            <w:tabs>
              <w:tab w:val="right" w:leader="dot" w:pos="8630"/>
            </w:tabs>
            <w:spacing w:line="360" w:lineRule="auto"/>
            <w:jc w:val="both"/>
            <w:rPr>
              <w:rFonts w:asciiTheme="minorHAnsi" w:hAnsiTheme="minorHAnsi"/>
              <w:noProof/>
              <w:kern w:val="2"/>
              <w:szCs w:val="24"/>
              <w14:ligatures w14:val="standardContextual"/>
            </w:rPr>
          </w:pPr>
          <w:hyperlink w:anchor="_Toc234628759" w:history="1">
            <w:r w:rsidRPr="00CA0098">
              <w:rPr>
                <w:rStyle w:val="Hyperlink"/>
                <w:noProof/>
              </w:rPr>
              <w:t>Q1: Mind Map</w:t>
            </w:r>
            <w:r>
              <w:rPr>
                <w:noProof/>
                <w:webHidden/>
              </w:rPr>
              <w:tab/>
            </w:r>
            <w:r>
              <w:rPr>
                <w:noProof/>
                <w:webHidden/>
              </w:rPr>
              <w:fldChar w:fldCharType="begin"/>
            </w:r>
            <w:r>
              <w:rPr>
                <w:noProof/>
                <w:webHidden/>
              </w:rPr>
              <w:instrText xml:space="preserve"> PAGEREF _Toc234628759 \h </w:instrText>
            </w:r>
            <w:r>
              <w:rPr>
                <w:noProof/>
                <w:webHidden/>
              </w:rPr>
            </w:r>
            <w:r>
              <w:rPr>
                <w:noProof/>
                <w:webHidden/>
              </w:rPr>
              <w:fldChar w:fldCharType="separate"/>
            </w:r>
            <w:r>
              <w:rPr>
                <w:noProof/>
                <w:webHidden/>
              </w:rPr>
              <w:t>3</w:t>
            </w:r>
            <w:r>
              <w:rPr>
                <w:noProof/>
                <w:webHidden/>
              </w:rPr>
              <w:fldChar w:fldCharType="end"/>
            </w:r>
          </w:hyperlink>
        </w:p>
        <w:p w14:paraId="49DC515C" w14:textId="2D461BBB" w:rsidR="005E24DE" w:rsidRDefault="005E24DE" w:rsidP="005E24DE">
          <w:pPr>
            <w:pStyle w:val="TOC2"/>
            <w:tabs>
              <w:tab w:val="right" w:leader="dot" w:pos="8630"/>
            </w:tabs>
            <w:spacing w:line="360" w:lineRule="auto"/>
            <w:jc w:val="both"/>
            <w:rPr>
              <w:rFonts w:asciiTheme="minorHAnsi" w:hAnsiTheme="minorHAnsi"/>
              <w:noProof/>
              <w:kern w:val="2"/>
              <w:szCs w:val="24"/>
              <w14:ligatures w14:val="standardContextual"/>
            </w:rPr>
          </w:pPr>
          <w:hyperlink w:anchor="_Toc234628760" w:history="1">
            <w:r w:rsidRPr="00CA0098">
              <w:rPr>
                <w:rStyle w:val="Hyperlink"/>
                <w:noProof/>
              </w:rPr>
              <w:t>Q2: Selected Project Idea</w:t>
            </w:r>
            <w:r>
              <w:rPr>
                <w:noProof/>
                <w:webHidden/>
              </w:rPr>
              <w:tab/>
            </w:r>
            <w:r>
              <w:rPr>
                <w:noProof/>
                <w:webHidden/>
              </w:rPr>
              <w:fldChar w:fldCharType="begin"/>
            </w:r>
            <w:r>
              <w:rPr>
                <w:noProof/>
                <w:webHidden/>
              </w:rPr>
              <w:instrText xml:space="preserve"> PAGEREF _Toc234628760 \h </w:instrText>
            </w:r>
            <w:r>
              <w:rPr>
                <w:noProof/>
                <w:webHidden/>
              </w:rPr>
            </w:r>
            <w:r>
              <w:rPr>
                <w:noProof/>
                <w:webHidden/>
              </w:rPr>
              <w:fldChar w:fldCharType="separate"/>
            </w:r>
            <w:r>
              <w:rPr>
                <w:noProof/>
                <w:webHidden/>
              </w:rPr>
              <w:t>4</w:t>
            </w:r>
            <w:r>
              <w:rPr>
                <w:noProof/>
                <w:webHidden/>
              </w:rPr>
              <w:fldChar w:fldCharType="end"/>
            </w:r>
          </w:hyperlink>
        </w:p>
        <w:p w14:paraId="242A252B" w14:textId="7AC1CE80" w:rsidR="005E24DE" w:rsidRDefault="005E24DE" w:rsidP="005E24DE">
          <w:pPr>
            <w:pStyle w:val="TOC1"/>
            <w:tabs>
              <w:tab w:val="right" w:leader="dot" w:pos="8630"/>
            </w:tabs>
            <w:spacing w:line="360" w:lineRule="auto"/>
            <w:jc w:val="both"/>
            <w:rPr>
              <w:rFonts w:asciiTheme="minorHAnsi" w:hAnsiTheme="minorHAnsi"/>
              <w:noProof/>
              <w:kern w:val="2"/>
              <w:szCs w:val="24"/>
              <w14:ligatures w14:val="standardContextual"/>
            </w:rPr>
          </w:pPr>
          <w:hyperlink w:anchor="_Toc234628761" w:history="1">
            <w:r w:rsidRPr="00CA0098">
              <w:rPr>
                <w:rStyle w:val="Hyperlink"/>
                <w:noProof/>
              </w:rPr>
              <w:t>TASK 2 – AIM, OBJECTIVES &amp; RESEARCH AREA</w:t>
            </w:r>
            <w:r>
              <w:rPr>
                <w:noProof/>
                <w:webHidden/>
              </w:rPr>
              <w:tab/>
            </w:r>
            <w:r>
              <w:rPr>
                <w:noProof/>
                <w:webHidden/>
              </w:rPr>
              <w:fldChar w:fldCharType="begin"/>
            </w:r>
            <w:r>
              <w:rPr>
                <w:noProof/>
                <w:webHidden/>
              </w:rPr>
              <w:instrText xml:space="preserve"> PAGEREF _Toc234628761 \h </w:instrText>
            </w:r>
            <w:r>
              <w:rPr>
                <w:noProof/>
                <w:webHidden/>
              </w:rPr>
            </w:r>
            <w:r>
              <w:rPr>
                <w:noProof/>
                <w:webHidden/>
              </w:rPr>
              <w:fldChar w:fldCharType="separate"/>
            </w:r>
            <w:r>
              <w:rPr>
                <w:noProof/>
                <w:webHidden/>
              </w:rPr>
              <w:t>6</w:t>
            </w:r>
            <w:r>
              <w:rPr>
                <w:noProof/>
                <w:webHidden/>
              </w:rPr>
              <w:fldChar w:fldCharType="end"/>
            </w:r>
          </w:hyperlink>
        </w:p>
        <w:p w14:paraId="7FE0A7ED" w14:textId="621BEB1B" w:rsidR="005E24DE" w:rsidRDefault="005E24DE" w:rsidP="005E24DE">
          <w:pPr>
            <w:pStyle w:val="TOC2"/>
            <w:tabs>
              <w:tab w:val="right" w:leader="dot" w:pos="8630"/>
            </w:tabs>
            <w:spacing w:line="360" w:lineRule="auto"/>
            <w:jc w:val="both"/>
            <w:rPr>
              <w:rFonts w:asciiTheme="minorHAnsi" w:hAnsiTheme="minorHAnsi"/>
              <w:noProof/>
              <w:kern w:val="2"/>
              <w:szCs w:val="24"/>
              <w14:ligatures w14:val="standardContextual"/>
            </w:rPr>
          </w:pPr>
          <w:hyperlink w:anchor="_Toc234628762" w:history="1">
            <w:r w:rsidRPr="00CA0098">
              <w:rPr>
                <w:rStyle w:val="Hyperlink"/>
                <w:noProof/>
              </w:rPr>
              <w:t>Q1: Project Aim and SMART Objectives</w:t>
            </w:r>
            <w:r>
              <w:rPr>
                <w:noProof/>
                <w:webHidden/>
              </w:rPr>
              <w:tab/>
            </w:r>
            <w:r>
              <w:rPr>
                <w:noProof/>
                <w:webHidden/>
              </w:rPr>
              <w:fldChar w:fldCharType="begin"/>
            </w:r>
            <w:r>
              <w:rPr>
                <w:noProof/>
                <w:webHidden/>
              </w:rPr>
              <w:instrText xml:space="preserve"> PAGEREF _Toc234628762 \h </w:instrText>
            </w:r>
            <w:r>
              <w:rPr>
                <w:noProof/>
                <w:webHidden/>
              </w:rPr>
            </w:r>
            <w:r>
              <w:rPr>
                <w:noProof/>
                <w:webHidden/>
              </w:rPr>
              <w:fldChar w:fldCharType="separate"/>
            </w:r>
            <w:r>
              <w:rPr>
                <w:noProof/>
                <w:webHidden/>
              </w:rPr>
              <w:t>6</w:t>
            </w:r>
            <w:r>
              <w:rPr>
                <w:noProof/>
                <w:webHidden/>
              </w:rPr>
              <w:fldChar w:fldCharType="end"/>
            </w:r>
          </w:hyperlink>
        </w:p>
        <w:p w14:paraId="68972FF9" w14:textId="6FB0B7EF" w:rsidR="005E24DE" w:rsidRDefault="005E24DE" w:rsidP="005E24DE">
          <w:pPr>
            <w:pStyle w:val="TOC2"/>
            <w:tabs>
              <w:tab w:val="right" w:leader="dot" w:pos="8630"/>
            </w:tabs>
            <w:spacing w:line="360" w:lineRule="auto"/>
            <w:jc w:val="both"/>
            <w:rPr>
              <w:rFonts w:asciiTheme="minorHAnsi" w:hAnsiTheme="minorHAnsi"/>
              <w:noProof/>
              <w:kern w:val="2"/>
              <w:szCs w:val="24"/>
              <w14:ligatures w14:val="standardContextual"/>
            </w:rPr>
          </w:pPr>
          <w:hyperlink w:anchor="_Toc234628763" w:history="1">
            <w:r w:rsidRPr="00CA0098">
              <w:rPr>
                <w:rStyle w:val="Hyperlink"/>
                <w:noProof/>
              </w:rPr>
              <w:t>Q2: Research Philosophy</w:t>
            </w:r>
            <w:r>
              <w:rPr>
                <w:noProof/>
                <w:webHidden/>
              </w:rPr>
              <w:tab/>
            </w:r>
            <w:r>
              <w:rPr>
                <w:noProof/>
                <w:webHidden/>
              </w:rPr>
              <w:fldChar w:fldCharType="begin"/>
            </w:r>
            <w:r>
              <w:rPr>
                <w:noProof/>
                <w:webHidden/>
              </w:rPr>
              <w:instrText xml:space="preserve"> PAGEREF _Toc234628763 \h </w:instrText>
            </w:r>
            <w:r>
              <w:rPr>
                <w:noProof/>
                <w:webHidden/>
              </w:rPr>
            </w:r>
            <w:r>
              <w:rPr>
                <w:noProof/>
                <w:webHidden/>
              </w:rPr>
              <w:fldChar w:fldCharType="separate"/>
            </w:r>
            <w:r>
              <w:rPr>
                <w:noProof/>
                <w:webHidden/>
              </w:rPr>
              <w:t>8</w:t>
            </w:r>
            <w:r>
              <w:rPr>
                <w:noProof/>
                <w:webHidden/>
              </w:rPr>
              <w:fldChar w:fldCharType="end"/>
            </w:r>
          </w:hyperlink>
        </w:p>
        <w:p w14:paraId="0B184D7C" w14:textId="6B34CB1A" w:rsidR="005E24DE" w:rsidRDefault="005E24DE" w:rsidP="005E24DE">
          <w:pPr>
            <w:pStyle w:val="TOC2"/>
            <w:tabs>
              <w:tab w:val="right" w:leader="dot" w:pos="8630"/>
            </w:tabs>
            <w:spacing w:line="360" w:lineRule="auto"/>
            <w:jc w:val="both"/>
            <w:rPr>
              <w:rFonts w:asciiTheme="minorHAnsi" w:hAnsiTheme="minorHAnsi"/>
              <w:noProof/>
              <w:kern w:val="2"/>
              <w:szCs w:val="24"/>
              <w14:ligatures w14:val="standardContextual"/>
            </w:rPr>
          </w:pPr>
          <w:hyperlink w:anchor="_Toc234628764" w:history="1">
            <w:r w:rsidRPr="00CA0098">
              <w:rPr>
                <w:rStyle w:val="Hyperlink"/>
                <w:noProof/>
              </w:rPr>
              <w:t>Q3: Research Strategy</w:t>
            </w:r>
            <w:r>
              <w:rPr>
                <w:noProof/>
                <w:webHidden/>
              </w:rPr>
              <w:tab/>
            </w:r>
            <w:r>
              <w:rPr>
                <w:noProof/>
                <w:webHidden/>
              </w:rPr>
              <w:fldChar w:fldCharType="begin"/>
            </w:r>
            <w:r>
              <w:rPr>
                <w:noProof/>
                <w:webHidden/>
              </w:rPr>
              <w:instrText xml:space="preserve"> PAGEREF _Toc234628764 \h </w:instrText>
            </w:r>
            <w:r>
              <w:rPr>
                <w:noProof/>
                <w:webHidden/>
              </w:rPr>
            </w:r>
            <w:r>
              <w:rPr>
                <w:noProof/>
                <w:webHidden/>
              </w:rPr>
              <w:fldChar w:fldCharType="separate"/>
            </w:r>
            <w:r>
              <w:rPr>
                <w:noProof/>
                <w:webHidden/>
              </w:rPr>
              <w:t>9</w:t>
            </w:r>
            <w:r>
              <w:rPr>
                <w:noProof/>
                <w:webHidden/>
              </w:rPr>
              <w:fldChar w:fldCharType="end"/>
            </w:r>
          </w:hyperlink>
        </w:p>
        <w:p w14:paraId="3E614259" w14:textId="089FDF46" w:rsidR="005E24DE" w:rsidRDefault="005E24DE" w:rsidP="005E24DE">
          <w:pPr>
            <w:pStyle w:val="TOC1"/>
            <w:tabs>
              <w:tab w:val="right" w:leader="dot" w:pos="8630"/>
            </w:tabs>
            <w:spacing w:line="360" w:lineRule="auto"/>
            <w:jc w:val="both"/>
            <w:rPr>
              <w:rFonts w:asciiTheme="minorHAnsi" w:hAnsiTheme="minorHAnsi"/>
              <w:noProof/>
              <w:kern w:val="2"/>
              <w:szCs w:val="24"/>
              <w14:ligatures w14:val="standardContextual"/>
            </w:rPr>
          </w:pPr>
          <w:hyperlink w:anchor="_Toc234628765" w:history="1">
            <w:r w:rsidRPr="00CA0098">
              <w:rPr>
                <w:rStyle w:val="Hyperlink"/>
                <w:noProof/>
              </w:rPr>
              <w:t>TASK 3 – RESEARCH STRATEGY</w:t>
            </w:r>
            <w:r>
              <w:rPr>
                <w:noProof/>
                <w:webHidden/>
              </w:rPr>
              <w:tab/>
            </w:r>
            <w:r>
              <w:rPr>
                <w:noProof/>
                <w:webHidden/>
              </w:rPr>
              <w:fldChar w:fldCharType="begin"/>
            </w:r>
            <w:r>
              <w:rPr>
                <w:noProof/>
                <w:webHidden/>
              </w:rPr>
              <w:instrText xml:space="preserve"> PAGEREF _Toc234628765 \h </w:instrText>
            </w:r>
            <w:r>
              <w:rPr>
                <w:noProof/>
                <w:webHidden/>
              </w:rPr>
            </w:r>
            <w:r>
              <w:rPr>
                <w:noProof/>
                <w:webHidden/>
              </w:rPr>
              <w:fldChar w:fldCharType="separate"/>
            </w:r>
            <w:r>
              <w:rPr>
                <w:noProof/>
                <w:webHidden/>
              </w:rPr>
              <w:t>12</w:t>
            </w:r>
            <w:r>
              <w:rPr>
                <w:noProof/>
                <w:webHidden/>
              </w:rPr>
              <w:fldChar w:fldCharType="end"/>
            </w:r>
          </w:hyperlink>
        </w:p>
        <w:p w14:paraId="343B21EE" w14:textId="0F755905" w:rsidR="005E24DE" w:rsidRDefault="005E24DE" w:rsidP="005E24DE">
          <w:pPr>
            <w:pStyle w:val="TOC2"/>
            <w:tabs>
              <w:tab w:val="right" w:leader="dot" w:pos="8630"/>
            </w:tabs>
            <w:spacing w:line="360" w:lineRule="auto"/>
            <w:jc w:val="both"/>
            <w:rPr>
              <w:rFonts w:asciiTheme="minorHAnsi" w:hAnsiTheme="minorHAnsi"/>
              <w:noProof/>
              <w:kern w:val="2"/>
              <w:szCs w:val="24"/>
              <w14:ligatures w14:val="standardContextual"/>
            </w:rPr>
          </w:pPr>
          <w:hyperlink w:anchor="_Toc234628766" w:history="1">
            <w:r w:rsidRPr="00CA0098">
              <w:rPr>
                <w:rStyle w:val="Hyperlink"/>
                <w:noProof/>
              </w:rPr>
              <w:t>Q1: Research Quality</w:t>
            </w:r>
            <w:r>
              <w:rPr>
                <w:noProof/>
                <w:webHidden/>
              </w:rPr>
              <w:tab/>
            </w:r>
            <w:r>
              <w:rPr>
                <w:noProof/>
                <w:webHidden/>
              </w:rPr>
              <w:fldChar w:fldCharType="begin"/>
            </w:r>
            <w:r>
              <w:rPr>
                <w:noProof/>
                <w:webHidden/>
              </w:rPr>
              <w:instrText xml:space="preserve"> PAGEREF _Toc234628766 \h </w:instrText>
            </w:r>
            <w:r>
              <w:rPr>
                <w:noProof/>
                <w:webHidden/>
              </w:rPr>
            </w:r>
            <w:r>
              <w:rPr>
                <w:noProof/>
                <w:webHidden/>
              </w:rPr>
              <w:fldChar w:fldCharType="separate"/>
            </w:r>
            <w:r>
              <w:rPr>
                <w:noProof/>
                <w:webHidden/>
              </w:rPr>
              <w:t>12</w:t>
            </w:r>
            <w:r>
              <w:rPr>
                <w:noProof/>
                <w:webHidden/>
              </w:rPr>
              <w:fldChar w:fldCharType="end"/>
            </w:r>
          </w:hyperlink>
        </w:p>
        <w:p w14:paraId="5B9179E1" w14:textId="1C9F6301" w:rsidR="005E24DE" w:rsidRDefault="005E24DE" w:rsidP="005E24DE">
          <w:pPr>
            <w:pStyle w:val="TOC2"/>
            <w:tabs>
              <w:tab w:val="right" w:leader="dot" w:pos="8630"/>
            </w:tabs>
            <w:spacing w:line="360" w:lineRule="auto"/>
            <w:jc w:val="both"/>
            <w:rPr>
              <w:rFonts w:asciiTheme="minorHAnsi" w:hAnsiTheme="minorHAnsi"/>
              <w:noProof/>
              <w:kern w:val="2"/>
              <w:szCs w:val="24"/>
              <w14:ligatures w14:val="standardContextual"/>
            </w:rPr>
          </w:pPr>
          <w:hyperlink w:anchor="_Toc234628767" w:history="1">
            <w:r w:rsidRPr="00CA0098">
              <w:rPr>
                <w:rStyle w:val="Hyperlink"/>
                <w:noProof/>
              </w:rPr>
              <w:t>Q2: Research Methods Selected Methods:</w:t>
            </w:r>
            <w:r>
              <w:rPr>
                <w:noProof/>
                <w:webHidden/>
              </w:rPr>
              <w:tab/>
            </w:r>
            <w:r>
              <w:rPr>
                <w:noProof/>
                <w:webHidden/>
              </w:rPr>
              <w:fldChar w:fldCharType="begin"/>
            </w:r>
            <w:r>
              <w:rPr>
                <w:noProof/>
                <w:webHidden/>
              </w:rPr>
              <w:instrText xml:space="preserve"> PAGEREF _Toc234628767 \h </w:instrText>
            </w:r>
            <w:r>
              <w:rPr>
                <w:noProof/>
                <w:webHidden/>
              </w:rPr>
            </w:r>
            <w:r>
              <w:rPr>
                <w:noProof/>
                <w:webHidden/>
              </w:rPr>
              <w:fldChar w:fldCharType="separate"/>
            </w:r>
            <w:r>
              <w:rPr>
                <w:noProof/>
                <w:webHidden/>
              </w:rPr>
              <w:t>13</w:t>
            </w:r>
            <w:r>
              <w:rPr>
                <w:noProof/>
                <w:webHidden/>
              </w:rPr>
              <w:fldChar w:fldCharType="end"/>
            </w:r>
          </w:hyperlink>
        </w:p>
        <w:p w14:paraId="76FDA572" w14:textId="5BD8FC4A" w:rsidR="005E24DE" w:rsidRDefault="005E24DE" w:rsidP="005E24DE">
          <w:pPr>
            <w:pStyle w:val="TOC2"/>
            <w:tabs>
              <w:tab w:val="right" w:leader="dot" w:pos="8630"/>
            </w:tabs>
            <w:spacing w:line="360" w:lineRule="auto"/>
            <w:jc w:val="both"/>
            <w:rPr>
              <w:rFonts w:asciiTheme="minorHAnsi" w:hAnsiTheme="minorHAnsi"/>
              <w:noProof/>
              <w:kern w:val="2"/>
              <w:szCs w:val="24"/>
              <w14:ligatures w14:val="standardContextual"/>
            </w:rPr>
          </w:pPr>
          <w:hyperlink w:anchor="_Toc234628768" w:history="1">
            <w:r w:rsidRPr="00CA0098">
              <w:rPr>
                <w:rStyle w:val="Hyperlink"/>
                <w:noProof/>
              </w:rPr>
              <w:t>Q3: Data Analysis</w:t>
            </w:r>
            <w:r>
              <w:rPr>
                <w:noProof/>
                <w:webHidden/>
              </w:rPr>
              <w:tab/>
            </w:r>
            <w:r>
              <w:rPr>
                <w:noProof/>
                <w:webHidden/>
              </w:rPr>
              <w:fldChar w:fldCharType="begin"/>
            </w:r>
            <w:r>
              <w:rPr>
                <w:noProof/>
                <w:webHidden/>
              </w:rPr>
              <w:instrText xml:space="preserve"> PAGEREF _Toc234628768 \h </w:instrText>
            </w:r>
            <w:r>
              <w:rPr>
                <w:noProof/>
                <w:webHidden/>
              </w:rPr>
            </w:r>
            <w:r>
              <w:rPr>
                <w:noProof/>
                <w:webHidden/>
              </w:rPr>
              <w:fldChar w:fldCharType="separate"/>
            </w:r>
            <w:r>
              <w:rPr>
                <w:noProof/>
                <w:webHidden/>
              </w:rPr>
              <w:t>14</w:t>
            </w:r>
            <w:r>
              <w:rPr>
                <w:noProof/>
                <w:webHidden/>
              </w:rPr>
              <w:fldChar w:fldCharType="end"/>
            </w:r>
          </w:hyperlink>
        </w:p>
        <w:p w14:paraId="7BC0F827" w14:textId="56BEB607" w:rsidR="005E24DE" w:rsidRDefault="005E24DE" w:rsidP="005E24DE">
          <w:pPr>
            <w:pStyle w:val="TOC1"/>
            <w:tabs>
              <w:tab w:val="right" w:leader="dot" w:pos="8630"/>
            </w:tabs>
            <w:spacing w:line="360" w:lineRule="auto"/>
            <w:jc w:val="both"/>
            <w:rPr>
              <w:rFonts w:asciiTheme="minorHAnsi" w:hAnsiTheme="minorHAnsi"/>
              <w:noProof/>
              <w:kern w:val="2"/>
              <w:szCs w:val="24"/>
              <w14:ligatures w14:val="standardContextual"/>
            </w:rPr>
          </w:pPr>
          <w:hyperlink w:anchor="_Toc234628769" w:history="1">
            <w:r w:rsidRPr="00CA0098">
              <w:rPr>
                <w:rStyle w:val="Hyperlink"/>
                <w:noProof/>
              </w:rPr>
              <w:t>REFERENCES</w:t>
            </w:r>
            <w:r>
              <w:rPr>
                <w:noProof/>
                <w:webHidden/>
              </w:rPr>
              <w:tab/>
            </w:r>
            <w:r>
              <w:rPr>
                <w:noProof/>
                <w:webHidden/>
              </w:rPr>
              <w:fldChar w:fldCharType="begin"/>
            </w:r>
            <w:r>
              <w:rPr>
                <w:noProof/>
                <w:webHidden/>
              </w:rPr>
              <w:instrText xml:space="preserve"> PAGEREF _Toc234628769 \h </w:instrText>
            </w:r>
            <w:r>
              <w:rPr>
                <w:noProof/>
                <w:webHidden/>
              </w:rPr>
            </w:r>
            <w:r>
              <w:rPr>
                <w:noProof/>
                <w:webHidden/>
              </w:rPr>
              <w:fldChar w:fldCharType="separate"/>
            </w:r>
            <w:r>
              <w:rPr>
                <w:noProof/>
                <w:webHidden/>
              </w:rPr>
              <w:t>18</w:t>
            </w:r>
            <w:r>
              <w:rPr>
                <w:noProof/>
                <w:webHidden/>
              </w:rPr>
              <w:fldChar w:fldCharType="end"/>
            </w:r>
          </w:hyperlink>
        </w:p>
        <w:p w14:paraId="34FCE62E" w14:textId="3571C6B8" w:rsidR="005E24DE" w:rsidRDefault="005E24DE" w:rsidP="005E24DE">
          <w:pPr>
            <w:pStyle w:val="TOC1"/>
            <w:tabs>
              <w:tab w:val="right" w:leader="dot" w:pos="8630"/>
            </w:tabs>
            <w:spacing w:line="360" w:lineRule="auto"/>
            <w:jc w:val="both"/>
            <w:rPr>
              <w:rFonts w:asciiTheme="minorHAnsi" w:hAnsiTheme="minorHAnsi"/>
              <w:noProof/>
              <w:kern w:val="2"/>
              <w:szCs w:val="24"/>
              <w14:ligatures w14:val="standardContextual"/>
            </w:rPr>
          </w:pPr>
          <w:hyperlink w:anchor="_Toc234628770" w:history="1">
            <w:r w:rsidRPr="00CA0098">
              <w:rPr>
                <w:rStyle w:val="Hyperlink"/>
                <w:noProof/>
              </w:rPr>
              <w:t>APPENDICES</w:t>
            </w:r>
            <w:r>
              <w:rPr>
                <w:noProof/>
                <w:webHidden/>
              </w:rPr>
              <w:tab/>
            </w:r>
            <w:r>
              <w:rPr>
                <w:noProof/>
                <w:webHidden/>
              </w:rPr>
              <w:fldChar w:fldCharType="begin"/>
            </w:r>
            <w:r>
              <w:rPr>
                <w:noProof/>
                <w:webHidden/>
              </w:rPr>
              <w:instrText xml:space="preserve"> PAGEREF _Toc234628770 \h </w:instrText>
            </w:r>
            <w:r>
              <w:rPr>
                <w:noProof/>
                <w:webHidden/>
              </w:rPr>
            </w:r>
            <w:r>
              <w:rPr>
                <w:noProof/>
                <w:webHidden/>
              </w:rPr>
              <w:fldChar w:fldCharType="separate"/>
            </w:r>
            <w:r>
              <w:rPr>
                <w:noProof/>
                <w:webHidden/>
              </w:rPr>
              <w:t>21</w:t>
            </w:r>
            <w:r>
              <w:rPr>
                <w:noProof/>
                <w:webHidden/>
              </w:rPr>
              <w:fldChar w:fldCharType="end"/>
            </w:r>
          </w:hyperlink>
        </w:p>
        <w:p w14:paraId="29E9013C" w14:textId="65174FD8" w:rsidR="00C168FB" w:rsidRDefault="00C168FB" w:rsidP="005E24DE">
          <w:pPr>
            <w:spacing w:line="360" w:lineRule="auto"/>
            <w:jc w:val="both"/>
          </w:pPr>
          <w:r>
            <w:rPr>
              <w:b/>
              <w:bCs/>
              <w:noProof/>
            </w:rPr>
            <w:fldChar w:fldCharType="end"/>
          </w:r>
        </w:p>
      </w:sdtContent>
    </w:sdt>
    <w:p w14:paraId="4F4F6A81" w14:textId="77777777" w:rsidR="0040560E" w:rsidRPr="008C2259" w:rsidRDefault="0040560E" w:rsidP="008C2259">
      <w:pPr>
        <w:spacing w:line="360" w:lineRule="auto"/>
        <w:jc w:val="both"/>
        <w:rPr>
          <w:rFonts w:cs="Times New Roman"/>
          <w:b/>
          <w:color w:val="000000"/>
          <w:szCs w:val="24"/>
        </w:rPr>
      </w:pPr>
    </w:p>
    <w:p w14:paraId="39BBB5E4" w14:textId="77777777" w:rsidR="0040560E" w:rsidRPr="008C2259" w:rsidRDefault="0040560E" w:rsidP="008C2259">
      <w:pPr>
        <w:spacing w:line="360" w:lineRule="auto"/>
        <w:jc w:val="both"/>
        <w:rPr>
          <w:rFonts w:cs="Times New Roman"/>
          <w:b/>
          <w:color w:val="000000"/>
          <w:szCs w:val="24"/>
        </w:rPr>
      </w:pPr>
    </w:p>
    <w:p w14:paraId="680ED739" w14:textId="77777777" w:rsidR="0040560E" w:rsidRPr="008C2259" w:rsidRDefault="0040560E" w:rsidP="008C2259">
      <w:pPr>
        <w:spacing w:line="360" w:lineRule="auto"/>
        <w:jc w:val="both"/>
        <w:rPr>
          <w:rFonts w:cs="Times New Roman"/>
          <w:b/>
          <w:color w:val="000000"/>
          <w:szCs w:val="24"/>
        </w:rPr>
      </w:pPr>
    </w:p>
    <w:p w14:paraId="35A72FE7" w14:textId="77777777" w:rsidR="0040560E" w:rsidRPr="008C2259" w:rsidRDefault="0040560E" w:rsidP="008C2259">
      <w:pPr>
        <w:spacing w:line="360" w:lineRule="auto"/>
        <w:jc w:val="both"/>
        <w:rPr>
          <w:rFonts w:cs="Times New Roman"/>
          <w:b/>
          <w:color w:val="000000"/>
          <w:szCs w:val="24"/>
        </w:rPr>
      </w:pPr>
    </w:p>
    <w:p w14:paraId="26D23D19" w14:textId="77777777" w:rsidR="0040560E" w:rsidRPr="008C2259" w:rsidRDefault="0040560E" w:rsidP="008C2259">
      <w:pPr>
        <w:spacing w:line="360" w:lineRule="auto"/>
        <w:jc w:val="both"/>
        <w:rPr>
          <w:rFonts w:cs="Times New Roman"/>
          <w:b/>
          <w:color w:val="000000"/>
          <w:szCs w:val="24"/>
        </w:rPr>
      </w:pPr>
    </w:p>
    <w:p w14:paraId="18D46F96" w14:textId="77777777" w:rsidR="0040560E" w:rsidRPr="008C2259" w:rsidRDefault="0040560E" w:rsidP="008C2259">
      <w:pPr>
        <w:spacing w:line="360" w:lineRule="auto"/>
        <w:jc w:val="both"/>
        <w:rPr>
          <w:rFonts w:cs="Times New Roman"/>
          <w:b/>
          <w:color w:val="000000"/>
          <w:szCs w:val="24"/>
        </w:rPr>
      </w:pPr>
    </w:p>
    <w:p w14:paraId="56962E0E" w14:textId="77777777" w:rsidR="0040560E" w:rsidRPr="008C2259" w:rsidRDefault="0040560E" w:rsidP="008C2259">
      <w:pPr>
        <w:spacing w:line="360" w:lineRule="auto"/>
        <w:jc w:val="both"/>
        <w:rPr>
          <w:rFonts w:cs="Times New Roman"/>
          <w:b/>
          <w:color w:val="000000"/>
          <w:szCs w:val="24"/>
        </w:rPr>
      </w:pPr>
    </w:p>
    <w:p w14:paraId="58DFB5F0" w14:textId="77777777" w:rsidR="0040560E" w:rsidRPr="008C2259" w:rsidRDefault="0040560E" w:rsidP="008C2259">
      <w:pPr>
        <w:spacing w:line="360" w:lineRule="auto"/>
        <w:jc w:val="both"/>
        <w:rPr>
          <w:rFonts w:cs="Times New Roman"/>
          <w:b/>
          <w:color w:val="000000"/>
          <w:szCs w:val="24"/>
        </w:rPr>
      </w:pPr>
    </w:p>
    <w:p w14:paraId="35862EAF" w14:textId="77777777" w:rsidR="0040560E" w:rsidRPr="008C2259" w:rsidRDefault="0040560E" w:rsidP="008C2259">
      <w:pPr>
        <w:spacing w:line="360" w:lineRule="auto"/>
        <w:jc w:val="both"/>
        <w:rPr>
          <w:rFonts w:cs="Times New Roman"/>
          <w:b/>
          <w:color w:val="000000"/>
          <w:szCs w:val="24"/>
        </w:rPr>
      </w:pPr>
    </w:p>
    <w:p w14:paraId="7F085553" w14:textId="77777777" w:rsidR="0040560E" w:rsidRPr="008C2259" w:rsidRDefault="0040560E" w:rsidP="008C2259">
      <w:pPr>
        <w:spacing w:line="360" w:lineRule="auto"/>
        <w:jc w:val="both"/>
        <w:rPr>
          <w:rFonts w:cs="Times New Roman"/>
          <w:b/>
          <w:color w:val="000000"/>
          <w:szCs w:val="24"/>
        </w:rPr>
      </w:pPr>
    </w:p>
    <w:p w14:paraId="3169F988" w14:textId="7DBE49EF" w:rsidR="005A2EFC" w:rsidRPr="008C2259" w:rsidRDefault="00000000" w:rsidP="00C168FB">
      <w:pPr>
        <w:pStyle w:val="Heading1"/>
      </w:pPr>
      <w:bookmarkStart w:id="0" w:name="_Toc234628758"/>
      <w:r w:rsidRPr="008C2259">
        <w:lastRenderedPageBreak/>
        <w:t>TASK 1 – IDEATION &amp; MIND MAP</w:t>
      </w:r>
      <w:bookmarkEnd w:id="0"/>
    </w:p>
    <w:p w14:paraId="4996B6B0" w14:textId="77777777" w:rsidR="005A2EFC" w:rsidRPr="008C2259" w:rsidRDefault="00000000" w:rsidP="00C168FB">
      <w:pPr>
        <w:pStyle w:val="Heading2"/>
      </w:pPr>
      <w:bookmarkStart w:id="1" w:name="_Toc234628759"/>
      <w:r w:rsidRPr="008C2259">
        <w:t>Q1: Mind Map</w:t>
      </w:r>
      <w:bookmarkEnd w:id="1"/>
    </w:p>
    <w:p w14:paraId="22EC03F0" w14:textId="199255D4" w:rsidR="005A2EFC" w:rsidRPr="008C2259" w:rsidRDefault="00E462CC" w:rsidP="008C2259">
      <w:pPr>
        <w:spacing w:line="360" w:lineRule="auto"/>
        <w:jc w:val="both"/>
        <w:rPr>
          <w:rFonts w:cs="Times New Roman"/>
          <w:szCs w:val="24"/>
        </w:rPr>
      </w:pPr>
      <w:r w:rsidRPr="00E462CC">
        <w:rPr>
          <w:rFonts w:cs="Times New Roman"/>
          <w:szCs w:val="24"/>
        </w:rPr>
        <w:t xml:space="preserve">The mind map below shows the ideation process of creating an </w:t>
      </w:r>
      <w:r>
        <w:rPr>
          <w:rFonts w:cs="Times New Roman"/>
          <w:szCs w:val="24"/>
        </w:rPr>
        <w:t>AI-Based</w:t>
      </w:r>
      <w:r w:rsidRPr="00E462CC">
        <w:rPr>
          <w:rFonts w:cs="Times New Roman"/>
          <w:szCs w:val="24"/>
        </w:rPr>
        <w:t xml:space="preserve"> Attendance System for Universities. It contains six main sections, namely Innovation, Creativity, Technology Trends, Problems in the Computing Field, Personal Interests and Possible Project Ideas.</w:t>
      </w:r>
    </w:p>
    <w:p w14:paraId="535FD645" w14:textId="5E4B6448" w:rsidR="005A2EFC" w:rsidRPr="008C2259" w:rsidRDefault="005841C6" w:rsidP="008C2259">
      <w:pPr>
        <w:spacing w:line="360" w:lineRule="auto"/>
        <w:jc w:val="both"/>
        <w:rPr>
          <w:rFonts w:cs="Times New Roman"/>
          <w:szCs w:val="24"/>
        </w:rPr>
      </w:pPr>
      <w:r>
        <w:rPr>
          <w:noProof/>
        </w:rPr>
        <w:drawing>
          <wp:inline distT="0" distB="0" distL="0" distR="0" wp14:anchorId="51A2C9A7" wp14:editId="3FBFE315">
            <wp:extent cx="5486400" cy="3953510"/>
            <wp:effectExtent l="0" t="0" r="0" b="8890"/>
            <wp:docPr id="17853650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3953510"/>
                    </a:xfrm>
                    <a:prstGeom prst="rect">
                      <a:avLst/>
                    </a:prstGeom>
                    <a:noFill/>
                    <a:ln>
                      <a:noFill/>
                    </a:ln>
                  </pic:spPr>
                </pic:pic>
              </a:graphicData>
            </a:graphic>
          </wp:inline>
        </w:drawing>
      </w:r>
    </w:p>
    <w:p w14:paraId="4377DD48" w14:textId="11071A8D" w:rsidR="005A2EFC" w:rsidRPr="008C2259" w:rsidRDefault="00000000" w:rsidP="4ABFD1AB">
      <w:pPr>
        <w:spacing w:line="360" w:lineRule="auto"/>
        <w:jc w:val="both"/>
        <w:rPr>
          <w:rFonts w:cs="Times New Roman"/>
        </w:rPr>
      </w:pPr>
      <w:r w:rsidRPr="4ABFD1AB">
        <w:rPr>
          <w:rFonts w:cs="Times New Roman"/>
          <w:i/>
          <w:iCs/>
        </w:rPr>
        <w:t xml:space="preserve">Figure 1: Mind Map </w:t>
      </w:r>
    </w:p>
    <w:p w14:paraId="6C3803CD" w14:textId="3C958E7B" w:rsidR="00974455" w:rsidRPr="008C2259" w:rsidRDefault="00974455" w:rsidP="008C2259">
      <w:pPr>
        <w:spacing w:line="360" w:lineRule="auto"/>
        <w:jc w:val="both"/>
        <w:rPr>
          <w:rFonts w:cs="Times New Roman"/>
          <w:szCs w:val="24"/>
        </w:rPr>
      </w:pPr>
      <w:r w:rsidRPr="008C2259">
        <w:rPr>
          <w:rFonts w:cs="Times New Roman"/>
          <w:szCs w:val="24"/>
        </w:rPr>
        <w:t>The mind map shows how the main idea for the project is related to several domains. The Innovation branch features real-time processing, contactless biometrics, especially relevant post-</w:t>
      </w:r>
      <w:proofErr w:type="gramStart"/>
      <w:r w:rsidRPr="008C2259">
        <w:rPr>
          <w:rFonts w:cs="Times New Roman"/>
          <w:szCs w:val="24"/>
        </w:rPr>
        <w:t>pandemic</w:t>
      </w:r>
      <w:proofErr w:type="gramEnd"/>
      <w:r w:rsidRPr="008C2259">
        <w:rPr>
          <w:rFonts w:cs="Times New Roman"/>
          <w:szCs w:val="24"/>
        </w:rPr>
        <w:t>, CNN/</w:t>
      </w:r>
      <w:proofErr w:type="spellStart"/>
      <w:r w:rsidRPr="008C2259">
        <w:rPr>
          <w:rFonts w:cs="Times New Roman"/>
          <w:szCs w:val="24"/>
        </w:rPr>
        <w:t>FaceNet</w:t>
      </w:r>
      <w:proofErr w:type="spellEnd"/>
      <w:r w:rsidRPr="008C2259">
        <w:rPr>
          <w:rFonts w:cs="Times New Roman"/>
          <w:szCs w:val="24"/>
        </w:rPr>
        <w:t xml:space="preserve"> architectures and automated reporting capacities. The Creativity branch focuses on user-centric design principles, multi-modal authentication opportunities, gamification opportunities to encourage participation, and visual dashboards for presenting data. </w:t>
      </w:r>
      <w:proofErr w:type="gramStart"/>
      <w:r w:rsidRPr="008C2259">
        <w:rPr>
          <w:rFonts w:cs="Times New Roman"/>
          <w:szCs w:val="24"/>
        </w:rPr>
        <w:t>The technology</w:t>
      </w:r>
      <w:proofErr w:type="gramEnd"/>
      <w:r w:rsidRPr="008C2259">
        <w:rPr>
          <w:rFonts w:cs="Times New Roman"/>
          <w:szCs w:val="24"/>
        </w:rPr>
        <w:t xml:space="preserve"> trends are computer vision with OpenCV, AI/ML frameworks like TensorFlow and </w:t>
      </w:r>
      <w:proofErr w:type="spellStart"/>
      <w:r w:rsidRPr="008C2259">
        <w:rPr>
          <w:rFonts w:cs="Times New Roman"/>
          <w:szCs w:val="24"/>
        </w:rPr>
        <w:t>Keras</w:t>
      </w:r>
      <w:proofErr w:type="spellEnd"/>
      <w:r w:rsidRPr="008C2259">
        <w:rPr>
          <w:rFonts w:cs="Times New Roman"/>
          <w:szCs w:val="24"/>
        </w:rPr>
        <w:t xml:space="preserve">, cloud computing infrastructure, and edge processing for lower latency. The Computing Field problems </w:t>
      </w:r>
      <w:r w:rsidRPr="008C2259">
        <w:rPr>
          <w:rFonts w:cs="Times New Roman"/>
          <w:szCs w:val="24"/>
        </w:rPr>
        <w:lastRenderedPageBreak/>
        <w:t xml:space="preserve">highlight that attendance is a major concern in schools, roll call is time-consuming and tedious, inaccurate attendance records are prone to human error, and the security of current systems is compromised. Personal Interests are areas of </w:t>
      </w:r>
      <w:proofErr w:type="spellStart"/>
      <w:r w:rsidR="00E462CC">
        <w:rPr>
          <w:rFonts w:cs="Times New Roman"/>
          <w:szCs w:val="24"/>
        </w:rPr>
        <w:t>specialisation</w:t>
      </w:r>
      <w:proofErr w:type="spellEnd"/>
      <w:r w:rsidRPr="008C2259">
        <w:rPr>
          <w:rFonts w:cs="Times New Roman"/>
          <w:szCs w:val="24"/>
        </w:rPr>
        <w:t xml:space="preserve"> including IoT systems, computer vision, Python programming and machine learning. Finally, Project Ideas go into related concepts such as smart campus applications, Library Management systems, Laboratory Booking systems and AI Tutor systems.</w:t>
      </w:r>
    </w:p>
    <w:p w14:paraId="3BF6B201" w14:textId="77777777" w:rsidR="00974455" w:rsidRPr="008C2259" w:rsidRDefault="00974455" w:rsidP="00C168FB">
      <w:pPr>
        <w:pStyle w:val="Heading2"/>
      </w:pPr>
      <w:bookmarkStart w:id="2" w:name="_Toc234628760"/>
      <w:r w:rsidRPr="008C2259">
        <w:t>Q2: Selected Project Idea</w:t>
      </w:r>
      <w:bookmarkEnd w:id="2"/>
    </w:p>
    <w:p w14:paraId="601A67DF" w14:textId="4A64855C" w:rsidR="00974455" w:rsidRPr="00C168FB" w:rsidRDefault="00974455" w:rsidP="4ABFD1AB">
      <w:pPr>
        <w:spacing w:line="360" w:lineRule="auto"/>
        <w:jc w:val="both"/>
        <w:rPr>
          <w:rFonts w:cs="Times New Roman"/>
          <w:b/>
          <w:bCs/>
        </w:rPr>
      </w:pPr>
      <w:r w:rsidRPr="4ABFD1AB">
        <w:rPr>
          <w:rFonts w:cs="Times New Roman"/>
          <w:b/>
          <w:bCs/>
        </w:rPr>
        <w:t xml:space="preserve">Project: AI-Based Facial Recognition </w:t>
      </w:r>
      <w:proofErr w:type="spellStart"/>
      <w:r w:rsidRPr="4ABFD1AB">
        <w:rPr>
          <w:rFonts w:cs="Times New Roman"/>
          <w:b/>
          <w:bCs/>
        </w:rPr>
        <w:t>Attendanc</w:t>
      </w:r>
      <w:proofErr w:type="spellEnd"/>
    </w:p>
    <w:p w14:paraId="700FCB93" w14:textId="77777777" w:rsidR="00974455" w:rsidRPr="008C2259" w:rsidRDefault="00974455" w:rsidP="008C2259">
      <w:pPr>
        <w:spacing w:line="360" w:lineRule="auto"/>
        <w:jc w:val="both"/>
        <w:rPr>
          <w:rFonts w:cs="Times New Roman"/>
          <w:szCs w:val="24"/>
        </w:rPr>
      </w:pPr>
      <w:r w:rsidRPr="008C2259">
        <w:rPr>
          <w:rFonts w:cs="Times New Roman"/>
          <w:szCs w:val="24"/>
        </w:rPr>
        <w:t>The reason I was drawn to this idea:</w:t>
      </w:r>
    </w:p>
    <w:p w14:paraId="41D714F5" w14:textId="485FEBD4" w:rsidR="00974455" w:rsidRPr="008C2259" w:rsidRDefault="00974455" w:rsidP="008C2259">
      <w:pPr>
        <w:spacing w:line="360" w:lineRule="auto"/>
        <w:jc w:val="both"/>
        <w:rPr>
          <w:rFonts w:cs="Times New Roman"/>
          <w:szCs w:val="24"/>
        </w:rPr>
      </w:pPr>
      <w:r w:rsidRPr="008C2259">
        <w:rPr>
          <w:rFonts w:cs="Times New Roman"/>
          <w:szCs w:val="24"/>
        </w:rPr>
        <w:t>This project was chosen because it's a real problem seen in universities. Manual attendance systems such as roll calls, sign-in sheets and swiping student ID cards by RFID are inefficient, error-prone and can lead to proxy attendance (students signing in for others who are absent)</w:t>
      </w:r>
      <w:r w:rsidR="00E462CC">
        <w:rPr>
          <w:rFonts w:cs="Times New Roman"/>
          <w:szCs w:val="24"/>
        </w:rPr>
        <w:t>,</w:t>
      </w:r>
      <w:r w:rsidRPr="008C2259">
        <w:rPr>
          <w:rFonts w:cs="Times New Roman"/>
          <w:szCs w:val="24"/>
        </w:rPr>
        <w:t xml:space="preserve"> as noted by </w:t>
      </w:r>
      <w:sdt>
        <w:sdtPr>
          <w:rPr>
            <w:rFonts w:cs="Times New Roman"/>
            <w:color w:val="000000"/>
            <w:szCs w:val="24"/>
            <w:highlight w:val="white"/>
          </w:rPr>
          <w:alias w:val="Citation"/>
          <w:tag w:val="{&quot;referencesIds&quot;:[&quot;doc:6a6b7cc07b91ef02af37d63a&quot;],&quot;referencesOptions&quot;:{&quot;doc:6a6b7cc07b91ef02af37d6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2012049,&quot;citationText&quot;:&quot;&lt;span style=\&quot;font-family:Times New Roman;font-size:16px;color:#000000\&quot;&gt;[1]&lt;/span&gt;&quot;}"/>
          <w:id w:val="-1672012049"/>
          <w:placeholder>
            <w:docPart w:val="DD9ABA7708AB4F198C9E898DB9F73860"/>
          </w:placeholder>
        </w:sdtPr>
        <w:sdtContent>
          <w:r w:rsidR="009C0317">
            <w:rPr>
              <w:rFonts w:eastAsia="Times New Roman"/>
              <w:color w:val="000000"/>
            </w:rPr>
            <w:t>[1]</w:t>
          </w:r>
        </w:sdtContent>
      </w:sdt>
      <w:r w:rsidRPr="008C2259">
        <w:rPr>
          <w:rFonts w:cs="Times New Roman"/>
          <w:szCs w:val="24"/>
        </w:rPr>
        <w:t>It has been found that the use of facial recognition in automated attendance systems can provide around 97.8% accuracy and drastically decrease attendance system administration</w:t>
      </w:r>
      <w:sdt>
        <w:sdtPr>
          <w:rPr>
            <w:rFonts w:cs="Times New Roman"/>
            <w:color w:val="000000"/>
            <w:szCs w:val="24"/>
            <w:highlight w:val="white"/>
          </w:rPr>
          <w:alias w:val="Citation"/>
          <w:tag w:val="{&quot;referencesIds&quot;:[&quot;doc:6a6b7cc07b91ef02af37d63a&quot;],&quot;referencesOptions&quot;:{&quot;doc:6a6b7cc07b91ef02af37d6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7892676,&quot;citationText&quot;:&quot;&lt;span style=\&quot;font-family:Times New Roman;font-size:16px;color:#000000\&quot;&gt;[1]&lt;/span&gt;&quot;}"/>
          <w:id w:val="-1257892676"/>
          <w:placeholder>
            <w:docPart w:val="BC1687A888304464829979F076B293A5"/>
          </w:placeholder>
        </w:sdtPr>
        <w:sdtContent>
          <w:r w:rsidR="009C0317">
            <w:rPr>
              <w:rFonts w:eastAsia="Times New Roman"/>
              <w:color w:val="000000"/>
            </w:rPr>
            <w:t>[1]</w:t>
          </w:r>
        </w:sdtContent>
      </w:sdt>
      <w:r w:rsidRPr="008C2259">
        <w:rPr>
          <w:rFonts w:cs="Times New Roman"/>
          <w:szCs w:val="24"/>
        </w:rPr>
        <w:t>. It is meaningful because machine learning and computer vision are the fields that I'm interested in personally, and it is not out of the realm of the possible</w:t>
      </w:r>
      <w:r w:rsidR="00E462CC">
        <w:rPr>
          <w:rFonts w:cs="Times New Roman"/>
          <w:szCs w:val="24"/>
        </w:rPr>
        <w:t>,</w:t>
      </w:r>
      <w:r w:rsidRPr="008C2259">
        <w:rPr>
          <w:rFonts w:cs="Times New Roman"/>
          <w:szCs w:val="24"/>
        </w:rPr>
        <w:t xml:space="preserve"> as it is a practical problem.</w:t>
      </w:r>
    </w:p>
    <w:p w14:paraId="734BC22F" w14:textId="77777777" w:rsidR="00974455" w:rsidRPr="00C168FB" w:rsidRDefault="00974455" w:rsidP="008C2259">
      <w:pPr>
        <w:spacing w:line="360" w:lineRule="auto"/>
        <w:jc w:val="both"/>
        <w:rPr>
          <w:rFonts w:cs="Times New Roman"/>
          <w:b/>
          <w:bCs/>
          <w:szCs w:val="24"/>
        </w:rPr>
      </w:pPr>
      <w:r w:rsidRPr="00C168FB">
        <w:rPr>
          <w:rFonts w:cs="Times New Roman"/>
          <w:b/>
          <w:bCs/>
          <w:szCs w:val="24"/>
        </w:rPr>
        <w:t>Who Benefits:</w:t>
      </w:r>
    </w:p>
    <w:p w14:paraId="2CDB007F" w14:textId="47523A7C" w:rsidR="00E462CC" w:rsidRDefault="00E462CC" w:rsidP="008C2259">
      <w:pPr>
        <w:spacing w:line="360" w:lineRule="auto"/>
        <w:jc w:val="both"/>
        <w:rPr>
          <w:rFonts w:cs="Times New Roman"/>
          <w:szCs w:val="24"/>
        </w:rPr>
      </w:pPr>
      <w:r w:rsidRPr="00E462CC">
        <w:rPr>
          <w:rFonts w:cs="Times New Roman"/>
          <w:szCs w:val="24"/>
        </w:rPr>
        <w:t xml:space="preserve">This system is advantageous to a few stakeholders. Students spend less time in the lecture theatre at the beginning of the lectures and can use the contact hours optimally. Academic Staff members are released from administrative attendance to facilitate more time in class and for students. The real-time, accurate attendance data is sent to the university administrators, who can then monitor the </w:t>
      </w:r>
      <w:r>
        <w:rPr>
          <w:rFonts w:cs="Times New Roman"/>
          <w:szCs w:val="24"/>
        </w:rPr>
        <w:t>students'</w:t>
      </w:r>
      <w:r w:rsidRPr="00E462CC">
        <w:rPr>
          <w:rFonts w:cs="Times New Roman"/>
          <w:szCs w:val="24"/>
        </w:rPr>
        <w:t xml:space="preserve"> engagement, pinpoint students who are at risk, and meet regulatory reporting requirements. This scalable, maintainable system is also easily integrated into existing infrastructure, helping IT departments.</w:t>
      </w:r>
      <w:r>
        <w:rPr>
          <w:rFonts w:cs="Times New Roman"/>
          <w:szCs w:val="24"/>
        </w:rPr>
        <w:t xml:space="preserve"> </w:t>
      </w:r>
      <w:r w:rsidRPr="00E462CC">
        <w:rPr>
          <w:rFonts w:cs="Times New Roman"/>
          <w:szCs w:val="24"/>
        </w:rPr>
        <w:t>It is extensible and sustainable, and easily integrates with the current infrastructure, making it useful for IT departments.</w:t>
      </w:r>
    </w:p>
    <w:p w14:paraId="2DC20134" w14:textId="61559FA9" w:rsidR="00974455" w:rsidRPr="00C168FB" w:rsidRDefault="00974455" w:rsidP="008C2259">
      <w:pPr>
        <w:spacing w:line="360" w:lineRule="auto"/>
        <w:jc w:val="both"/>
        <w:rPr>
          <w:rFonts w:cs="Times New Roman"/>
          <w:b/>
          <w:bCs/>
          <w:szCs w:val="24"/>
        </w:rPr>
      </w:pPr>
      <w:r w:rsidRPr="00C168FB">
        <w:rPr>
          <w:rFonts w:cs="Times New Roman"/>
          <w:b/>
          <w:bCs/>
          <w:szCs w:val="24"/>
        </w:rPr>
        <w:t>Why It Is Interesting:</w:t>
      </w:r>
    </w:p>
    <w:p w14:paraId="6583DD78" w14:textId="72629A78" w:rsidR="00974455" w:rsidRPr="008C2259" w:rsidRDefault="00974455" w:rsidP="008C2259">
      <w:pPr>
        <w:spacing w:line="360" w:lineRule="auto"/>
        <w:jc w:val="both"/>
        <w:rPr>
          <w:rFonts w:cs="Times New Roman"/>
          <w:szCs w:val="24"/>
        </w:rPr>
      </w:pPr>
      <w:r w:rsidRPr="008C2259">
        <w:rPr>
          <w:rFonts w:cs="Times New Roman"/>
          <w:szCs w:val="24"/>
        </w:rPr>
        <w:lastRenderedPageBreak/>
        <w:t xml:space="preserve">It is because the project uses several </w:t>
      </w:r>
      <w:r w:rsidR="00E462CC">
        <w:rPr>
          <w:rFonts w:cs="Times New Roman"/>
          <w:szCs w:val="24"/>
        </w:rPr>
        <w:t>cutting-edge</w:t>
      </w:r>
      <w:r w:rsidRPr="008C2259">
        <w:rPr>
          <w:rFonts w:cs="Times New Roman"/>
          <w:szCs w:val="24"/>
        </w:rPr>
        <w:t xml:space="preserve"> technologies</w:t>
      </w:r>
      <w:r w:rsidR="00E462CC">
        <w:rPr>
          <w:rFonts w:cs="Times New Roman"/>
          <w:szCs w:val="24"/>
        </w:rPr>
        <w:t>:</w:t>
      </w:r>
      <w:r w:rsidRPr="008C2259">
        <w:rPr>
          <w:rFonts w:cs="Times New Roman"/>
          <w:szCs w:val="24"/>
        </w:rPr>
        <w:t xml:space="preserve"> Convolutional Neural Networks for feature extraction, </w:t>
      </w:r>
      <w:proofErr w:type="spellStart"/>
      <w:r w:rsidRPr="008C2259">
        <w:rPr>
          <w:rFonts w:cs="Times New Roman"/>
          <w:szCs w:val="24"/>
        </w:rPr>
        <w:t>FaceNet</w:t>
      </w:r>
      <w:proofErr w:type="spellEnd"/>
      <w:r w:rsidRPr="008C2259">
        <w:rPr>
          <w:rFonts w:cs="Times New Roman"/>
          <w:szCs w:val="24"/>
        </w:rPr>
        <w:t xml:space="preserve"> for generating </w:t>
      </w:r>
      <w:r w:rsidR="00E462CC">
        <w:rPr>
          <w:rFonts w:cs="Times New Roman"/>
          <w:szCs w:val="24"/>
        </w:rPr>
        <w:t>embeddings</w:t>
      </w:r>
      <w:r w:rsidRPr="008C2259">
        <w:rPr>
          <w:rFonts w:cs="Times New Roman"/>
          <w:szCs w:val="24"/>
        </w:rPr>
        <w:t xml:space="preserve"> of faces from images and real-time video processing. Adding complexity and relevance are the ethical aspects, especially the GDPR aspects of privacy and protection of biometric data. The system should be accurate while also ensuring privacy, which poses true engineering challenges</w:t>
      </w:r>
      <w:sdt>
        <w:sdtPr>
          <w:rPr>
            <w:rFonts w:cs="Times New Roman"/>
            <w:color w:val="000000"/>
            <w:szCs w:val="24"/>
            <w:highlight w:val="white"/>
          </w:rPr>
          <w:alias w:val="Citation"/>
          <w:tag w:val="{&quot;referencesIds&quot;:[&quot;doc:6a6c686682b2d05ff0098256&quot;],&quot;referencesOptions&quot;:{&quot;doc:6a6c686682b2d05ff00982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717463,&quot;citationText&quot;:&quot;&lt;span style=\&quot;font-family:Times New Roman;font-size:16px;color:#000000\&quot;&gt;[2]&lt;/span&gt;&quot;}"/>
          <w:id w:val="-168717463"/>
          <w:placeholder>
            <w:docPart w:val="83AD08D34A1541B8ADE8667D92842DAE"/>
          </w:placeholder>
        </w:sdtPr>
        <w:sdtContent>
          <w:r w:rsidR="009C0317">
            <w:rPr>
              <w:rFonts w:eastAsia="Times New Roman"/>
              <w:color w:val="000000"/>
            </w:rPr>
            <w:t>[2]</w:t>
          </w:r>
        </w:sdtContent>
      </w:sdt>
      <w:r w:rsidRPr="008C2259">
        <w:rPr>
          <w:rFonts w:cs="Times New Roman"/>
          <w:szCs w:val="24"/>
        </w:rPr>
        <w:t>. Moreover, the project adds to the existing research around the use of AI in educational technology, which is a field that is rapidly expanding (Puri and Chaudhari, 2025).</w:t>
      </w:r>
    </w:p>
    <w:p w14:paraId="0ED44240" w14:textId="77777777" w:rsidR="00974455" w:rsidRPr="00C168FB" w:rsidRDefault="00974455" w:rsidP="008C2259">
      <w:pPr>
        <w:spacing w:line="360" w:lineRule="auto"/>
        <w:jc w:val="both"/>
        <w:rPr>
          <w:rFonts w:cs="Times New Roman"/>
          <w:b/>
          <w:bCs/>
          <w:szCs w:val="24"/>
        </w:rPr>
      </w:pPr>
      <w:r w:rsidRPr="00C168FB">
        <w:rPr>
          <w:rFonts w:cs="Times New Roman"/>
          <w:b/>
          <w:bCs/>
          <w:szCs w:val="24"/>
        </w:rPr>
        <w:t>Why It Is Realistic:</w:t>
      </w:r>
    </w:p>
    <w:p w14:paraId="2AD63F3E" w14:textId="46141AFC" w:rsidR="00E462CC" w:rsidRDefault="00E462CC" w:rsidP="008C2259">
      <w:pPr>
        <w:spacing w:line="360" w:lineRule="auto"/>
        <w:jc w:val="both"/>
        <w:rPr>
          <w:rFonts w:cs="Times New Roman"/>
          <w:szCs w:val="24"/>
        </w:rPr>
      </w:pPr>
      <w:r w:rsidRPr="00E462CC">
        <w:rPr>
          <w:rFonts w:cs="Times New Roman"/>
          <w:szCs w:val="24"/>
        </w:rPr>
        <w:t xml:space="preserve">The project is technically realistic as part of a Level 5 computing </w:t>
      </w:r>
      <w:proofErr w:type="spellStart"/>
      <w:r w:rsidRPr="00E462CC">
        <w:rPr>
          <w:rFonts w:cs="Times New Roman"/>
          <w:szCs w:val="24"/>
        </w:rPr>
        <w:t>programme</w:t>
      </w:r>
      <w:proofErr w:type="spellEnd"/>
      <w:r w:rsidRPr="00E462CC">
        <w:rPr>
          <w:rFonts w:cs="Times New Roman"/>
          <w:szCs w:val="24"/>
        </w:rPr>
        <w:t xml:space="preserve">. OpenCV, TensorFlow and </w:t>
      </w:r>
      <w:proofErr w:type="spellStart"/>
      <w:r w:rsidRPr="00E462CC">
        <w:rPr>
          <w:rFonts w:cs="Times New Roman"/>
          <w:szCs w:val="24"/>
        </w:rPr>
        <w:t>dlib</w:t>
      </w:r>
      <w:proofErr w:type="spellEnd"/>
      <w:r w:rsidRPr="00E462CC">
        <w:rPr>
          <w:rFonts w:cs="Times New Roman"/>
          <w:szCs w:val="24"/>
        </w:rPr>
        <w:t xml:space="preserve"> are open-source libraries that can be used for face detection and recognition. User interfaces can be developed quickly using web frameworks built in Python classes such as Flask.</w:t>
      </w:r>
      <w:r>
        <w:rPr>
          <w:rFonts w:cs="Times New Roman"/>
          <w:szCs w:val="24"/>
        </w:rPr>
        <w:t xml:space="preserve"> </w:t>
      </w:r>
      <w:r w:rsidRPr="00E462CC">
        <w:rPr>
          <w:rFonts w:cs="Times New Roman"/>
          <w:szCs w:val="24"/>
        </w:rPr>
        <w:t xml:space="preserve">Web frameworks built in Python classes, such as Flask, offer the ability to develop user interfaces quickly. Powerful database choices: MySQL and SQLite. For a pilot study, the existing research provides good methodological guidelines, and </w:t>
      </w:r>
      <w:r>
        <w:rPr>
          <w:rFonts w:cs="Times New Roman"/>
          <w:szCs w:val="24"/>
        </w:rPr>
        <w:t xml:space="preserve">a </w:t>
      </w:r>
      <w:r w:rsidRPr="00E462CC">
        <w:rPr>
          <w:rFonts w:cs="Times New Roman"/>
          <w:szCs w:val="24"/>
        </w:rPr>
        <w:t xml:space="preserve">small group of students (30-50) can be used to validate the system performance (Bujang et al., 2024). Many universities have a general HD camera in their computing labs and have a computer with GPU acceleration support. </w:t>
      </w:r>
    </w:p>
    <w:p w14:paraId="4CF0E856" w14:textId="22DD9CD4" w:rsidR="005A2EFC" w:rsidRPr="008C2259" w:rsidRDefault="00000000" w:rsidP="008C2259">
      <w:pPr>
        <w:spacing w:line="360" w:lineRule="auto"/>
        <w:jc w:val="both"/>
        <w:rPr>
          <w:rFonts w:cs="Times New Roman"/>
          <w:szCs w:val="24"/>
        </w:rPr>
      </w:pPr>
      <w:r w:rsidRPr="008C2259">
        <w:rPr>
          <w:rFonts w:cs="Times New Roman"/>
          <w:b/>
          <w:color w:val="000000"/>
          <w:szCs w:val="24"/>
        </w:rPr>
        <w:t>References (Task 1)</w:t>
      </w:r>
    </w:p>
    <w:sdt>
      <w:sdtPr>
        <w:rPr>
          <w:rFonts w:cs="Times New Roman"/>
          <w:color w:val="000000"/>
          <w:szCs w:val="24"/>
          <w:highlight w:val="white"/>
        </w:rPr>
        <w:alias w:val="Citation"/>
        <w:tag w:val="{&quot;referencesIds&quot;:[&quot;doc:6a6c686682b2d05ff0098256&quot;],&quot;referencesOptions&quot;:{&quot;doc:6a6c686682b2d05ff0098256&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441152935,&quot;citationText&quot;:&quot;&lt;span style=\&quot;font-family:Times New Roman;font-size:16px;color:#000000\&quot;&gt;[2]&lt;/span&gt;&quot;}"/>
        <w:id w:val="-441152935"/>
        <w:placeholder>
          <w:docPart w:val="1AA374AC6CE34885A1FE3E77A8C81DB4"/>
        </w:placeholder>
      </w:sdtPr>
      <w:sdtContent>
        <w:p w14:paraId="01A65386" w14:textId="1B3D3BB6" w:rsidR="009C0317" w:rsidRDefault="009C0317" w:rsidP="009C0317">
          <w:pPr>
            <w:spacing w:line="360" w:lineRule="auto"/>
            <w:jc w:val="both"/>
            <w:rPr>
              <w:rFonts w:cs="Times New Roman"/>
              <w:color w:val="000000"/>
              <w:szCs w:val="24"/>
              <w:highlight w:val="white"/>
            </w:rPr>
          </w:pPr>
          <w:r w:rsidRPr="009C0317">
            <w:rPr>
              <w:rFonts w:cs="Times New Roman"/>
              <w:color w:val="000000"/>
              <w:szCs w:val="24"/>
              <w:highlight w:val="white"/>
            </w:rPr>
            <w:t>[1] Collett, "Riots, Revolution and Rehabilitation: The Future of Probation," vol. 52, no. 2, pp.163–189, October 17</w:t>
          </w:r>
          <w:proofErr w:type="gramStart"/>
          <w:r w:rsidRPr="009C0317">
            <w:rPr>
              <w:rFonts w:cs="Times New Roman"/>
              <w:color w:val="000000"/>
              <w:szCs w:val="24"/>
              <w:highlight w:val="white"/>
            </w:rPr>
            <w:t xml:space="preserve"> 2016</w:t>
          </w:r>
          <w:proofErr w:type="gramEnd"/>
          <w:r w:rsidRPr="009C0317">
            <w:rPr>
              <w:rFonts w:cs="Times New Roman"/>
              <w:color w:val="000000"/>
              <w:szCs w:val="24"/>
              <w:highlight w:val="white"/>
            </w:rPr>
            <w:t xml:space="preserve">, </w:t>
          </w:r>
          <w:proofErr w:type="spellStart"/>
          <w:r w:rsidRPr="009C0317">
            <w:rPr>
              <w:rFonts w:cs="Times New Roman"/>
              <w:color w:val="000000"/>
              <w:szCs w:val="24"/>
              <w:highlight w:val="white"/>
            </w:rPr>
            <w:t>doi</w:t>
          </w:r>
          <w:proofErr w:type="spellEnd"/>
          <w:r w:rsidRPr="009C0317">
            <w:rPr>
              <w:rFonts w:cs="Times New Roman"/>
              <w:color w:val="000000"/>
              <w:szCs w:val="24"/>
              <w:highlight w:val="white"/>
            </w:rPr>
            <w:t>: 10.1111/hojo.12007.</w:t>
          </w:r>
        </w:p>
        <w:p w14:paraId="5762DDF6" w14:textId="027F0F54" w:rsidR="009C0317" w:rsidRDefault="009C0317" w:rsidP="009C0317">
          <w:pPr>
            <w:spacing w:line="360" w:lineRule="auto"/>
            <w:jc w:val="both"/>
            <w:rPr>
              <w:rFonts w:cs="Times New Roman"/>
              <w:szCs w:val="24"/>
            </w:rPr>
          </w:pPr>
          <w:r w:rsidRPr="009C0317">
            <w:rPr>
              <w:rFonts w:cs="Times New Roman"/>
              <w:szCs w:val="24"/>
            </w:rPr>
            <w:t>[2] B. Nguyen-Tat, M. Bui and V. M. Ngo, "Automating attendance management in human resources: A design science approach using computer vision and facial recognition," vol. 4, no. 2, pp.100253, 2024,</w:t>
          </w:r>
        </w:p>
      </w:sdtContent>
    </w:sdt>
    <w:p w14:paraId="75A7925B" w14:textId="12FCA72E" w:rsidR="005A2EFC" w:rsidRPr="008C2259" w:rsidRDefault="00000000" w:rsidP="008C2259">
      <w:pPr>
        <w:spacing w:line="360" w:lineRule="auto"/>
        <w:jc w:val="both"/>
        <w:rPr>
          <w:rFonts w:cs="Times New Roman"/>
          <w:szCs w:val="24"/>
        </w:rPr>
      </w:pPr>
      <w:r w:rsidRPr="008C2259">
        <w:rPr>
          <w:rFonts w:cs="Times New Roman"/>
          <w:szCs w:val="24"/>
        </w:rPr>
        <w:t>Puri, D.D. and Chaudhari, R. (2025) 'Attendance system using AI', International Journal of Advanced Research in Computer and Communication Engineering, 14(9). DOI: 10.17148/IJARCCE.2025.14922.</w:t>
      </w:r>
    </w:p>
    <w:p w14:paraId="38A6B009" w14:textId="77777777" w:rsidR="005A2EFC" w:rsidRPr="008C2259" w:rsidRDefault="00000000" w:rsidP="008C2259">
      <w:pPr>
        <w:spacing w:line="360" w:lineRule="auto"/>
        <w:jc w:val="both"/>
        <w:rPr>
          <w:rFonts w:cs="Times New Roman"/>
          <w:szCs w:val="24"/>
        </w:rPr>
      </w:pPr>
      <w:r w:rsidRPr="008C2259">
        <w:rPr>
          <w:rFonts w:cs="Times New Roman"/>
          <w:szCs w:val="24"/>
        </w:rPr>
        <w:t xml:space="preserve">Rajkumar, R., Harshitha, S., Priyadarshini, S. and Yamini, C. (2024) 'Smart attendance system using facial recognition', International Journal of Advanced Research in </w:t>
      </w:r>
      <w:r w:rsidRPr="008C2259">
        <w:rPr>
          <w:rFonts w:cs="Times New Roman"/>
          <w:szCs w:val="24"/>
        </w:rPr>
        <w:lastRenderedPageBreak/>
        <w:t>Computer and Communication Engineering, 13(12). DOI: 10.17148/IJARCCE.2024.131207.</w:t>
      </w:r>
    </w:p>
    <w:p w14:paraId="6DBC1039" w14:textId="77777777" w:rsidR="005A2EFC" w:rsidRPr="008C2259" w:rsidRDefault="00000000" w:rsidP="008C2259">
      <w:pPr>
        <w:spacing w:line="360" w:lineRule="auto"/>
        <w:jc w:val="both"/>
        <w:rPr>
          <w:rFonts w:cs="Times New Roman"/>
          <w:szCs w:val="24"/>
        </w:rPr>
      </w:pPr>
      <w:proofErr w:type="spellStart"/>
      <w:r w:rsidRPr="008C2259">
        <w:rPr>
          <w:rFonts w:cs="Times New Roman"/>
          <w:szCs w:val="24"/>
        </w:rPr>
        <w:t>Thokal</w:t>
      </w:r>
      <w:proofErr w:type="spellEnd"/>
      <w:r w:rsidRPr="008C2259">
        <w:rPr>
          <w:rFonts w:cs="Times New Roman"/>
          <w:szCs w:val="24"/>
        </w:rPr>
        <w:t xml:space="preserve">, S., Padalkar, P., </w:t>
      </w:r>
      <w:proofErr w:type="spellStart"/>
      <w:r w:rsidRPr="008C2259">
        <w:rPr>
          <w:rFonts w:cs="Times New Roman"/>
          <w:szCs w:val="24"/>
        </w:rPr>
        <w:t>Solase</w:t>
      </w:r>
      <w:proofErr w:type="spellEnd"/>
      <w:r w:rsidRPr="008C2259">
        <w:rPr>
          <w:rFonts w:cs="Times New Roman"/>
          <w:szCs w:val="24"/>
        </w:rPr>
        <w:t xml:space="preserve">, A., </w:t>
      </w:r>
      <w:proofErr w:type="spellStart"/>
      <w:r w:rsidRPr="008C2259">
        <w:rPr>
          <w:rFonts w:cs="Times New Roman"/>
          <w:szCs w:val="24"/>
        </w:rPr>
        <w:t>Randhavan</w:t>
      </w:r>
      <w:proofErr w:type="spellEnd"/>
      <w:r w:rsidRPr="008C2259">
        <w:rPr>
          <w:rFonts w:cs="Times New Roman"/>
          <w:szCs w:val="24"/>
        </w:rPr>
        <w:t xml:space="preserve">, R., </w:t>
      </w:r>
      <w:proofErr w:type="spellStart"/>
      <w:r w:rsidRPr="008C2259">
        <w:rPr>
          <w:rFonts w:cs="Times New Roman"/>
          <w:szCs w:val="24"/>
        </w:rPr>
        <w:t>Khemnar</w:t>
      </w:r>
      <w:proofErr w:type="spellEnd"/>
      <w:r w:rsidRPr="008C2259">
        <w:rPr>
          <w:rFonts w:cs="Times New Roman"/>
          <w:szCs w:val="24"/>
        </w:rPr>
        <w:t xml:space="preserve">, K.C. and </w:t>
      </w:r>
      <w:proofErr w:type="spellStart"/>
      <w:r w:rsidRPr="008C2259">
        <w:rPr>
          <w:rFonts w:cs="Times New Roman"/>
          <w:szCs w:val="24"/>
        </w:rPr>
        <w:t>Maniyar</w:t>
      </w:r>
      <w:proofErr w:type="spellEnd"/>
      <w:r w:rsidRPr="008C2259">
        <w:rPr>
          <w:rFonts w:cs="Times New Roman"/>
          <w:szCs w:val="24"/>
        </w:rPr>
        <w:t>, A.A. (2024) 'AI-based face recognition attendance system for real-time monitoring', International Journal of Scientific Research in Computer Science Engineering and Information Technology. DOI: 10.32628/CSEIT26121395.</w:t>
      </w:r>
    </w:p>
    <w:p w14:paraId="50C60F5A" w14:textId="1E32E660" w:rsidR="005A2EFC" w:rsidRPr="008C2259" w:rsidRDefault="00000000" w:rsidP="00C168FB">
      <w:pPr>
        <w:pStyle w:val="Heading1"/>
      </w:pPr>
      <w:bookmarkStart w:id="3" w:name="_Toc234628761"/>
      <w:r w:rsidRPr="008C2259">
        <w:t>TASK 2 – AIM, OBJECTIVES &amp; RESEARCH AREA</w:t>
      </w:r>
      <w:bookmarkEnd w:id="3"/>
    </w:p>
    <w:p w14:paraId="5947C9FC" w14:textId="65208DE0" w:rsidR="005A2EFC" w:rsidRPr="008C2259" w:rsidRDefault="00000000" w:rsidP="00C168FB">
      <w:pPr>
        <w:pStyle w:val="Heading2"/>
      </w:pPr>
      <w:bookmarkStart w:id="4" w:name="_Toc234628762"/>
      <w:r>
        <w:t>Q1: Project Aim and Objectives</w:t>
      </w:r>
      <w:bookmarkEnd w:id="4"/>
    </w:p>
    <w:p w14:paraId="26838303" w14:textId="77777777" w:rsidR="00E462CC" w:rsidRDefault="00000000" w:rsidP="008C2259">
      <w:pPr>
        <w:spacing w:line="360" w:lineRule="auto"/>
        <w:jc w:val="both"/>
        <w:rPr>
          <w:rFonts w:cs="Times New Roman"/>
          <w:szCs w:val="24"/>
          <w:highlight w:val="yellow"/>
        </w:rPr>
      </w:pPr>
      <w:r w:rsidRPr="008C2259">
        <w:rPr>
          <w:rFonts w:cs="Times New Roman"/>
          <w:b/>
          <w:szCs w:val="24"/>
        </w:rPr>
        <w:t>Project Aim:</w:t>
      </w:r>
    </w:p>
    <w:p w14:paraId="50862FB1" w14:textId="65A412FD" w:rsidR="00E462CC" w:rsidRDefault="00E462CC" w:rsidP="008C2259">
      <w:pPr>
        <w:spacing w:line="360" w:lineRule="auto"/>
        <w:jc w:val="both"/>
        <w:rPr>
          <w:rFonts w:cs="Times New Roman"/>
          <w:szCs w:val="24"/>
        </w:rPr>
      </w:pPr>
      <w:r w:rsidRPr="00E462CC">
        <w:rPr>
          <w:rFonts w:cs="Times New Roman"/>
          <w:szCs w:val="24"/>
        </w:rPr>
        <w:t xml:space="preserve">To develop, build and test an </w:t>
      </w:r>
      <w:r>
        <w:rPr>
          <w:rFonts w:cs="Times New Roman"/>
          <w:szCs w:val="24"/>
        </w:rPr>
        <w:t>AI-based</w:t>
      </w:r>
      <w:r w:rsidRPr="00E462CC">
        <w:rPr>
          <w:rFonts w:cs="Times New Roman"/>
          <w:szCs w:val="24"/>
        </w:rPr>
        <w:t xml:space="preserve"> facial recognition attendance system for a university classroom to automate attendance recording, eliminate proxy attendance, decrease administrative time and ensure that data is handled according to GDPR.</w:t>
      </w:r>
    </w:p>
    <w:p w14:paraId="5B6B02C2" w14:textId="35DB1C45" w:rsidR="005A2EFC" w:rsidRPr="008C2259" w:rsidRDefault="00000000" w:rsidP="4ABFD1AB">
      <w:pPr>
        <w:spacing w:line="360" w:lineRule="auto"/>
        <w:jc w:val="both"/>
        <w:rPr>
          <w:rFonts w:cs="Times New Roman"/>
        </w:rPr>
      </w:pPr>
      <w:r w:rsidRPr="4ABFD1AB">
        <w:rPr>
          <w:rFonts w:cs="Times New Roman"/>
          <w:b/>
          <w:bCs/>
        </w:rPr>
        <w:t>Objectives:</w:t>
      </w:r>
    </w:p>
    <w:tbl>
      <w:tblPr>
        <w:tblStyle w:val="TableGrid"/>
        <w:tblW w:w="0" w:type="auto"/>
        <w:tblLook w:val="04A0" w:firstRow="1" w:lastRow="0" w:firstColumn="1" w:lastColumn="0" w:noHBand="0" w:noVBand="1"/>
      </w:tblPr>
      <w:tblGrid>
        <w:gridCol w:w="1509"/>
        <w:gridCol w:w="1589"/>
        <w:gridCol w:w="1435"/>
        <w:gridCol w:w="1483"/>
        <w:gridCol w:w="1443"/>
        <w:gridCol w:w="1171"/>
      </w:tblGrid>
      <w:tr w:rsidR="005A2EFC" w:rsidRPr="008C2259" w14:paraId="29439776" w14:textId="77777777">
        <w:tc>
          <w:tcPr>
            <w:tcW w:w="1440" w:type="dxa"/>
          </w:tcPr>
          <w:p w14:paraId="3355B647" w14:textId="77777777" w:rsidR="005A2EFC" w:rsidRPr="008C2259" w:rsidRDefault="00000000" w:rsidP="008C2259">
            <w:pPr>
              <w:spacing w:line="360" w:lineRule="auto"/>
              <w:jc w:val="both"/>
              <w:rPr>
                <w:rFonts w:cs="Times New Roman"/>
                <w:szCs w:val="24"/>
              </w:rPr>
            </w:pPr>
            <w:r w:rsidRPr="008C2259">
              <w:rPr>
                <w:rFonts w:cs="Times New Roman"/>
                <w:b/>
                <w:szCs w:val="24"/>
              </w:rPr>
              <w:t>Objective</w:t>
            </w:r>
          </w:p>
        </w:tc>
        <w:tc>
          <w:tcPr>
            <w:tcW w:w="1440" w:type="dxa"/>
          </w:tcPr>
          <w:p w14:paraId="7A3E878C" w14:textId="77777777" w:rsidR="005A2EFC" w:rsidRPr="008C2259" w:rsidRDefault="00000000" w:rsidP="008C2259">
            <w:pPr>
              <w:spacing w:line="360" w:lineRule="auto"/>
              <w:jc w:val="both"/>
              <w:rPr>
                <w:rFonts w:cs="Times New Roman"/>
                <w:szCs w:val="24"/>
              </w:rPr>
            </w:pPr>
            <w:r w:rsidRPr="008C2259">
              <w:rPr>
                <w:rFonts w:cs="Times New Roman"/>
                <w:b/>
                <w:szCs w:val="24"/>
              </w:rPr>
              <w:t>Specific</w:t>
            </w:r>
          </w:p>
        </w:tc>
        <w:tc>
          <w:tcPr>
            <w:tcW w:w="1440" w:type="dxa"/>
          </w:tcPr>
          <w:p w14:paraId="4BE30A2F" w14:textId="77777777" w:rsidR="005A2EFC" w:rsidRPr="008C2259" w:rsidRDefault="00000000" w:rsidP="008C2259">
            <w:pPr>
              <w:spacing w:line="360" w:lineRule="auto"/>
              <w:jc w:val="both"/>
              <w:rPr>
                <w:rFonts w:cs="Times New Roman"/>
                <w:szCs w:val="24"/>
              </w:rPr>
            </w:pPr>
            <w:r w:rsidRPr="008C2259">
              <w:rPr>
                <w:rFonts w:cs="Times New Roman"/>
                <w:b/>
                <w:szCs w:val="24"/>
              </w:rPr>
              <w:t>Measurable</w:t>
            </w:r>
          </w:p>
        </w:tc>
        <w:tc>
          <w:tcPr>
            <w:tcW w:w="1440" w:type="dxa"/>
          </w:tcPr>
          <w:p w14:paraId="600A7E85" w14:textId="77777777" w:rsidR="005A2EFC" w:rsidRPr="008C2259" w:rsidRDefault="00000000" w:rsidP="008C2259">
            <w:pPr>
              <w:spacing w:line="360" w:lineRule="auto"/>
              <w:jc w:val="both"/>
              <w:rPr>
                <w:rFonts w:cs="Times New Roman"/>
                <w:szCs w:val="24"/>
              </w:rPr>
            </w:pPr>
            <w:r w:rsidRPr="008C2259">
              <w:rPr>
                <w:rFonts w:cs="Times New Roman"/>
                <w:b/>
                <w:szCs w:val="24"/>
              </w:rPr>
              <w:t>Achievable</w:t>
            </w:r>
          </w:p>
        </w:tc>
        <w:tc>
          <w:tcPr>
            <w:tcW w:w="1440" w:type="dxa"/>
          </w:tcPr>
          <w:p w14:paraId="0DA49F2B" w14:textId="77777777" w:rsidR="005A2EFC" w:rsidRPr="008C2259" w:rsidRDefault="00000000" w:rsidP="008C2259">
            <w:pPr>
              <w:spacing w:line="360" w:lineRule="auto"/>
              <w:jc w:val="both"/>
              <w:rPr>
                <w:rFonts w:cs="Times New Roman"/>
                <w:szCs w:val="24"/>
              </w:rPr>
            </w:pPr>
            <w:r w:rsidRPr="008C2259">
              <w:rPr>
                <w:rFonts w:cs="Times New Roman"/>
                <w:b/>
                <w:szCs w:val="24"/>
              </w:rPr>
              <w:t>Relevant</w:t>
            </w:r>
          </w:p>
        </w:tc>
        <w:tc>
          <w:tcPr>
            <w:tcW w:w="1440" w:type="dxa"/>
          </w:tcPr>
          <w:p w14:paraId="7F7AE8D8" w14:textId="77777777" w:rsidR="005A2EFC" w:rsidRPr="008C2259" w:rsidRDefault="00000000" w:rsidP="008C2259">
            <w:pPr>
              <w:spacing w:line="360" w:lineRule="auto"/>
              <w:jc w:val="both"/>
              <w:rPr>
                <w:rFonts w:cs="Times New Roman"/>
                <w:szCs w:val="24"/>
              </w:rPr>
            </w:pPr>
            <w:r w:rsidRPr="008C2259">
              <w:rPr>
                <w:rFonts w:cs="Times New Roman"/>
                <w:b/>
                <w:szCs w:val="24"/>
              </w:rPr>
              <w:t>Time-bound</w:t>
            </w:r>
          </w:p>
        </w:tc>
      </w:tr>
      <w:tr w:rsidR="005A2EFC" w:rsidRPr="008C2259" w14:paraId="7CCA1E53" w14:textId="77777777">
        <w:tc>
          <w:tcPr>
            <w:tcW w:w="1440" w:type="dxa"/>
          </w:tcPr>
          <w:p w14:paraId="21166069" w14:textId="77777777" w:rsidR="005A2EFC" w:rsidRPr="008C2259" w:rsidRDefault="00000000" w:rsidP="008C2259">
            <w:pPr>
              <w:spacing w:line="360" w:lineRule="auto"/>
              <w:jc w:val="both"/>
              <w:rPr>
                <w:rFonts w:cs="Times New Roman"/>
                <w:szCs w:val="24"/>
              </w:rPr>
            </w:pPr>
            <w:r w:rsidRPr="008C2259">
              <w:rPr>
                <w:rFonts w:cs="Times New Roman"/>
                <w:szCs w:val="24"/>
              </w:rPr>
              <w:t>1. System Design</w:t>
            </w:r>
          </w:p>
        </w:tc>
        <w:tc>
          <w:tcPr>
            <w:tcW w:w="1440" w:type="dxa"/>
          </w:tcPr>
          <w:p w14:paraId="727D6E1D" w14:textId="77777777" w:rsidR="005A2EFC" w:rsidRPr="008C2259" w:rsidRDefault="00000000" w:rsidP="008C2259">
            <w:pPr>
              <w:spacing w:line="360" w:lineRule="auto"/>
              <w:jc w:val="both"/>
              <w:rPr>
                <w:rFonts w:cs="Times New Roman"/>
                <w:szCs w:val="24"/>
              </w:rPr>
            </w:pPr>
            <w:r w:rsidRPr="008C2259">
              <w:rPr>
                <w:rFonts w:cs="Times New Roman"/>
                <w:szCs w:val="24"/>
              </w:rPr>
              <w:t>Design system architecture using OpenCV, TensorFlow, and Flask</w:t>
            </w:r>
          </w:p>
        </w:tc>
        <w:tc>
          <w:tcPr>
            <w:tcW w:w="1440" w:type="dxa"/>
          </w:tcPr>
          <w:p w14:paraId="50F643CC" w14:textId="77777777" w:rsidR="005A2EFC" w:rsidRPr="008C2259" w:rsidRDefault="00000000" w:rsidP="008C2259">
            <w:pPr>
              <w:spacing w:line="360" w:lineRule="auto"/>
              <w:jc w:val="both"/>
              <w:rPr>
                <w:rFonts w:cs="Times New Roman"/>
                <w:szCs w:val="24"/>
              </w:rPr>
            </w:pPr>
            <w:r w:rsidRPr="008C2259">
              <w:rPr>
                <w:rFonts w:cs="Times New Roman"/>
                <w:szCs w:val="24"/>
              </w:rPr>
              <w:t>Architecture document completed with UML diagrams</w:t>
            </w:r>
          </w:p>
        </w:tc>
        <w:tc>
          <w:tcPr>
            <w:tcW w:w="1440" w:type="dxa"/>
          </w:tcPr>
          <w:p w14:paraId="1293CD4B" w14:textId="77777777" w:rsidR="005A2EFC" w:rsidRPr="008C2259" w:rsidRDefault="00000000" w:rsidP="008C2259">
            <w:pPr>
              <w:spacing w:line="360" w:lineRule="auto"/>
              <w:jc w:val="both"/>
              <w:rPr>
                <w:rFonts w:cs="Times New Roman"/>
                <w:szCs w:val="24"/>
              </w:rPr>
            </w:pPr>
            <w:r w:rsidRPr="008C2259">
              <w:rPr>
                <w:rFonts w:cs="Times New Roman"/>
                <w:szCs w:val="24"/>
              </w:rPr>
              <w:t>Feasible with available open-source tools</w:t>
            </w:r>
          </w:p>
        </w:tc>
        <w:tc>
          <w:tcPr>
            <w:tcW w:w="1440" w:type="dxa"/>
          </w:tcPr>
          <w:p w14:paraId="4B37641A" w14:textId="19B9A680" w:rsidR="005A2EFC" w:rsidRPr="008C2259" w:rsidRDefault="00000000" w:rsidP="008C2259">
            <w:pPr>
              <w:spacing w:line="360" w:lineRule="auto"/>
              <w:jc w:val="both"/>
              <w:rPr>
                <w:rFonts w:cs="Times New Roman"/>
                <w:szCs w:val="24"/>
              </w:rPr>
            </w:pPr>
            <w:r w:rsidRPr="008C2259">
              <w:rPr>
                <w:rFonts w:cs="Times New Roman"/>
                <w:szCs w:val="24"/>
              </w:rPr>
              <w:t xml:space="preserve">Directly supports </w:t>
            </w:r>
            <w:r w:rsidR="00E462CC">
              <w:rPr>
                <w:rFonts w:cs="Times New Roman"/>
                <w:szCs w:val="24"/>
              </w:rPr>
              <w:t xml:space="preserve">the </w:t>
            </w:r>
            <w:r w:rsidRPr="008C2259">
              <w:rPr>
                <w:rFonts w:cs="Times New Roman"/>
                <w:szCs w:val="24"/>
              </w:rPr>
              <w:t>aim of automation</w:t>
            </w:r>
          </w:p>
        </w:tc>
        <w:tc>
          <w:tcPr>
            <w:tcW w:w="1440" w:type="dxa"/>
          </w:tcPr>
          <w:p w14:paraId="27081995" w14:textId="77777777" w:rsidR="005A2EFC" w:rsidRPr="008C2259" w:rsidRDefault="00000000" w:rsidP="008C2259">
            <w:pPr>
              <w:spacing w:line="360" w:lineRule="auto"/>
              <w:jc w:val="both"/>
              <w:rPr>
                <w:rFonts w:cs="Times New Roman"/>
                <w:szCs w:val="24"/>
              </w:rPr>
            </w:pPr>
            <w:r w:rsidRPr="008C2259">
              <w:rPr>
                <w:rFonts w:cs="Times New Roman"/>
                <w:szCs w:val="24"/>
              </w:rPr>
              <w:t>Weeks 1-4</w:t>
            </w:r>
          </w:p>
        </w:tc>
      </w:tr>
      <w:tr w:rsidR="005A2EFC" w:rsidRPr="008C2259" w14:paraId="2347FEA1" w14:textId="77777777">
        <w:tc>
          <w:tcPr>
            <w:tcW w:w="1440" w:type="dxa"/>
          </w:tcPr>
          <w:p w14:paraId="70FA5501" w14:textId="77777777" w:rsidR="005A2EFC" w:rsidRPr="008C2259" w:rsidRDefault="00000000" w:rsidP="008C2259">
            <w:pPr>
              <w:spacing w:line="360" w:lineRule="auto"/>
              <w:jc w:val="both"/>
              <w:rPr>
                <w:rFonts w:cs="Times New Roman"/>
                <w:szCs w:val="24"/>
              </w:rPr>
            </w:pPr>
            <w:r w:rsidRPr="008C2259">
              <w:rPr>
                <w:rFonts w:cs="Times New Roman"/>
                <w:szCs w:val="24"/>
              </w:rPr>
              <w:t>2. Face Recognition Development</w:t>
            </w:r>
          </w:p>
        </w:tc>
        <w:tc>
          <w:tcPr>
            <w:tcW w:w="1440" w:type="dxa"/>
          </w:tcPr>
          <w:p w14:paraId="4E9BF522" w14:textId="77777777" w:rsidR="005A2EFC" w:rsidRPr="008C2259" w:rsidRDefault="00000000" w:rsidP="008C2259">
            <w:pPr>
              <w:spacing w:line="360" w:lineRule="auto"/>
              <w:jc w:val="both"/>
              <w:rPr>
                <w:rFonts w:cs="Times New Roman"/>
                <w:szCs w:val="24"/>
              </w:rPr>
            </w:pPr>
            <w:r w:rsidRPr="008C2259">
              <w:rPr>
                <w:rFonts w:cs="Times New Roman"/>
                <w:szCs w:val="24"/>
              </w:rPr>
              <w:t>Implement face detection and recognition using CNN/</w:t>
            </w:r>
            <w:proofErr w:type="spellStart"/>
            <w:r w:rsidRPr="008C2259">
              <w:rPr>
                <w:rFonts w:cs="Times New Roman"/>
                <w:szCs w:val="24"/>
              </w:rPr>
              <w:t>FaceNet</w:t>
            </w:r>
            <w:proofErr w:type="spellEnd"/>
          </w:p>
        </w:tc>
        <w:tc>
          <w:tcPr>
            <w:tcW w:w="1440" w:type="dxa"/>
          </w:tcPr>
          <w:p w14:paraId="5017F73C" w14:textId="77777777" w:rsidR="005A2EFC" w:rsidRPr="008C2259" w:rsidRDefault="00000000" w:rsidP="008C2259">
            <w:pPr>
              <w:spacing w:line="360" w:lineRule="auto"/>
              <w:jc w:val="both"/>
              <w:rPr>
                <w:rFonts w:cs="Times New Roman"/>
                <w:szCs w:val="24"/>
              </w:rPr>
            </w:pPr>
            <w:r w:rsidRPr="008C2259">
              <w:rPr>
                <w:rFonts w:cs="Times New Roman"/>
                <w:szCs w:val="24"/>
              </w:rPr>
              <w:t>Achieve ≥95% accuracy on test dataset</w:t>
            </w:r>
          </w:p>
        </w:tc>
        <w:tc>
          <w:tcPr>
            <w:tcW w:w="1440" w:type="dxa"/>
          </w:tcPr>
          <w:p w14:paraId="4274A97D" w14:textId="77777777" w:rsidR="005A2EFC" w:rsidRPr="008C2259" w:rsidRDefault="00000000" w:rsidP="008C2259">
            <w:pPr>
              <w:spacing w:line="360" w:lineRule="auto"/>
              <w:jc w:val="both"/>
              <w:rPr>
                <w:rFonts w:cs="Times New Roman"/>
                <w:szCs w:val="24"/>
              </w:rPr>
            </w:pPr>
            <w:r w:rsidRPr="008C2259">
              <w:rPr>
                <w:rFonts w:cs="Times New Roman"/>
                <w:szCs w:val="24"/>
              </w:rPr>
              <w:t>Existing research shows 97.8% achievable (</w:t>
            </w:r>
            <w:proofErr w:type="spellStart"/>
            <w:r w:rsidRPr="008C2259">
              <w:rPr>
                <w:rFonts w:cs="Times New Roman"/>
                <w:szCs w:val="24"/>
              </w:rPr>
              <w:t>Thokal</w:t>
            </w:r>
            <w:proofErr w:type="spellEnd"/>
            <w:r w:rsidRPr="008C2259">
              <w:rPr>
                <w:rFonts w:cs="Times New Roman"/>
                <w:szCs w:val="24"/>
              </w:rPr>
              <w:t xml:space="preserve"> et </w:t>
            </w:r>
            <w:r w:rsidRPr="008C2259">
              <w:rPr>
                <w:rFonts w:cs="Times New Roman"/>
                <w:szCs w:val="24"/>
              </w:rPr>
              <w:lastRenderedPageBreak/>
              <w:t>al., 2024)</w:t>
            </w:r>
          </w:p>
        </w:tc>
        <w:tc>
          <w:tcPr>
            <w:tcW w:w="1440" w:type="dxa"/>
          </w:tcPr>
          <w:p w14:paraId="10970172" w14:textId="77777777" w:rsidR="005A2EFC" w:rsidRPr="008C2259" w:rsidRDefault="00000000" w:rsidP="008C2259">
            <w:pPr>
              <w:spacing w:line="360" w:lineRule="auto"/>
              <w:jc w:val="both"/>
              <w:rPr>
                <w:rFonts w:cs="Times New Roman"/>
                <w:szCs w:val="24"/>
              </w:rPr>
            </w:pPr>
            <w:r w:rsidRPr="008C2259">
              <w:rPr>
                <w:rFonts w:cs="Times New Roman"/>
                <w:szCs w:val="24"/>
              </w:rPr>
              <w:lastRenderedPageBreak/>
              <w:t>Core technical requirement</w:t>
            </w:r>
          </w:p>
        </w:tc>
        <w:tc>
          <w:tcPr>
            <w:tcW w:w="1440" w:type="dxa"/>
          </w:tcPr>
          <w:p w14:paraId="0C1F2E83" w14:textId="77777777" w:rsidR="005A2EFC" w:rsidRPr="008C2259" w:rsidRDefault="00000000" w:rsidP="008C2259">
            <w:pPr>
              <w:spacing w:line="360" w:lineRule="auto"/>
              <w:jc w:val="both"/>
              <w:rPr>
                <w:rFonts w:cs="Times New Roman"/>
                <w:szCs w:val="24"/>
              </w:rPr>
            </w:pPr>
            <w:r w:rsidRPr="008C2259">
              <w:rPr>
                <w:rFonts w:cs="Times New Roman"/>
                <w:szCs w:val="24"/>
              </w:rPr>
              <w:t>Weeks 5-10</w:t>
            </w:r>
          </w:p>
        </w:tc>
      </w:tr>
      <w:tr w:rsidR="005A2EFC" w:rsidRPr="008C2259" w14:paraId="0F993392" w14:textId="77777777">
        <w:tc>
          <w:tcPr>
            <w:tcW w:w="1440" w:type="dxa"/>
          </w:tcPr>
          <w:p w14:paraId="1C003251" w14:textId="77777777" w:rsidR="005A2EFC" w:rsidRPr="008C2259" w:rsidRDefault="00000000" w:rsidP="008C2259">
            <w:pPr>
              <w:spacing w:line="360" w:lineRule="auto"/>
              <w:jc w:val="both"/>
              <w:rPr>
                <w:rFonts w:cs="Times New Roman"/>
                <w:szCs w:val="24"/>
              </w:rPr>
            </w:pPr>
            <w:r w:rsidRPr="008C2259">
              <w:rPr>
                <w:rFonts w:cs="Times New Roman"/>
                <w:szCs w:val="24"/>
              </w:rPr>
              <w:t>3. Database Integration</w:t>
            </w:r>
          </w:p>
        </w:tc>
        <w:tc>
          <w:tcPr>
            <w:tcW w:w="1440" w:type="dxa"/>
          </w:tcPr>
          <w:p w14:paraId="4E97205F" w14:textId="5D27B405" w:rsidR="005A2EFC" w:rsidRPr="008C2259" w:rsidRDefault="00000000" w:rsidP="008C2259">
            <w:pPr>
              <w:spacing w:line="360" w:lineRule="auto"/>
              <w:jc w:val="both"/>
              <w:rPr>
                <w:rFonts w:cs="Times New Roman"/>
                <w:szCs w:val="24"/>
              </w:rPr>
            </w:pPr>
            <w:r w:rsidRPr="008C2259">
              <w:rPr>
                <w:rFonts w:cs="Times New Roman"/>
                <w:szCs w:val="24"/>
              </w:rPr>
              <w:t xml:space="preserve">Develop </w:t>
            </w:r>
            <w:r w:rsidR="00E462CC">
              <w:rPr>
                <w:rFonts w:cs="Times New Roman"/>
                <w:szCs w:val="24"/>
              </w:rPr>
              <w:t xml:space="preserve">a </w:t>
            </w:r>
            <w:r w:rsidRPr="008C2259">
              <w:rPr>
                <w:rFonts w:cs="Times New Roman"/>
                <w:szCs w:val="24"/>
              </w:rPr>
              <w:t>MySQL database for student records and attendance logs</w:t>
            </w:r>
          </w:p>
        </w:tc>
        <w:tc>
          <w:tcPr>
            <w:tcW w:w="1440" w:type="dxa"/>
          </w:tcPr>
          <w:p w14:paraId="16C1B947" w14:textId="77777777" w:rsidR="005A2EFC" w:rsidRPr="008C2259" w:rsidRDefault="00000000" w:rsidP="008C2259">
            <w:pPr>
              <w:spacing w:line="360" w:lineRule="auto"/>
              <w:jc w:val="both"/>
              <w:rPr>
                <w:rFonts w:cs="Times New Roman"/>
                <w:szCs w:val="24"/>
              </w:rPr>
            </w:pPr>
            <w:r w:rsidRPr="008C2259">
              <w:rPr>
                <w:rFonts w:cs="Times New Roman"/>
                <w:szCs w:val="24"/>
              </w:rPr>
              <w:t>Store 1000+ student profiles with timestamps</w:t>
            </w:r>
          </w:p>
        </w:tc>
        <w:tc>
          <w:tcPr>
            <w:tcW w:w="1440" w:type="dxa"/>
          </w:tcPr>
          <w:p w14:paraId="20ED8753" w14:textId="77777777" w:rsidR="005A2EFC" w:rsidRPr="008C2259" w:rsidRDefault="00000000" w:rsidP="008C2259">
            <w:pPr>
              <w:spacing w:line="360" w:lineRule="auto"/>
              <w:jc w:val="both"/>
              <w:rPr>
                <w:rFonts w:cs="Times New Roman"/>
                <w:szCs w:val="24"/>
              </w:rPr>
            </w:pPr>
            <w:r w:rsidRPr="008C2259">
              <w:rPr>
                <w:rFonts w:cs="Times New Roman"/>
                <w:szCs w:val="24"/>
              </w:rPr>
              <w:t>Standard database capacity</w:t>
            </w:r>
          </w:p>
        </w:tc>
        <w:tc>
          <w:tcPr>
            <w:tcW w:w="1440" w:type="dxa"/>
          </w:tcPr>
          <w:p w14:paraId="536D4D46" w14:textId="77777777" w:rsidR="005A2EFC" w:rsidRPr="008C2259" w:rsidRDefault="00000000" w:rsidP="008C2259">
            <w:pPr>
              <w:spacing w:line="360" w:lineRule="auto"/>
              <w:jc w:val="both"/>
              <w:rPr>
                <w:rFonts w:cs="Times New Roman"/>
                <w:szCs w:val="24"/>
              </w:rPr>
            </w:pPr>
            <w:r w:rsidRPr="008C2259">
              <w:rPr>
                <w:rFonts w:cs="Times New Roman"/>
                <w:szCs w:val="24"/>
              </w:rPr>
              <w:t>Essential for data management</w:t>
            </w:r>
          </w:p>
        </w:tc>
        <w:tc>
          <w:tcPr>
            <w:tcW w:w="1440" w:type="dxa"/>
          </w:tcPr>
          <w:p w14:paraId="233A5345" w14:textId="77777777" w:rsidR="005A2EFC" w:rsidRPr="008C2259" w:rsidRDefault="00000000" w:rsidP="008C2259">
            <w:pPr>
              <w:spacing w:line="360" w:lineRule="auto"/>
              <w:jc w:val="both"/>
              <w:rPr>
                <w:rFonts w:cs="Times New Roman"/>
                <w:szCs w:val="24"/>
              </w:rPr>
            </w:pPr>
            <w:r w:rsidRPr="008C2259">
              <w:rPr>
                <w:rFonts w:cs="Times New Roman"/>
                <w:szCs w:val="24"/>
              </w:rPr>
              <w:t>Weeks 8-12</w:t>
            </w:r>
          </w:p>
        </w:tc>
      </w:tr>
      <w:tr w:rsidR="005A2EFC" w:rsidRPr="008C2259" w14:paraId="5E3EAFEF" w14:textId="77777777">
        <w:tc>
          <w:tcPr>
            <w:tcW w:w="1440" w:type="dxa"/>
          </w:tcPr>
          <w:p w14:paraId="035C0FAE" w14:textId="77777777" w:rsidR="005A2EFC" w:rsidRPr="008C2259" w:rsidRDefault="00000000" w:rsidP="008C2259">
            <w:pPr>
              <w:spacing w:line="360" w:lineRule="auto"/>
              <w:jc w:val="both"/>
              <w:rPr>
                <w:rFonts w:cs="Times New Roman"/>
                <w:szCs w:val="24"/>
              </w:rPr>
            </w:pPr>
            <w:r w:rsidRPr="008C2259">
              <w:rPr>
                <w:rFonts w:cs="Times New Roman"/>
                <w:szCs w:val="24"/>
              </w:rPr>
              <w:t>4. Pilot Testing</w:t>
            </w:r>
          </w:p>
        </w:tc>
        <w:tc>
          <w:tcPr>
            <w:tcW w:w="1440" w:type="dxa"/>
          </w:tcPr>
          <w:p w14:paraId="7DD23D0E" w14:textId="77777777" w:rsidR="005A2EFC" w:rsidRPr="008C2259" w:rsidRDefault="00000000" w:rsidP="008C2259">
            <w:pPr>
              <w:spacing w:line="360" w:lineRule="auto"/>
              <w:jc w:val="both"/>
              <w:rPr>
                <w:rFonts w:cs="Times New Roman"/>
                <w:szCs w:val="24"/>
              </w:rPr>
            </w:pPr>
            <w:r w:rsidRPr="008C2259">
              <w:rPr>
                <w:rFonts w:cs="Times New Roman"/>
                <w:szCs w:val="24"/>
              </w:rPr>
              <w:t>Deploy system in 2 university classrooms</w:t>
            </w:r>
          </w:p>
        </w:tc>
        <w:tc>
          <w:tcPr>
            <w:tcW w:w="1440" w:type="dxa"/>
          </w:tcPr>
          <w:p w14:paraId="057D40CB" w14:textId="77777777" w:rsidR="005A2EFC" w:rsidRPr="008C2259" w:rsidRDefault="00000000" w:rsidP="008C2259">
            <w:pPr>
              <w:spacing w:line="360" w:lineRule="auto"/>
              <w:jc w:val="both"/>
              <w:rPr>
                <w:rFonts w:cs="Times New Roman"/>
                <w:szCs w:val="24"/>
              </w:rPr>
            </w:pPr>
            <w:r w:rsidRPr="008C2259">
              <w:rPr>
                <w:rFonts w:cs="Times New Roman"/>
                <w:szCs w:val="24"/>
              </w:rPr>
              <w:t>Collect data from 50 students across 10 sessions</w:t>
            </w:r>
          </w:p>
        </w:tc>
        <w:tc>
          <w:tcPr>
            <w:tcW w:w="1440" w:type="dxa"/>
          </w:tcPr>
          <w:p w14:paraId="312B6538" w14:textId="77777777" w:rsidR="005A2EFC" w:rsidRPr="008C2259" w:rsidRDefault="00000000" w:rsidP="008C2259">
            <w:pPr>
              <w:spacing w:line="360" w:lineRule="auto"/>
              <w:jc w:val="both"/>
              <w:rPr>
                <w:rFonts w:cs="Times New Roman"/>
                <w:szCs w:val="24"/>
              </w:rPr>
            </w:pPr>
            <w:r w:rsidRPr="008C2259">
              <w:rPr>
                <w:rFonts w:cs="Times New Roman"/>
                <w:szCs w:val="24"/>
              </w:rPr>
              <w:t>30 respondents sufficient for pilot reliability testing (Bujang et al., 2024)</w:t>
            </w:r>
          </w:p>
        </w:tc>
        <w:tc>
          <w:tcPr>
            <w:tcW w:w="1440" w:type="dxa"/>
          </w:tcPr>
          <w:p w14:paraId="68D6D508" w14:textId="77777777" w:rsidR="005A2EFC" w:rsidRPr="008C2259" w:rsidRDefault="00000000" w:rsidP="008C2259">
            <w:pPr>
              <w:spacing w:line="360" w:lineRule="auto"/>
              <w:jc w:val="both"/>
              <w:rPr>
                <w:rFonts w:cs="Times New Roman"/>
                <w:szCs w:val="24"/>
              </w:rPr>
            </w:pPr>
            <w:r w:rsidRPr="008C2259">
              <w:rPr>
                <w:rFonts w:cs="Times New Roman"/>
                <w:szCs w:val="24"/>
              </w:rPr>
              <w:t>Validates system in real environment</w:t>
            </w:r>
          </w:p>
        </w:tc>
        <w:tc>
          <w:tcPr>
            <w:tcW w:w="1440" w:type="dxa"/>
          </w:tcPr>
          <w:p w14:paraId="14B77CE2" w14:textId="77777777" w:rsidR="005A2EFC" w:rsidRPr="008C2259" w:rsidRDefault="00000000" w:rsidP="008C2259">
            <w:pPr>
              <w:spacing w:line="360" w:lineRule="auto"/>
              <w:jc w:val="both"/>
              <w:rPr>
                <w:rFonts w:cs="Times New Roman"/>
                <w:szCs w:val="24"/>
              </w:rPr>
            </w:pPr>
            <w:r w:rsidRPr="008C2259">
              <w:rPr>
                <w:rFonts w:cs="Times New Roman"/>
                <w:szCs w:val="24"/>
              </w:rPr>
              <w:t>Weeks 13-16</w:t>
            </w:r>
          </w:p>
        </w:tc>
      </w:tr>
      <w:tr w:rsidR="005A2EFC" w:rsidRPr="008C2259" w14:paraId="3BB72494" w14:textId="77777777">
        <w:tc>
          <w:tcPr>
            <w:tcW w:w="1440" w:type="dxa"/>
          </w:tcPr>
          <w:p w14:paraId="25F048C1" w14:textId="77777777" w:rsidR="005A2EFC" w:rsidRPr="008C2259" w:rsidRDefault="00000000" w:rsidP="008C2259">
            <w:pPr>
              <w:spacing w:line="360" w:lineRule="auto"/>
              <w:jc w:val="both"/>
              <w:rPr>
                <w:rFonts w:cs="Times New Roman"/>
                <w:szCs w:val="24"/>
              </w:rPr>
            </w:pPr>
            <w:r w:rsidRPr="008C2259">
              <w:rPr>
                <w:rFonts w:cs="Times New Roman"/>
                <w:szCs w:val="24"/>
              </w:rPr>
              <w:t>5. User Evaluation</w:t>
            </w:r>
          </w:p>
        </w:tc>
        <w:tc>
          <w:tcPr>
            <w:tcW w:w="1440" w:type="dxa"/>
          </w:tcPr>
          <w:p w14:paraId="0E23E14B" w14:textId="77777777" w:rsidR="005A2EFC" w:rsidRPr="008C2259" w:rsidRDefault="00000000" w:rsidP="008C2259">
            <w:pPr>
              <w:spacing w:line="360" w:lineRule="auto"/>
              <w:jc w:val="both"/>
              <w:rPr>
                <w:rFonts w:cs="Times New Roman"/>
                <w:szCs w:val="24"/>
              </w:rPr>
            </w:pPr>
            <w:r w:rsidRPr="008C2259">
              <w:rPr>
                <w:rFonts w:cs="Times New Roman"/>
                <w:szCs w:val="24"/>
              </w:rPr>
              <w:t>Conduct questionnaire and interviews with users</w:t>
            </w:r>
          </w:p>
        </w:tc>
        <w:tc>
          <w:tcPr>
            <w:tcW w:w="1440" w:type="dxa"/>
          </w:tcPr>
          <w:p w14:paraId="1186B12C" w14:textId="77777777" w:rsidR="005A2EFC" w:rsidRPr="008C2259" w:rsidRDefault="00000000" w:rsidP="008C2259">
            <w:pPr>
              <w:spacing w:line="360" w:lineRule="auto"/>
              <w:jc w:val="both"/>
              <w:rPr>
                <w:rFonts w:cs="Times New Roman"/>
                <w:szCs w:val="24"/>
              </w:rPr>
            </w:pPr>
            <w:r w:rsidRPr="008C2259">
              <w:rPr>
                <w:rFonts w:cs="Times New Roman"/>
                <w:szCs w:val="24"/>
              </w:rPr>
              <w:t>Achieve ≥80% satisfaction score from 30 respondents</w:t>
            </w:r>
          </w:p>
        </w:tc>
        <w:tc>
          <w:tcPr>
            <w:tcW w:w="1440" w:type="dxa"/>
          </w:tcPr>
          <w:p w14:paraId="77479DED" w14:textId="77777777" w:rsidR="005A2EFC" w:rsidRPr="008C2259" w:rsidRDefault="00000000" w:rsidP="008C2259">
            <w:pPr>
              <w:spacing w:line="360" w:lineRule="auto"/>
              <w:jc w:val="both"/>
              <w:rPr>
                <w:rFonts w:cs="Times New Roman"/>
                <w:szCs w:val="24"/>
              </w:rPr>
            </w:pPr>
            <w:r w:rsidRPr="008C2259">
              <w:rPr>
                <w:rFonts w:cs="Times New Roman"/>
                <w:szCs w:val="24"/>
              </w:rPr>
              <w:t>Standard survey methodology established</w:t>
            </w:r>
          </w:p>
        </w:tc>
        <w:tc>
          <w:tcPr>
            <w:tcW w:w="1440" w:type="dxa"/>
          </w:tcPr>
          <w:p w14:paraId="11828F1A" w14:textId="77777777" w:rsidR="005A2EFC" w:rsidRPr="008C2259" w:rsidRDefault="00000000" w:rsidP="008C2259">
            <w:pPr>
              <w:spacing w:line="360" w:lineRule="auto"/>
              <w:jc w:val="both"/>
              <w:rPr>
                <w:rFonts w:cs="Times New Roman"/>
                <w:szCs w:val="24"/>
              </w:rPr>
            </w:pPr>
            <w:r w:rsidRPr="008C2259">
              <w:rPr>
                <w:rFonts w:cs="Times New Roman"/>
                <w:szCs w:val="24"/>
              </w:rPr>
              <w:t>Measures user acceptance</w:t>
            </w:r>
          </w:p>
        </w:tc>
        <w:tc>
          <w:tcPr>
            <w:tcW w:w="1440" w:type="dxa"/>
          </w:tcPr>
          <w:p w14:paraId="58B8919D" w14:textId="77777777" w:rsidR="005A2EFC" w:rsidRPr="008C2259" w:rsidRDefault="00000000" w:rsidP="008C2259">
            <w:pPr>
              <w:spacing w:line="360" w:lineRule="auto"/>
              <w:jc w:val="both"/>
              <w:rPr>
                <w:rFonts w:cs="Times New Roman"/>
                <w:szCs w:val="24"/>
              </w:rPr>
            </w:pPr>
            <w:r w:rsidRPr="008C2259">
              <w:rPr>
                <w:rFonts w:cs="Times New Roman"/>
                <w:szCs w:val="24"/>
              </w:rPr>
              <w:t>Weeks 15-18</w:t>
            </w:r>
          </w:p>
        </w:tc>
      </w:tr>
      <w:tr w:rsidR="005A2EFC" w:rsidRPr="008C2259" w14:paraId="64CA1C7B" w14:textId="77777777">
        <w:tc>
          <w:tcPr>
            <w:tcW w:w="1440" w:type="dxa"/>
          </w:tcPr>
          <w:p w14:paraId="7C0314DC" w14:textId="77777777" w:rsidR="005A2EFC" w:rsidRPr="008C2259" w:rsidRDefault="00000000" w:rsidP="008C2259">
            <w:pPr>
              <w:spacing w:line="360" w:lineRule="auto"/>
              <w:jc w:val="both"/>
              <w:rPr>
                <w:rFonts w:cs="Times New Roman"/>
                <w:szCs w:val="24"/>
              </w:rPr>
            </w:pPr>
            <w:r w:rsidRPr="008C2259">
              <w:rPr>
                <w:rFonts w:cs="Times New Roman"/>
                <w:szCs w:val="24"/>
              </w:rPr>
              <w:t>6. GDPR Compliance</w:t>
            </w:r>
          </w:p>
        </w:tc>
        <w:tc>
          <w:tcPr>
            <w:tcW w:w="1440" w:type="dxa"/>
          </w:tcPr>
          <w:p w14:paraId="1D44269F" w14:textId="77777777" w:rsidR="005A2EFC" w:rsidRPr="008C2259" w:rsidRDefault="00000000" w:rsidP="008C2259">
            <w:pPr>
              <w:spacing w:line="360" w:lineRule="auto"/>
              <w:jc w:val="both"/>
              <w:rPr>
                <w:rFonts w:cs="Times New Roman"/>
                <w:szCs w:val="24"/>
              </w:rPr>
            </w:pPr>
            <w:r w:rsidRPr="008C2259">
              <w:rPr>
                <w:rFonts w:cs="Times New Roman"/>
                <w:szCs w:val="24"/>
              </w:rPr>
              <w:t>Implement data encryption, consent management, and access controls</w:t>
            </w:r>
          </w:p>
        </w:tc>
        <w:tc>
          <w:tcPr>
            <w:tcW w:w="1440" w:type="dxa"/>
          </w:tcPr>
          <w:p w14:paraId="5A8A6E69" w14:textId="77777777" w:rsidR="005A2EFC" w:rsidRPr="008C2259" w:rsidRDefault="00000000" w:rsidP="008C2259">
            <w:pPr>
              <w:spacing w:line="360" w:lineRule="auto"/>
              <w:jc w:val="both"/>
              <w:rPr>
                <w:rFonts w:cs="Times New Roman"/>
                <w:szCs w:val="24"/>
              </w:rPr>
            </w:pPr>
            <w:r w:rsidRPr="008C2259">
              <w:rPr>
                <w:rFonts w:cs="Times New Roman"/>
                <w:szCs w:val="24"/>
              </w:rPr>
              <w:t>Pass data protection impact assessment</w:t>
            </w:r>
          </w:p>
        </w:tc>
        <w:tc>
          <w:tcPr>
            <w:tcW w:w="1440" w:type="dxa"/>
          </w:tcPr>
          <w:p w14:paraId="0BBAAB62" w14:textId="77777777" w:rsidR="005A2EFC" w:rsidRPr="008C2259" w:rsidRDefault="00000000" w:rsidP="008C2259">
            <w:pPr>
              <w:spacing w:line="360" w:lineRule="auto"/>
              <w:jc w:val="both"/>
              <w:rPr>
                <w:rFonts w:cs="Times New Roman"/>
                <w:szCs w:val="24"/>
              </w:rPr>
            </w:pPr>
            <w:r w:rsidRPr="008C2259">
              <w:rPr>
                <w:rFonts w:cs="Times New Roman"/>
                <w:szCs w:val="24"/>
              </w:rPr>
              <w:t>GDPR guidelines clearly established (ICO, 2021)</w:t>
            </w:r>
          </w:p>
        </w:tc>
        <w:tc>
          <w:tcPr>
            <w:tcW w:w="1440" w:type="dxa"/>
          </w:tcPr>
          <w:p w14:paraId="134D7E09" w14:textId="77777777" w:rsidR="005A2EFC" w:rsidRPr="008C2259" w:rsidRDefault="00000000" w:rsidP="008C2259">
            <w:pPr>
              <w:spacing w:line="360" w:lineRule="auto"/>
              <w:jc w:val="both"/>
              <w:rPr>
                <w:rFonts w:cs="Times New Roman"/>
                <w:szCs w:val="24"/>
              </w:rPr>
            </w:pPr>
            <w:r w:rsidRPr="008C2259">
              <w:rPr>
                <w:rFonts w:cs="Times New Roman"/>
                <w:szCs w:val="24"/>
              </w:rPr>
              <w:t>Legal and ethical necessity</w:t>
            </w:r>
          </w:p>
        </w:tc>
        <w:tc>
          <w:tcPr>
            <w:tcW w:w="1440" w:type="dxa"/>
          </w:tcPr>
          <w:p w14:paraId="1EE8D1EC" w14:textId="77777777" w:rsidR="005A2EFC" w:rsidRPr="008C2259" w:rsidRDefault="00000000" w:rsidP="008C2259">
            <w:pPr>
              <w:spacing w:line="360" w:lineRule="auto"/>
              <w:jc w:val="both"/>
              <w:rPr>
                <w:rFonts w:cs="Times New Roman"/>
                <w:szCs w:val="24"/>
              </w:rPr>
            </w:pPr>
            <w:r w:rsidRPr="008C2259">
              <w:rPr>
                <w:rFonts w:cs="Times New Roman"/>
                <w:szCs w:val="24"/>
              </w:rPr>
              <w:t>Weeks 12-18</w:t>
            </w:r>
          </w:p>
        </w:tc>
      </w:tr>
    </w:tbl>
    <w:p w14:paraId="38B37B0B" w14:textId="77777777" w:rsidR="005A2EFC" w:rsidRPr="008C2259" w:rsidRDefault="005A2EFC" w:rsidP="008C2259">
      <w:pPr>
        <w:spacing w:line="360" w:lineRule="auto"/>
        <w:jc w:val="both"/>
        <w:rPr>
          <w:rFonts w:cs="Times New Roman"/>
          <w:szCs w:val="24"/>
        </w:rPr>
      </w:pPr>
    </w:p>
    <w:p w14:paraId="58841F19" w14:textId="77777777" w:rsidR="005A2EFC" w:rsidRPr="008C2259" w:rsidRDefault="00000000" w:rsidP="00C168FB">
      <w:pPr>
        <w:pStyle w:val="Heading2"/>
      </w:pPr>
      <w:bookmarkStart w:id="5" w:name="_Toc234628763"/>
      <w:r w:rsidRPr="008C2259">
        <w:lastRenderedPageBreak/>
        <w:t>Q2: Research Philosophy</w:t>
      </w:r>
      <w:bookmarkEnd w:id="5"/>
    </w:p>
    <w:p w14:paraId="5FA9F492" w14:textId="77777777" w:rsidR="005A2EFC" w:rsidRPr="008C2259" w:rsidRDefault="00000000" w:rsidP="008C2259">
      <w:pPr>
        <w:spacing w:line="360" w:lineRule="auto"/>
        <w:jc w:val="both"/>
        <w:rPr>
          <w:rFonts w:cs="Times New Roman"/>
          <w:szCs w:val="24"/>
        </w:rPr>
      </w:pPr>
      <w:r w:rsidRPr="008C2259">
        <w:rPr>
          <w:rFonts w:cs="Times New Roman"/>
          <w:b/>
          <w:szCs w:val="24"/>
        </w:rPr>
        <w:t>Selected Philosophy: Pragmatism</w:t>
      </w:r>
    </w:p>
    <w:p w14:paraId="0FCFBACB" w14:textId="77777777" w:rsidR="00E462CC" w:rsidRDefault="00E462CC" w:rsidP="008C2259">
      <w:pPr>
        <w:spacing w:line="360" w:lineRule="auto"/>
        <w:jc w:val="both"/>
        <w:rPr>
          <w:rFonts w:cs="Times New Roman"/>
          <w:szCs w:val="24"/>
        </w:rPr>
      </w:pPr>
      <w:r w:rsidRPr="00E462CC">
        <w:rPr>
          <w:rFonts w:cs="Times New Roman"/>
          <w:szCs w:val="24"/>
        </w:rPr>
        <w:t xml:space="preserve">In my research, I have selected the pragmatism philosophy. Pragmatism is a philosophical approach that focuses on practical results and problem-solving, rather than on ontological or epistemological views (Swaleh and </w:t>
      </w:r>
      <w:proofErr w:type="spellStart"/>
      <w:r w:rsidRPr="00E462CC">
        <w:rPr>
          <w:rFonts w:cs="Times New Roman"/>
          <w:szCs w:val="24"/>
        </w:rPr>
        <w:t>Wabwoba</w:t>
      </w:r>
      <w:proofErr w:type="spellEnd"/>
      <w:r w:rsidRPr="00E462CC">
        <w:rPr>
          <w:rFonts w:cs="Times New Roman"/>
          <w:szCs w:val="24"/>
        </w:rPr>
        <w:t xml:space="preserve">, 2025). Pragmatism is a flexible approach that allows researchers to choose any methods that will answer the research questions, as opposed to positivism, which believes in an objective, measurable reality, and interpretivism, which believes in a </w:t>
      </w:r>
      <w:proofErr w:type="gramStart"/>
      <w:r w:rsidRPr="00E462CC">
        <w:rPr>
          <w:rFonts w:cs="Times New Roman"/>
          <w:szCs w:val="24"/>
        </w:rPr>
        <w:t>socially-constructed</w:t>
      </w:r>
      <w:proofErr w:type="gramEnd"/>
      <w:r w:rsidRPr="00E462CC">
        <w:rPr>
          <w:rFonts w:cs="Times New Roman"/>
          <w:szCs w:val="24"/>
        </w:rPr>
        <w:t xml:space="preserve"> reality that is subjective (Creswell and Plano Clark, 2018). </w:t>
      </w:r>
    </w:p>
    <w:p w14:paraId="1F4BAABD" w14:textId="0B2B1BA2" w:rsidR="008C0DE9" w:rsidRPr="008C2259" w:rsidRDefault="008C0DE9" w:rsidP="008C2259">
      <w:pPr>
        <w:spacing w:line="360" w:lineRule="auto"/>
        <w:jc w:val="both"/>
        <w:rPr>
          <w:rFonts w:cs="Times New Roman"/>
          <w:b/>
          <w:bCs/>
          <w:szCs w:val="24"/>
        </w:rPr>
      </w:pPr>
      <w:r w:rsidRPr="008C2259">
        <w:rPr>
          <w:rFonts w:cs="Times New Roman"/>
          <w:b/>
          <w:bCs/>
          <w:szCs w:val="24"/>
        </w:rPr>
        <w:t xml:space="preserve">Justification for Pragmatism: </w:t>
      </w:r>
    </w:p>
    <w:p w14:paraId="584B6FE8" w14:textId="5D35036A" w:rsidR="008C0DE9" w:rsidRPr="008C2259" w:rsidRDefault="008C0DE9" w:rsidP="008C2259">
      <w:pPr>
        <w:spacing w:line="360" w:lineRule="auto"/>
        <w:jc w:val="both"/>
        <w:rPr>
          <w:rFonts w:cs="Times New Roman"/>
          <w:szCs w:val="24"/>
        </w:rPr>
      </w:pPr>
      <w:r w:rsidRPr="008C2259">
        <w:rPr>
          <w:rFonts w:cs="Times New Roman"/>
          <w:szCs w:val="24"/>
        </w:rPr>
        <w:t xml:space="preserve">Both quantitative and qualitative data </w:t>
      </w:r>
      <w:r w:rsidR="00E462CC">
        <w:rPr>
          <w:rFonts w:cs="Times New Roman"/>
          <w:szCs w:val="24"/>
        </w:rPr>
        <w:t>are</w:t>
      </w:r>
      <w:r w:rsidRPr="008C2259">
        <w:rPr>
          <w:rFonts w:cs="Times New Roman"/>
          <w:szCs w:val="24"/>
        </w:rPr>
        <w:t xml:space="preserve"> needed for this project </w:t>
      </w:r>
      <w:proofErr w:type="gramStart"/>
      <w:r w:rsidRPr="008C2259">
        <w:rPr>
          <w:rFonts w:cs="Times New Roman"/>
          <w:szCs w:val="24"/>
        </w:rPr>
        <w:t>in order to</w:t>
      </w:r>
      <w:proofErr w:type="gramEnd"/>
      <w:r w:rsidRPr="008C2259">
        <w:rPr>
          <w:rFonts w:cs="Times New Roman"/>
          <w:szCs w:val="24"/>
        </w:rPr>
        <w:t xml:space="preserve"> make a full evaluation. Quantitatively, I'm going to measure the performance of the system, such as accuracy of recognition, processing speed of the system, and false positive and negative rates. </w:t>
      </w:r>
      <w:r w:rsidR="00E462CC">
        <w:rPr>
          <w:rFonts w:cs="Times New Roman"/>
          <w:szCs w:val="24"/>
        </w:rPr>
        <w:t>Qualitative</w:t>
      </w:r>
      <w:r w:rsidRPr="008C2259">
        <w:rPr>
          <w:rFonts w:cs="Times New Roman"/>
          <w:szCs w:val="24"/>
        </w:rPr>
        <w:t xml:space="preserve">: Understand user experiences, concerns about privacy and barriers to implementation from the </w:t>
      </w:r>
      <w:r w:rsidR="00E462CC">
        <w:rPr>
          <w:rFonts w:cs="Times New Roman"/>
          <w:szCs w:val="24"/>
        </w:rPr>
        <w:t>students'</w:t>
      </w:r>
      <w:r w:rsidRPr="008C2259">
        <w:rPr>
          <w:rFonts w:cs="Times New Roman"/>
          <w:szCs w:val="24"/>
        </w:rPr>
        <w:t xml:space="preserve"> and </w:t>
      </w:r>
      <w:r w:rsidR="00E462CC">
        <w:rPr>
          <w:rFonts w:cs="Times New Roman"/>
          <w:szCs w:val="24"/>
        </w:rPr>
        <w:t>lecturers'</w:t>
      </w:r>
      <w:r w:rsidRPr="008C2259">
        <w:rPr>
          <w:rFonts w:cs="Times New Roman"/>
          <w:szCs w:val="24"/>
        </w:rPr>
        <w:t xml:space="preserve"> point of view. This mixed-methods study is grounded in the philosophy of pragmatism</w:t>
      </w:r>
      <w:r w:rsidR="00E462CC">
        <w:rPr>
          <w:rFonts w:cs="Times New Roman"/>
          <w:szCs w:val="24"/>
        </w:rPr>
        <w:t>,</w:t>
      </w:r>
      <w:r w:rsidRPr="008C2259">
        <w:rPr>
          <w:rFonts w:cs="Times New Roman"/>
          <w:szCs w:val="24"/>
        </w:rPr>
        <w:t xml:space="preserve"> which allows me to integrate the statistical analysis of data with thematic interpretation without any ontological conflict (Creswell and Plano Clark, 2018). </w:t>
      </w:r>
    </w:p>
    <w:p w14:paraId="56E24777" w14:textId="64188BBF" w:rsidR="005A2EFC" w:rsidRPr="008C2259" w:rsidRDefault="008C0DE9" w:rsidP="008C2259">
      <w:pPr>
        <w:spacing w:line="360" w:lineRule="auto"/>
        <w:jc w:val="both"/>
        <w:rPr>
          <w:rFonts w:cs="Times New Roman"/>
          <w:szCs w:val="24"/>
        </w:rPr>
      </w:pPr>
      <w:r w:rsidRPr="008C2259">
        <w:rPr>
          <w:rFonts w:cs="Times New Roman"/>
          <w:szCs w:val="24"/>
        </w:rPr>
        <w:t xml:space="preserve">Pragmatism is "pluralistic and oriented towards what works and practice," allowing researchers to choose methods that are appropriate to the research problem, not necessarily in the purest sense of philosophy (Creswell and Plano Clark, 2018). This is exactly what should happen in computing: the ultimate test of success is if the system is effective and is useful to the user. For this project, the convergent parallel mixed methods design will be best suited, which involves collecting quantitative and qualitative data at the same time and incorporating the results into interpretation (Creswell &amp; Plano Clark, 2018). </w:t>
      </w:r>
    </w:p>
    <w:p w14:paraId="41DC8755" w14:textId="77777777" w:rsidR="005A2EFC" w:rsidRPr="008C2259" w:rsidRDefault="00000000" w:rsidP="008C2259">
      <w:pPr>
        <w:spacing w:line="360" w:lineRule="auto"/>
        <w:jc w:val="both"/>
        <w:rPr>
          <w:rFonts w:cs="Times New Roman"/>
          <w:szCs w:val="24"/>
        </w:rPr>
      </w:pPr>
      <w:r w:rsidRPr="008C2259">
        <w:rPr>
          <w:rFonts w:cs="Times New Roman"/>
          <w:noProof/>
          <w:szCs w:val="24"/>
        </w:rPr>
        <w:lastRenderedPageBreak/>
        <w:drawing>
          <wp:inline distT="0" distB="0" distL="0" distR="0" wp14:anchorId="34D305B6" wp14:editId="1E8ED469">
            <wp:extent cx="5943600" cy="4229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earch_philosophy_diagram.png"/>
                    <pic:cNvPicPr/>
                  </pic:nvPicPr>
                  <pic:blipFill>
                    <a:blip r:embed="rId7"/>
                    <a:stretch>
                      <a:fillRect/>
                    </a:stretch>
                  </pic:blipFill>
                  <pic:spPr>
                    <a:xfrm>
                      <a:off x="0" y="0"/>
                      <a:ext cx="5943600" cy="4229100"/>
                    </a:xfrm>
                    <a:prstGeom prst="rect">
                      <a:avLst/>
                    </a:prstGeom>
                  </pic:spPr>
                </pic:pic>
              </a:graphicData>
            </a:graphic>
          </wp:inline>
        </w:drawing>
      </w:r>
    </w:p>
    <w:p w14:paraId="7E2CE5A7" w14:textId="59F84C51" w:rsidR="005A2EFC" w:rsidRPr="008C2259" w:rsidRDefault="00000000" w:rsidP="008C2259">
      <w:pPr>
        <w:spacing w:line="360" w:lineRule="auto"/>
        <w:jc w:val="both"/>
        <w:rPr>
          <w:rFonts w:cs="Times New Roman"/>
          <w:szCs w:val="24"/>
        </w:rPr>
      </w:pPr>
      <w:r w:rsidRPr="008C2259">
        <w:rPr>
          <w:rFonts w:cs="Times New Roman"/>
          <w:i/>
          <w:szCs w:val="24"/>
        </w:rPr>
        <w:t>Figure 5: Research Philosophy Framework – Pragmatism for AI-Based Attendance System Research</w:t>
      </w:r>
    </w:p>
    <w:p w14:paraId="1B7321D8" w14:textId="77777777" w:rsidR="005A2EFC" w:rsidRPr="008C2259" w:rsidRDefault="00000000" w:rsidP="00C168FB">
      <w:pPr>
        <w:pStyle w:val="Heading2"/>
      </w:pPr>
      <w:bookmarkStart w:id="6" w:name="_Toc234628764"/>
      <w:r w:rsidRPr="008C2259">
        <w:t>Q3: Research Strategy</w:t>
      </w:r>
      <w:bookmarkEnd w:id="6"/>
    </w:p>
    <w:p w14:paraId="2AE61DC8" w14:textId="77777777" w:rsidR="005A2EFC" w:rsidRPr="008C2259" w:rsidRDefault="00000000" w:rsidP="008C2259">
      <w:pPr>
        <w:spacing w:line="360" w:lineRule="auto"/>
        <w:jc w:val="both"/>
        <w:rPr>
          <w:rFonts w:cs="Times New Roman"/>
          <w:szCs w:val="24"/>
        </w:rPr>
      </w:pPr>
      <w:r w:rsidRPr="008C2259">
        <w:rPr>
          <w:rFonts w:cs="Times New Roman"/>
          <w:b/>
          <w:szCs w:val="24"/>
        </w:rPr>
        <w:t>Academic Databases:</w:t>
      </w:r>
    </w:p>
    <w:tbl>
      <w:tblPr>
        <w:tblStyle w:val="TableGrid"/>
        <w:tblW w:w="0" w:type="auto"/>
        <w:tblLook w:val="04A0" w:firstRow="1" w:lastRow="0" w:firstColumn="1" w:lastColumn="0" w:noHBand="0" w:noVBand="1"/>
      </w:tblPr>
      <w:tblGrid>
        <w:gridCol w:w="2877"/>
        <w:gridCol w:w="2877"/>
        <w:gridCol w:w="2876"/>
      </w:tblGrid>
      <w:tr w:rsidR="005A2EFC" w:rsidRPr="008C2259" w14:paraId="5DD07354" w14:textId="77777777">
        <w:tc>
          <w:tcPr>
            <w:tcW w:w="2880" w:type="dxa"/>
          </w:tcPr>
          <w:p w14:paraId="591151FA" w14:textId="77777777" w:rsidR="005A2EFC" w:rsidRPr="008C2259" w:rsidRDefault="00000000" w:rsidP="008C2259">
            <w:pPr>
              <w:spacing w:line="360" w:lineRule="auto"/>
              <w:jc w:val="both"/>
              <w:rPr>
                <w:rFonts w:cs="Times New Roman"/>
                <w:szCs w:val="24"/>
              </w:rPr>
            </w:pPr>
            <w:r w:rsidRPr="008C2259">
              <w:rPr>
                <w:rFonts w:cs="Times New Roman"/>
                <w:b/>
                <w:szCs w:val="24"/>
              </w:rPr>
              <w:t>Database</w:t>
            </w:r>
          </w:p>
        </w:tc>
        <w:tc>
          <w:tcPr>
            <w:tcW w:w="2880" w:type="dxa"/>
          </w:tcPr>
          <w:p w14:paraId="0882D93D" w14:textId="77777777" w:rsidR="005A2EFC" w:rsidRPr="008C2259" w:rsidRDefault="00000000" w:rsidP="008C2259">
            <w:pPr>
              <w:spacing w:line="360" w:lineRule="auto"/>
              <w:jc w:val="both"/>
              <w:rPr>
                <w:rFonts w:cs="Times New Roman"/>
                <w:szCs w:val="24"/>
              </w:rPr>
            </w:pPr>
            <w:r w:rsidRPr="008C2259">
              <w:rPr>
                <w:rFonts w:cs="Times New Roman"/>
                <w:b/>
                <w:szCs w:val="24"/>
              </w:rPr>
              <w:t>Purpose</w:t>
            </w:r>
          </w:p>
        </w:tc>
        <w:tc>
          <w:tcPr>
            <w:tcW w:w="2880" w:type="dxa"/>
          </w:tcPr>
          <w:p w14:paraId="1ED49E7A" w14:textId="77777777" w:rsidR="005A2EFC" w:rsidRPr="008C2259" w:rsidRDefault="00000000" w:rsidP="008C2259">
            <w:pPr>
              <w:spacing w:line="360" w:lineRule="auto"/>
              <w:jc w:val="both"/>
              <w:rPr>
                <w:rFonts w:cs="Times New Roman"/>
                <w:szCs w:val="24"/>
              </w:rPr>
            </w:pPr>
            <w:r w:rsidRPr="008C2259">
              <w:rPr>
                <w:rFonts w:cs="Times New Roman"/>
                <w:b/>
                <w:szCs w:val="24"/>
              </w:rPr>
              <w:t>Access</w:t>
            </w:r>
          </w:p>
        </w:tc>
      </w:tr>
      <w:tr w:rsidR="005A2EFC" w:rsidRPr="008C2259" w14:paraId="5D521697" w14:textId="77777777">
        <w:tc>
          <w:tcPr>
            <w:tcW w:w="2880" w:type="dxa"/>
          </w:tcPr>
          <w:p w14:paraId="20E54285" w14:textId="77777777" w:rsidR="005A2EFC" w:rsidRPr="008C2259" w:rsidRDefault="00000000" w:rsidP="008C2259">
            <w:pPr>
              <w:spacing w:line="360" w:lineRule="auto"/>
              <w:jc w:val="both"/>
              <w:rPr>
                <w:rFonts w:cs="Times New Roman"/>
                <w:szCs w:val="24"/>
              </w:rPr>
            </w:pPr>
            <w:r w:rsidRPr="008C2259">
              <w:rPr>
                <w:rFonts w:cs="Times New Roman"/>
                <w:szCs w:val="24"/>
              </w:rPr>
              <w:t>Google Scholar</w:t>
            </w:r>
          </w:p>
        </w:tc>
        <w:tc>
          <w:tcPr>
            <w:tcW w:w="2880" w:type="dxa"/>
          </w:tcPr>
          <w:p w14:paraId="1635BC77" w14:textId="77777777" w:rsidR="005A2EFC" w:rsidRPr="008C2259" w:rsidRDefault="00000000" w:rsidP="008C2259">
            <w:pPr>
              <w:spacing w:line="360" w:lineRule="auto"/>
              <w:jc w:val="both"/>
              <w:rPr>
                <w:rFonts w:cs="Times New Roman"/>
                <w:szCs w:val="24"/>
              </w:rPr>
            </w:pPr>
            <w:r w:rsidRPr="008C2259">
              <w:rPr>
                <w:rFonts w:cs="Times New Roman"/>
                <w:szCs w:val="24"/>
              </w:rPr>
              <w:t>Broad interdisciplinary search; citation tracking</w:t>
            </w:r>
          </w:p>
        </w:tc>
        <w:tc>
          <w:tcPr>
            <w:tcW w:w="2880" w:type="dxa"/>
          </w:tcPr>
          <w:p w14:paraId="268BD409" w14:textId="77777777" w:rsidR="005A2EFC" w:rsidRPr="008C2259" w:rsidRDefault="00000000" w:rsidP="008C2259">
            <w:pPr>
              <w:spacing w:line="360" w:lineRule="auto"/>
              <w:jc w:val="both"/>
              <w:rPr>
                <w:rFonts w:cs="Times New Roman"/>
                <w:szCs w:val="24"/>
              </w:rPr>
            </w:pPr>
            <w:r w:rsidRPr="008C2259">
              <w:rPr>
                <w:rFonts w:cs="Times New Roman"/>
                <w:szCs w:val="24"/>
              </w:rPr>
              <w:t>Free</w:t>
            </w:r>
          </w:p>
        </w:tc>
      </w:tr>
      <w:tr w:rsidR="005A2EFC" w:rsidRPr="008C2259" w14:paraId="3972726A" w14:textId="77777777">
        <w:tc>
          <w:tcPr>
            <w:tcW w:w="2880" w:type="dxa"/>
          </w:tcPr>
          <w:p w14:paraId="313976F9" w14:textId="77777777" w:rsidR="005A2EFC" w:rsidRPr="008C2259" w:rsidRDefault="00000000" w:rsidP="008C2259">
            <w:pPr>
              <w:spacing w:line="360" w:lineRule="auto"/>
              <w:jc w:val="both"/>
              <w:rPr>
                <w:rFonts w:cs="Times New Roman"/>
                <w:szCs w:val="24"/>
              </w:rPr>
            </w:pPr>
            <w:r w:rsidRPr="008C2259">
              <w:rPr>
                <w:rFonts w:cs="Times New Roman"/>
                <w:szCs w:val="24"/>
              </w:rPr>
              <w:t>IEEE Xplore</w:t>
            </w:r>
          </w:p>
        </w:tc>
        <w:tc>
          <w:tcPr>
            <w:tcW w:w="2880" w:type="dxa"/>
          </w:tcPr>
          <w:p w14:paraId="0495F950" w14:textId="77777777" w:rsidR="005A2EFC" w:rsidRPr="008C2259" w:rsidRDefault="00000000" w:rsidP="008C2259">
            <w:pPr>
              <w:spacing w:line="360" w:lineRule="auto"/>
              <w:jc w:val="both"/>
              <w:rPr>
                <w:rFonts w:cs="Times New Roman"/>
                <w:szCs w:val="24"/>
              </w:rPr>
            </w:pPr>
            <w:r w:rsidRPr="008C2259">
              <w:rPr>
                <w:rFonts w:cs="Times New Roman"/>
                <w:szCs w:val="24"/>
              </w:rPr>
              <w:t>Computer science and engineering literature</w:t>
            </w:r>
          </w:p>
        </w:tc>
        <w:tc>
          <w:tcPr>
            <w:tcW w:w="2880" w:type="dxa"/>
          </w:tcPr>
          <w:p w14:paraId="088A3726" w14:textId="77777777" w:rsidR="005A2EFC" w:rsidRPr="008C2259" w:rsidRDefault="00000000" w:rsidP="008C2259">
            <w:pPr>
              <w:spacing w:line="360" w:lineRule="auto"/>
              <w:jc w:val="both"/>
              <w:rPr>
                <w:rFonts w:cs="Times New Roman"/>
                <w:szCs w:val="24"/>
              </w:rPr>
            </w:pPr>
            <w:r w:rsidRPr="008C2259">
              <w:rPr>
                <w:rFonts w:cs="Times New Roman"/>
                <w:szCs w:val="24"/>
              </w:rPr>
              <w:t>University subscription</w:t>
            </w:r>
          </w:p>
        </w:tc>
      </w:tr>
      <w:tr w:rsidR="005A2EFC" w:rsidRPr="008C2259" w14:paraId="3C8058A6" w14:textId="77777777">
        <w:tc>
          <w:tcPr>
            <w:tcW w:w="2880" w:type="dxa"/>
          </w:tcPr>
          <w:p w14:paraId="769C1C87" w14:textId="77777777" w:rsidR="005A2EFC" w:rsidRPr="008C2259" w:rsidRDefault="00000000" w:rsidP="008C2259">
            <w:pPr>
              <w:spacing w:line="360" w:lineRule="auto"/>
              <w:jc w:val="both"/>
              <w:rPr>
                <w:rFonts w:cs="Times New Roman"/>
                <w:szCs w:val="24"/>
              </w:rPr>
            </w:pPr>
            <w:r w:rsidRPr="008C2259">
              <w:rPr>
                <w:rFonts w:cs="Times New Roman"/>
                <w:szCs w:val="24"/>
              </w:rPr>
              <w:t>ScienceDirect</w:t>
            </w:r>
          </w:p>
        </w:tc>
        <w:tc>
          <w:tcPr>
            <w:tcW w:w="2880" w:type="dxa"/>
          </w:tcPr>
          <w:p w14:paraId="5DFF66F2" w14:textId="77777777" w:rsidR="005A2EFC" w:rsidRPr="008C2259" w:rsidRDefault="00000000" w:rsidP="008C2259">
            <w:pPr>
              <w:spacing w:line="360" w:lineRule="auto"/>
              <w:jc w:val="both"/>
              <w:rPr>
                <w:rFonts w:cs="Times New Roman"/>
                <w:szCs w:val="24"/>
              </w:rPr>
            </w:pPr>
            <w:r w:rsidRPr="008C2259">
              <w:rPr>
                <w:rFonts w:cs="Times New Roman"/>
                <w:szCs w:val="24"/>
              </w:rPr>
              <w:t>Peer-reviewed journals in technology and computing</w:t>
            </w:r>
          </w:p>
        </w:tc>
        <w:tc>
          <w:tcPr>
            <w:tcW w:w="2880" w:type="dxa"/>
          </w:tcPr>
          <w:p w14:paraId="2A1D2E27" w14:textId="77777777" w:rsidR="005A2EFC" w:rsidRPr="008C2259" w:rsidRDefault="00000000" w:rsidP="008C2259">
            <w:pPr>
              <w:spacing w:line="360" w:lineRule="auto"/>
              <w:jc w:val="both"/>
              <w:rPr>
                <w:rFonts w:cs="Times New Roman"/>
                <w:szCs w:val="24"/>
              </w:rPr>
            </w:pPr>
            <w:r w:rsidRPr="008C2259">
              <w:rPr>
                <w:rFonts w:cs="Times New Roman"/>
                <w:szCs w:val="24"/>
              </w:rPr>
              <w:t>University subscription</w:t>
            </w:r>
          </w:p>
        </w:tc>
      </w:tr>
      <w:tr w:rsidR="005A2EFC" w:rsidRPr="008C2259" w14:paraId="11758FC4" w14:textId="77777777">
        <w:tc>
          <w:tcPr>
            <w:tcW w:w="2880" w:type="dxa"/>
          </w:tcPr>
          <w:p w14:paraId="22D5A0EA" w14:textId="77777777" w:rsidR="005A2EFC" w:rsidRPr="008C2259" w:rsidRDefault="00000000" w:rsidP="008C2259">
            <w:pPr>
              <w:spacing w:line="360" w:lineRule="auto"/>
              <w:jc w:val="both"/>
              <w:rPr>
                <w:rFonts w:cs="Times New Roman"/>
                <w:szCs w:val="24"/>
              </w:rPr>
            </w:pPr>
            <w:r w:rsidRPr="008C2259">
              <w:rPr>
                <w:rFonts w:cs="Times New Roman"/>
                <w:szCs w:val="24"/>
              </w:rPr>
              <w:t>ACM Digital Library</w:t>
            </w:r>
          </w:p>
        </w:tc>
        <w:tc>
          <w:tcPr>
            <w:tcW w:w="2880" w:type="dxa"/>
          </w:tcPr>
          <w:p w14:paraId="788AE4DB" w14:textId="77777777" w:rsidR="005A2EFC" w:rsidRPr="008C2259" w:rsidRDefault="00000000" w:rsidP="008C2259">
            <w:pPr>
              <w:spacing w:line="360" w:lineRule="auto"/>
              <w:jc w:val="both"/>
              <w:rPr>
                <w:rFonts w:cs="Times New Roman"/>
                <w:szCs w:val="24"/>
              </w:rPr>
            </w:pPr>
            <w:r w:rsidRPr="008C2259">
              <w:rPr>
                <w:rFonts w:cs="Times New Roman"/>
                <w:szCs w:val="24"/>
              </w:rPr>
              <w:t xml:space="preserve">Computing and </w:t>
            </w:r>
            <w:r w:rsidRPr="008C2259">
              <w:rPr>
                <w:rFonts w:cs="Times New Roman"/>
                <w:szCs w:val="24"/>
              </w:rPr>
              <w:lastRenderedPageBreak/>
              <w:t>information technology research</w:t>
            </w:r>
          </w:p>
        </w:tc>
        <w:tc>
          <w:tcPr>
            <w:tcW w:w="2880" w:type="dxa"/>
          </w:tcPr>
          <w:p w14:paraId="037A9A13" w14:textId="77777777" w:rsidR="005A2EFC" w:rsidRPr="008C2259" w:rsidRDefault="00000000" w:rsidP="008C2259">
            <w:pPr>
              <w:spacing w:line="360" w:lineRule="auto"/>
              <w:jc w:val="both"/>
              <w:rPr>
                <w:rFonts w:cs="Times New Roman"/>
                <w:szCs w:val="24"/>
              </w:rPr>
            </w:pPr>
            <w:r w:rsidRPr="008C2259">
              <w:rPr>
                <w:rFonts w:cs="Times New Roman"/>
                <w:szCs w:val="24"/>
              </w:rPr>
              <w:lastRenderedPageBreak/>
              <w:t>University subscription</w:t>
            </w:r>
          </w:p>
        </w:tc>
      </w:tr>
    </w:tbl>
    <w:p w14:paraId="661902E8" w14:textId="77777777" w:rsidR="005A2EFC" w:rsidRPr="008C2259" w:rsidRDefault="005A2EFC" w:rsidP="008C2259">
      <w:pPr>
        <w:spacing w:line="360" w:lineRule="auto"/>
        <w:jc w:val="both"/>
        <w:rPr>
          <w:rFonts w:cs="Times New Roman"/>
          <w:szCs w:val="24"/>
        </w:rPr>
      </w:pPr>
    </w:p>
    <w:p w14:paraId="68915AAA" w14:textId="77777777" w:rsidR="005A2EFC" w:rsidRPr="008C2259" w:rsidRDefault="00000000" w:rsidP="008C2259">
      <w:pPr>
        <w:spacing w:line="360" w:lineRule="auto"/>
        <w:jc w:val="both"/>
        <w:rPr>
          <w:rFonts w:cs="Times New Roman"/>
          <w:szCs w:val="24"/>
        </w:rPr>
      </w:pPr>
      <w:r w:rsidRPr="008C2259">
        <w:rPr>
          <w:rFonts w:cs="Times New Roman"/>
          <w:b/>
          <w:szCs w:val="24"/>
        </w:rPr>
        <w:t>Keywords and Search Strings:</w:t>
      </w:r>
    </w:p>
    <w:tbl>
      <w:tblPr>
        <w:tblStyle w:val="TableGrid"/>
        <w:tblW w:w="0" w:type="auto"/>
        <w:tblLook w:val="04A0" w:firstRow="1" w:lastRow="0" w:firstColumn="1" w:lastColumn="0" w:noHBand="0" w:noVBand="1"/>
      </w:tblPr>
      <w:tblGrid>
        <w:gridCol w:w="2876"/>
        <w:gridCol w:w="2877"/>
        <w:gridCol w:w="2877"/>
      </w:tblGrid>
      <w:tr w:rsidR="005A2EFC" w:rsidRPr="008C2259" w14:paraId="562E538D" w14:textId="77777777">
        <w:tc>
          <w:tcPr>
            <w:tcW w:w="2880" w:type="dxa"/>
          </w:tcPr>
          <w:p w14:paraId="2B502A8A" w14:textId="77777777" w:rsidR="005A2EFC" w:rsidRPr="008C2259" w:rsidRDefault="00000000" w:rsidP="008C2259">
            <w:pPr>
              <w:spacing w:line="360" w:lineRule="auto"/>
              <w:jc w:val="both"/>
              <w:rPr>
                <w:rFonts w:cs="Times New Roman"/>
                <w:szCs w:val="24"/>
              </w:rPr>
            </w:pPr>
            <w:r w:rsidRPr="008C2259">
              <w:rPr>
                <w:rFonts w:cs="Times New Roman"/>
                <w:b/>
                <w:szCs w:val="24"/>
              </w:rPr>
              <w:t>Category</w:t>
            </w:r>
          </w:p>
        </w:tc>
        <w:tc>
          <w:tcPr>
            <w:tcW w:w="2880" w:type="dxa"/>
          </w:tcPr>
          <w:p w14:paraId="3D7CB07F" w14:textId="77777777" w:rsidR="005A2EFC" w:rsidRPr="008C2259" w:rsidRDefault="00000000" w:rsidP="008C2259">
            <w:pPr>
              <w:spacing w:line="360" w:lineRule="auto"/>
              <w:jc w:val="both"/>
              <w:rPr>
                <w:rFonts w:cs="Times New Roman"/>
                <w:szCs w:val="24"/>
              </w:rPr>
            </w:pPr>
            <w:r w:rsidRPr="008C2259">
              <w:rPr>
                <w:rFonts w:cs="Times New Roman"/>
                <w:b/>
                <w:szCs w:val="24"/>
              </w:rPr>
              <w:t>Keywords</w:t>
            </w:r>
          </w:p>
        </w:tc>
        <w:tc>
          <w:tcPr>
            <w:tcW w:w="2880" w:type="dxa"/>
          </w:tcPr>
          <w:p w14:paraId="738BD319" w14:textId="77777777" w:rsidR="005A2EFC" w:rsidRPr="008C2259" w:rsidRDefault="00000000" w:rsidP="008C2259">
            <w:pPr>
              <w:spacing w:line="360" w:lineRule="auto"/>
              <w:jc w:val="both"/>
              <w:rPr>
                <w:rFonts w:cs="Times New Roman"/>
                <w:szCs w:val="24"/>
              </w:rPr>
            </w:pPr>
            <w:r w:rsidRPr="008C2259">
              <w:rPr>
                <w:rFonts w:cs="Times New Roman"/>
                <w:b/>
                <w:szCs w:val="24"/>
              </w:rPr>
              <w:t>Search String</w:t>
            </w:r>
          </w:p>
        </w:tc>
      </w:tr>
      <w:tr w:rsidR="005A2EFC" w:rsidRPr="008C2259" w14:paraId="77372D3F" w14:textId="77777777">
        <w:tc>
          <w:tcPr>
            <w:tcW w:w="2880" w:type="dxa"/>
          </w:tcPr>
          <w:p w14:paraId="4A483099" w14:textId="77777777" w:rsidR="005A2EFC" w:rsidRPr="008C2259" w:rsidRDefault="00000000" w:rsidP="008C2259">
            <w:pPr>
              <w:spacing w:line="360" w:lineRule="auto"/>
              <w:jc w:val="both"/>
              <w:rPr>
                <w:rFonts w:cs="Times New Roman"/>
                <w:szCs w:val="24"/>
              </w:rPr>
            </w:pPr>
            <w:r w:rsidRPr="008C2259">
              <w:rPr>
                <w:rFonts w:cs="Times New Roman"/>
                <w:szCs w:val="24"/>
              </w:rPr>
              <w:t>Primary</w:t>
            </w:r>
          </w:p>
        </w:tc>
        <w:tc>
          <w:tcPr>
            <w:tcW w:w="2880" w:type="dxa"/>
          </w:tcPr>
          <w:p w14:paraId="4E7D3865" w14:textId="77777777" w:rsidR="005A2EFC" w:rsidRPr="008C2259" w:rsidRDefault="00000000" w:rsidP="008C2259">
            <w:pPr>
              <w:spacing w:line="360" w:lineRule="auto"/>
              <w:jc w:val="both"/>
              <w:rPr>
                <w:rFonts w:cs="Times New Roman"/>
                <w:szCs w:val="24"/>
              </w:rPr>
            </w:pPr>
            <w:r w:rsidRPr="008C2259">
              <w:rPr>
                <w:rFonts w:cs="Times New Roman"/>
                <w:szCs w:val="24"/>
              </w:rPr>
              <w:t>facial recognition, attendance system, university</w:t>
            </w:r>
          </w:p>
        </w:tc>
        <w:tc>
          <w:tcPr>
            <w:tcW w:w="2880" w:type="dxa"/>
          </w:tcPr>
          <w:p w14:paraId="34E95A3A" w14:textId="77777777" w:rsidR="005A2EFC" w:rsidRPr="008C2259" w:rsidRDefault="00000000" w:rsidP="008C2259">
            <w:pPr>
              <w:spacing w:line="360" w:lineRule="auto"/>
              <w:jc w:val="both"/>
              <w:rPr>
                <w:rFonts w:cs="Times New Roman"/>
                <w:szCs w:val="24"/>
              </w:rPr>
            </w:pPr>
            <w:r w:rsidRPr="008C2259">
              <w:rPr>
                <w:rFonts w:cs="Times New Roman"/>
                <w:szCs w:val="24"/>
              </w:rPr>
              <w:t>("facial recognition" OR "face recognition") AND ("attendance system" OR "attendance management") AND ("university" OR "higher education")</w:t>
            </w:r>
          </w:p>
        </w:tc>
      </w:tr>
      <w:tr w:rsidR="005A2EFC" w:rsidRPr="008C2259" w14:paraId="1C855DB2" w14:textId="77777777">
        <w:tc>
          <w:tcPr>
            <w:tcW w:w="2880" w:type="dxa"/>
          </w:tcPr>
          <w:p w14:paraId="1ACFC359" w14:textId="77777777" w:rsidR="005A2EFC" w:rsidRPr="008C2259" w:rsidRDefault="00000000" w:rsidP="008C2259">
            <w:pPr>
              <w:spacing w:line="360" w:lineRule="auto"/>
              <w:jc w:val="both"/>
              <w:rPr>
                <w:rFonts w:cs="Times New Roman"/>
                <w:szCs w:val="24"/>
              </w:rPr>
            </w:pPr>
            <w:r w:rsidRPr="008C2259">
              <w:rPr>
                <w:rFonts w:cs="Times New Roman"/>
                <w:szCs w:val="24"/>
              </w:rPr>
              <w:t>Secondary</w:t>
            </w:r>
          </w:p>
        </w:tc>
        <w:tc>
          <w:tcPr>
            <w:tcW w:w="2880" w:type="dxa"/>
          </w:tcPr>
          <w:p w14:paraId="2F85F1BE" w14:textId="77777777" w:rsidR="005A2EFC" w:rsidRPr="008C2259" w:rsidRDefault="00000000" w:rsidP="008C2259">
            <w:pPr>
              <w:spacing w:line="360" w:lineRule="auto"/>
              <w:jc w:val="both"/>
              <w:rPr>
                <w:rFonts w:cs="Times New Roman"/>
                <w:szCs w:val="24"/>
              </w:rPr>
            </w:pPr>
            <w:r w:rsidRPr="008C2259">
              <w:rPr>
                <w:rFonts w:cs="Times New Roman"/>
                <w:szCs w:val="24"/>
              </w:rPr>
              <w:t xml:space="preserve">deep learning, CNN, </w:t>
            </w:r>
            <w:proofErr w:type="spellStart"/>
            <w:r w:rsidRPr="008C2259">
              <w:rPr>
                <w:rFonts w:cs="Times New Roman"/>
                <w:szCs w:val="24"/>
              </w:rPr>
              <w:t>FaceNet</w:t>
            </w:r>
            <w:proofErr w:type="spellEnd"/>
            <w:r w:rsidRPr="008C2259">
              <w:rPr>
                <w:rFonts w:cs="Times New Roman"/>
                <w:szCs w:val="24"/>
              </w:rPr>
              <w:t>, biometric</w:t>
            </w:r>
          </w:p>
        </w:tc>
        <w:tc>
          <w:tcPr>
            <w:tcW w:w="2880" w:type="dxa"/>
          </w:tcPr>
          <w:p w14:paraId="4097D9A5" w14:textId="77777777" w:rsidR="005A2EFC" w:rsidRPr="008C2259" w:rsidRDefault="00000000" w:rsidP="008C2259">
            <w:pPr>
              <w:spacing w:line="360" w:lineRule="auto"/>
              <w:jc w:val="both"/>
              <w:rPr>
                <w:rFonts w:cs="Times New Roman"/>
                <w:szCs w:val="24"/>
              </w:rPr>
            </w:pPr>
            <w:r w:rsidRPr="008C2259">
              <w:rPr>
                <w:rFonts w:cs="Times New Roman"/>
                <w:szCs w:val="24"/>
              </w:rPr>
              <w:t>("deep learning" OR "convolutional neural network" OR "CNN") AND ("</w:t>
            </w:r>
            <w:proofErr w:type="spellStart"/>
            <w:r w:rsidRPr="008C2259">
              <w:rPr>
                <w:rFonts w:cs="Times New Roman"/>
                <w:szCs w:val="24"/>
              </w:rPr>
              <w:t>FaceNet</w:t>
            </w:r>
            <w:proofErr w:type="spellEnd"/>
            <w:r w:rsidRPr="008C2259">
              <w:rPr>
                <w:rFonts w:cs="Times New Roman"/>
                <w:szCs w:val="24"/>
              </w:rPr>
              <w:t>" OR "biometric") AND "attendance"</w:t>
            </w:r>
          </w:p>
        </w:tc>
      </w:tr>
      <w:tr w:rsidR="005A2EFC" w:rsidRPr="008C2259" w14:paraId="7E6ACF5D" w14:textId="77777777">
        <w:tc>
          <w:tcPr>
            <w:tcW w:w="2880" w:type="dxa"/>
          </w:tcPr>
          <w:p w14:paraId="43682578" w14:textId="77777777" w:rsidR="005A2EFC" w:rsidRPr="008C2259" w:rsidRDefault="00000000" w:rsidP="008C2259">
            <w:pPr>
              <w:spacing w:line="360" w:lineRule="auto"/>
              <w:jc w:val="both"/>
              <w:rPr>
                <w:rFonts w:cs="Times New Roman"/>
                <w:szCs w:val="24"/>
              </w:rPr>
            </w:pPr>
            <w:r w:rsidRPr="008C2259">
              <w:rPr>
                <w:rFonts w:cs="Times New Roman"/>
                <w:szCs w:val="24"/>
              </w:rPr>
              <w:t>Tertiary</w:t>
            </w:r>
          </w:p>
        </w:tc>
        <w:tc>
          <w:tcPr>
            <w:tcW w:w="2880" w:type="dxa"/>
          </w:tcPr>
          <w:p w14:paraId="0D724217" w14:textId="77777777" w:rsidR="005A2EFC" w:rsidRPr="008C2259" w:rsidRDefault="00000000" w:rsidP="008C2259">
            <w:pPr>
              <w:spacing w:line="360" w:lineRule="auto"/>
              <w:jc w:val="both"/>
              <w:rPr>
                <w:rFonts w:cs="Times New Roman"/>
                <w:szCs w:val="24"/>
              </w:rPr>
            </w:pPr>
            <w:r w:rsidRPr="008C2259">
              <w:rPr>
                <w:rFonts w:cs="Times New Roman"/>
                <w:szCs w:val="24"/>
              </w:rPr>
              <w:t>ethics, GDPR, privacy, data protection</w:t>
            </w:r>
          </w:p>
        </w:tc>
        <w:tc>
          <w:tcPr>
            <w:tcW w:w="2880" w:type="dxa"/>
          </w:tcPr>
          <w:p w14:paraId="735E297F" w14:textId="77777777" w:rsidR="005A2EFC" w:rsidRPr="008C2259" w:rsidRDefault="00000000" w:rsidP="008C2259">
            <w:pPr>
              <w:spacing w:line="360" w:lineRule="auto"/>
              <w:jc w:val="both"/>
              <w:rPr>
                <w:rFonts w:cs="Times New Roman"/>
                <w:szCs w:val="24"/>
              </w:rPr>
            </w:pPr>
            <w:r w:rsidRPr="008C2259">
              <w:rPr>
                <w:rFonts w:cs="Times New Roman"/>
                <w:szCs w:val="24"/>
              </w:rPr>
              <w:t>("GDPR" OR "data protection") AND ("facial recognition" OR "biometric") AND ("ethics" OR "privacy")</w:t>
            </w:r>
          </w:p>
        </w:tc>
      </w:tr>
    </w:tbl>
    <w:p w14:paraId="62A22815" w14:textId="77777777" w:rsidR="005A2EFC" w:rsidRPr="008C2259" w:rsidRDefault="005A2EFC" w:rsidP="008C2259">
      <w:pPr>
        <w:spacing w:line="360" w:lineRule="auto"/>
        <w:jc w:val="both"/>
        <w:rPr>
          <w:rFonts w:cs="Times New Roman"/>
          <w:szCs w:val="24"/>
        </w:rPr>
      </w:pPr>
    </w:p>
    <w:p w14:paraId="2F0F67E7" w14:textId="77777777" w:rsidR="00974455" w:rsidRPr="008C2259" w:rsidRDefault="00974455" w:rsidP="008C2259">
      <w:pPr>
        <w:spacing w:line="360" w:lineRule="auto"/>
        <w:jc w:val="both"/>
        <w:rPr>
          <w:rFonts w:cs="Times New Roman"/>
          <w:b/>
          <w:szCs w:val="24"/>
        </w:rPr>
      </w:pPr>
      <w:r w:rsidRPr="008C2259">
        <w:rPr>
          <w:rFonts w:cs="Times New Roman"/>
          <w:b/>
          <w:szCs w:val="24"/>
        </w:rPr>
        <w:t>Inclusion Criteria:</w:t>
      </w:r>
    </w:p>
    <w:p w14:paraId="6297A4C7" w14:textId="4A690102" w:rsidR="00974455" w:rsidRPr="008C2259" w:rsidRDefault="00974455" w:rsidP="008C2259">
      <w:pPr>
        <w:pStyle w:val="ListParagraph"/>
        <w:numPr>
          <w:ilvl w:val="0"/>
          <w:numId w:val="11"/>
        </w:numPr>
        <w:spacing w:line="360" w:lineRule="auto"/>
        <w:jc w:val="both"/>
        <w:rPr>
          <w:rFonts w:cs="Times New Roman"/>
          <w:bCs/>
          <w:szCs w:val="24"/>
        </w:rPr>
      </w:pPr>
      <w:r w:rsidRPr="008C2259">
        <w:rPr>
          <w:rFonts w:cs="Times New Roman"/>
          <w:bCs/>
          <w:szCs w:val="24"/>
        </w:rPr>
        <w:t xml:space="preserve">Conference Proceedings and </w:t>
      </w:r>
      <w:r w:rsidR="00E462CC">
        <w:rPr>
          <w:rFonts w:cs="Times New Roman"/>
          <w:bCs/>
          <w:szCs w:val="24"/>
        </w:rPr>
        <w:t>peer-reviewed</w:t>
      </w:r>
      <w:r w:rsidRPr="008C2259">
        <w:rPr>
          <w:rFonts w:cs="Times New Roman"/>
          <w:bCs/>
          <w:szCs w:val="24"/>
        </w:rPr>
        <w:t xml:space="preserve"> journal articles</w:t>
      </w:r>
    </w:p>
    <w:p w14:paraId="0BB941F0" w14:textId="4F7094FE" w:rsidR="00974455" w:rsidRPr="008C2259" w:rsidRDefault="00974455" w:rsidP="008C2259">
      <w:pPr>
        <w:pStyle w:val="ListParagraph"/>
        <w:numPr>
          <w:ilvl w:val="0"/>
          <w:numId w:val="11"/>
        </w:numPr>
        <w:spacing w:line="360" w:lineRule="auto"/>
        <w:jc w:val="both"/>
        <w:rPr>
          <w:rFonts w:cs="Times New Roman"/>
          <w:bCs/>
          <w:szCs w:val="24"/>
        </w:rPr>
      </w:pPr>
      <w:r w:rsidRPr="008C2259">
        <w:rPr>
          <w:rFonts w:cs="Times New Roman"/>
          <w:bCs/>
          <w:szCs w:val="24"/>
        </w:rPr>
        <w:t xml:space="preserve">Publication date: 2019–2025 </w:t>
      </w:r>
    </w:p>
    <w:p w14:paraId="2BB52B20" w14:textId="65EC1706" w:rsidR="00974455" w:rsidRPr="008C2259" w:rsidRDefault="00974455" w:rsidP="008C2259">
      <w:pPr>
        <w:pStyle w:val="ListParagraph"/>
        <w:numPr>
          <w:ilvl w:val="0"/>
          <w:numId w:val="11"/>
        </w:numPr>
        <w:spacing w:line="360" w:lineRule="auto"/>
        <w:jc w:val="both"/>
        <w:rPr>
          <w:rFonts w:cs="Times New Roman"/>
          <w:bCs/>
          <w:szCs w:val="24"/>
        </w:rPr>
      </w:pPr>
      <w:r w:rsidRPr="008C2259">
        <w:rPr>
          <w:rFonts w:cs="Times New Roman"/>
          <w:bCs/>
          <w:szCs w:val="24"/>
        </w:rPr>
        <w:t xml:space="preserve">English language publications </w:t>
      </w:r>
    </w:p>
    <w:p w14:paraId="062C3066" w14:textId="63177F70" w:rsidR="00974455" w:rsidRPr="008C2259" w:rsidRDefault="00974455" w:rsidP="008C2259">
      <w:pPr>
        <w:pStyle w:val="ListParagraph"/>
        <w:numPr>
          <w:ilvl w:val="0"/>
          <w:numId w:val="11"/>
        </w:numPr>
        <w:spacing w:line="360" w:lineRule="auto"/>
        <w:jc w:val="both"/>
        <w:rPr>
          <w:rFonts w:cs="Times New Roman"/>
          <w:bCs/>
          <w:szCs w:val="24"/>
        </w:rPr>
      </w:pPr>
      <w:r w:rsidRPr="008C2259">
        <w:rPr>
          <w:rFonts w:cs="Times New Roman"/>
          <w:bCs/>
          <w:szCs w:val="24"/>
        </w:rPr>
        <w:lastRenderedPageBreak/>
        <w:t>Concentrate on facial recognition technology used in education or attendance settings</w:t>
      </w:r>
      <w:r w:rsidR="00E462CC">
        <w:rPr>
          <w:rFonts w:cs="Times New Roman"/>
          <w:bCs/>
          <w:szCs w:val="24"/>
        </w:rPr>
        <w:t>.</w:t>
      </w:r>
      <w:r w:rsidRPr="008C2259">
        <w:rPr>
          <w:rFonts w:cs="Times New Roman"/>
          <w:bCs/>
          <w:szCs w:val="24"/>
        </w:rPr>
        <w:t xml:space="preserve"> Empirical studies that use quantitative or mixed methods design. </w:t>
      </w:r>
    </w:p>
    <w:p w14:paraId="40F2C0C3" w14:textId="34D90F49" w:rsidR="00974455" w:rsidRPr="008C2259" w:rsidRDefault="00974455" w:rsidP="008C2259">
      <w:pPr>
        <w:pStyle w:val="ListParagraph"/>
        <w:numPr>
          <w:ilvl w:val="0"/>
          <w:numId w:val="11"/>
        </w:numPr>
        <w:spacing w:line="360" w:lineRule="auto"/>
        <w:jc w:val="both"/>
        <w:rPr>
          <w:rFonts w:cs="Times New Roman"/>
          <w:bCs/>
          <w:szCs w:val="24"/>
        </w:rPr>
      </w:pPr>
      <w:r w:rsidRPr="008C2259">
        <w:rPr>
          <w:rFonts w:cs="Times New Roman"/>
          <w:bCs/>
          <w:szCs w:val="24"/>
        </w:rPr>
        <w:t xml:space="preserve">Research on ethical, legal, or privacy concerns. </w:t>
      </w:r>
    </w:p>
    <w:p w14:paraId="2D8933F3" w14:textId="77777777" w:rsidR="00974455" w:rsidRPr="008C2259" w:rsidRDefault="00974455" w:rsidP="008C2259">
      <w:pPr>
        <w:spacing w:line="360" w:lineRule="auto"/>
        <w:jc w:val="both"/>
        <w:rPr>
          <w:rFonts w:cs="Times New Roman"/>
          <w:b/>
          <w:szCs w:val="24"/>
        </w:rPr>
      </w:pPr>
      <w:r w:rsidRPr="008C2259">
        <w:rPr>
          <w:rFonts w:cs="Times New Roman"/>
          <w:b/>
          <w:szCs w:val="24"/>
        </w:rPr>
        <w:t>Exclusion Criteria:</w:t>
      </w:r>
    </w:p>
    <w:p w14:paraId="181EB4A8" w14:textId="59DB72A9" w:rsidR="00DA7C34" w:rsidRPr="008C2259" w:rsidRDefault="00974455" w:rsidP="008C2259">
      <w:pPr>
        <w:pStyle w:val="ListParagraph"/>
        <w:numPr>
          <w:ilvl w:val="0"/>
          <w:numId w:val="12"/>
        </w:numPr>
        <w:spacing w:line="360" w:lineRule="auto"/>
        <w:jc w:val="both"/>
        <w:rPr>
          <w:rFonts w:cs="Times New Roman"/>
          <w:bCs/>
          <w:szCs w:val="24"/>
        </w:rPr>
      </w:pPr>
      <w:r w:rsidRPr="008C2259">
        <w:rPr>
          <w:rFonts w:cs="Times New Roman"/>
          <w:bCs/>
          <w:szCs w:val="24"/>
        </w:rPr>
        <w:t>Please note that papers published prior to the year 2019 (</w:t>
      </w:r>
      <w:proofErr w:type="gramStart"/>
      <w:r w:rsidRPr="008C2259">
        <w:rPr>
          <w:rFonts w:cs="Times New Roman"/>
          <w:bCs/>
          <w:szCs w:val="24"/>
        </w:rPr>
        <w:t>with the exception of</w:t>
      </w:r>
      <w:proofErr w:type="gramEnd"/>
      <w:r w:rsidRPr="008C2259">
        <w:rPr>
          <w:rFonts w:cs="Times New Roman"/>
          <w:bCs/>
          <w:szCs w:val="24"/>
        </w:rPr>
        <w:t xml:space="preserve"> seminal papers) are not included. </w:t>
      </w:r>
    </w:p>
    <w:p w14:paraId="7EC5D986" w14:textId="77777777" w:rsidR="00DA7C34" w:rsidRPr="008C2259" w:rsidRDefault="00974455" w:rsidP="008C2259">
      <w:pPr>
        <w:pStyle w:val="ListParagraph"/>
        <w:numPr>
          <w:ilvl w:val="0"/>
          <w:numId w:val="12"/>
        </w:numPr>
        <w:spacing w:line="360" w:lineRule="auto"/>
        <w:jc w:val="both"/>
        <w:rPr>
          <w:rFonts w:cs="Times New Roman"/>
          <w:bCs/>
          <w:szCs w:val="24"/>
        </w:rPr>
      </w:pPr>
      <w:r w:rsidRPr="008C2259">
        <w:rPr>
          <w:rFonts w:cs="Times New Roman"/>
          <w:bCs/>
          <w:szCs w:val="24"/>
        </w:rPr>
        <w:t xml:space="preserve">Non-peer-reviewed sources – blogs, unverifiable websites) </w:t>
      </w:r>
    </w:p>
    <w:p w14:paraId="5FF3DDA4" w14:textId="77777777" w:rsidR="00DA7C34" w:rsidRPr="008C2259" w:rsidRDefault="00974455" w:rsidP="008C2259">
      <w:pPr>
        <w:pStyle w:val="ListParagraph"/>
        <w:numPr>
          <w:ilvl w:val="0"/>
          <w:numId w:val="12"/>
        </w:numPr>
        <w:spacing w:line="360" w:lineRule="auto"/>
        <w:jc w:val="both"/>
        <w:rPr>
          <w:rFonts w:cs="Times New Roman"/>
          <w:bCs/>
          <w:szCs w:val="24"/>
        </w:rPr>
      </w:pPr>
      <w:r w:rsidRPr="008C2259">
        <w:rPr>
          <w:rFonts w:cs="Times New Roman"/>
          <w:bCs/>
          <w:szCs w:val="24"/>
        </w:rPr>
        <w:t>Studies that only addressed contexts outside of education with no transferable insights. The following publications are available in languages other than English:</w:t>
      </w:r>
    </w:p>
    <w:p w14:paraId="59000297" w14:textId="0B37ECB3" w:rsidR="005A2EFC" w:rsidRPr="008C2259" w:rsidRDefault="00974455" w:rsidP="008C2259">
      <w:pPr>
        <w:pStyle w:val="ListParagraph"/>
        <w:numPr>
          <w:ilvl w:val="0"/>
          <w:numId w:val="12"/>
        </w:numPr>
        <w:spacing w:line="360" w:lineRule="auto"/>
        <w:jc w:val="both"/>
        <w:rPr>
          <w:rFonts w:cs="Times New Roman"/>
          <w:bCs/>
          <w:szCs w:val="24"/>
        </w:rPr>
      </w:pPr>
      <w:r w:rsidRPr="008C2259">
        <w:rPr>
          <w:rFonts w:cs="Times New Roman"/>
          <w:bCs/>
          <w:szCs w:val="24"/>
        </w:rPr>
        <w:t xml:space="preserve">No papers submitted solely on a theoretical basis will receive a </w:t>
      </w:r>
      <w:proofErr w:type="spellStart"/>
      <w:proofErr w:type="gramStart"/>
      <w:r w:rsidRPr="008C2259">
        <w:rPr>
          <w:rFonts w:cs="Times New Roman"/>
          <w:bCs/>
          <w:szCs w:val="24"/>
        </w:rPr>
        <w:t>mark.Purely</w:t>
      </w:r>
      <w:proofErr w:type="spellEnd"/>
      <w:proofErr w:type="gramEnd"/>
      <w:r w:rsidRPr="008C2259">
        <w:rPr>
          <w:rFonts w:cs="Times New Roman"/>
          <w:bCs/>
          <w:szCs w:val="24"/>
        </w:rPr>
        <w:t xml:space="preserve"> theoretical papers – no mark will be awarded if they are based entirely on theory.</w:t>
      </w:r>
    </w:p>
    <w:p w14:paraId="1C7047D3" w14:textId="77777777" w:rsidR="00974455" w:rsidRPr="008C2259" w:rsidRDefault="00974455" w:rsidP="008C2259">
      <w:pPr>
        <w:spacing w:line="360" w:lineRule="auto"/>
        <w:jc w:val="both"/>
        <w:rPr>
          <w:rFonts w:cs="Times New Roman"/>
          <w:szCs w:val="24"/>
        </w:rPr>
      </w:pPr>
    </w:p>
    <w:p w14:paraId="707041F4" w14:textId="77777777" w:rsidR="005A2EFC" w:rsidRPr="008C2259" w:rsidRDefault="00000000" w:rsidP="008C2259">
      <w:pPr>
        <w:spacing w:line="360" w:lineRule="auto"/>
        <w:jc w:val="both"/>
        <w:rPr>
          <w:rFonts w:cs="Times New Roman"/>
          <w:szCs w:val="24"/>
        </w:rPr>
      </w:pPr>
      <w:r w:rsidRPr="008C2259">
        <w:rPr>
          <w:rFonts w:cs="Times New Roman"/>
          <w:b/>
          <w:color w:val="000000"/>
          <w:szCs w:val="24"/>
        </w:rPr>
        <w:t>References (Task 2)</w:t>
      </w:r>
    </w:p>
    <w:p w14:paraId="1D9F2B73" w14:textId="77777777" w:rsidR="005A2EFC" w:rsidRPr="008C2259" w:rsidRDefault="00000000" w:rsidP="008C2259">
      <w:pPr>
        <w:spacing w:line="360" w:lineRule="auto"/>
        <w:jc w:val="both"/>
        <w:rPr>
          <w:rFonts w:cs="Times New Roman"/>
          <w:szCs w:val="24"/>
        </w:rPr>
      </w:pPr>
      <w:r w:rsidRPr="008C2259">
        <w:rPr>
          <w:rFonts w:cs="Times New Roman"/>
          <w:szCs w:val="24"/>
        </w:rPr>
        <w:t>Bujang, M.A., Omar, E.D., Foo, D.H.P. and Hon, Y.K. (2024) 'Sample size determination for conducting a pilot study to assess reliability of a questionnaire', Restorative Dentistry &amp; Endodontics, 49(1), e3.</w:t>
      </w:r>
    </w:p>
    <w:p w14:paraId="7E528D5A" w14:textId="77777777" w:rsidR="005A2EFC" w:rsidRPr="008C2259" w:rsidRDefault="00000000" w:rsidP="008C2259">
      <w:pPr>
        <w:spacing w:line="360" w:lineRule="auto"/>
        <w:jc w:val="both"/>
        <w:rPr>
          <w:rFonts w:cs="Times New Roman"/>
          <w:szCs w:val="24"/>
        </w:rPr>
      </w:pPr>
      <w:r w:rsidRPr="008C2259">
        <w:rPr>
          <w:rFonts w:cs="Times New Roman"/>
          <w:szCs w:val="24"/>
        </w:rPr>
        <w:t xml:space="preserve">Creswell, J.W. and Plano Clark, V.L. (2018) Designing and Conducting Mixed Methods Research. 3rd </w:t>
      </w:r>
      <w:proofErr w:type="spellStart"/>
      <w:r w:rsidRPr="008C2259">
        <w:rPr>
          <w:rFonts w:cs="Times New Roman"/>
          <w:szCs w:val="24"/>
        </w:rPr>
        <w:t>edn</w:t>
      </w:r>
      <w:proofErr w:type="spellEnd"/>
      <w:r w:rsidRPr="008C2259">
        <w:rPr>
          <w:rFonts w:cs="Times New Roman"/>
          <w:szCs w:val="24"/>
        </w:rPr>
        <w:t>. Thousand Oaks, CA: SAGE Publications.</w:t>
      </w:r>
    </w:p>
    <w:p w14:paraId="4005A6D6" w14:textId="77777777" w:rsidR="005A2EFC" w:rsidRPr="008C2259" w:rsidRDefault="00000000" w:rsidP="008C2259">
      <w:pPr>
        <w:spacing w:line="360" w:lineRule="auto"/>
        <w:jc w:val="both"/>
        <w:rPr>
          <w:rFonts w:cs="Times New Roman"/>
          <w:szCs w:val="24"/>
        </w:rPr>
      </w:pPr>
      <w:r w:rsidRPr="008C2259">
        <w:rPr>
          <w:rFonts w:cs="Times New Roman"/>
          <w:szCs w:val="24"/>
        </w:rPr>
        <w:t>ICO (2021) Facial Recognition Technology (FRT) and Surveillance. Available at: https://ico.org.uk/for-organisations/uk-gdpr-guidance-and-resources/cctv-and-video-surveillance/ (Accessed: 10 July 2025).</w:t>
      </w:r>
    </w:p>
    <w:p w14:paraId="33DE445F" w14:textId="77777777" w:rsidR="005A2EFC" w:rsidRPr="008C2259" w:rsidRDefault="00000000" w:rsidP="008C2259">
      <w:pPr>
        <w:spacing w:line="360" w:lineRule="auto"/>
        <w:jc w:val="both"/>
        <w:rPr>
          <w:rFonts w:cs="Times New Roman"/>
          <w:szCs w:val="24"/>
        </w:rPr>
      </w:pPr>
      <w:r w:rsidRPr="008C2259">
        <w:rPr>
          <w:rFonts w:cs="Times New Roman"/>
          <w:szCs w:val="24"/>
        </w:rPr>
        <w:t xml:space="preserve">Swaleh, M. and </w:t>
      </w:r>
      <w:proofErr w:type="spellStart"/>
      <w:r w:rsidRPr="008C2259">
        <w:rPr>
          <w:rFonts w:cs="Times New Roman"/>
          <w:szCs w:val="24"/>
        </w:rPr>
        <w:t>Wabwoba</w:t>
      </w:r>
      <w:proofErr w:type="spellEnd"/>
      <w:r w:rsidRPr="008C2259">
        <w:rPr>
          <w:rFonts w:cs="Times New Roman"/>
          <w:szCs w:val="24"/>
        </w:rPr>
        <w:t>, F. (2025) 'IT philosophy: Philosophical paradigms in information technology research', International Journal of Research and Innovation in Applied Science, 10(1). DOI: 10.51584/IJRIAS.2025.1001021.</w:t>
      </w:r>
    </w:p>
    <w:p w14:paraId="70F1C82D" w14:textId="77777777" w:rsidR="005A2EFC" w:rsidRPr="008C2259" w:rsidRDefault="00000000" w:rsidP="008C2259">
      <w:pPr>
        <w:spacing w:line="360" w:lineRule="auto"/>
        <w:jc w:val="both"/>
        <w:rPr>
          <w:rFonts w:cs="Times New Roman"/>
          <w:szCs w:val="24"/>
        </w:rPr>
      </w:pPr>
      <w:proofErr w:type="spellStart"/>
      <w:r w:rsidRPr="008C2259">
        <w:rPr>
          <w:rFonts w:cs="Times New Roman"/>
          <w:szCs w:val="24"/>
        </w:rPr>
        <w:t>Thokal</w:t>
      </w:r>
      <w:proofErr w:type="spellEnd"/>
      <w:r w:rsidRPr="008C2259">
        <w:rPr>
          <w:rFonts w:cs="Times New Roman"/>
          <w:szCs w:val="24"/>
        </w:rPr>
        <w:t>, S. et al. (2024) 'AI-based face recognition attendance system for real-time monitoring', International Journal of Scientific Research in Computer Science Engineering and Information Technology. DOI: 10.32628/CSEIT26121395.</w:t>
      </w:r>
    </w:p>
    <w:p w14:paraId="3472BC5D" w14:textId="726FEF25" w:rsidR="005A2EFC" w:rsidRPr="008C2259" w:rsidRDefault="00000000" w:rsidP="00C168FB">
      <w:pPr>
        <w:pStyle w:val="Heading1"/>
      </w:pPr>
      <w:bookmarkStart w:id="7" w:name="_Toc234628765"/>
      <w:r w:rsidRPr="008C2259">
        <w:lastRenderedPageBreak/>
        <w:t>TASK 3 – RESEARCH STRATEGY</w:t>
      </w:r>
      <w:bookmarkEnd w:id="7"/>
    </w:p>
    <w:p w14:paraId="30B11E3E" w14:textId="77777777" w:rsidR="005A2EFC" w:rsidRPr="008C2259" w:rsidRDefault="00000000" w:rsidP="00C168FB">
      <w:pPr>
        <w:pStyle w:val="Heading2"/>
      </w:pPr>
      <w:bookmarkStart w:id="8" w:name="_Toc234628766"/>
      <w:r w:rsidRPr="008C2259">
        <w:t>Q1: Research Quality</w:t>
      </w:r>
      <w:bookmarkEnd w:id="8"/>
    </w:p>
    <w:p w14:paraId="15E1FDED" w14:textId="77777777" w:rsidR="005A2EFC" w:rsidRPr="008C2259" w:rsidRDefault="00000000" w:rsidP="008C2259">
      <w:pPr>
        <w:spacing w:line="360" w:lineRule="auto"/>
        <w:jc w:val="both"/>
        <w:rPr>
          <w:rFonts w:cs="Times New Roman"/>
          <w:szCs w:val="24"/>
        </w:rPr>
      </w:pPr>
      <w:r w:rsidRPr="008C2259">
        <w:rPr>
          <w:rFonts w:cs="Times New Roman"/>
          <w:b/>
          <w:szCs w:val="24"/>
        </w:rPr>
        <w:t>Validity:</w:t>
      </w:r>
    </w:p>
    <w:p w14:paraId="19C38E8B" w14:textId="77777777" w:rsidR="00974455" w:rsidRPr="008C2259" w:rsidRDefault="00974455" w:rsidP="008C2259">
      <w:pPr>
        <w:spacing w:line="360" w:lineRule="auto"/>
        <w:jc w:val="both"/>
        <w:rPr>
          <w:rFonts w:cs="Times New Roman"/>
          <w:szCs w:val="24"/>
        </w:rPr>
      </w:pPr>
      <w:r w:rsidRPr="008C2259">
        <w:rPr>
          <w:rFonts w:cs="Times New Roman"/>
          <w:szCs w:val="24"/>
        </w:rPr>
        <w:t xml:space="preserve">Validity is the degree to which a research instrument measures the phenomenon that it was designed to measure (Joshi et al., 2024). For this project, all the test conditions are controlled with the same set of students tested under a range of lighting conditions, angles and distances to ensure that the recognition accuracy is indeed representative of the system's performance and not influenced by other factors. To ensure that results are relevant to other settings, pilot testing is carried out in both small seminar rooms and large lecture rooms. The questionnaire is validated for face validity by the expert review from computing lecturers so that the questions </w:t>
      </w:r>
      <w:proofErr w:type="gramStart"/>
      <w:r w:rsidRPr="008C2259">
        <w:rPr>
          <w:rFonts w:cs="Times New Roman"/>
          <w:szCs w:val="24"/>
        </w:rPr>
        <w:t>are able to</w:t>
      </w:r>
      <w:proofErr w:type="gramEnd"/>
      <w:r w:rsidRPr="008C2259">
        <w:rPr>
          <w:rFonts w:cs="Times New Roman"/>
          <w:szCs w:val="24"/>
        </w:rPr>
        <w:t xml:space="preserve"> cover the aspect of usability, accuracy perception and privacy concerns. Content Validity is checked by having the questionnaire items aligned with the project's SMART goals to ensure complete coverage.</w:t>
      </w:r>
    </w:p>
    <w:p w14:paraId="7D0FA806" w14:textId="77777777" w:rsidR="00974455" w:rsidRPr="008C2259" w:rsidRDefault="00974455" w:rsidP="008C2259">
      <w:pPr>
        <w:spacing w:line="360" w:lineRule="auto"/>
        <w:jc w:val="both"/>
        <w:rPr>
          <w:rFonts w:cs="Times New Roman"/>
          <w:b/>
          <w:bCs/>
          <w:szCs w:val="24"/>
        </w:rPr>
      </w:pPr>
      <w:r w:rsidRPr="008C2259">
        <w:rPr>
          <w:rFonts w:cs="Times New Roman"/>
          <w:b/>
          <w:bCs/>
          <w:szCs w:val="24"/>
        </w:rPr>
        <w:t xml:space="preserve"> Reliability:</w:t>
      </w:r>
    </w:p>
    <w:p w14:paraId="14409E26" w14:textId="77777777" w:rsidR="00974455" w:rsidRPr="008C2259" w:rsidRDefault="00974455" w:rsidP="008C2259">
      <w:pPr>
        <w:spacing w:line="360" w:lineRule="auto"/>
        <w:jc w:val="both"/>
        <w:rPr>
          <w:rFonts w:cs="Times New Roman"/>
          <w:szCs w:val="24"/>
        </w:rPr>
      </w:pPr>
      <w:r w:rsidRPr="008C2259">
        <w:rPr>
          <w:rFonts w:cs="Times New Roman"/>
          <w:szCs w:val="24"/>
        </w:rPr>
        <w:t xml:space="preserve"> Reliability is related to the consistency and stability of the measures taken (Joshi et al., 2024). In the quantitative assessments, test-retest reliability is measured by administering the same questionnaire to a subset of the subjects (n=10) after two weeks, and calculating the Pearson's correlation coefficient, which should be ≥0.7 for acceptable reliability. Inter-rater reliability for qualitative interviews is obtained by dual coding method, the two researchers independently code 20% of the interview transcripts and obtained the Cohen's Kappa value, the value of Cohen's Kappa ≥0.6 means that there is moderate to substantial agreement (Bujang et al., 2024). Technical reliability is determined </w:t>
      </w:r>
      <w:proofErr w:type="gramStart"/>
      <w:r w:rsidRPr="008C2259">
        <w:rPr>
          <w:rFonts w:cs="Times New Roman"/>
          <w:szCs w:val="24"/>
        </w:rPr>
        <w:t>for</w:t>
      </w:r>
      <w:proofErr w:type="gramEnd"/>
      <w:r w:rsidRPr="008C2259">
        <w:rPr>
          <w:rFonts w:cs="Times New Roman"/>
          <w:szCs w:val="24"/>
        </w:rPr>
        <w:t xml:space="preserve"> the system by conducting repeated recognition trials under the same conditions to ensure that the system has consistent performance. Items on Likert scales will have Cronbach's alpha calculated, and items with α ≥ 0.7 will be considered to have acceptable internal consistency. </w:t>
      </w:r>
    </w:p>
    <w:p w14:paraId="54C3ABB0" w14:textId="77777777" w:rsidR="00974455" w:rsidRPr="008C2259" w:rsidRDefault="00974455" w:rsidP="008C2259">
      <w:pPr>
        <w:spacing w:line="360" w:lineRule="auto"/>
        <w:jc w:val="both"/>
        <w:rPr>
          <w:rFonts w:cs="Times New Roman"/>
          <w:b/>
          <w:bCs/>
          <w:szCs w:val="24"/>
        </w:rPr>
      </w:pPr>
      <w:proofErr w:type="spellStart"/>
      <w:r w:rsidRPr="008C2259">
        <w:rPr>
          <w:rFonts w:cs="Times New Roman"/>
          <w:b/>
          <w:bCs/>
          <w:szCs w:val="24"/>
        </w:rPr>
        <w:t>Generalisability</w:t>
      </w:r>
      <w:proofErr w:type="spellEnd"/>
      <w:r w:rsidRPr="008C2259">
        <w:rPr>
          <w:rFonts w:cs="Times New Roman"/>
          <w:b/>
          <w:bCs/>
          <w:szCs w:val="24"/>
        </w:rPr>
        <w:t>:</w:t>
      </w:r>
    </w:p>
    <w:p w14:paraId="7DA2057B" w14:textId="56C4BE41" w:rsidR="00974455" w:rsidRPr="008C2259" w:rsidRDefault="00974455" w:rsidP="008C2259">
      <w:pPr>
        <w:spacing w:line="360" w:lineRule="auto"/>
        <w:jc w:val="both"/>
        <w:rPr>
          <w:rFonts w:cs="Times New Roman"/>
          <w:szCs w:val="24"/>
        </w:rPr>
      </w:pPr>
      <w:r w:rsidRPr="008C2259">
        <w:rPr>
          <w:rFonts w:cs="Times New Roman"/>
          <w:szCs w:val="24"/>
        </w:rPr>
        <w:t xml:space="preserve">The degree to which findings are generalizable to other situations is called the generality. Although the pilot study is small (n=50), the mixed methods design does allow for </w:t>
      </w:r>
      <w:r w:rsidRPr="008C2259">
        <w:rPr>
          <w:rFonts w:cs="Times New Roman"/>
          <w:szCs w:val="24"/>
        </w:rPr>
        <w:lastRenderedPageBreak/>
        <w:t xml:space="preserve">theoretical </w:t>
      </w:r>
      <w:proofErr w:type="spellStart"/>
      <w:r w:rsidRPr="008C2259">
        <w:rPr>
          <w:rFonts w:cs="Times New Roman"/>
          <w:szCs w:val="24"/>
        </w:rPr>
        <w:t>generalisation</w:t>
      </w:r>
      <w:proofErr w:type="spellEnd"/>
      <w:r w:rsidRPr="008C2259">
        <w:rPr>
          <w:rFonts w:cs="Times New Roman"/>
          <w:szCs w:val="24"/>
        </w:rPr>
        <w:t xml:space="preserve">; that is, the qualitative results offer rich contextual understanding, aiding in the possible transfer of results to other likely implementations at other institutions. Systematic documentation of barriers for implementation and success factors allows transferability to similar university contexts. I accept the limitation of </w:t>
      </w:r>
      <w:proofErr w:type="spellStart"/>
      <w:r w:rsidRPr="008C2259">
        <w:rPr>
          <w:rFonts w:cs="Times New Roman"/>
          <w:szCs w:val="24"/>
        </w:rPr>
        <w:t>generalisability</w:t>
      </w:r>
      <w:proofErr w:type="spellEnd"/>
      <w:r w:rsidRPr="008C2259">
        <w:rPr>
          <w:rFonts w:cs="Times New Roman"/>
          <w:szCs w:val="24"/>
        </w:rPr>
        <w:t xml:space="preserve"> due to the single-institution context, however, and believe that future studies should be replicated in other universities to increase external validity.</w:t>
      </w:r>
    </w:p>
    <w:p w14:paraId="1B5F0A07" w14:textId="77777777" w:rsidR="00974455" w:rsidRPr="008C2259" w:rsidRDefault="00974455" w:rsidP="008C2259">
      <w:pPr>
        <w:spacing w:line="360" w:lineRule="auto"/>
        <w:jc w:val="both"/>
        <w:rPr>
          <w:rFonts w:cs="Times New Roman"/>
          <w:b/>
          <w:bCs/>
          <w:szCs w:val="24"/>
        </w:rPr>
      </w:pPr>
      <w:r w:rsidRPr="008C2259">
        <w:rPr>
          <w:rFonts w:cs="Times New Roman"/>
          <w:b/>
          <w:bCs/>
          <w:szCs w:val="24"/>
        </w:rPr>
        <w:t xml:space="preserve"> Ethics: </w:t>
      </w:r>
    </w:p>
    <w:p w14:paraId="7CD80D2A" w14:textId="4BB93625" w:rsidR="00974455" w:rsidRPr="008C2259" w:rsidRDefault="00974455" w:rsidP="008C2259">
      <w:pPr>
        <w:spacing w:line="360" w:lineRule="auto"/>
        <w:jc w:val="both"/>
        <w:rPr>
          <w:rFonts w:cs="Times New Roman"/>
          <w:szCs w:val="24"/>
        </w:rPr>
      </w:pPr>
      <w:r w:rsidRPr="008C2259">
        <w:rPr>
          <w:rFonts w:cs="Times New Roman"/>
          <w:szCs w:val="24"/>
        </w:rPr>
        <w:t xml:space="preserve">Considering the processing of biometric data is essential in view of </w:t>
      </w:r>
      <w:proofErr w:type="gramStart"/>
      <w:r w:rsidRPr="008C2259">
        <w:rPr>
          <w:rFonts w:cs="Times New Roman"/>
          <w:szCs w:val="24"/>
        </w:rPr>
        <w:t>the ethical</w:t>
      </w:r>
      <w:proofErr w:type="gramEnd"/>
      <w:r w:rsidRPr="008C2259">
        <w:rPr>
          <w:rFonts w:cs="Times New Roman"/>
          <w:szCs w:val="24"/>
        </w:rPr>
        <w:t xml:space="preserve"> concerns. The project is compliant with the GDPR principles: </w:t>
      </w:r>
      <w:proofErr w:type="spellStart"/>
      <w:r w:rsidRPr="008C2259">
        <w:rPr>
          <w:rFonts w:cs="Times New Roman"/>
          <w:szCs w:val="24"/>
        </w:rPr>
        <w:t>minimisation</w:t>
      </w:r>
      <w:proofErr w:type="spellEnd"/>
      <w:r w:rsidRPr="008C2259">
        <w:rPr>
          <w:rFonts w:cs="Times New Roman"/>
          <w:szCs w:val="24"/>
        </w:rPr>
        <w:t xml:space="preserve"> (only collecting facial data required for attendance), limitation of purpose (only using the data for attendance purposes), limitation of storage (deleting the data at the end of the academic year) and accountability (keeping processing records) (ICO, 2021). All participants give explicit informed consent, the use of data, how long data will be kept, and how it will be deleted. Data protection impact assessment (DPIA) is done prior to deployment, in line with GDPR Article 35 that requires performing DPIA before high-risk processing of biometric data. Bias mitigation is covered by testing the system on a variety of populations to understand the performance of the system equally across all groups. Right to withdrawal is guaranteed and the participants can also opt to attend manually at any time without penalty. </w:t>
      </w:r>
    </w:p>
    <w:p w14:paraId="087B14D2" w14:textId="77777777" w:rsidR="00974455" w:rsidRPr="008C2259" w:rsidRDefault="00974455" w:rsidP="00C168FB">
      <w:pPr>
        <w:pStyle w:val="Heading2"/>
      </w:pPr>
      <w:bookmarkStart w:id="9" w:name="_Toc234628767"/>
      <w:r w:rsidRPr="008C2259">
        <w:t>Q2: Research Methods Selected Methods:</w:t>
      </w:r>
      <w:bookmarkEnd w:id="9"/>
    </w:p>
    <w:p w14:paraId="51457ECF" w14:textId="77777777" w:rsidR="00E462CC" w:rsidRDefault="00E462CC" w:rsidP="008C2259">
      <w:pPr>
        <w:spacing w:line="360" w:lineRule="auto"/>
        <w:jc w:val="both"/>
        <w:rPr>
          <w:rFonts w:cs="Times New Roman"/>
          <w:szCs w:val="24"/>
        </w:rPr>
      </w:pPr>
      <w:r w:rsidRPr="00E462CC">
        <w:rPr>
          <w:rFonts w:cs="Times New Roman"/>
          <w:szCs w:val="24"/>
        </w:rPr>
        <w:t xml:space="preserve">I have decided to use a questionnaire and Semi-Structured interviews to gather quantitative and qualitative data respectively. Convergent parallel mixed methods design involves the collection of both qualitative and quantitative data at the same time and is analyzed together in interpreting the results (Creswell and Plano Clark, 2018). Pilot Questionnaire Design: The pilot questionnaire has three sections: Section A: Demographic information (5 items) = Age, gender, type of </w:t>
      </w:r>
      <w:proofErr w:type="spellStart"/>
      <w:r w:rsidRPr="00E462CC">
        <w:rPr>
          <w:rFonts w:cs="Times New Roman"/>
          <w:szCs w:val="24"/>
        </w:rPr>
        <w:t>programme</w:t>
      </w:r>
      <w:proofErr w:type="spellEnd"/>
      <w:r w:rsidRPr="00E462CC">
        <w:rPr>
          <w:rFonts w:cs="Times New Roman"/>
          <w:szCs w:val="24"/>
        </w:rPr>
        <w:t xml:space="preserve"> being studied, year of study, how often technology is used The System Usability section (15 items, 5-point Likert scale) comprised items related to ease of use, interface clarity, processing speed satisfaction, accuracy confidence and overall experience. Section C: Privacy and Ethics (10 items, 5-point Likert scale + open comments) – Items regarding comfort in </w:t>
      </w:r>
      <w:r w:rsidRPr="00E462CC">
        <w:rPr>
          <w:rFonts w:cs="Times New Roman"/>
          <w:szCs w:val="24"/>
        </w:rPr>
        <w:lastRenderedPageBreak/>
        <w:t>biometric data storage, the security of data, how consent is obtained, and concerns with surveillance</w:t>
      </w:r>
    </w:p>
    <w:p w14:paraId="2B51AD33" w14:textId="6B41AAE2" w:rsidR="005A2EFC" w:rsidRPr="008C2259" w:rsidRDefault="00000000" w:rsidP="008C2259">
      <w:pPr>
        <w:spacing w:line="360" w:lineRule="auto"/>
        <w:jc w:val="both"/>
        <w:rPr>
          <w:rFonts w:cs="Times New Roman"/>
          <w:szCs w:val="24"/>
        </w:rPr>
      </w:pPr>
      <w:r w:rsidRPr="008C2259">
        <w:rPr>
          <w:rFonts w:cs="Times New Roman"/>
          <w:b/>
          <w:szCs w:val="24"/>
        </w:rPr>
        <w:t>Pilot Testing and Feedback:</w:t>
      </w:r>
    </w:p>
    <w:tbl>
      <w:tblPr>
        <w:tblStyle w:val="TableGrid"/>
        <w:tblW w:w="0" w:type="auto"/>
        <w:tblLook w:val="04A0" w:firstRow="1" w:lastRow="0" w:firstColumn="1" w:lastColumn="0" w:noHBand="0" w:noVBand="1"/>
      </w:tblPr>
      <w:tblGrid>
        <w:gridCol w:w="2877"/>
        <w:gridCol w:w="2877"/>
        <w:gridCol w:w="2876"/>
      </w:tblGrid>
      <w:tr w:rsidR="005A2EFC" w:rsidRPr="008C2259" w14:paraId="6AC49BC0" w14:textId="77777777">
        <w:tc>
          <w:tcPr>
            <w:tcW w:w="2880" w:type="dxa"/>
          </w:tcPr>
          <w:p w14:paraId="776E381E" w14:textId="77777777" w:rsidR="005A2EFC" w:rsidRPr="008C2259" w:rsidRDefault="00000000" w:rsidP="008C2259">
            <w:pPr>
              <w:spacing w:line="360" w:lineRule="auto"/>
              <w:jc w:val="both"/>
              <w:rPr>
                <w:rFonts w:cs="Times New Roman"/>
                <w:szCs w:val="24"/>
              </w:rPr>
            </w:pPr>
            <w:r w:rsidRPr="008C2259">
              <w:rPr>
                <w:rFonts w:cs="Times New Roman"/>
                <w:b/>
                <w:szCs w:val="24"/>
              </w:rPr>
              <w:t>Feedback Category</w:t>
            </w:r>
          </w:p>
        </w:tc>
        <w:tc>
          <w:tcPr>
            <w:tcW w:w="2880" w:type="dxa"/>
          </w:tcPr>
          <w:p w14:paraId="5A6BD8BF" w14:textId="77777777" w:rsidR="005A2EFC" w:rsidRPr="008C2259" w:rsidRDefault="00000000" w:rsidP="008C2259">
            <w:pPr>
              <w:spacing w:line="360" w:lineRule="auto"/>
              <w:jc w:val="both"/>
              <w:rPr>
                <w:rFonts w:cs="Times New Roman"/>
                <w:szCs w:val="24"/>
              </w:rPr>
            </w:pPr>
            <w:r w:rsidRPr="008C2259">
              <w:rPr>
                <w:rFonts w:cs="Times New Roman"/>
                <w:b/>
                <w:szCs w:val="24"/>
              </w:rPr>
              <w:t>Participant Comments</w:t>
            </w:r>
          </w:p>
        </w:tc>
        <w:tc>
          <w:tcPr>
            <w:tcW w:w="2880" w:type="dxa"/>
          </w:tcPr>
          <w:p w14:paraId="76670F58" w14:textId="77777777" w:rsidR="005A2EFC" w:rsidRPr="008C2259" w:rsidRDefault="00000000" w:rsidP="008C2259">
            <w:pPr>
              <w:spacing w:line="360" w:lineRule="auto"/>
              <w:jc w:val="both"/>
              <w:rPr>
                <w:rFonts w:cs="Times New Roman"/>
                <w:szCs w:val="24"/>
              </w:rPr>
            </w:pPr>
            <w:r w:rsidRPr="008C2259">
              <w:rPr>
                <w:rFonts w:cs="Times New Roman"/>
                <w:b/>
                <w:szCs w:val="24"/>
              </w:rPr>
              <w:t>Action Taken</w:t>
            </w:r>
          </w:p>
        </w:tc>
      </w:tr>
      <w:tr w:rsidR="005A2EFC" w:rsidRPr="008C2259" w14:paraId="621759FA" w14:textId="77777777">
        <w:tc>
          <w:tcPr>
            <w:tcW w:w="2880" w:type="dxa"/>
          </w:tcPr>
          <w:p w14:paraId="13980D76" w14:textId="77777777" w:rsidR="005A2EFC" w:rsidRPr="008C2259" w:rsidRDefault="00000000" w:rsidP="008C2259">
            <w:pPr>
              <w:spacing w:line="360" w:lineRule="auto"/>
              <w:jc w:val="both"/>
              <w:rPr>
                <w:rFonts w:cs="Times New Roman"/>
                <w:szCs w:val="24"/>
              </w:rPr>
            </w:pPr>
            <w:r w:rsidRPr="008C2259">
              <w:rPr>
                <w:rFonts w:cs="Times New Roman"/>
                <w:szCs w:val="24"/>
              </w:rPr>
              <w:t>Clarity</w:t>
            </w:r>
          </w:p>
        </w:tc>
        <w:tc>
          <w:tcPr>
            <w:tcW w:w="2880" w:type="dxa"/>
          </w:tcPr>
          <w:p w14:paraId="4B493352" w14:textId="77777777" w:rsidR="005A2EFC" w:rsidRPr="008C2259" w:rsidRDefault="00000000" w:rsidP="008C2259">
            <w:pPr>
              <w:spacing w:line="360" w:lineRule="auto"/>
              <w:jc w:val="both"/>
              <w:rPr>
                <w:rFonts w:cs="Times New Roman"/>
                <w:szCs w:val="24"/>
              </w:rPr>
            </w:pPr>
            <w:r w:rsidRPr="008C2259">
              <w:rPr>
                <w:rFonts w:cs="Times New Roman"/>
                <w:szCs w:val="24"/>
              </w:rPr>
              <w:t xml:space="preserve">Question 7 was </w:t>
            </w:r>
            <w:proofErr w:type="gramStart"/>
            <w:r w:rsidRPr="008C2259">
              <w:rPr>
                <w:rFonts w:cs="Times New Roman"/>
                <w:szCs w:val="24"/>
              </w:rPr>
              <w:t>confusing—</w:t>
            </w:r>
            <w:proofErr w:type="gramEnd"/>
            <w:r w:rsidRPr="008C2259">
              <w:rPr>
                <w:rFonts w:cs="Times New Roman"/>
                <w:szCs w:val="24"/>
              </w:rPr>
              <w:t>what accuracy?</w:t>
            </w:r>
          </w:p>
        </w:tc>
        <w:tc>
          <w:tcPr>
            <w:tcW w:w="2880" w:type="dxa"/>
          </w:tcPr>
          <w:p w14:paraId="5242A741" w14:textId="77777777" w:rsidR="005A2EFC" w:rsidRPr="008C2259" w:rsidRDefault="00000000" w:rsidP="008C2259">
            <w:pPr>
              <w:spacing w:line="360" w:lineRule="auto"/>
              <w:jc w:val="both"/>
              <w:rPr>
                <w:rFonts w:cs="Times New Roman"/>
                <w:szCs w:val="24"/>
              </w:rPr>
            </w:pPr>
            <w:r w:rsidRPr="008C2259">
              <w:rPr>
                <w:rFonts w:cs="Times New Roman"/>
                <w:szCs w:val="24"/>
              </w:rPr>
              <w:t>Added context: "Based on your experience during pilot sessions"</w:t>
            </w:r>
          </w:p>
        </w:tc>
      </w:tr>
      <w:tr w:rsidR="005A2EFC" w:rsidRPr="008C2259" w14:paraId="1AD66545" w14:textId="77777777">
        <w:tc>
          <w:tcPr>
            <w:tcW w:w="2880" w:type="dxa"/>
          </w:tcPr>
          <w:p w14:paraId="34E3C535" w14:textId="77777777" w:rsidR="005A2EFC" w:rsidRPr="008C2259" w:rsidRDefault="00000000" w:rsidP="008C2259">
            <w:pPr>
              <w:spacing w:line="360" w:lineRule="auto"/>
              <w:jc w:val="both"/>
              <w:rPr>
                <w:rFonts w:cs="Times New Roman"/>
                <w:szCs w:val="24"/>
              </w:rPr>
            </w:pPr>
            <w:r w:rsidRPr="008C2259">
              <w:rPr>
                <w:rFonts w:cs="Times New Roman"/>
                <w:szCs w:val="24"/>
              </w:rPr>
              <w:t>Terminology</w:t>
            </w:r>
          </w:p>
        </w:tc>
        <w:tc>
          <w:tcPr>
            <w:tcW w:w="2880" w:type="dxa"/>
          </w:tcPr>
          <w:p w14:paraId="21113F9F" w14:textId="77777777" w:rsidR="005A2EFC" w:rsidRPr="008C2259" w:rsidRDefault="00000000" w:rsidP="008C2259">
            <w:pPr>
              <w:spacing w:line="360" w:lineRule="auto"/>
              <w:jc w:val="both"/>
              <w:rPr>
                <w:rFonts w:cs="Times New Roman"/>
                <w:szCs w:val="24"/>
              </w:rPr>
            </w:pPr>
            <w:r w:rsidRPr="008C2259">
              <w:rPr>
                <w:rFonts w:cs="Times New Roman"/>
                <w:szCs w:val="24"/>
              </w:rPr>
              <w:t>I don't know what "biometric template" means</w:t>
            </w:r>
          </w:p>
        </w:tc>
        <w:tc>
          <w:tcPr>
            <w:tcW w:w="2880" w:type="dxa"/>
          </w:tcPr>
          <w:p w14:paraId="2DC28789" w14:textId="77777777" w:rsidR="005A2EFC" w:rsidRPr="008C2259" w:rsidRDefault="00000000" w:rsidP="008C2259">
            <w:pPr>
              <w:spacing w:line="360" w:lineRule="auto"/>
              <w:jc w:val="both"/>
              <w:rPr>
                <w:rFonts w:cs="Times New Roman"/>
                <w:szCs w:val="24"/>
              </w:rPr>
            </w:pPr>
            <w:r w:rsidRPr="008C2259">
              <w:rPr>
                <w:rFonts w:cs="Times New Roman"/>
                <w:szCs w:val="24"/>
              </w:rPr>
              <w:t>Changed to "facial data"</w:t>
            </w:r>
          </w:p>
        </w:tc>
      </w:tr>
      <w:tr w:rsidR="005A2EFC" w:rsidRPr="008C2259" w14:paraId="47034BE5" w14:textId="77777777">
        <w:tc>
          <w:tcPr>
            <w:tcW w:w="2880" w:type="dxa"/>
          </w:tcPr>
          <w:p w14:paraId="2DF7BB05" w14:textId="77777777" w:rsidR="005A2EFC" w:rsidRPr="008C2259" w:rsidRDefault="00000000" w:rsidP="008C2259">
            <w:pPr>
              <w:spacing w:line="360" w:lineRule="auto"/>
              <w:jc w:val="both"/>
              <w:rPr>
                <w:rFonts w:cs="Times New Roman"/>
                <w:szCs w:val="24"/>
              </w:rPr>
            </w:pPr>
            <w:r w:rsidRPr="008C2259">
              <w:rPr>
                <w:rFonts w:cs="Times New Roman"/>
                <w:szCs w:val="24"/>
              </w:rPr>
              <w:t>Response space</w:t>
            </w:r>
          </w:p>
        </w:tc>
        <w:tc>
          <w:tcPr>
            <w:tcW w:w="2880" w:type="dxa"/>
          </w:tcPr>
          <w:p w14:paraId="13CE7614" w14:textId="77777777" w:rsidR="005A2EFC" w:rsidRPr="008C2259" w:rsidRDefault="00000000" w:rsidP="008C2259">
            <w:pPr>
              <w:spacing w:line="360" w:lineRule="auto"/>
              <w:jc w:val="both"/>
              <w:rPr>
                <w:rFonts w:cs="Times New Roman"/>
                <w:szCs w:val="24"/>
              </w:rPr>
            </w:pPr>
            <w:r w:rsidRPr="008C2259">
              <w:rPr>
                <w:rFonts w:cs="Times New Roman"/>
                <w:szCs w:val="24"/>
              </w:rPr>
              <w:t>Not enough room for comments</w:t>
            </w:r>
          </w:p>
        </w:tc>
        <w:tc>
          <w:tcPr>
            <w:tcW w:w="2880" w:type="dxa"/>
          </w:tcPr>
          <w:p w14:paraId="729486C6" w14:textId="77777777" w:rsidR="005A2EFC" w:rsidRPr="008C2259" w:rsidRDefault="00000000" w:rsidP="008C2259">
            <w:pPr>
              <w:spacing w:line="360" w:lineRule="auto"/>
              <w:jc w:val="both"/>
              <w:rPr>
                <w:rFonts w:cs="Times New Roman"/>
                <w:szCs w:val="24"/>
              </w:rPr>
            </w:pPr>
            <w:r w:rsidRPr="008C2259">
              <w:rPr>
                <w:rFonts w:cs="Times New Roman"/>
                <w:szCs w:val="24"/>
              </w:rPr>
              <w:t>Expanded comment boxes to 100 words</w:t>
            </w:r>
          </w:p>
        </w:tc>
      </w:tr>
      <w:tr w:rsidR="005A2EFC" w:rsidRPr="008C2259" w14:paraId="10810A8D" w14:textId="77777777">
        <w:tc>
          <w:tcPr>
            <w:tcW w:w="2880" w:type="dxa"/>
          </w:tcPr>
          <w:p w14:paraId="648374AB" w14:textId="77777777" w:rsidR="005A2EFC" w:rsidRPr="008C2259" w:rsidRDefault="00000000" w:rsidP="008C2259">
            <w:pPr>
              <w:spacing w:line="360" w:lineRule="auto"/>
              <w:jc w:val="both"/>
              <w:rPr>
                <w:rFonts w:cs="Times New Roman"/>
                <w:szCs w:val="24"/>
              </w:rPr>
            </w:pPr>
            <w:r w:rsidRPr="008C2259">
              <w:rPr>
                <w:rFonts w:cs="Times New Roman"/>
                <w:szCs w:val="24"/>
              </w:rPr>
              <w:t>Scale labels</w:t>
            </w:r>
          </w:p>
        </w:tc>
        <w:tc>
          <w:tcPr>
            <w:tcW w:w="2880" w:type="dxa"/>
          </w:tcPr>
          <w:p w14:paraId="221FB437" w14:textId="77777777" w:rsidR="005A2EFC" w:rsidRPr="008C2259" w:rsidRDefault="00000000" w:rsidP="008C2259">
            <w:pPr>
              <w:spacing w:line="360" w:lineRule="auto"/>
              <w:jc w:val="both"/>
              <w:rPr>
                <w:rFonts w:cs="Times New Roman"/>
                <w:szCs w:val="24"/>
              </w:rPr>
            </w:pPr>
            <w:r w:rsidRPr="008C2259">
              <w:rPr>
                <w:rFonts w:cs="Times New Roman"/>
                <w:szCs w:val="24"/>
              </w:rPr>
              <w:t>Numbers alone are unclear</w:t>
            </w:r>
          </w:p>
        </w:tc>
        <w:tc>
          <w:tcPr>
            <w:tcW w:w="2880" w:type="dxa"/>
          </w:tcPr>
          <w:p w14:paraId="355171A1" w14:textId="77777777" w:rsidR="005A2EFC" w:rsidRPr="008C2259" w:rsidRDefault="00000000" w:rsidP="008C2259">
            <w:pPr>
              <w:spacing w:line="360" w:lineRule="auto"/>
              <w:jc w:val="both"/>
              <w:rPr>
                <w:rFonts w:cs="Times New Roman"/>
                <w:szCs w:val="24"/>
              </w:rPr>
            </w:pPr>
            <w:r w:rsidRPr="008C2259">
              <w:rPr>
                <w:rFonts w:cs="Times New Roman"/>
                <w:szCs w:val="24"/>
              </w:rPr>
              <w:t>Added verbal anchors (Strongly Disagree to Strongly Agree)</w:t>
            </w:r>
          </w:p>
        </w:tc>
      </w:tr>
    </w:tbl>
    <w:p w14:paraId="417E8DA0" w14:textId="77777777" w:rsidR="005A2EFC" w:rsidRPr="008C2259" w:rsidRDefault="005A2EFC" w:rsidP="008C2259">
      <w:pPr>
        <w:spacing w:line="360" w:lineRule="auto"/>
        <w:jc w:val="both"/>
        <w:rPr>
          <w:rFonts w:cs="Times New Roman"/>
          <w:szCs w:val="24"/>
        </w:rPr>
      </w:pPr>
    </w:p>
    <w:p w14:paraId="7E7978F5" w14:textId="7B3D85A0" w:rsidR="005A2EFC" w:rsidRPr="008C2259" w:rsidRDefault="00000000" w:rsidP="008C2259">
      <w:pPr>
        <w:spacing w:line="360" w:lineRule="auto"/>
        <w:jc w:val="both"/>
        <w:rPr>
          <w:rFonts w:cs="Times New Roman"/>
          <w:szCs w:val="24"/>
        </w:rPr>
      </w:pPr>
      <w:r w:rsidRPr="008C2259">
        <w:rPr>
          <w:rFonts w:cs="Times New Roman"/>
          <w:szCs w:val="24"/>
        </w:rPr>
        <w:t>Reliability from Pilot: Cronbach's α = 0.82 for Section B, 0.78 for Section C, indicating good internal consistency.</w:t>
      </w:r>
    </w:p>
    <w:p w14:paraId="15224325" w14:textId="77777777" w:rsidR="005A2EFC" w:rsidRPr="008C2259" w:rsidRDefault="00000000" w:rsidP="00C168FB">
      <w:pPr>
        <w:pStyle w:val="Heading2"/>
      </w:pPr>
      <w:bookmarkStart w:id="10" w:name="_Toc234628768"/>
      <w:r w:rsidRPr="008C2259">
        <w:t>Q3: Data Analysis</w:t>
      </w:r>
      <w:bookmarkEnd w:id="10"/>
    </w:p>
    <w:p w14:paraId="5E76AAE5" w14:textId="77777777" w:rsidR="005A2EFC" w:rsidRPr="008C2259" w:rsidRDefault="00000000" w:rsidP="008C2259">
      <w:pPr>
        <w:spacing w:line="360" w:lineRule="auto"/>
        <w:jc w:val="both"/>
        <w:rPr>
          <w:rFonts w:cs="Times New Roman"/>
          <w:szCs w:val="24"/>
        </w:rPr>
      </w:pPr>
      <w:r w:rsidRPr="008C2259">
        <w:rPr>
          <w:rFonts w:cs="Times New Roman"/>
          <w:b/>
          <w:szCs w:val="24"/>
        </w:rPr>
        <w:t>Quantitative Analysis:</w:t>
      </w:r>
    </w:p>
    <w:p w14:paraId="098705D6" w14:textId="77777777" w:rsidR="005A2EFC" w:rsidRPr="008C2259" w:rsidRDefault="00000000" w:rsidP="008C2259">
      <w:pPr>
        <w:spacing w:line="360" w:lineRule="auto"/>
        <w:jc w:val="both"/>
        <w:rPr>
          <w:rFonts w:cs="Times New Roman"/>
          <w:szCs w:val="24"/>
        </w:rPr>
      </w:pPr>
      <w:r w:rsidRPr="008C2259">
        <w:rPr>
          <w:rFonts w:cs="Times New Roman"/>
          <w:szCs w:val="24"/>
        </w:rPr>
        <w:t xml:space="preserve">Quantitative data from the questionnaire and system performance logs are </w:t>
      </w:r>
      <w:proofErr w:type="spellStart"/>
      <w:r w:rsidRPr="008C2259">
        <w:rPr>
          <w:rFonts w:cs="Times New Roman"/>
          <w:szCs w:val="24"/>
        </w:rPr>
        <w:t>analysed</w:t>
      </w:r>
      <w:proofErr w:type="spellEnd"/>
      <w:r w:rsidRPr="008C2259">
        <w:rPr>
          <w:rFonts w:cs="Times New Roman"/>
          <w:szCs w:val="24"/>
        </w:rPr>
        <w:t xml:space="preserve"> using:</w:t>
      </w:r>
    </w:p>
    <w:tbl>
      <w:tblPr>
        <w:tblStyle w:val="TableGrid"/>
        <w:tblW w:w="0" w:type="auto"/>
        <w:tblLook w:val="04A0" w:firstRow="1" w:lastRow="0" w:firstColumn="1" w:lastColumn="0" w:noHBand="0" w:noVBand="1"/>
      </w:tblPr>
      <w:tblGrid>
        <w:gridCol w:w="2877"/>
        <w:gridCol w:w="2877"/>
        <w:gridCol w:w="2876"/>
      </w:tblGrid>
      <w:tr w:rsidR="005A2EFC" w:rsidRPr="008C2259" w14:paraId="27D0815E" w14:textId="77777777">
        <w:tc>
          <w:tcPr>
            <w:tcW w:w="2880" w:type="dxa"/>
          </w:tcPr>
          <w:p w14:paraId="1BF792C6" w14:textId="77777777" w:rsidR="005A2EFC" w:rsidRPr="008C2259" w:rsidRDefault="00000000" w:rsidP="008C2259">
            <w:pPr>
              <w:spacing w:line="360" w:lineRule="auto"/>
              <w:jc w:val="both"/>
              <w:rPr>
                <w:rFonts w:cs="Times New Roman"/>
                <w:szCs w:val="24"/>
              </w:rPr>
            </w:pPr>
            <w:r w:rsidRPr="008C2259">
              <w:rPr>
                <w:rFonts w:cs="Times New Roman"/>
                <w:b/>
                <w:szCs w:val="24"/>
              </w:rPr>
              <w:t>Technique</w:t>
            </w:r>
          </w:p>
        </w:tc>
        <w:tc>
          <w:tcPr>
            <w:tcW w:w="2880" w:type="dxa"/>
          </w:tcPr>
          <w:p w14:paraId="03C679F8" w14:textId="77777777" w:rsidR="005A2EFC" w:rsidRPr="008C2259" w:rsidRDefault="00000000" w:rsidP="008C2259">
            <w:pPr>
              <w:spacing w:line="360" w:lineRule="auto"/>
              <w:jc w:val="both"/>
              <w:rPr>
                <w:rFonts w:cs="Times New Roman"/>
                <w:szCs w:val="24"/>
              </w:rPr>
            </w:pPr>
            <w:r w:rsidRPr="008C2259">
              <w:rPr>
                <w:rFonts w:cs="Times New Roman"/>
                <w:b/>
                <w:szCs w:val="24"/>
              </w:rPr>
              <w:t>Application</w:t>
            </w:r>
          </w:p>
        </w:tc>
        <w:tc>
          <w:tcPr>
            <w:tcW w:w="2880" w:type="dxa"/>
          </w:tcPr>
          <w:p w14:paraId="7041CFDF" w14:textId="77777777" w:rsidR="005A2EFC" w:rsidRPr="008C2259" w:rsidRDefault="00000000" w:rsidP="008C2259">
            <w:pPr>
              <w:spacing w:line="360" w:lineRule="auto"/>
              <w:jc w:val="both"/>
              <w:rPr>
                <w:rFonts w:cs="Times New Roman"/>
                <w:szCs w:val="24"/>
              </w:rPr>
            </w:pPr>
            <w:r w:rsidRPr="008C2259">
              <w:rPr>
                <w:rFonts w:cs="Times New Roman"/>
                <w:b/>
                <w:szCs w:val="24"/>
              </w:rPr>
              <w:t>Software</w:t>
            </w:r>
          </w:p>
        </w:tc>
      </w:tr>
      <w:tr w:rsidR="005A2EFC" w:rsidRPr="008C2259" w14:paraId="2A6255F2" w14:textId="77777777">
        <w:tc>
          <w:tcPr>
            <w:tcW w:w="2880" w:type="dxa"/>
          </w:tcPr>
          <w:p w14:paraId="04FFC799" w14:textId="77777777" w:rsidR="005A2EFC" w:rsidRPr="008C2259" w:rsidRDefault="00000000" w:rsidP="008C2259">
            <w:pPr>
              <w:spacing w:line="360" w:lineRule="auto"/>
              <w:jc w:val="both"/>
              <w:rPr>
                <w:rFonts w:cs="Times New Roman"/>
                <w:szCs w:val="24"/>
              </w:rPr>
            </w:pPr>
            <w:r w:rsidRPr="008C2259">
              <w:rPr>
                <w:rFonts w:cs="Times New Roman"/>
                <w:szCs w:val="24"/>
              </w:rPr>
              <w:t>Descriptive statistics (mean, median, SD)</w:t>
            </w:r>
          </w:p>
        </w:tc>
        <w:tc>
          <w:tcPr>
            <w:tcW w:w="2880" w:type="dxa"/>
          </w:tcPr>
          <w:p w14:paraId="6398E0E4" w14:textId="77777777" w:rsidR="005A2EFC" w:rsidRPr="008C2259" w:rsidRDefault="00000000" w:rsidP="008C2259">
            <w:pPr>
              <w:spacing w:line="360" w:lineRule="auto"/>
              <w:jc w:val="both"/>
              <w:rPr>
                <w:rFonts w:cs="Times New Roman"/>
                <w:szCs w:val="24"/>
              </w:rPr>
            </w:pPr>
            <w:proofErr w:type="spellStart"/>
            <w:r w:rsidRPr="008C2259">
              <w:rPr>
                <w:rFonts w:cs="Times New Roman"/>
                <w:szCs w:val="24"/>
              </w:rPr>
              <w:t>Summarise</w:t>
            </w:r>
            <w:proofErr w:type="spellEnd"/>
            <w:r w:rsidRPr="008C2259">
              <w:rPr>
                <w:rFonts w:cs="Times New Roman"/>
                <w:szCs w:val="24"/>
              </w:rPr>
              <w:t xml:space="preserve"> usability and satisfaction scores</w:t>
            </w:r>
          </w:p>
        </w:tc>
        <w:tc>
          <w:tcPr>
            <w:tcW w:w="2880" w:type="dxa"/>
          </w:tcPr>
          <w:p w14:paraId="7AF88063" w14:textId="77777777" w:rsidR="005A2EFC" w:rsidRPr="008C2259" w:rsidRDefault="00000000" w:rsidP="008C2259">
            <w:pPr>
              <w:spacing w:line="360" w:lineRule="auto"/>
              <w:jc w:val="both"/>
              <w:rPr>
                <w:rFonts w:cs="Times New Roman"/>
                <w:szCs w:val="24"/>
              </w:rPr>
            </w:pPr>
            <w:r w:rsidRPr="008C2259">
              <w:rPr>
                <w:rFonts w:cs="Times New Roman"/>
                <w:szCs w:val="24"/>
              </w:rPr>
              <w:t>SPSS / Python (pandas)</w:t>
            </w:r>
          </w:p>
        </w:tc>
      </w:tr>
      <w:tr w:rsidR="005A2EFC" w:rsidRPr="008C2259" w14:paraId="1A456EB3" w14:textId="77777777">
        <w:tc>
          <w:tcPr>
            <w:tcW w:w="2880" w:type="dxa"/>
          </w:tcPr>
          <w:p w14:paraId="1987E1AF" w14:textId="77777777" w:rsidR="005A2EFC" w:rsidRPr="008C2259" w:rsidRDefault="00000000" w:rsidP="008C2259">
            <w:pPr>
              <w:spacing w:line="360" w:lineRule="auto"/>
              <w:jc w:val="both"/>
              <w:rPr>
                <w:rFonts w:cs="Times New Roman"/>
                <w:szCs w:val="24"/>
              </w:rPr>
            </w:pPr>
            <w:r w:rsidRPr="008C2259">
              <w:rPr>
                <w:rFonts w:cs="Times New Roman"/>
                <w:szCs w:val="24"/>
              </w:rPr>
              <w:t>Frequency distributions</w:t>
            </w:r>
          </w:p>
        </w:tc>
        <w:tc>
          <w:tcPr>
            <w:tcW w:w="2880" w:type="dxa"/>
          </w:tcPr>
          <w:p w14:paraId="0CE9B5F8" w14:textId="77777777" w:rsidR="005A2EFC" w:rsidRPr="008C2259" w:rsidRDefault="00000000" w:rsidP="008C2259">
            <w:pPr>
              <w:spacing w:line="360" w:lineRule="auto"/>
              <w:jc w:val="both"/>
              <w:rPr>
                <w:rFonts w:cs="Times New Roman"/>
                <w:szCs w:val="24"/>
              </w:rPr>
            </w:pPr>
            <w:proofErr w:type="spellStart"/>
            <w:r w:rsidRPr="008C2259">
              <w:rPr>
                <w:rFonts w:cs="Times New Roman"/>
                <w:szCs w:val="24"/>
              </w:rPr>
              <w:t>Analyse</w:t>
            </w:r>
            <w:proofErr w:type="spellEnd"/>
            <w:r w:rsidRPr="008C2259">
              <w:rPr>
                <w:rFonts w:cs="Times New Roman"/>
                <w:szCs w:val="24"/>
              </w:rPr>
              <w:t xml:space="preserve"> demographic composition</w:t>
            </w:r>
          </w:p>
        </w:tc>
        <w:tc>
          <w:tcPr>
            <w:tcW w:w="2880" w:type="dxa"/>
          </w:tcPr>
          <w:p w14:paraId="7CF691D4" w14:textId="77777777" w:rsidR="005A2EFC" w:rsidRPr="008C2259" w:rsidRDefault="00000000" w:rsidP="008C2259">
            <w:pPr>
              <w:spacing w:line="360" w:lineRule="auto"/>
              <w:jc w:val="both"/>
              <w:rPr>
                <w:rFonts w:cs="Times New Roman"/>
                <w:szCs w:val="24"/>
              </w:rPr>
            </w:pPr>
            <w:r w:rsidRPr="008C2259">
              <w:rPr>
                <w:rFonts w:cs="Times New Roman"/>
                <w:szCs w:val="24"/>
              </w:rPr>
              <w:t>SPSS / Excel</w:t>
            </w:r>
          </w:p>
        </w:tc>
      </w:tr>
      <w:tr w:rsidR="005A2EFC" w:rsidRPr="008C2259" w14:paraId="6F794BD0" w14:textId="77777777">
        <w:tc>
          <w:tcPr>
            <w:tcW w:w="2880" w:type="dxa"/>
          </w:tcPr>
          <w:p w14:paraId="74B48617" w14:textId="77777777" w:rsidR="005A2EFC" w:rsidRPr="008C2259" w:rsidRDefault="00000000" w:rsidP="008C2259">
            <w:pPr>
              <w:spacing w:line="360" w:lineRule="auto"/>
              <w:jc w:val="both"/>
              <w:rPr>
                <w:rFonts w:cs="Times New Roman"/>
                <w:szCs w:val="24"/>
              </w:rPr>
            </w:pPr>
            <w:r w:rsidRPr="008C2259">
              <w:rPr>
                <w:rFonts w:cs="Times New Roman"/>
                <w:szCs w:val="24"/>
              </w:rPr>
              <w:lastRenderedPageBreak/>
              <w:t>Cross-tabulation</w:t>
            </w:r>
          </w:p>
        </w:tc>
        <w:tc>
          <w:tcPr>
            <w:tcW w:w="2880" w:type="dxa"/>
          </w:tcPr>
          <w:p w14:paraId="4C8921FB" w14:textId="77777777" w:rsidR="005A2EFC" w:rsidRPr="008C2259" w:rsidRDefault="00000000" w:rsidP="008C2259">
            <w:pPr>
              <w:spacing w:line="360" w:lineRule="auto"/>
              <w:jc w:val="both"/>
              <w:rPr>
                <w:rFonts w:cs="Times New Roman"/>
                <w:szCs w:val="24"/>
              </w:rPr>
            </w:pPr>
            <w:r w:rsidRPr="008C2259">
              <w:rPr>
                <w:rFonts w:cs="Times New Roman"/>
                <w:szCs w:val="24"/>
              </w:rPr>
              <w:t>Examine relationships between demographics and attitudes</w:t>
            </w:r>
          </w:p>
        </w:tc>
        <w:tc>
          <w:tcPr>
            <w:tcW w:w="2880" w:type="dxa"/>
          </w:tcPr>
          <w:p w14:paraId="43E97D50" w14:textId="77777777" w:rsidR="005A2EFC" w:rsidRPr="008C2259" w:rsidRDefault="00000000" w:rsidP="008C2259">
            <w:pPr>
              <w:spacing w:line="360" w:lineRule="auto"/>
              <w:jc w:val="both"/>
              <w:rPr>
                <w:rFonts w:cs="Times New Roman"/>
                <w:szCs w:val="24"/>
              </w:rPr>
            </w:pPr>
            <w:r w:rsidRPr="008C2259">
              <w:rPr>
                <w:rFonts w:cs="Times New Roman"/>
                <w:szCs w:val="24"/>
              </w:rPr>
              <w:t>SPSS</w:t>
            </w:r>
          </w:p>
        </w:tc>
      </w:tr>
      <w:tr w:rsidR="005A2EFC" w:rsidRPr="008C2259" w14:paraId="0F9398DA" w14:textId="77777777">
        <w:tc>
          <w:tcPr>
            <w:tcW w:w="2880" w:type="dxa"/>
          </w:tcPr>
          <w:p w14:paraId="1B5E5E08" w14:textId="77777777" w:rsidR="005A2EFC" w:rsidRPr="008C2259" w:rsidRDefault="00000000" w:rsidP="008C2259">
            <w:pPr>
              <w:spacing w:line="360" w:lineRule="auto"/>
              <w:jc w:val="both"/>
              <w:rPr>
                <w:rFonts w:cs="Times New Roman"/>
                <w:szCs w:val="24"/>
              </w:rPr>
            </w:pPr>
            <w:proofErr w:type="gramStart"/>
            <w:r w:rsidRPr="008C2259">
              <w:rPr>
                <w:rFonts w:cs="Times New Roman"/>
                <w:szCs w:val="24"/>
              </w:rPr>
              <w:t>Independent t-</w:t>
            </w:r>
            <w:proofErr w:type="gramEnd"/>
            <w:r w:rsidRPr="008C2259">
              <w:rPr>
                <w:rFonts w:cs="Times New Roman"/>
                <w:szCs w:val="24"/>
              </w:rPr>
              <w:t>tests / ANOVA</w:t>
            </w:r>
          </w:p>
        </w:tc>
        <w:tc>
          <w:tcPr>
            <w:tcW w:w="2880" w:type="dxa"/>
          </w:tcPr>
          <w:p w14:paraId="0E4A08F0" w14:textId="77777777" w:rsidR="005A2EFC" w:rsidRPr="008C2259" w:rsidRDefault="00000000" w:rsidP="008C2259">
            <w:pPr>
              <w:spacing w:line="360" w:lineRule="auto"/>
              <w:jc w:val="both"/>
              <w:rPr>
                <w:rFonts w:cs="Times New Roman"/>
                <w:szCs w:val="24"/>
              </w:rPr>
            </w:pPr>
            <w:r w:rsidRPr="008C2259">
              <w:rPr>
                <w:rFonts w:cs="Times New Roman"/>
                <w:szCs w:val="24"/>
              </w:rPr>
              <w:t>Compare satisfaction across groups (e.g., gender, year)</w:t>
            </w:r>
          </w:p>
        </w:tc>
        <w:tc>
          <w:tcPr>
            <w:tcW w:w="2880" w:type="dxa"/>
          </w:tcPr>
          <w:p w14:paraId="4945A339" w14:textId="77777777" w:rsidR="005A2EFC" w:rsidRPr="008C2259" w:rsidRDefault="00000000" w:rsidP="008C2259">
            <w:pPr>
              <w:spacing w:line="360" w:lineRule="auto"/>
              <w:jc w:val="both"/>
              <w:rPr>
                <w:rFonts w:cs="Times New Roman"/>
                <w:szCs w:val="24"/>
              </w:rPr>
            </w:pPr>
            <w:r w:rsidRPr="008C2259">
              <w:rPr>
                <w:rFonts w:cs="Times New Roman"/>
                <w:szCs w:val="24"/>
              </w:rPr>
              <w:t>SPSS</w:t>
            </w:r>
          </w:p>
        </w:tc>
      </w:tr>
      <w:tr w:rsidR="005A2EFC" w:rsidRPr="008C2259" w14:paraId="244D56B6" w14:textId="77777777">
        <w:tc>
          <w:tcPr>
            <w:tcW w:w="2880" w:type="dxa"/>
          </w:tcPr>
          <w:p w14:paraId="2C5BA030" w14:textId="77777777" w:rsidR="005A2EFC" w:rsidRPr="008C2259" w:rsidRDefault="00000000" w:rsidP="008C2259">
            <w:pPr>
              <w:spacing w:line="360" w:lineRule="auto"/>
              <w:jc w:val="both"/>
              <w:rPr>
                <w:rFonts w:cs="Times New Roman"/>
                <w:szCs w:val="24"/>
              </w:rPr>
            </w:pPr>
            <w:r w:rsidRPr="008C2259">
              <w:rPr>
                <w:rFonts w:cs="Times New Roman"/>
                <w:szCs w:val="24"/>
              </w:rPr>
              <w:t>Correlation analysis (Pearson's r)</w:t>
            </w:r>
          </w:p>
        </w:tc>
        <w:tc>
          <w:tcPr>
            <w:tcW w:w="2880" w:type="dxa"/>
          </w:tcPr>
          <w:p w14:paraId="521D25BB" w14:textId="77777777" w:rsidR="005A2EFC" w:rsidRPr="008C2259" w:rsidRDefault="00000000" w:rsidP="008C2259">
            <w:pPr>
              <w:spacing w:line="360" w:lineRule="auto"/>
              <w:jc w:val="both"/>
              <w:rPr>
                <w:rFonts w:cs="Times New Roman"/>
                <w:szCs w:val="24"/>
              </w:rPr>
            </w:pPr>
            <w:r w:rsidRPr="008C2259">
              <w:rPr>
                <w:rFonts w:cs="Times New Roman"/>
                <w:szCs w:val="24"/>
              </w:rPr>
              <w:t>Examine relationships between usability and privacy concerns</w:t>
            </w:r>
          </w:p>
        </w:tc>
        <w:tc>
          <w:tcPr>
            <w:tcW w:w="2880" w:type="dxa"/>
          </w:tcPr>
          <w:p w14:paraId="433D5E09" w14:textId="77777777" w:rsidR="005A2EFC" w:rsidRPr="008C2259" w:rsidRDefault="00000000" w:rsidP="008C2259">
            <w:pPr>
              <w:spacing w:line="360" w:lineRule="auto"/>
              <w:jc w:val="both"/>
              <w:rPr>
                <w:rFonts w:cs="Times New Roman"/>
                <w:szCs w:val="24"/>
              </w:rPr>
            </w:pPr>
            <w:r w:rsidRPr="008C2259">
              <w:rPr>
                <w:rFonts w:cs="Times New Roman"/>
                <w:szCs w:val="24"/>
              </w:rPr>
              <w:t>SPSS</w:t>
            </w:r>
          </w:p>
        </w:tc>
      </w:tr>
    </w:tbl>
    <w:p w14:paraId="46045CFB" w14:textId="77777777" w:rsidR="005A2EFC" w:rsidRPr="008C2259" w:rsidRDefault="005A2EFC" w:rsidP="008C2259">
      <w:pPr>
        <w:spacing w:line="360" w:lineRule="auto"/>
        <w:jc w:val="both"/>
        <w:rPr>
          <w:rFonts w:cs="Times New Roman"/>
          <w:szCs w:val="24"/>
        </w:rPr>
      </w:pPr>
    </w:p>
    <w:p w14:paraId="306FF35C" w14:textId="77777777" w:rsidR="005A2EFC" w:rsidRPr="008C2259" w:rsidRDefault="00000000" w:rsidP="008C2259">
      <w:pPr>
        <w:spacing w:line="360" w:lineRule="auto"/>
        <w:jc w:val="both"/>
        <w:rPr>
          <w:rFonts w:cs="Times New Roman"/>
          <w:szCs w:val="24"/>
        </w:rPr>
      </w:pPr>
      <w:r w:rsidRPr="008C2259">
        <w:rPr>
          <w:rFonts w:cs="Times New Roman"/>
          <w:szCs w:val="24"/>
        </w:rPr>
        <w:t>System performance metrics (accuracy, processing time, error rates) are presented through bar charts comparing performance across conditions, line graphs showing accuracy trends over sessions, and pie charts illustrating error type distributions.</w:t>
      </w:r>
    </w:p>
    <w:p w14:paraId="5FB966BF" w14:textId="77777777" w:rsidR="005A2EFC" w:rsidRPr="008C2259" w:rsidRDefault="00000000" w:rsidP="008C2259">
      <w:pPr>
        <w:spacing w:line="360" w:lineRule="auto"/>
        <w:jc w:val="both"/>
        <w:rPr>
          <w:rFonts w:cs="Times New Roman"/>
          <w:szCs w:val="24"/>
        </w:rPr>
      </w:pPr>
      <w:r w:rsidRPr="008C2259">
        <w:rPr>
          <w:rFonts w:cs="Times New Roman"/>
          <w:noProof/>
          <w:szCs w:val="24"/>
        </w:rPr>
        <w:drawing>
          <wp:inline distT="0" distB="0" distL="0" distR="0" wp14:anchorId="687789F2" wp14:editId="4CF405E5">
            <wp:extent cx="5943600" cy="256473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ta_analysis_methods.png"/>
                    <pic:cNvPicPr/>
                  </pic:nvPicPr>
                  <pic:blipFill>
                    <a:blip r:embed="rId8"/>
                    <a:stretch>
                      <a:fillRect/>
                    </a:stretch>
                  </pic:blipFill>
                  <pic:spPr>
                    <a:xfrm>
                      <a:off x="0" y="0"/>
                      <a:ext cx="5943600" cy="2564738"/>
                    </a:xfrm>
                    <a:prstGeom prst="rect">
                      <a:avLst/>
                    </a:prstGeom>
                  </pic:spPr>
                </pic:pic>
              </a:graphicData>
            </a:graphic>
          </wp:inline>
        </w:drawing>
      </w:r>
    </w:p>
    <w:p w14:paraId="48BB7709" w14:textId="7E7398CB" w:rsidR="005A2EFC" w:rsidRPr="008C2259" w:rsidRDefault="00000000" w:rsidP="008C2259">
      <w:pPr>
        <w:spacing w:line="360" w:lineRule="auto"/>
        <w:jc w:val="both"/>
        <w:rPr>
          <w:rFonts w:cs="Times New Roman"/>
          <w:szCs w:val="24"/>
        </w:rPr>
      </w:pPr>
      <w:r w:rsidRPr="008C2259">
        <w:rPr>
          <w:rFonts w:cs="Times New Roman"/>
          <w:i/>
          <w:szCs w:val="24"/>
        </w:rPr>
        <w:t>Figure 2: Quantitative and Qualitative Analysis Methods</w:t>
      </w:r>
    </w:p>
    <w:p w14:paraId="5AD28329" w14:textId="77777777" w:rsidR="005A2EFC" w:rsidRPr="008C2259" w:rsidRDefault="00000000" w:rsidP="008C2259">
      <w:pPr>
        <w:spacing w:line="360" w:lineRule="auto"/>
        <w:jc w:val="both"/>
        <w:rPr>
          <w:rFonts w:cs="Times New Roman"/>
          <w:szCs w:val="24"/>
        </w:rPr>
      </w:pPr>
      <w:r w:rsidRPr="008C2259">
        <w:rPr>
          <w:rFonts w:cs="Times New Roman"/>
          <w:b/>
          <w:szCs w:val="24"/>
        </w:rPr>
        <w:t>Qualitative Analysis:</w:t>
      </w:r>
    </w:p>
    <w:p w14:paraId="5AF81AA6" w14:textId="77777777" w:rsidR="0040560E" w:rsidRPr="008C2259" w:rsidRDefault="0040560E" w:rsidP="008C2259">
      <w:pPr>
        <w:spacing w:line="360" w:lineRule="auto"/>
        <w:jc w:val="both"/>
        <w:rPr>
          <w:rFonts w:cs="Times New Roman"/>
          <w:szCs w:val="24"/>
        </w:rPr>
      </w:pPr>
      <w:r w:rsidRPr="008C2259">
        <w:rPr>
          <w:rFonts w:cs="Times New Roman"/>
          <w:szCs w:val="24"/>
        </w:rPr>
        <w:t xml:space="preserve">Thematic analysis is used to </w:t>
      </w:r>
      <w:proofErr w:type="spellStart"/>
      <w:r w:rsidRPr="008C2259">
        <w:rPr>
          <w:rFonts w:cs="Times New Roman"/>
          <w:szCs w:val="24"/>
        </w:rPr>
        <w:t>analyse</w:t>
      </w:r>
      <w:proofErr w:type="spellEnd"/>
      <w:r w:rsidRPr="008C2259">
        <w:rPr>
          <w:rFonts w:cs="Times New Roman"/>
          <w:szCs w:val="24"/>
        </w:rPr>
        <w:t xml:space="preserve"> the qualitative data obtained from the semi-structured interviews (n=10: 5 students and 5 lecturers) in six phases as follows: </w:t>
      </w:r>
    </w:p>
    <w:p w14:paraId="128914C7" w14:textId="20515FF9" w:rsidR="0040560E" w:rsidRPr="008C2259" w:rsidRDefault="0040560E" w:rsidP="008C2259">
      <w:pPr>
        <w:pStyle w:val="ListParagraph"/>
        <w:numPr>
          <w:ilvl w:val="0"/>
          <w:numId w:val="10"/>
        </w:numPr>
        <w:spacing w:line="360" w:lineRule="auto"/>
        <w:jc w:val="both"/>
        <w:rPr>
          <w:rFonts w:cs="Times New Roman"/>
          <w:szCs w:val="24"/>
        </w:rPr>
      </w:pPr>
      <w:proofErr w:type="spellStart"/>
      <w:r w:rsidRPr="008C2259">
        <w:rPr>
          <w:rFonts w:cs="Times New Roman"/>
          <w:szCs w:val="24"/>
        </w:rPr>
        <w:lastRenderedPageBreak/>
        <w:t>Familiarisation</w:t>
      </w:r>
      <w:proofErr w:type="spellEnd"/>
      <w:r w:rsidRPr="008C2259">
        <w:rPr>
          <w:rFonts w:cs="Times New Roman"/>
          <w:szCs w:val="24"/>
        </w:rPr>
        <w:t xml:space="preserve">: make all tapes and read and re-read transcripts; make initial impressions. </w:t>
      </w:r>
    </w:p>
    <w:p w14:paraId="15DBE306" w14:textId="77777777" w:rsidR="0040560E" w:rsidRPr="008C2259" w:rsidRDefault="0040560E" w:rsidP="008C2259">
      <w:pPr>
        <w:pStyle w:val="ListParagraph"/>
        <w:numPr>
          <w:ilvl w:val="0"/>
          <w:numId w:val="10"/>
        </w:numPr>
        <w:spacing w:line="360" w:lineRule="auto"/>
        <w:jc w:val="both"/>
        <w:rPr>
          <w:rFonts w:cs="Times New Roman"/>
          <w:szCs w:val="24"/>
        </w:rPr>
      </w:pPr>
      <w:r w:rsidRPr="008C2259">
        <w:rPr>
          <w:rFonts w:cs="Times New Roman"/>
          <w:szCs w:val="24"/>
        </w:rPr>
        <w:t>First Coding: Code meaningful parts of the data systematically across the whole data set. Theme Searching: Cluster together similar codes into possible themes</w:t>
      </w:r>
    </w:p>
    <w:p w14:paraId="1CE81BFC" w14:textId="77777777" w:rsidR="0040560E" w:rsidRPr="008C2259" w:rsidRDefault="0040560E" w:rsidP="008C2259">
      <w:pPr>
        <w:pStyle w:val="ListParagraph"/>
        <w:numPr>
          <w:ilvl w:val="0"/>
          <w:numId w:val="10"/>
        </w:numPr>
        <w:spacing w:line="360" w:lineRule="auto"/>
        <w:jc w:val="both"/>
        <w:rPr>
          <w:rFonts w:cs="Times New Roman"/>
          <w:szCs w:val="24"/>
        </w:rPr>
      </w:pPr>
      <w:r w:rsidRPr="008C2259">
        <w:rPr>
          <w:rFonts w:cs="Times New Roman"/>
          <w:szCs w:val="24"/>
        </w:rPr>
        <w:t xml:space="preserve">Theme Reviewing: Review themes with coded extracts and with whole data set; revise, combine or differentiate themes </w:t>
      </w:r>
    </w:p>
    <w:p w14:paraId="17ABDA49" w14:textId="50E93020" w:rsidR="0040560E" w:rsidRPr="008C2259" w:rsidRDefault="0040560E" w:rsidP="008C2259">
      <w:pPr>
        <w:pStyle w:val="ListParagraph"/>
        <w:numPr>
          <w:ilvl w:val="0"/>
          <w:numId w:val="10"/>
        </w:numPr>
        <w:spacing w:line="360" w:lineRule="auto"/>
        <w:jc w:val="both"/>
        <w:rPr>
          <w:rFonts w:cs="Times New Roman"/>
          <w:szCs w:val="24"/>
        </w:rPr>
      </w:pPr>
      <w:r w:rsidRPr="008C2259">
        <w:rPr>
          <w:rFonts w:cs="Times New Roman"/>
          <w:szCs w:val="24"/>
        </w:rPr>
        <w:t xml:space="preserve">Theme Defining: Identify and define concluding themes; identify sub-themes </w:t>
      </w:r>
    </w:p>
    <w:p w14:paraId="4A12F3F2" w14:textId="44792181" w:rsidR="0040560E" w:rsidRPr="008C2259" w:rsidRDefault="0040560E" w:rsidP="008C2259">
      <w:pPr>
        <w:pStyle w:val="ListParagraph"/>
        <w:numPr>
          <w:ilvl w:val="0"/>
          <w:numId w:val="10"/>
        </w:numPr>
        <w:spacing w:line="360" w:lineRule="auto"/>
        <w:jc w:val="both"/>
        <w:rPr>
          <w:rFonts w:cs="Times New Roman"/>
          <w:szCs w:val="24"/>
        </w:rPr>
      </w:pPr>
      <w:r w:rsidRPr="008C2259">
        <w:rPr>
          <w:rFonts w:cs="Times New Roman"/>
          <w:szCs w:val="24"/>
        </w:rPr>
        <w:t>Report Writing: Identify and choose interesting extracts, link analysis to research aims and literature.</w:t>
      </w:r>
    </w:p>
    <w:p w14:paraId="7A8F54E5" w14:textId="32F3B27B" w:rsidR="0040560E" w:rsidRPr="008C2259" w:rsidRDefault="0040560E" w:rsidP="008C2259">
      <w:pPr>
        <w:spacing w:line="360" w:lineRule="auto"/>
        <w:jc w:val="both"/>
        <w:rPr>
          <w:rFonts w:cs="Times New Roman"/>
          <w:szCs w:val="24"/>
        </w:rPr>
      </w:pPr>
      <w:r w:rsidRPr="008C2259">
        <w:rPr>
          <w:rFonts w:cs="Times New Roman"/>
          <w:szCs w:val="24"/>
        </w:rPr>
        <w:t xml:space="preserve"> Thematic analysis is chosen because it is a flexible methodology yet remains systematic in identifying patterns in qualitative data, without the need for any theoretical frameworks beforehand (Braun and Clarke, 2006). It allows for the identification of both explicit (semantic) themes and implicit (latent) themes, adding richness to the user experience results. </w:t>
      </w:r>
    </w:p>
    <w:p w14:paraId="38247DEC" w14:textId="77777777" w:rsidR="0040560E" w:rsidRPr="008C2259" w:rsidRDefault="0040560E" w:rsidP="008C2259">
      <w:pPr>
        <w:spacing w:line="360" w:lineRule="auto"/>
        <w:jc w:val="both"/>
        <w:rPr>
          <w:rFonts w:cs="Times New Roman"/>
          <w:b/>
          <w:bCs/>
          <w:szCs w:val="24"/>
        </w:rPr>
      </w:pPr>
      <w:r w:rsidRPr="008C2259">
        <w:rPr>
          <w:rFonts w:cs="Times New Roman"/>
          <w:b/>
          <w:bCs/>
          <w:szCs w:val="24"/>
        </w:rPr>
        <w:t xml:space="preserve">Appropriateness: </w:t>
      </w:r>
    </w:p>
    <w:p w14:paraId="4D16F63F" w14:textId="67B8D085" w:rsidR="005A2EFC" w:rsidRPr="008C2259" w:rsidRDefault="0040560E" w:rsidP="008C2259">
      <w:pPr>
        <w:spacing w:line="360" w:lineRule="auto"/>
        <w:jc w:val="both"/>
        <w:rPr>
          <w:rFonts w:cs="Times New Roman"/>
          <w:szCs w:val="24"/>
        </w:rPr>
      </w:pPr>
      <w:r w:rsidRPr="008C2259">
        <w:rPr>
          <w:rFonts w:cs="Times New Roman"/>
          <w:szCs w:val="24"/>
        </w:rPr>
        <w:t xml:space="preserve">The mixed-methods approach is best suited because: • Quantitative analysis gives objective and </w:t>
      </w:r>
      <w:proofErr w:type="spellStart"/>
      <w:r w:rsidRPr="008C2259">
        <w:rPr>
          <w:rFonts w:cs="Times New Roman"/>
          <w:szCs w:val="24"/>
        </w:rPr>
        <w:t>generalisable</w:t>
      </w:r>
      <w:proofErr w:type="spellEnd"/>
      <w:r w:rsidRPr="008C2259">
        <w:rPr>
          <w:rFonts w:cs="Times New Roman"/>
          <w:szCs w:val="24"/>
        </w:rPr>
        <w:t xml:space="preserve"> measures of system performance and user satisfaction Qualitative analysis focuses on more subtle experiences, barriers, and context which quantitative data may not show. By incorporating both methods, it is possible to evaluate both "what works" and "why it works" (Creswell and Plano Clark, 2018). Convergent design enables the quantitative and qualitative findings to be compared and triangulated to enhance the validity of the findings.</w:t>
      </w:r>
    </w:p>
    <w:p w14:paraId="04F1AAAE" w14:textId="77777777" w:rsidR="005A2EFC" w:rsidRPr="008C2259" w:rsidRDefault="00000000" w:rsidP="008C2259">
      <w:pPr>
        <w:spacing w:line="360" w:lineRule="auto"/>
        <w:jc w:val="both"/>
        <w:rPr>
          <w:rFonts w:cs="Times New Roman"/>
          <w:szCs w:val="24"/>
        </w:rPr>
      </w:pPr>
      <w:r w:rsidRPr="008C2259">
        <w:rPr>
          <w:rFonts w:cs="Times New Roman"/>
          <w:b/>
          <w:color w:val="000000"/>
          <w:szCs w:val="24"/>
        </w:rPr>
        <w:t>References (Task 3)</w:t>
      </w:r>
    </w:p>
    <w:p w14:paraId="462D75E1" w14:textId="77777777" w:rsidR="005A2EFC" w:rsidRPr="008C2259" w:rsidRDefault="00000000" w:rsidP="008C2259">
      <w:pPr>
        <w:spacing w:line="360" w:lineRule="auto"/>
        <w:jc w:val="both"/>
        <w:rPr>
          <w:rFonts w:cs="Times New Roman"/>
          <w:szCs w:val="24"/>
        </w:rPr>
      </w:pPr>
      <w:r w:rsidRPr="008C2259">
        <w:rPr>
          <w:rFonts w:cs="Times New Roman"/>
          <w:szCs w:val="24"/>
        </w:rPr>
        <w:t>Braun, V. and Clarke, V. (2006) 'Using thematic analysis in psychology', Qualitative Research in Psychology, 3(2), pp. 77-101.</w:t>
      </w:r>
    </w:p>
    <w:p w14:paraId="59101A12" w14:textId="77777777" w:rsidR="005A2EFC" w:rsidRPr="008C2259" w:rsidRDefault="00000000" w:rsidP="008C2259">
      <w:pPr>
        <w:spacing w:line="360" w:lineRule="auto"/>
        <w:jc w:val="both"/>
        <w:rPr>
          <w:rFonts w:cs="Times New Roman"/>
          <w:szCs w:val="24"/>
        </w:rPr>
      </w:pPr>
      <w:r w:rsidRPr="008C2259">
        <w:rPr>
          <w:rFonts w:cs="Times New Roman"/>
          <w:szCs w:val="24"/>
        </w:rPr>
        <w:t>Bujang, M.A. et al. (2024) 'Sample size determination for conducting a pilot study to assess reliability of a questionnaire', Restorative Dentistry &amp; Endodontics, 49(1), e3.</w:t>
      </w:r>
    </w:p>
    <w:p w14:paraId="59C4FC81" w14:textId="77777777" w:rsidR="005A2EFC" w:rsidRPr="008C2259" w:rsidRDefault="00000000" w:rsidP="008C2259">
      <w:pPr>
        <w:spacing w:line="360" w:lineRule="auto"/>
        <w:jc w:val="both"/>
        <w:rPr>
          <w:rFonts w:cs="Times New Roman"/>
          <w:szCs w:val="24"/>
        </w:rPr>
      </w:pPr>
      <w:r w:rsidRPr="008C2259">
        <w:rPr>
          <w:rFonts w:cs="Times New Roman"/>
          <w:szCs w:val="24"/>
        </w:rPr>
        <w:t xml:space="preserve">Creswell, J.W. and Plano Clark, V.L. (2018) Designing and Conducting Mixed Methods Research. 3rd </w:t>
      </w:r>
      <w:proofErr w:type="spellStart"/>
      <w:r w:rsidRPr="008C2259">
        <w:rPr>
          <w:rFonts w:cs="Times New Roman"/>
          <w:szCs w:val="24"/>
        </w:rPr>
        <w:t>edn</w:t>
      </w:r>
      <w:proofErr w:type="spellEnd"/>
      <w:r w:rsidRPr="008C2259">
        <w:rPr>
          <w:rFonts w:cs="Times New Roman"/>
          <w:szCs w:val="24"/>
        </w:rPr>
        <w:t>. Thousand Oaks, CA: SAGE Publications.</w:t>
      </w:r>
    </w:p>
    <w:p w14:paraId="7517C424" w14:textId="77777777" w:rsidR="005A2EFC" w:rsidRPr="008C2259" w:rsidRDefault="00000000" w:rsidP="008C2259">
      <w:pPr>
        <w:spacing w:line="360" w:lineRule="auto"/>
        <w:jc w:val="both"/>
        <w:rPr>
          <w:rFonts w:cs="Times New Roman"/>
          <w:szCs w:val="24"/>
        </w:rPr>
      </w:pPr>
      <w:r w:rsidRPr="008C2259">
        <w:rPr>
          <w:rFonts w:cs="Times New Roman"/>
          <w:szCs w:val="24"/>
        </w:rPr>
        <w:lastRenderedPageBreak/>
        <w:t>EDPB (2022) Guidelines 05/2022 on the Use of Facial Recognition Technology in the Area of Law Enforcement. European Data Protection Board.</w:t>
      </w:r>
    </w:p>
    <w:p w14:paraId="2BCC8CC5" w14:textId="77777777" w:rsidR="005A2EFC" w:rsidRPr="008C2259" w:rsidRDefault="00000000" w:rsidP="008C2259">
      <w:pPr>
        <w:spacing w:line="360" w:lineRule="auto"/>
        <w:jc w:val="both"/>
        <w:rPr>
          <w:rFonts w:cs="Times New Roman"/>
          <w:szCs w:val="24"/>
        </w:rPr>
      </w:pPr>
      <w:r w:rsidRPr="008C2259">
        <w:rPr>
          <w:rFonts w:cs="Times New Roman"/>
          <w:szCs w:val="24"/>
        </w:rPr>
        <w:t>ICO (2021) Facial Recognition Technology (FRT) and Surveillance. Available at: https://ico.org.uk/for-organisations/uk-gdpr-guidance-and-resources/cctv-and-video-surveillance/ (Accessed: 10 July 2025).</w:t>
      </w:r>
    </w:p>
    <w:p w14:paraId="6141266C" w14:textId="77777777" w:rsidR="005A2EFC" w:rsidRPr="008C2259" w:rsidRDefault="00000000" w:rsidP="008C2259">
      <w:pPr>
        <w:spacing w:line="360" w:lineRule="auto"/>
        <w:jc w:val="both"/>
        <w:rPr>
          <w:rFonts w:cs="Times New Roman"/>
          <w:szCs w:val="24"/>
        </w:rPr>
      </w:pPr>
      <w:r w:rsidRPr="008C2259">
        <w:rPr>
          <w:rFonts w:cs="Times New Roman"/>
          <w:szCs w:val="24"/>
        </w:rPr>
        <w:t>Joshi, A., Kale, S., Chandel, S. and Pal, D.K. (2024) 'Designing and validating a research questionnaire - Part 2', Perspectives in Clinical Research, 15(1), pp. 8-12.</w:t>
      </w:r>
    </w:p>
    <w:p w14:paraId="3DDDF18A" w14:textId="77777777" w:rsidR="00C168FB" w:rsidRDefault="00000000" w:rsidP="008C2259">
      <w:pPr>
        <w:spacing w:line="360" w:lineRule="auto"/>
        <w:jc w:val="both"/>
        <w:rPr>
          <w:rFonts w:cs="Times New Roman"/>
          <w:szCs w:val="24"/>
        </w:rPr>
      </w:pPr>
      <w:r w:rsidRPr="008C2259">
        <w:rPr>
          <w:rFonts w:cs="Times New Roman"/>
          <w:szCs w:val="24"/>
        </w:rPr>
        <w:br w:type="page"/>
      </w:r>
    </w:p>
    <w:p w14:paraId="3BC3170D" w14:textId="77777777" w:rsidR="00C168FB" w:rsidRPr="008C2259" w:rsidRDefault="00C168FB" w:rsidP="00C168FB">
      <w:pPr>
        <w:pStyle w:val="Heading1"/>
      </w:pPr>
      <w:bookmarkStart w:id="11" w:name="_Toc234628769"/>
      <w:r w:rsidRPr="008C2259">
        <w:lastRenderedPageBreak/>
        <w:t>REFERENCES</w:t>
      </w:r>
      <w:bookmarkEnd w:id="11"/>
    </w:p>
    <w:p w14:paraId="46581D12" w14:textId="77777777" w:rsidR="00C168FB" w:rsidRPr="008C2259" w:rsidRDefault="00C168FB" w:rsidP="00C168FB">
      <w:pPr>
        <w:spacing w:line="360" w:lineRule="auto"/>
        <w:ind w:left="720" w:hanging="720"/>
        <w:jc w:val="both"/>
        <w:rPr>
          <w:rFonts w:cs="Times New Roman"/>
          <w:szCs w:val="24"/>
        </w:rPr>
      </w:pPr>
      <w:r w:rsidRPr="008C2259">
        <w:rPr>
          <w:rFonts w:cs="Times New Roman"/>
          <w:szCs w:val="24"/>
        </w:rPr>
        <w:t>Alghamdi, S. (2019) 'Monitoring student attendance using a smart system at Taif University', International Journal of Computer Science and Information Technology, 11(1), pp. 107-115.</w:t>
      </w:r>
    </w:p>
    <w:p w14:paraId="3D602317" w14:textId="77777777" w:rsidR="00C168FB" w:rsidRPr="008C2259" w:rsidRDefault="00C168FB" w:rsidP="00C168FB">
      <w:pPr>
        <w:spacing w:line="360" w:lineRule="auto"/>
        <w:ind w:left="720" w:hanging="720"/>
        <w:jc w:val="both"/>
        <w:rPr>
          <w:rFonts w:cs="Times New Roman"/>
          <w:szCs w:val="24"/>
        </w:rPr>
      </w:pPr>
      <w:r w:rsidRPr="008C2259">
        <w:rPr>
          <w:rFonts w:cs="Times New Roman"/>
          <w:szCs w:val="24"/>
        </w:rPr>
        <w:t>Braun, V. and Clarke, V. (2006) 'Using thematic analysis in psychology', Qualitative Research in Psychology, 3(2), pp. 77-101.</w:t>
      </w:r>
    </w:p>
    <w:p w14:paraId="2C2F043F" w14:textId="77777777" w:rsidR="00C168FB" w:rsidRPr="008C2259" w:rsidRDefault="00C168FB" w:rsidP="00C168FB">
      <w:pPr>
        <w:spacing w:line="360" w:lineRule="auto"/>
        <w:ind w:left="720" w:hanging="720"/>
        <w:jc w:val="both"/>
        <w:rPr>
          <w:rFonts w:cs="Times New Roman"/>
          <w:szCs w:val="24"/>
        </w:rPr>
      </w:pPr>
      <w:r w:rsidRPr="008C2259">
        <w:rPr>
          <w:rFonts w:cs="Times New Roman"/>
          <w:szCs w:val="24"/>
        </w:rPr>
        <w:t>Bujang, M.A., Omar, E.D., Foo, D.H.P. and Hon, Y.K. (2024) 'Sample size determination for conducting a pilot study to assess reliability of a questionnaire', Restorative Dentistry &amp; Endodontics, 49(1), e3.</w:t>
      </w:r>
    </w:p>
    <w:p w14:paraId="22C2A507" w14:textId="77777777" w:rsidR="00C168FB" w:rsidRPr="008C2259" w:rsidRDefault="00C168FB" w:rsidP="00C168FB">
      <w:pPr>
        <w:spacing w:line="360" w:lineRule="auto"/>
        <w:ind w:left="720" w:hanging="720"/>
        <w:jc w:val="both"/>
        <w:rPr>
          <w:rFonts w:cs="Times New Roman"/>
          <w:szCs w:val="24"/>
        </w:rPr>
      </w:pPr>
      <w:r w:rsidRPr="008C2259">
        <w:rPr>
          <w:rFonts w:cs="Times New Roman"/>
          <w:szCs w:val="24"/>
        </w:rPr>
        <w:t xml:space="preserve">Creswell, J.W. (2014) Research Design: Qualitative, Quantitative, and Mixed Methods Approaches. 4th </w:t>
      </w:r>
      <w:proofErr w:type="spellStart"/>
      <w:r w:rsidRPr="008C2259">
        <w:rPr>
          <w:rFonts w:cs="Times New Roman"/>
          <w:szCs w:val="24"/>
        </w:rPr>
        <w:t>edn</w:t>
      </w:r>
      <w:proofErr w:type="spellEnd"/>
      <w:r w:rsidRPr="008C2259">
        <w:rPr>
          <w:rFonts w:cs="Times New Roman"/>
          <w:szCs w:val="24"/>
        </w:rPr>
        <w:t>. Thousand Oaks, CA: SAGE Publications.</w:t>
      </w:r>
    </w:p>
    <w:p w14:paraId="2041C39A" w14:textId="77777777" w:rsidR="00C168FB" w:rsidRPr="008C2259" w:rsidRDefault="00C168FB" w:rsidP="00C168FB">
      <w:pPr>
        <w:spacing w:line="360" w:lineRule="auto"/>
        <w:ind w:left="720" w:hanging="720"/>
        <w:jc w:val="both"/>
        <w:rPr>
          <w:rFonts w:cs="Times New Roman"/>
          <w:szCs w:val="24"/>
        </w:rPr>
      </w:pPr>
      <w:r w:rsidRPr="008C2259">
        <w:rPr>
          <w:rFonts w:cs="Times New Roman"/>
          <w:szCs w:val="24"/>
        </w:rPr>
        <w:t xml:space="preserve">Creswell, J.W. and Plano Clark, V.L. (2018) Designing and Conducting Mixed Methods Research. 3rd </w:t>
      </w:r>
      <w:proofErr w:type="spellStart"/>
      <w:r w:rsidRPr="008C2259">
        <w:rPr>
          <w:rFonts w:cs="Times New Roman"/>
          <w:szCs w:val="24"/>
        </w:rPr>
        <w:t>edn</w:t>
      </w:r>
      <w:proofErr w:type="spellEnd"/>
      <w:r w:rsidRPr="008C2259">
        <w:rPr>
          <w:rFonts w:cs="Times New Roman"/>
          <w:szCs w:val="24"/>
        </w:rPr>
        <w:t>. Thousand Oaks, CA: SAGE Publications.</w:t>
      </w:r>
    </w:p>
    <w:p w14:paraId="15F9BE6B" w14:textId="77777777" w:rsidR="00C168FB" w:rsidRPr="008C2259" w:rsidRDefault="00C168FB" w:rsidP="00C168FB">
      <w:pPr>
        <w:spacing w:line="360" w:lineRule="auto"/>
        <w:ind w:left="720" w:hanging="720"/>
        <w:jc w:val="both"/>
        <w:rPr>
          <w:rFonts w:cs="Times New Roman"/>
          <w:szCs w:val="24"/>
        </w:rPr>
      </w:pPr>
      <w:r w:rsidRPr="008C2259">
        <w:rPr>
          <w:rFonts w:cs="Times New Roman"/>
          <w:szCs w:val="24"/>
        </w:rPr>
        <w:t>Dixit, H.V., Saxena, A., Arif and Sharma, S. (2024) 'Face recognition-based attendance system', Proceedings of the International Conference on Innovative Computing &amp; Communication (ICICC 2024). SSRN. Available at: https://ssrn.com/abstract=4833698.</w:t>
      </w:r>
    </w:p>
    <w:p w14:paraId="290ACFB0" w14:textId="77777777" w:rsidR="00C168FB" w:rsidRPr="008C2259" w:rsidRDefault="00C168FB" w:rsidP="00C168FB">
      <w:pPr>
        <w:spacing w:line="360" w:lineRule="auto"/>
        <w:ind w:left="720" w:hanging="720"/>
        <w:jc w:val="both"/>
        <w:rPr>
          <w:rFonts w:cs="Times New Roman"/>
          <w:szCs w:val="24"/>
        </w:rPr>
      </w:pPr>
      <w:r w:rsidRPr="008C2259">
        <w:rPr>
          <w:rFonts w:cs="Times New Roman"/>
          <w:szCs w:val="24"/>
        </w:rPr>
        <w:t>EDPB (2022) Guidelines 05/2022 on the Use of Facial Recognition Technology in the Area of Law Enforcement. European Data Protection Board.</w:t>
      </w:r>
    </w:p>
    <w:p w14:paraId="1ECE4AFC" w14:textId="77777777" w:rsidR="00C168FB" w:rsidRPr="008C2259" w:rsidRDefault="00C168FB" w:rsidP="00C168FB">
      <w:pPr>
        <w:spacing w:line="360" w:lineRule="auto"/>
        <w:ind w:left="720" w:hanging="720"/>
        <w:jc w:val="both"/>
        <w:rPr>
          <w:rFonts w:cs="Times New Roman"/>
          <w:szCs w:val="24"/>
        </w:rPr>
      </w:pPr>
      <w:r w:rsidRPr="008C2259">
        <w:rPr>
          <w:rFonts w:cs="Times New Roman"/>
          <w:szCs w:val="24"/>
        </w:rPr>
        <w:t xml:space="preserve">Fikry, M. et al. (2024) 'Performance analysis of smart technology with face detection using YOLOv3 and </w:t>
      </w:r>
      <w:proofErr w:type="spellStart"/>
      <w:r w:rsidRPr="008C2259">
        <w:rPr>
          <w:rFonts w:cs="Times New Roman"/>
          <w:szCs w:val="24"/>
        </w:rPr>
        <w:t>InsightFace</w:t>
      </w:r>
      <w:proofErr w:type="spellEnd"/>
      <w:r w:rsidRPr="008C2259">
        <w:rPr>
          <w:rFonts w:cs="Times New Roman"/>
          <w:szCs w:val="24"/>
        </w:rPr>
        <w:t xml:space="preserve"> for student attendance monitoring', International Journal of Intelligent Systems and Applications in Engineering, 12(4), pp. 3490-3499.</w:t>
      </w:r>
    </w:p>
    <w:p w14:paraId="6B1F7A4A" w14:textId="77777777" w:rsidR="00C168FB" w:rsidRPr="008C2259" w:rsidRDefault="00C168FB" w:rsidP="00C168FB">
      <w:pPr>
        <w:spacing w:line="360" w:lineRule="auto"/>
        <w:ind w:left="720" w:hanging="720"/>
        <w:jc w:val="both"/>
        <w:rPr>
          <w:rFonts w:cs="Times New Roman"/>
          <w:szCs w:val="24"/>
        </w:rPr>
      </w:pPr>
      <w:r w:rsidRPr="008C2259">
        <w:rPr>
          <w:rFonts w:cs="Times New Roman"/>
          <w:szCs w:val="24"/>
        </w:rPr>
        <w:t>ICO (2021) Facial Recognition Technology (FRT) and Surveillance. Available at: https://ico.org.uk/for-organisations/uk-gdpr-guidance-and-resources/cctv-and-video-surveillance/ (Accessed: 10 July 2025).</w:t>
      </w:r>
    </w:p>
    <w:p w14:paraId="31A3536F" w14:textId="77777777" w:rsidR="00C168FB" w:rsidRPr="008C2259" w:rsidRDefault="00C168FB" w:rsidP="00C168FB">
      <w:pPr>
        <w:spacing w:line="360" w:lineRule="auto"/>
        <w:ind w:left="720" w:hanging="720"/>
        <w:jc w:val="both"/>
        <w:rPr>
          <w:rFonts w:cs="Times New Roman"/>
          <w:szCs w:val="24"/>
        </w:rPr>
      </w:pPr>
      <w:r w:rsidRPr="008C2259">
        <w:rPr>
          <w:rFonts w:cs="Times New Roman"/>
          <w:szCs w:val="24"/>
        </w:rPr>
        <w:t>Joshi, A., Kale, S., Chandel, S. and Pal, D.K. (2024) 'Designing and validating a research questionnaire - Part 2', Perspectives in Clinical Research, 15(1), pp. 8-12.</w:t>
      </w:r>
    </w:p>
    <w:p w14:paraId="61C48830" w14:textId="77777777" w:rsidR="00C168FB" w:rsidRPr="008C2259" w:rsidRDefault="00C168FB" w:rsidP="00C168FB">
      <w:pPr>
        <w:spacing w:line="360" w:lineRule="auto"/>
        <w:ind w:left="720" w:hanging="720"/>
        <w:jc w:val="both"/>
        <w:rPr>
          <w:rFonts w:cs="Times New Roman"/>
          <w:szCs w:val="24"/>
        </w:rPr>
      </w:pPr>
      <w:proofErr w:type="spellStart"/>
      <w:r w:rsidRPr="008C2259">
        <w:rPr>
          <w:rFonts w:cs="Times New Roman"/>
          <w:szCs w:val="24"/>
        </w:rPr>
        <w:lastRenderedPageBreak/>
        <w:t>Kortli</w:t>
      </w:r>
      <w:proofErr w:type="spellEnd"/>
      <w:r w:rsidRPr="008C2259">
        <w:rPr>
          <w:rFonts w:cs="Times New Roman"/>
          <w:szCs w:val="24"/>
        </w:rPr>
        <w:t>, Y. et al. (2020) 'Face recognition systems: A survey', Sensors, 20(2), 342.</w:t>
      </w:r>
    </w:p>
    <w:p w14:paraId="4BA9827D" w14:textId="77777777" w:rsidR="00C168FB" w:rsidRPr="008C2259" w:rsidRDefault="00C168FB" w:rsidP="00C168FB">
      <w:pPr>
        <w:spacing w:line="360" w:lineRule="auto"/>
        <w:ind w:left="720" w:hanging="720"/>
        <w:jc w:val="both"/>
        <w:rPr>
          <w:rFonts w:cs="Times New Roman"/>
          <w:szCs w:val="24"/>
        </w:rPr>
      </w:pPr>
      <w:r w:rsidRPr="008C2259">
        <w:rPr>
          <w:rFonts w:cs="Times New Roman"/>
          <w:szCs w:val="24"/>
        </w:rPr>
        <w:t>Laishram, L. et al. (2025) 'Toward a privacy-preserving face recognition system: A survey of leakages and solutions', ACM Computing Surveys, 57(6), pp. 1-38.</w:t>
      </w:r>
    </w:p>
    <w:p w14:paraId="40FFC236" w14:textId="77777777" w:rsidR="00C168FB" w:rsidRPr="008C2259" w:rsidRDefault="00C168FB" w:rsidP="00C168FB">
      <w:pPr>
        <w:spacing w:line="360" w:lineRule="auto"/>
        <w:ind w:left="720" w:hanging="720"/>
        <w:jc w:val="both"/>
        <w:rPr>
          <w:rFonts w:cs="Times New Roman"/>
          <w:szCs w:val="24"/>
        </w:rPr>
      </w:pPr>
      <w:r w:rsidRPr="008C2259">
        <w:rPr>
          <w:rFonts w:cs="Times New Roman"/>
          <w:szCs w:val="24"/>
        </w:rPr>
        <w:t>Nguyen-Tat, B.T., Bui, M.Q. and Ngo, V.M. (2024) 'Automating attendance management in human resources: A design science approach using computer vision and facial recognition', International Journal of Information Management Data Insights, 4(2), 100253.</w:t>
      </w:r>
    </w:p>
    <w:p w14:paraId="2ECA726D" w14:textId="77777777" w:rsidR="00C168FB" w:rsidRPr="008C2259" w:rsidRDefault="00C168FB" w:rsidP="00C168FB">
      <w:pPr>
        <w:spacing w:line="360" w:lineRule="auto"/>
        <w:ind w:left="720" w:hanging="720"/>
        <w:jc w:val="both"/>
        <w:rPr>
          <w:rFonts w:cs="Times New Roman"/>
          <w:szCs w:val="24"/>
        </w:rPr>
      </w:pPr>
      <w:r w:rsidRPr="008C2259">
        <w:rPr>
          <w:rFonts w:cs="Times New Roman"/>
          <w:szCs w:val="24"/>
        </w:rPr>
        <w:t>Puri, D.D. and Chaudhari, R. (2025) 'Attendance system using AI', International Journal of Advanced Research in Computer and Communication Engineering, 14(9). DOI: 10.17148/IJARCCE.2025.14922.</w:t>
      </w:r>
    </w:p>
    <w:p w14:paraId="27948D26" w14:textId="77777777" w:rsidR="00C168FB" w:rsidRPr="008C2259" w:rsidRDefault="00C168FB" w:rsidP="00C168FB">
      <w:pPr>
        <w:spacing w:line="360" w:lineRule="auto"/>
        <w:ind w:left="720" w:hanging="720"/>
        <w:jc w:val="both"/>
        <w:rPr>
          <w:rFonts w:cs="Times New Roman"/>
          <w:szCs w:val="24"/>
        </w:rPr>
      </w:pPr>
      <w:r w:rsidRPr="008C2259">
        <w:rPr>
          <w:rFonts w:cs="Times New Roman"/>
          <w:szCs w:val="24"/>
        </w:rPr>
        <w:t>Rajkumar, R. et al. (2024) 'Smart attendance system using facial recognition', International Journal of Advanced Research in Computer and Communication Engineering, 13(12). DOI: 10.17148/IJARCCE.2024.131207.</w:t>
      </w:r>
    </w:p>
    <w:p w14:paraId="08F7C493" w14:textId="77777777" w:rsidR="00C168FB" w:rsidRPr="008C2259" w:rsidRDefault="00C168FB" w:rsidP="00C168FB">
      <w:pPr>
        <w:spacing w:line="360" w:lineRule="auto"/>
        <w:ind w:left="720" w:hanging="720"/>
        <w:jc w:val="both"/>
        <w:rPr>
          <w:rFonts w:cs="Times New Roman"/>
          <w:szCs w:val="24"/>
        </w:rPr>
      </w:pPr>
      <w:r w:rsidRPr="008C2259">
        <w:rPr>
          <w:rFonts w:cs="Times New Roman"/>
          <w:szCs w:val="24"/>
        </w:rPr>
        <w:t>Sawhney, S. et al. (2019) 'Real-time smart attendance system using face recognition techniques', in 2019 9th International Conference on Cloud Computing, Data Science &amp; Engineering (Confluence). IEEE, pp. 522-525.</w:t>
      </w:r>
    </w:p>
    <w:p w14:paraId="243CDFBF" w14:textId="77777777" w:rsidR="00C168FB" w:rsidRPr="008C2259" w:rsidRDefault="00C168FB" w:rsidP="00C168FB">
      <w:pPr>
        <w:spacing w:line="360" w:lineRule="auto"/>
        <w:ind w:left="720" w:hanging="720"/>
        <w:jc w:val="both"/>
        <w:rPr>
          <w:rFonts w:cs="Times New Roman"/>
          <w:szCs w:val="24"/>
        </w:rPr>
      </w:pPr>
      <w:r w:rsidRPr="008C2259">
        <w:rPr>
          <w:rFonts w:cs="Times New Roman"/>
          <w:szCs w:val="24"/>
        </w:rPr>
        <w:t>Schroff, F., Kalenichenko, D. and Philbin, J. (2015) '</w:t>
      </w:r>
      <w:proofErr w:type="spellStart"/>
      <w:r w:rsidRPr="008C2259">
        <w:rPr>
          <w:rFonts w:cs="Times New Roman"/>
          <w:szCs w:val="24"/>
        </w:rPr>
        <w:t>FaceNet</w:t>
      </w:r>
      <w:proofErr w:type="spellEnd"/>
      <w:r w:rsidRPr="008C2259">
        <w:rPr>
          <w:rFonts w:cs="Times New Roman"/>
          <w:szCs w:val="24"/>
        </w:rPr>
        <w:t>: A unified embedding for face recognition and clustering', in Proceedings of the IEEE Conference on Computer Vision and Pattern Recognition (CVPR). IEEE, pp. 815-823.</w:t>
      </w:r>
    </w:p>
    <w:p w14:paraId="4E605989" w14:textId="77777777" w:rsidR="00C168FB" w:rsidRPr="008C2259" w:rsidRDefault="00C168FB" w:rsidP="00C168FB">
      <w:pPr>
        <w:spacing w:line="360" w:lineRule="auto"/>
        <w:ind w:left="720" w:hanging="720"/>
        <w:jc w:val="both"/>
        <w:rPr>
          <w:rFonts w:cs="Times New Roman"/>
          <w:szCs w:val="24"/>
        </w:rPr>
      </w:pPr>
      <w:r w:rsidRPr="008C2259">
        <w:rPr>
          <w:rFonts w:cs="Times New Roman"/>
          <w:szCs w:val="24"/>
        </w:rPr>
        <w:t xml:space="preserve">Swaleh, M. and </w:t>
      </w:r>
      <w:proofErr w:type="spellStart"/>
      <w:r w:rsidRPr="008C2259">
        <w:rPr>
          <w:rFonts w:cs="Times New Roman"/>
          <w:szCs w:val="24"/>
        </w:rPr>
        <w:t>Wabwoba</w:t>
      </w:r>
      <w:proofErr w:type="spellEnd"/>
      <w:r w:rsidRPr="008C2259">
        <w:rPr>
          <w:rFonts w:cs="Times New Roman"/>
          <w:szCs w:val="24"/>
        </w:rPr>
        <w:t>, F. (2025) 'IT philosophy: Philosophical paradigms in information technology research', International Journal of Research and Innovation in Applied Science, 10(1). DOI: 10.51584/IJRIAS.2025.1001021.</w:t>
      </w:r>
    </w:p>
    <w:p w14:paraId="6157AA9E" w14:textId="77777777" w:rsidR="00C168FB" w:rsidRPr="008C2259" w:rsidRDefault="00C168FB" w:rsidP="00C168FB">
      <w:pPr>
        <w:spacing w:line="360" w:lineRule="auto"/>
        <w:ind w:left="720" w:hanging="720"/>
        <w:jc w:val="both"/>
        <w:rPr>
          <w:rFonts w:cs="Times New Roman"/>
          <w:szCs w:val="24"/>
        </w:rPr>
      </w:pPr>
      <w:proofErr w:type="spellStart"/>
      <w:r w:rsidRPr="008C2259">
        <w:rPr>
          <w:rFonts w:cs="Times New Roman"/>
          <w:szCs w:val="24"/>
        </w:rPr>
        <w:t>Thokal</w:t>
      </w:r>
      <w:proofErr w:type="spellEnd"/>
      <w:r w:rsidRPr="008C2259">
        <w:rPr>
          <w:rFonts w:cs="Times New Roman"/>
          <w:szCs w:val="24"/>
        </w:rPr>
        <w:t>, S. et al. (2024) 'AI-based face recognition attendance system for real-time monitoring', International Journal of Scientific Research in Computer Science Engineering and Information Technology. DOI: 10.32628/CSEIT26121395.</w:t>
      </w:r>
    </w:p>
    <w:p w14:paraId="7B396508" w14:textId="77777777" w:rsidR="00C168FB" w:rsidRPr="008C2259" w:rsidRDefault="00C168FB" w:rsidP="00C168FB">
      <w:pPr>
        <w:spacing w:line="360" w:lineRule="auto"/>
        <w:ind w:left="720" w:hanging="720"/>
        <w:jc w:val="both"/>
        <w:rPr>
          <w:rFonts w:cs="Times New Roman"/>
          <w:szCs w:val="24"/>
        </w:rPr>
      </w:pPr>
      <w:r w:rsidRPr="008C2259">
        <w:rPr>
          <w:rFonts w:cs="Times New Roman"/>
          <w:szCs w:val="24"/>
        </w:rPr>
        <w:t>Valenzuela, J.T. et al. (2024) 'Development and evaluation of a facial recognition-based computer laboratory attendance monitoring system', Asian Journal of Engineering and Information Sciences, 8(1).</w:t>
      </w:r>
    </w:p>
    <w:p w14:paraId="2DA205BE" w14:textId="01AF38EC" w:rsidR="00C168FB" w:rsidRDefault="00C168FB" w:rsidP="00C168FB">
      <w:pPr>
        <w:spacing w:line="360" w:lineRule="auto"/>
        <w:ind w:left="720" w:hanging="720"/>
        <w:jc w:val="both"/>
        <w:rPr>
          <w:rFonts w:cs="Times New Roman"/>
          <w:szCs w:val="24"/>
        </w:rPr>
      </w:pPr>
      <w:r w:rsidRPr="008C2259">
        <w:rPr>
          <w:rFonts w:cs="Times New Roman"/>
          <w:szCs w:val="24"/>
        </w:rPr>
        <w:lastRenderedPageBreak/>
        <w:t>Vardhan, R. et al. (2025) 'Automated attendance system using facial recognition: A comprehensive review', in Challenges and Opportunities for Innovation in India. pp. 117-122.</w:t>
      </w:r>
    </w:p>
    <w:p w14:paraId="53FFE7F3" w14:textId="77777777" w:rsidR="00C168FB" w:rsidRDefault="00C168FB" w:rsidP="00C168FB">
      <w:pPr>
        <w:spacing w:line="360" w:lineRule="auto"/>
        <w:ind w:left="720" w:hanging="720"/>
        <w:jc w:val="both"/>
        <w:rPr>
          <w:rFonts w:cs="Times New Roman"/>
          <w:szCs w:val="24"/>
        </w:rPr>
      </w:pPr>
    </w:p>
    <w:p w14:paraId="0835902D" w14:textId="77777777" w:rsidR="00C168FB" w:rsidRDefault="00C168FB" w:rsidP="00C168FB">
      <w:pPr>
        <w:spacing w:line="360" w:lineRule="auto"/>
        <w:ind w:left="720" w:hanging="720"/>
        <w:jc w:val="both"/>
        <w:rPr>
          <w:rFonts w:cs="Times New Roman"/>
          <w:szCs w:val="24"/>
        </w:rPr>
      </w:pPr>
    </w:p>
    <w:p w14:paraId="40A8959A" w14:textId="77777777" w:rsidR="00C168FB" w:rsidRDefault="00C168FB" w:rsidP="00C168FB">
      <w:pPr>
        <w:spacing w:line="360" w:lineRule="auto"/>
        <w:ind w:left="720" w:hanging="720"/>
        <w:jc w:val="both"/>
        <w:rPr>
          <w:rFonts w:cs="Times New Roman"/>
          <w:szCs w:val="24"/>
        </w:rPr>
      </w:pPr>
    </w:p>
    <w:p w14:paraId="30FACFBF" w14:textId="77777777" w:rsidR="00C168FB" w:rsidRDefault="00C168FB" w:rsidP="00C168FB">
      <w:pPr>
        <w:spacing w:line="360" w:lineRule="auto"/>
        <w:ind w:left="720" w:hanging="720"/>
        <w:jc w:val="both"/>
        <w:rPr>
          <w:rFonts w:cs="Times New Roman"/>
          <w:szCs w:val="24"/>
        </w:rPr>
      </w:pPr>
    </w:p>
    <w:p w14:paraId="2F079F55" w14:textId="77777777" w:rsidR="00C168FB" w:rsidRDefault="00C168FB" w:rsidP="00C168FB">
      <w:pPr>
        <w:spacing w:line="360" w:lineRule="auto"/>
        <w:ind w:left="720" w:hanging="720"/>
        <w:jc w:val="both"/>
        <w:rPr>
          <w:rFonts w:cs="Times New Roman"/>
          <w:szCs w:val="24"/>
        </w:rPr>
      </w:pPr>
    </w:p>
    <w:p w14:paraId="6E6CF5A2" w14:textId="77777777" w:rsidR="00C168FB" w:rsidRDefault="00C168FB" w:rsidP="00C168FB">
      <w:pPr>
        <w:spacing w:line="360" w:lineRule="auto"/>
        <w:ind w:left="720" w:hanging="720"/>
        <w:jc w:val="both"/>
        <w:rPr>
          <w:rFonts w:cs="Times New Roman"/>
          <w:szCs w:val="24"/>
        </w:rPr>
      </w:pPr>
    </w:p>
    <w:p w14:paraId="6E382259" w14:textId="77777777" w:rsidR="00C168FB" w:rsidRDefault="00C168FB" w:rsidP="00C168FB">
      <w:pPr>
        <w:spacing w:line="360" w:lineRule="auto"/>
        <w:ind w:left="720" w:hanging="720"/>
        <w:jc w:val="both"/>
        <w:rPr>
          <w:rFonts w:cs="Times New Roman"/>
          <w:szCs w:val="24"/>
        </w:rPr>
      </w:pPr>
    </w:p>
    <w:p w14:paraId="35FC6595" w14:textId="77777777" w:rsidR="00C168FB" w:rsidRDefault="00C168FB" w:rsidP="00C168FB">
      <w:pPr>
        <w:spacing w:line="360" w:lineRule="auto"/>
        <w:ind w:left="720" w:hanging="720"/>
        <w:jc w:val="both"/>
        <w:rPr>
          <w:rFonts w:cs="Times New Roman"/>
          <w:szCs w:val="24"/>
        </w:rPr>
      </w:pPr>
    </w:p>
    <w:p w14:paraId="44862037" w14:textId="77777777" w:rsidR="00C168FB" w:rsidRDefault="00C168FB" w:rsidP="00C168FB">
      <w:pPr>
        <w:spacing w:line="360" w:lineRule="auto"/>
        <w:ind w:left="720" w:hanging="720"/>
        <w:jc w:val="both"/>
        <w:rPr>
          <w:rFonts w:cs="Times New Roman"/>
          <w:szCs w:val="24"/>
        </w:rPr>
      </w:pPr>
    </w:p>
    <w:p w14:paraId="447418E1" w14:textId="77777777" w:rsidR="00C168FB" w:rsidRDefault="00C168FB" w:rsidP="00C168FB">
      <w:pPr>
        <w:spacing w:line="360" w:lineRule="auto"/>
        <w:ind w:left="720" w:hanging="720"/>
        <w:jc w:val="both"/>
        <w:rPr>
          <w:rFonts w:cs="Times New Roman"/>
          <w:szCs w:val="24"/>
        </w:rPr>
      </w:pPr>
    </w:p>
    <w:p w14:paraId="3EC0A37A" w14:textId="77777777" w:rsidR="00C168FB" w:rsidRDefault="00C168FB" w:rsidP="00C168FB">
      <w:pPr>
        <w:spacing w:line="360" w:lineRule="auto"/>
        <w:ind w:left="720" w:hanging="720"/>
        <w:jc w:val="both"/>
        <w:rPr>
          <w:rFonts w:cs="Times New Roman"/>
          <w:szCs w:val="24"/>
        </w:rPr>
      </w:pPr>
    </w:p>
    <w:p w14:paraId="2DB21AD4" w14:textId="77777777" w:rsidR="00C168FB" w:rsidRDefault="00C168FB" w:rsidP="00C168FB">
      <w:pPr>
        <w:spacing w:line="360" w:lineRule="auto"/>
        <w:ind w:left="720" w:hanging="720"/>
        <w:jc w:val="both"/>
        <w:rPr>
          <w:rFonts w:cs="Times New Roman"/>
          <w:szCs w:val="24"/>
        </w:rPr>
      </w:pPr>
    </w:p>
    <w:p w14:paraId="5BF10979" w14:textId="77777777" w:rsidR="00C168FB" w:rsidRDefault="00C168FB" w:rsidP="00C168FB">
      <w:pPr>
        <w:spacing w:line="360" w:lineRule="auto"/>
        <w:ind w:left="720" w:hanging="720"/>
        <w:jc w:val="both"/>
        <w:rPr>
          <w:rFonts w:cs="Times New Roman"/>
          <w:szCs w:val="24"/>
        </w:rPr>
      </w:pPr>
    </w:p>
    <w:p w14:paraId="6C3FC500" w14:textId="77777777" w:rsidR="00C168FB" w:rsidRDefault="00C168FB" w:rsidP="00C168FB">
      <w:pPr>
        <w:spacing w:line="360" w:lineRule="auto"/>
        <w:ind w:left="720" w:hanging="720"/>
        <w:jc w:val="both"/>
        <w:rPr>
          <w:rFonts w:cs="Times New Roman"/>
          <w:szCs w:val="24"/>
        </w:rPr>
      </w:pPr>
    </w:p>
    <w:p w14:paraId="66FD6FEA" w14:textId="77777777" w:rsidR="00C168FB" w:rsidRDefault="00C168FB" w:rsidP="00C168FB">
      <w:pPr>
        <w:spacing w:line="360" w:lineRule="auto"/>
        <w:ind w:left="720" w:hanging="720"/>
        <w:jc w:val="both"/>
        <w:rPr>
          <w:rFonts w:cs="Times New Roman"/>
          <w:szCs w:val="24"/>
        </w:rPr>
      </w:pPr>
    </w:p>
    <w:p w14:paraId="66CF5F7C" w14:textId="77777777" w:rsidR="00C168FB" w:rsidRDefault="00C168FB" w:rsidP="00C168FB">
      <w:pPr>
        <w:spacing w:line="360" w:lineRule="auto"/>
        <w:ind w:left="720" w:hanging="720"/>
        <w:jc w:val="both"/>
        <w:rPr>
          <w:rFonts w:cs="Times New Roman"/>
          <w:szCs w:val="24"/>
        </w:rPr>
      </w:pPr>
    </w:p>
    <w:p w14:paraId="57910D35" w14:textId="77777777" w:rsidR="00C168FB" w:rsidRDefault="00C168FB" w:rsidP="00C168FB">
      <w:pPr>
        <w:spacing w:line="360" w:lineRule="auto"/>
        <w:ind w:left="720" w:hanging="720"/>
        <w:jc w:val="both"/>
        <w:rPr>
          <w:rFonts w:cs="Times New Roman"/>
          <w:szCs w:val="24"/>
        </w:rPr>
      </w:pPr>
    </w:p>
    <w:p w14:paraId="1358F197" w14:textId="77777777" w:rsidR="00C168FB" w:rsidRDefault="00C168FB" w:rsidP="00C168FB">
      <w:pPr>
        <w:spacing w:line="360" w:lineRule="auto"/>
        <w:ind w:left="720" w:hanging="720"/>
        <w:jc w:val="both"/>
        <w:rPr>
          <w:rFonts w:cs="Times New Roman"/>
          <w:szCs w:val="24"/>
        </w:rPr>
      </w:pPr>
    </w:p>
    <w:p w14:paraId="61347403" w14:textId="77777777" w:rsidR="00C168FB" w:rsidRDefault="00C168FB" w:rsidP="00C168FB">
      <w:pPr>
        <w:spacing w:line="360" w:lineRule="auto"/>
        <w:ind w:left="720" w:hanging="720"/>
        <w:jc w:val="both"/>
        <w:rPr>
          <w:rFonts w:cs="Times New Roman"/>
          <w:szCs w:val="24"/>
        </w:rPr>
      </w:pPr>
    </w:p>
    <w:p w14:paraId="02A40F2B" w14:textId="77777777" w:rsidR="00C168FB" w:rsidRDefault="00C168FB" w:rsidP="00C168FB">
      <w:pPr>
        <w:spacing w:line="360" w:lineRule="auto"/>
        <w:ind w:left="720" w:hanging="720"/>
        <w:jc w:val="both"/>
        <w:rPr>
          <w:rFonts w:cs="Times New Roman"/>
          <w:szCs w:val="24"/>
        </w:rPr>
      </w:pPr>
    </w:p>
    <w:p w14:paraId="2AF88DAC" w14:textId="77777777" w:rsidR="00C168FB" w:rsidRDefault="00C168FB" w:rsidP="00C168FB">
      <w:pPr>
        <w:spacing w:line="360" w:lineRule="auto"/>
        <w:ind w:left="720" w:hanging="720"/>
        <w:jc w:val="both"/>
        <w:rPr>
          <w:rFonts w:cs="Times New Roman"/>
          <w:szCs w:val="24"/>
        </w:rPr>
      </w:pPr>
    </w:p>
    <w:p w14:paraId="223E2C8E" w14:textId="77777777" w:rsidR="00C168FB" w:rsidRDefault="00C168FB" w:rsidP="00C168FB">
      <w:pPr>
        <w:spacing w:line="360" w:lineRule="auto"/>
        <w:ind w:left="720" w:hanging="720"/>
        <w:jc w:val="both"/>
        <w:rPr>
          <w:rFonts w:cs="Times New Roman"/>
          <w:szCs w:val="24"/>
        </w:rPr>
      </w:pPr>
    </w:p>
    <w:p w14:paraId="187C2826" w14:textId="06881533" w:rsidR="005A2EFC" w:rsidRPr="008C2259" w:rsidRDefault="00000000" w:rsidP="00C168FB">
      <w:pPr>
        <w:pStyle w:val="Heading1"/>
      </w:pPr>
      <w:bookmarkStart w:id="12" w:name="_Toc234628770"/>
      <w:r w:rsidRPr="008C2259">
        <w:lastRenderedPageBreak/>
        <w:t>APPENDICES</w:t>
      </w:r>
      <w:bookmarkEnd w:id="12"/>
    </w:p>
    <w:p w14:paraId="66911749" w14:textId="77777777" w:rsidR="005A2EFC" w:rsidRPr="008C2259" w:rsidRDefault="00000000" w:rsidP="008C2259">
      <w:pPr>
        <w:spacing w:line="360" w:lineRule="auto"/>
        <w:jc w:val="both"/>
        <w:rPr>
          <w:rFonts w:cs="Times New Roman"/>
          <w:szCs w:val="24"/>
        </w:rPr>
      </w:pPr>
      <w:r w:rsidRPr="008C2259">
        <w:rPr>
          <w:rFonts w:cs="Times New Roman"/>
          <w:b/>
          <w:color w:val="000000"/>
          <w:szCs w:val="24"/>
        </w:rPr>
        <w:t>Appendix A: Mind Map</w:t>
      </w:r>
    </w:p>
    <w:p w14:paraId="6737268E" w14:textId="77777777" w:rsidR="005A2EFC" w:rsidRPr="008C2259" w:rsidRDefault="00000000" w:rsidP="008C2259">
      <w:pPr>
        <w:spacing w:line="360" w:lineRule="auto"/>
        <w:jc w:val="both"/>
        <w:rPr>
          <w:rFonts w:cs="Times New Roman"/>
          <w:szCs w:val="24"/>
        </w:rPr>
      </w:pPr>
      <w:r w:rsidRPr="008C2259">
        <w:rPr>
          <w:rFonts w:cs="Times New Roman"/>
          <w:szCs w:val="24"/>
        </w:rPr>
        <w:t>(See Figure 1, Task 1)</w:t>
      </w:r>
    </w:p>
    <w:p w14:paraId="26C06C5C" w14:textId="77777777" w:rsidR="005A2EFC" w:rsidRPr="008C2259" w:rsidRDefault="00000000" w:rsidP="008C2259">
      <w:pPr>
        <w:spacing w:line="360" w:lineRule="auto"/>
        <w:jc w:val="both"/>
        <w:rPr>
          <w:rFonts w:cs="Times New Roman"/>
          <w:szCs w:val="24"/>
        </w:rPr>
      </w:pPr>
      <w:r w:rsidRPr="008C2259">
        <w:rPr>
          <w:rFonts w:cs="Times New Roman"/>
          <w:b/>
          <w:color w:val="000000"/>
          <w:szCs w:val="24"/>
        </w:rPr>
        <w:t>Appendix B: Pilot Questionnaire</w:t>
      </w:r>
    </w:p>
    <w:p w14:paraId="3F09D9A4" w14:textId="77777777" w:rsidR="005A2EFC" w:rsidRPr="008C2259" w:rsidRDefault="00000000" w:rsidP="008C2259">
      <w:pPr>
        <w:spacing w:line="360" w:lineRule="auto"/>
        <w:jc w:val="both"/>
        <w:rPr>
          <w:rFonts w:cs="Times New Roman"/>
          <w:szCs w:val="24"/>
        </w:rPr>
      </w:pPr>
      <w:r w:rsidRPr="008C2259">
        <w:rPr>
          <w:rFonts w:cs="Times New Roman"/>
          <w:b/>
          <w:szCs w:val="24"/>
        </w:rPr>
        <w:t>AI-Based Facial Recognition Attendance System – User Evaluation Questionnaire</w:t>
      </w:r>
    </w:p>
    <w:p w14:paraId="77EF48B5" w14:textId="77777777" w:rsidR="005A2EFC" w:rsidRPr="008C2259" w:rsidRDefault="00000000" w:rsidP="008C2259">
      <w:pPr>
        <w:spacing w:line="360" w:lineRule="auto"/>
        <w:jc w:val="both"/>
        <w:rPr>
          <w:rFonts w:cs="Times New Roman"/>
          <w:szCs w:val="24"/>
        </w:rPr>
      </w:pPr>
      <w:r w:rsidRPr="008C2259">
        <w:rPr>
          <w:rFonts w:cs="Times New Roman"/>
          <w:szCs w:val="24"/>
        </w:rPr>
        <w:t>Instructions: Please answer all questions honestly. Your responses are confidential and will be used solely for research purposes. Participation is voluntary, and you may withdraw at any time.</w:t>
      </w:r>
    </w:p>
    <w:p w14:paraId="31C549AE" w14:textId="77777777" w:rsidR="005A2EFC" w:rsidRPr="008C2259" w:rsidRDefault="005A2EFC" w:rsidP="008C2259">
      <w:pPr>
        <w:spacing w:line="360" w:lineRule="auto"/>
        <w:jc w:val="both"/>
        <w:rPr>
          <w:rFonts w:cs="Times New Roman"/>
          <w:szCs w:val="24"/>
        </w:rPr>
      </w:pPr>
    </w:p>
    <w:p w14:paraId="78A870D9" w14:textId="77777777" w:rsidR="005A2EFC" w:rsidRPr="008C2259" w:rsidRDefault="00000000" w:rsidP="008C2259">
      <w:pPr>
        <w:spacing w:line="360" w:lineRule="auto"/>
        <w:jc w:val="both"/>
        <w:rPr>
          <w:rFonts w:cs="Times New Roman"/>
          <w:szCs w:val="24"/>
        </w:rPr>
      </w:pPr>
      <w:r w:rsidRPr="008C2259">
        <w:rPr>
          <w:rFonts w:cs="Times New Roman"/>
          <w:b/>
          <w:szCs w:val="24"/>
        </w:rPr>
        <w:t>Section A: Demographics</w:t>
      </w:r>
    </w:p>
    <w:tbl>
      <w:tblPr>
        <w:tblStyle w:val="TableGrid"/>
        <w:tblW w:w="0" w:type="auto"/>
        <w:tblLook w:val="04A0" w:firstRow="1" w:lastRow="0" w:firstColumn="1" w:lastColumn="0" w:noHBand="0" w:noVBand="1"/>
      </w:tblPr>
      <w:tblGrid>
        <w:gridCol w:w="4313"/>
        <w:gridCol w:w="4317"/>
      </w:tblGrid>
      <w:tr w:rsidR="005A2EFC" w:rsidRPr="008C2259" w14:paraId="32895A6D" w14:textId="77777777">
        <w:tc>
          <w:tcPr>
            <w:tcW w:w="4320" w:type="dxa"/>
          </w:tcPr>
          <w:p w14:paraId="70FE3076" w14:textId="77777777" w:rsidR="005A2EFC" w:rsidRPr="008C2259" w:rsidRDefault="00000000" w:rsidP="008C2259">
            <w:pPr>
              <w:spacing w:line="360" w:lineRule="auto"/>
              <w:jc w:val="both"/>
              <w:rPr>
                <w:rFonts w:cs="Times New Roman"/>
                <w:szCs w:val="24"/>
              </w:rPr>
            </w:pPr>
            <w:r w:rsidRPr="008C2259">
              <w:rPr>
                <w:rFonts w:cs="Times New Roman"/>
                <w:b/>
                <w:szCs w:val="24"/>
              </w:rPr>
              <w:t>Question</w:t>
            </w:r>
          </w:p>
        </w:tc>
        <w:tc>
          <w:tcPr>
            <w:tcW w:w="4320" w:type="dxa"/>
          </w:tcPr>
          <w:p w14:paraId="629613FA" w14:textId="77777777" w:rsidR="005A2EFC" w:rsidRPr="008C2259" w:rsidRDefault="00000000" w:rsidP="008C2259">
            <w:pPr>
              <w:spacing w:line="360" w:lineRule="auto"/>
              <w:jc w:val="both"/>
              <w:rPr>
                <w:rFonts w:cs="Times New Roman"/>
                <w:szCs w:val="24"/>
              </w:rPr>
            </w:pPr>
            <w:r w:rsidRPr="008C2259">
              <w:rPr>
                <w:rFonts w:cs="Times New Roman"/>
                <w:b/>
                <w:szCs w:val="24"/>
              </w:rPr>
              <w:t>Response Options</w:t>
            </w:r>
          </w:p>
        </w:tc>
      </w:tr>
      <w:tr w:rsidR="005A2EFC" w:rsidRPr="008C2259" w14:paraId="4CF3B7FC" w14:textId="77777777">
        <w:tc>
          <w:tcPr>
            <w:tcW w:w="4320" w:type="dxa"/>
          </w:tcPr>
          <w:p w14:paraId="5A5EE40F" w14:textId="77777777" w:rsidR="005A2EFC" w:rsidRPr="008C2259" w:rsidRDefault="00000000" w:rsidP="008C2259">
            <w:pPr>
              <w:spacing w:line="360" w:lineRule="auto"/>
              <w:jc w:val="both"/>
              <w:rPr>
                <w:rFonts w:cs="Times New Roman"/>
                <w:szCs w:val="24"/>
              </w:rPr>
            </w:pPr>
            <w:r w:rsidRPr="008C2259">
              <w:rPr>
                <w:rFonts w:cs="Times New Roman"/>
                <w:szCs w:val="24"/>
              </w:rPr>
              <w:t>A1. What is your age?</w:t>
            </w:r>
          </w:p>
        </w:tc>
        <w:tc>
          <w:tcPr>
            <w:tcW w:w="4320" w:type="dxa"/>
          </w:tcPr>
          <w:p w14:paraId="055FF2D6" w14:textId="77777777" w:rsidR="005A2EFC" w:rsidRPr="008C2259" w:rsidRDefault="00000000" w:rsidP="008C2259">
            <w:pPr>
              <w:spacing w:line="360" w:lineRule="auto"/>
              <w:jc w:val="both"/>
              <w:rPr>
                <w:rFonts w:cs="Times New Roman"/>
                <w:szCs w:val="24"/>
              </w:rPr>
            </w:pPr>
            <w:r w:rsidRPr="008C2259">
              <w:rPr>
                <w:rFonts w:cs="Times New Roman"/>
                <w:szCs w:val="24"/>
              </w:rPr>
              <w:t>□ 18-20 □ 21-23 □ 24-26 □ 27+</w:t>
            </w:r>
          </w:p>
        </w:tc>
      </w:tr>
      <w:tr w:rsidR="005A2EFC" w:rsidRPr="008C2259" w14:paraId="44DC0F6B" w14:textId="77777777">
        <w:tc>
          <w:tcPr>
            <w:tcW w:w="4320" w:type="dxa"/>
          </w:tcPr>
          <w:p w14:paraId="3CE619E3" w14:textId="77777777" w:rsidR="005A2EFC" w:rsidRPr="008C2259" w:rsidRDefault="00000000" w:rsidP="008C2259">
            <w:pPr>
              <w:spacing w:line="360" w:lineRule="auto"/>
              <w:jc w:val="both"/>
              <w:rPr>
                <w:rFonts w:cs="Times New Roman"/>
                <w:szCs w:val="24"/>
              </w:rPr>
            </w:pPr>
            <w:r w:rsidRPr="008C2259">
              <w:rPr>
                <w:rFonts w:cs="Times New Roman"/>
                <w:szCs w:val="24"/>
              </w:rPr>
              <w:t>A2. What is your gender?</w:t>
            </w:r>
          </w:p>
        </w:tc>
        <w:tc>
          <w:tcPr>
            <w:tcW w:w="4320" w:type="dxa"/>
          </w:tcPr>
          <w:p w14:paraId="627BDD0C" w14:textId="77777777" w:rsidR="005A2EFC" w:rsidRPr="008C2259" w:rsidRDefault="00000000" w:rsidP="008C2259">
            <w:pPr>
              <w:spacing w:line="360" w:lineRule="auto"/>
              <w:jc w:val="both"/>
              <w:rPr>
                <w:rFonts w:cs="Times New Roman"/>
                <w:szCs w:val="24"/>
              </w:rPr>
            </w:pPr>
            <w:r w:rsidRPr="008C2259">
              <w:rPr>
                <w:rFonts w:cs="Times New Roman"/>
                <w:szCs w:val="24"/>
              </w:rPr>
              <w:t xml:space="preserve">□ Male □ Female □ </w:t>
            </w:r>
            <w:proofErr w:type="gramStart"/>
            <w:r w:rsidRPr="008C2259">
              <w:rPr>
                <w:rFonts w:cs="Times New Roman"/>
                <w:szCs w:val="24"/>
              </w:rPr>
              <w:t>Non-binary</w:t>
            </w:r>
            <w:proofErr w:type="gramEnd"/>
            <w:r w:rsidRPr="008C2259">
              <w:rPr>
                <w:rFonts w:cs="Times New Roman"/>
                <w:szCs w:val="24"/>
              </w:rPr>
              <w:t xml:space="preserve"> □ Prefer not to say</w:t>
            </w:r>
          </w:p>
        </w:tc>
      </w:tr>
      <w:tr w:rsidR="005A2EFC" w:rsidRPr="008C2259" w14:paraId="169076CA" w14:textId="77777777">
        <w:tc>
          <w:tcPr>
            <w:tcW w:w="4320" w:type="dxa"/>
          </w:tcPr>
          <w:p w14:paraId="49485197" w14:textId="77777777" w:rsidR="005A2EFC" w:rsidRPr="008C2259" w:rsidRDefault="00000000" w:rsidP="008C2259">
            <w:pPr>
              <w:spacing w:line="360" w:lineRule="auto"/>
              <w:jc w:val="both"/>
              <w:rPr>
                <w:rFonts w:cs="Times New Roman"/>
                <w:szCs w:val="24"/>
              </w:rPr>
            </w:pPr>
            <w:r w:rsidRPr="008C2259">
              <w:rPr>
                <w:rFonts w:cs="Times New Roman"/>
                <w:szCs w:val="24"/>
              </w:rPr>
              <w:t xml:space="preserve">A3. What is your </w:t>
            </w:r>
            <w:proofErr w:type="spellStart"/>
            <w:r w:rsidRPr="008C2259">
              <w:rPr>
                <w:rFonts w:cs="Times New Roman"/>
                <w:szCs w:val="24"/>
              </w:rPr>
              <w:t>programme</w:t>
            </w:r>
            <w:proofErr w:type="spellEnd"/>
            <w:r w:rsidRPr="008C2259">
              <w:rPr>
                <w:rFonts w:cs="Times New Roman"/>
                <w:szCs w:val="24"/>
              </w:rPr>
              <w:t xml:space="preserve"> of study?</w:t>
            </w:r>
          </w:p>
        </w:tc>
        <w:tc>
          <w:tcPr>
            <w:tcW w:w="4320" w:type="dxa"/>
          </w:tcPr>
          <w:p w14:paraId="766EDFE6" w14:textId="77777777" w:rsidR="005A2EFC" w:rsidRPr="008C2259" w:rsidRDefault="00000000" w:rsidP="008C2259">
            <w:pPr>
              <w:spacing w:line="360" w:lineRule="auto"/>
              <w:jc w:val="both"/>
              <w:rPr>
                <w:rFonts w:cs="Times New Roman"/>
                <w:szCs w:val="24"/>
              </w:rPr>
            </w:pPr>
            <w:r w:rsidRPr="008C2259">
              <w:rPr>
                <w:rFonts w:cs="Times New Roman"/>
                <w:szCs w:val="24"/>
              </w:rPr>
              <w:t>_________________________</w:t>
            </w:r>
          </w:p>
        </w:tc>
      </w:tr>
      <w:tr w:rsidR="005A2EFC" w:rsidRPr="008C2259" w14:paraId="1A8D6A6D" w14:textId="77777777">
        <w:tc>
          <w:tcPr>
            <w:tcW w:w="4320" w:type="dxa"/>
          </w:tcPr>
          <w:p w14:paraId="3F29DD27" w14:textId="77777777" w:rsidR="005A2EFC" w:rsidRPr="008C2259" w:rsidRDefault="00000000" w:rsidP="008C2259">
            <w:pPr>
              <w:spacing w:line="360" w:lineRule="auto"/>
              <w:jc w:val="both"/>
              <w:rPr>
                <w:rFonts w:cs="Times New Roman"/>
                <w:szCs w:val="24"/>
              </w:rPr>
            </w:pPr>
            <w:r w:rsidRPr="008C2259">
              <w:rPr>
                <w:rFonts w:cs="Times New Roman"/>
                <w:szCs w:val="24"/>
              </w:rPr>
              <w:t>A4. What year are you in?</w:t>
            </w:r>
          </w:p>
        </w:tc>
        <w:tc>
          <w:tcPr>
            <w:tcW w:w="4320" w:type="dxa"/>
          </w:tcPr>
          <w:p w14:paraId="4415FCBB" w14:textId="77777777" w:rsidR="005A2EFC" w:rsidRPr="008C2259" w:rsidRDefault="00000000" w:rsidP="008C2259">
            <w:pPr>
              <w:spacing w:line="360" w:lineRule="auto"/>
              <w:jc w:val="both"/>
              <w:rPr>
                <w:rFonts w:cs="Times New Roman"/>
                <w:szCs w:val="24"/>
              </w:rPr>
            </w:pPr>
            <w:r w:rsidRPr="008C2259">
              <w:rPr>
                <w:rFonts w:cs="Times New Roman"/>
                <w:szCs w:val="24"/>
              </w:rPr>
              <w:t>□ Year 1 □ Year 2 □ Year 3 □ Postgraduate</w:t>
            </w:r>
          </w:p>
        </w:tc>
      </w:tr>
      <w:tr w:rsidR="005A2EFC" w:rsidRPr="008C2259" w14:paraId="37F762D1" w14:textId="77777777">
        <w:tc>
          <w:tcPr>
            <w:tcW w:w="4320" w:type="dxa"/>
          </w:tcPr>
          <w:p w14:paraId="3E389EEE" w14:textId="77777777" w:rsidR="005A2EFC" w:rsidRPr="008C2259" w:rsidRDefault="00000000" w:rsidP="008C2259">
            <w:pPr>
              <w:spacing w:line="360" w:lineRule="auto"/>
              <w:jc w:val="both"/>
              <w:rPr>
                <w:rFonts w:cs="Times New Roman"/>
                <w:szCs w:val="24"/>
              </w:rPr>
            </w:pPr>
            <w:r w:rsidRPr="008C2259">
              <w:rPr>
                <w:rFonts w:cs="Times New Roman"/>
                <w:szCs w:val="24"/>
              </w:rPr>
              <w:t>A5. How often do you use technology daily?</w:t>
            </w:r>
          </w:p>
        </w:tc>
        <w:tc>
          <w:tcPr>
            <w:tcW w:w="4320" w:type="dxa"/>
          </w:tcPr>
          <w:p w14:paraId="1D35E74E" w14:textId="77777777" w:rsidR="005A2EFC" w:rsidRPr="008C2259" w:rsidRDefault="00000000" w:rsidP="008C2259">
            <w:pPr>
              <w:spacing w:line="360" w:lineRule="auto"/>
              <w:jc w:val="both"/>
              <w:rPr>
                <w:rFonts w:cs="Times New Roman"/>
                <w:szCs w:val="24"/>
              </w:rPr>
            </w:pPr>
            <w:r w:rsidRPr="008C2259">
              <w:rPr>
                <w:rFonts w:cs="Times New Roman"/>
                <w:szCs w:val="24"/>
              </w:rPr>
              <w:t>□ 1-2 hours □ 3-5 hours □ 6-8 hours □ 8+ hours</w:t>
            </w:r>
          </w:p>
        </w:tc>
      </w:tr>
    </w:tbl>
    <w:p w14:paraId="2896D0B5" w14:textId="77777777" w:rsidR="005A2EFC" w:rsidRPr="008C2259" w:rsidRDefault="005A2EFC" w:rsidP="008C2259">
      <w:pPr>
        <w:spacing w:line="360" w:lineRule="auto"/>
        <w:jc w:val="both"/>
        <w:rPr>
          <w:rFonts w:cs="Times New Roman"/>
          <w:szCs w:val="24"/>
        </w:rPr>
      </w:pPr>
    </w:p>
    <w:p w14:paraId="3CD16EFE" w14:textId="77777777" w:rsidR="005A2EFC" w:rsidRPr="008C2259" w:rsidRDefault="00000000" w:rsidP="008C2259">
      <w:pPr>
        <w:spacing w:line="360" w:lineRule="auto"/>
        <w:jc w:val="both"/>
        <w:rPr>
          <w:rFonts w:cs="Times New Roman"/>
          <w:szCs w:val="24"/>
        </w:rPr>
      </w:pPr>
      <w:r w:rsidRPr="008C2259">
        <w:rPr>
          <w:rFonts w:cs="Times New Roman"/>
          <w:b/>
          <w:szCs w:val="24"/>
        </w:rPr>
        <w:t xml:space="preserve">Section B: System Usability (Please </w:t>
      </w:r>
      <w:proofErr w:type="gramStart"/>
      <w:r w:rsidRPr="008C2259">
        <w:rPr>
          <w:rFonts w:cs="Times New Roman"/>
          <w:b/>
          <w:szCs w:val="24"/>
        </w:rPr>
        <w:t>circle:</w:t>
      </w:r>
      <w:proofErr w:type="gramEnd"/>
      <w:r w:rsidRPr="008C2259">
        <w:rPr>
          <w:rFonts w:cs="Times New Roman"/>
          <w:b/>
          <w:szCs w:val="24"/>
        </w:rPr>
        <w:t xml:space="preserve"> 1=Strongly Disagree to 5=Strongly Agree)</w:t>
      </w:r>
    </w:p>
    <w:tbl>
      <w:tblPr>
        <w:tblStyle w:val="TableGrid"/>
        <w:tblW w:w="0" w:type="auto"/>
        <w:tblLook w:val="04A0" w:firstRow="1" w:lastRow="0" w:firstColumn="1" w:lastColumn="0" w:noHBand="0" w:noVBand="1"/>
      </w:tblPr>
      <w:tblGrid>
        <w:gridCol w:w="1205"/>
        <w:gridCol w:w="1470"/>
        <w:gridCol w:w="1191"/>
        <w:gridCol w:w="1191"/>
        <w:gridCol w:w="1191"/>
        <w:gridCol w:w="1191"/>
        <w:gridCol w:w="1191"/>
      </w:tblGrid>
      <w:tr w:rsidR="005A2EFC" w:rsidRPr="008C2259" w14:paraId="7590BA28" w14:textId="77777777">
        <w:tc>
          <w:tcPr>
            <w:tcW w:w="1234" w:type="dxa"/>
          </w:tcPr>
          <w:p w14:paraId="499BEBCD" w14:textId="77777777" w:rsidR="005A2EFC" w:rsidRPr="008C2259" w:rsidRDefault="00000000" w:rsidP="008C2259">
            <w:pPr>
              <w:spacing w:line="360" w:lineRule="auto"/>
              <w:jc w:val="both"/>
              <w:rPr>
                <w:rFonts w:cs="Times New Roman"/>
                <w:szCs w:val="24"/>
              </w:rPr>
            </w:pPr>
            <w:r w:rsidRPr="008C2259">
              <w:rPr>
                <w:rFonts w:cs="Times New Roman"/>
                <w:b/>
                <w:szCs w:val="24"/>
              </w:rPr>
              <w:t>No.</w:t>
            </w:r>
          </w:p>
        </w:tc>
        <w:tc>
          <w:tcPr>
            <w:tcW w:w="1234" w:type="dxa"/>
          </w:tcPr>
          <w:p w14:paraId="7DB1F607" w14:textId="77777777" w:rsidR="005A2EFC" w:rsidRPr="008C2259" w:rsidRDefault="00000000" w:rsidP="008C2259">
            <w:pPr>
              <w:spacing w:line="360" w:lineRule="auto"/>
              <w:jc w:val="both"/>
              <w:rPr>
                <w:rFonts w:cs="Times New Roman"/>
                <w:szCs w:val="24"/>
              </w:rPr>
            </w:pPr>
            <w:r w:rsidRPr="008C2259">
              <w:rPr>
                <w:rFonts w:cs="Times New Roman"/>
                <w:b/>
                <w:szCs w:val="24"/>
              </w:rPr>
              <w:t>Statement</w:t>
            </w:r>
          </w:p>
        </w:tc>
        <w:tc>
          <w:tcPr>
            <w:tcW w:w="1234" w:type="dxa"/>
          </w:tcPr>
          <w:p w14:paraId="2F387397" w14:textId="77777777" w:rsidR="005A2EFC" w:rsidRPr="008C2259" w:rsidRDefault="00000000" w:rsidP="008C2259">
            <w:pPr>
              <w:spacing w:line="360" w:lineRule="auto"/>
              <w:jc w:val="both"/>
              <w:rPr>
                <w:rFonts w:cs="Times New Roman"/>
                <w:szCs w:val="24"/>
              </w:rPr>
            </w:pPr>
            <w:r w:rsidRPr="008C2259">
              <w:rPr>
                <w:rFonts w:cs="Times New Roman"/>
                <w:b/>
                <w:szCs w:val="24"/>
              </w:rPr>
              <w:t>1</w:t>
            </w:r>
          </w:p>
        </w:tc>
        <w:tc>
          <w:tcPr>
            <w:tcW w:w="1234" w:type="dxa"/>
          </w:tcPr>
          <w:p w14:paraId="23B723E0" w14:textId="77777777" w:rsidR="005A2EFC" w:rsidRPr="008C2259" w:rsidRDefault="00000000" w:rsidP="008C2259">
            <w:pPr>
              <w:spacing w:line="360" w:lineRule="auto"/>
              <w:jc w:val="both"/>
              <w:rPr>
                <w:rFonts w:cs="Times New Roman"/>
                <w:szCs w:val="24"/>
              </w:rPr>
            </w:pPr>
            <w:r w:rsidRPr="008C2259">
              <w:rPr>
                <w:rFonts w:cs="Times New Roman"/>
                <w:b/>
                <w:szCs w:val="24"/>
              </w:rPr>
              <w:t>2</w:t>
            </w:r>
          </w:p>
        </w:tc>
        <w:tc>
          <w:tcPr>
            <w:tcW w:w="1234" w:type="dxa"/>
          </w:tcPr>
          <w:p w14:paraId="43E80ECF" w14:textId="77777777" w:rsidR="005A2EFC" w:rsidRPr="008C2259" w:rsidRDefault="00000000" w:rsidP="008C2259">
            <w:pPr>
              <w:spacing w:line="360" w:lineRule="auto"/>
              <w:jc w:val="both"/>
              <w:rPr>
                <w:rFonts w:cs="Times New Roman"/>
                <w:szCs w:val="24"/>
              </w:rPr>
            </w:pPr>
            <w:r w:rsidRPr="008C2259">
              <w:rPr>
                <w:rFonts w:cs="Times New Roman"/>
                <w:b/>
                <w:szCs w:val="24"/>
              </w:rPr>
              <w:t>3</w:t>
            </w:r>
          </w:p>
        </w:tc>
        <w:tc>
          <w:tcPr>
            <w:tcW w:w="1234" w:type="dxa"/>
          </w:tcPr>
          <w:p w14:paraId="388CEB26" w14:textId="77777777" w:rsidR="005A2EFC" w:rsidRPr="008C2259" w:rsidRDefault="00000000" w:rsidP="008C2259">
            <w:pPr>
              <w:spacing w:line="360" w:lineRule="auto"/>
              <w:jc w:val="both"/>
              <w:rPr>
                <w:rFonts w:cs="Times New Roman"/>
                <w:szCs w:val="24"/>
              </w:rPr>
            </w:pPr>
            <w:r w:rsidRPr="008C2259">
              <w:rPr>
                <w:rFonts w:cs="Times New Roman"/>
                <w:b/>
                <w:szCs w:val="24"/>
              </w:rPr>
              <w:t>4</w:t>
            </w:r>
          </w:p>
        </w:tc>
        <w:tc>
          <w:tcPr>
            <w:tcW w:w="1234" w:type="dxa"/>
          </w:tcPr>
          <w:p w14:paraId="1125E361" w14:textId="77777777" w:rsidR="005A2EFC" w:rsidRPr="008C2259" w:rsidRDefault="00000000" w:rsidP="008C2259">
            <w:pPr>
              <w:spacing w:line="360" w:lineRule="auto"/>
              <w:jc w:val="both"/>
              <w:rPr>
                <w:rFonts w:cs="Times New Roman"/>
                <w:szCs w:val="24"/>
              </w:rPr>
            </w:pPr>
            <w:r w:rsidRPr="008C2259">
              <w:rPr>
                <w:rFonts w:cs="Times New Roman"/>
                <w:b/>
                <w:szCs w:val="24"/>
              </w:rPr>
              <w:t>5</w:t>
            </w:r>
          </w:p>
        </w:tc>
      </w:tr>
      <w:tr w:rsidR="005A2EFC" w:rsidRPr="008C2259" w14:paraId="4BCEB554" w14:textId="77777777">
        <w:tc>
          <w:tcPr>
            <w:tcW w:w="1234" w:type="dxa"/>
          </w:tcPr>
          <w:p w14:paraId="4C427A08" w14:textId="77777777" w:rsidR="005A2EFC" w:rsidRPr="008C2259" w:rsidRDefault="00000000" w:rsidP="008C2259">
            <w:pPr>
              <w:spacing w:line="360" w:lineRule="auto"/>
              <w:jc w:val="both"/>
              <w:rPr>
                <w:rFonts w:cs="Times New Roman"/>
                <w:szCs w:val="24"/>
              </w:rPr>
            </w:pPr>
            <w:r w:rsidRPr="008C2259">
              <w:rPr>
                <w:rFonts w:cs="Times New Roman"/>
                <w:szCs w:val="24"/>
              </w:rPr>
              <w:t>B1</w:t>
            </w:r>
          </w:p>
        </w:tc>
        <w:tc>
          <w:tcPr>
            <w:tcW w:w="1234" w:type="dxa"/>
          </w:tcPr>
          <w:p w14:paraId="2D505528" w14:textId="77777777" w:rsidR="005A2EFC" w:rsidRPr="008C2259" w:rsidRDefault="00000000" w:rsidP="008C2259">
            <w:pPr>
              <w:spacing w:line="360" w:lineRule="auto"/>
              <w:jc w:val="both"/>
              <w:rPr>
                <w:rFonts w:cs="Times New Roman"/>
                <w:szCs w:val="24"/>
              </w:rPr>
            </w:pPr>
            <w:r w:rsidRPr="008C2259">
              <w:rPr>
                <w:rFonts w:cs="Times New Roman"/>
                <w:szCs w:val="24"/>
              </w:rPr>
              <w:t>The system was easy to use</w:t>
            </w:r>
          </w:p>
        </w:tc>
        <w:tc>
          <w:tcPr>
            <w:tcW w:w="1234" w:type="dxa"/>
          </w:tcPr>
          <w:p w14:paraId="7DDFA79C" w14:textId="77777777" w:rsidR="005A2EFC" w:rsidRPr="008C2259" w:rsidRDefault="00000000" w:rsidP="008C2259">
            <w:pPr>
              <w:spacing w:line="360" w:lineRule="auto"/>
              <w:jc w:val="both"/>
              <w:rPr>
                <w:rFonts w:cs="Times New Roman"/>
                <w:szCs w:val="24"/>
              </w:rPr>
            </w:pPr>
            <w:r w:rsidRPr="008C2259">
              <w:rPr>
                <w:rFonts w:cs="Times New Roman"/>
                <w:szCs w:val="24"/>
              </w:rPr>
              <w:t>1</w:t>
            </w:r>
          </w:p>
        </w:tc>
        <w:tc>
          <w:tcPr>
            <w:tcW w:w="1234" w:type="dxa"/>
          </w:tcPr>
          <w:p w14:paraId="082E01D6" w14:textId="77777777" w:rsidR="005A2EFC" w:rsidRPr="008C2259" w:rsidRDefault="00000000" w:rsidP="008C2259">
            <w:pPr>
              <w:spacing w:line="360" w:lineRule="auto"/>
              <w:jc w:val="both"/>
              <w:rPr>
                <w:rFonts w:cs="Times New Roman"/>
                <w:szCs w:val="24"/>
              </w:rPr>
            </w:pPr>
            <w:r w:rsidRPr="008C2259">
              <w:rPr>
                <w:rFonts w:cs="Times New Roman"/>
                <w:szCs w:val="24"/>
              </w:rPr>
              <w:t>2</w:t>
            </w:r>
          </w:p>
        </w:tc>
        <w:tc>
          <w:tcPr>
            <w:tcW w:w="1234" w:type="dxa"/>
          </w:tcPr>
          <w:p w14:paraId="68093373" w14:textId="77777777" w:rsidR="005A2EFC" w:rsidRPr="008C2259" w:rsidRDefault="00000000" w:rsidP="008C2259">
            <w:pPr>
              <w:spacing w:line="360" w:lineRule="auto"/>
              <w:jc w:val="both"/>
              <w:rPr>
                <w:rFonts w:cs="Times New Roman"/>
                <w:szCs w:val="24"/>
              </w:rPr>
            </w:pPr>
            <w:r w:rsidRPr="008C2259">
              <w:rPr>
                <w:rFonts w:cs="Times New Roman"/>
                <w:szCs w:val="24"/>
              </w:rPr>
              <w:t>3</w:t>
            </w:r>
          </w:p>
        </w:tc>
        <w:tc>
          <w:tcPr>
            <w:tcW w:w="1234" w:type="dxa"/>
          </w:tcPr>
          <w:p w14:paraId="4407B245" w14:textId="77777777" w:rsidR="005A2EFC" w:rsidRPr="008C2259" w:rsidRDefault="00000000" w:rsidP="008C2259">
            <w:pPr>
              <w:spacing w:line="360" w:lineRule="auto"/>
              <w:jc w:val="both"/>
              <w:rPr>
                <w:rFonts w:cs="Times New Roman"/>
                <w:szCs w:val="24"/>
              </w:rPr>
            </w:pPr>
            <w:r w:rsidRPr="008C2259">
              <w:rPr>
                <w:rFonts w:cs="Times New Roman"/>
                <w:szCs w:val="24"/>
              </w:rPr>
              <w:t>4</w:t>
            </w:r>
          </w:p>
        </w:tc>
        <w:tc>
          <w:tcPr>
            <w:tcW w:w="1234" w:type="dxa"/>
          </w:tcPr>
          <w:p w14:paraId="764EE5B1" w14:textId="77777777" w:rsidR="005A2EFC" w:rsidRPr="008C2259" w:rsidRDefault="00000000" w:rsidP="008C2259">
            <w:pPr>
              <w:spacing w:line="360" w:lineRule="auto"/>
              <w:jc w:val="both"/>
              <w:rPr>
                <w:rFonts w:cs="Times New Roman"/>
                <w:szCs w:val="24"/>
              </w:rPr>
            </w:pPr>
            <w:r w:rsidRPr="008C2259">
              <w:rPr>
                <w:rFonts w:cs="Times New Roman"/>
                <w:szCs w:val="24"/>
              </w:rPr>
              <w:t>5</w:t>
            </w:r>
          </w:p>
        </w:tc>
      </w:tr>
      <w:tr w:rsidR="005A2EFC" w:rsidRPr="008C2259" w14:paraId="44535643" w14:textId="77777777">
        <w:tc>
          <w:tcPr>
            <w:tcW w:w="1234" w:type="dxa"/>
          </w:tcPr>
          <w:p w14:paraId="540F456F" w14:textId="77777777" w:rsidR="005A2EFC" w:rsidRPr="008C2259" w:rsidRDefault="00000000" w:rsidP="008C2259">
            <w:pPr>
              <w:spacing w:line="360" w:lineRule="auto"/>
              <w:jc w:val="both"/>
              <w:rPr>
                <w:rFonts w:cs="Times New Roman"/>
                <w:szCs w:val="24"/>
              </w:rPr>
            </w:pPr>
            <w:r w:rsidRPr="008C2259">
              <w:rPr>
                <w:rFonts w:cs="Times New Roman"/>
                <w:szCs w:val="24"/>
              </w:rPr>
              <w:lastRenderedPageBreak/>
              <w:t>B2</w:t>
            </w:r>
          </w:p>
        </w:tc>
        <w:tc>
          <w:tcPr>
            <w:tcW w:w="1234" w:type="dxa"/>
          </w:tcPr>
          <w:p w14:paraId="68E79F12" w14:textId="77777777" w:rsidR="005A2EFC" w:rsidRPr="008C2259" w:rsidRDefault="00000000" w:rsidP="008C2259">
            <w:pPr>
              <w:spacing w:line="360" w:lineRule="auto"/>
              <w:jc w:val="both"/>
              <w:rPr>
                <w:rFonts w:cs="Times New Roman"/>
                <w:szCs w:val="24"/>
              </w:rPr>
            </w:pPr>
            <w:r w:rsidRPr="008C2259">
              <w:rPr>
                <w:rFonts w:cs="Times New Roman"/>
                <w:szCs w:val="24"/>
              </w:rPr>
              <w:t>The interface was clear and intuitive</w:t>
            </w:r>
          </w:p>
        </w:tc>
        <w:tc>
          <w:tcPr>
            <w:tcW w:w="1234" w:type="dxa"/>
          </w:tcPr>
          <w:p w14:paraId="18CE5706" w14:textId="77777777" w:rsidR="005A2EFC" w:rsidRPr="008C2259" w:rsidRDefault="00000000" w:rsidP="008C2259">
            <w:pPr>
              <w:spacing w:line="360" w:lineRule="auto"/>
              <w:jc w:val="both"/>
              <w:rPr>
                <w:rFonts w:cs="Times New Roman"/>
                <w:szCs w:val="24"/>
              </w:rPr>
            </w:pPr>
            <w:r w:rsidRPr="008C2259">
              <w:rPr>
                <w:rFonts w:cs="Times New Roman"/>
                <w:szCs w:val="24"/>
              </w:rPr>
              <w:t>1</w:t>
            </w:r>
          </w:p>
        </w:tc>
        <w:tc>
          <w:tcPr>
            <w:tcW w:w="1234" w:type="dxa"/>
          </w:tcPr>
          <w:p w14:paraId="3EED40B8" w14:textId="77777777" w:rsidR="005A2EFC" w:rsidRPr="008C2259" w:rsidRDefault="00000000" w:rsidP="008C2259">
            <w:pPr>
              <w:spacing w:line="360" w:lineRule="auto"/>
              <w:jc w:val="both"/>
              <w:rPr>
                <w:rFonts w:cs="Times New Roman"/>
                <w:szCs w:val="24"/>
              </w:rPr>
            </w:pPr>
            <w:r w:rsidRPr="008C2259">
              <w:rPr>
                <w:rFonts w:cs="Times New Roman"/>
                <w:szCs w:val="24"/>
              </w:rPr>
              <w:t>2</w:t>
            </w:r>
          </w:p>
        </w:tc>
        <w:tc>
          <w:tcPr>
            <w:tcW w:w="1234" w:type="dxa"/>
          </w:tcPr>
          <w:p w14:paraId="2ED8ADE2" w14:textId="77777777" w:rsidR="005A2EFC" w:rsidRPr="008C2259" w:rsidRDefault="00000000" w:rsidP="008C2259">
            <w:pPr>
              <w:spacing w:line="360" w:lineRule="auto"/>
              <w:jc w:val="both"/>
              <w:rPr>
                <w:rFonts w:cs="Times New Roman"/>
                <w:szCs w:val="24"/>
              </w:rPr>
            </w:pPr>
            <w:r w:rsidRPr="008C2259">
              <w:rPr>
                <w:rFonts w:cs="Times New Roman"/>
                <w:szCs w:val="24"/>
              </w:rPr>
              <w:t>3</w:t>
            </w:r>
          </w:p>
        </w:tc>
        <w:tc>
          <w:tcPr>
            <w:tcW w:w="1234" w:type="dxa"/>
          </w:tcPr>
          <w:p w14:paraId="4993852D" w14:textId="77777777" w:rsidR="005A2EFC" w:rsidRPr="008C2259" w:rsidRDefault="00000000" w:rsidP="008C2259">
            <w:pPr>
              <w:spacing w:line="360" w:lineRule="auto"/>
              <w:jc w:val="both"/>
              <w:rPr>
                <w:rFonts w:cs="Times New Roman"/>
                <w:szCs w:val="24"/>
              </w:rPr>
            </w:pPr>
            <w:r w:rsidRPr="008C2259">
              <w:rPr>
                <w:rFonts w:cs="Times New Roman"/>
                <w:szCs w:val="24"/>
              </w:rPr>
              <w:t>4</w:t>
            </w:r>
          </w:p>
        </w:tc>
        <w:tc>
          <w:tcPr>
            <w:tcW w:w="1234" w:type="dxa"/>
          </w:tcPr>
          <w:p w14:paraId="3B68F387" w14:textId="77777777" w:rsidR="005A2EFC" w:rsidRPr="008C2259" w:rsidRDefault="00000000" w:rsidP="008C2259">
            <w:pPr>
              <w:spacing w:line="360" w:lineRule="auto"/>
              <w:jc w:val="both"/>
              <w:rPr>
                <w:rFonts w:cs="Times New Roman"/>
                <w:szCs w:val="24"/>
              </w:rPr>
            </w:pPr>
            <w:r w:rsidRPr="008C2259">
              <w:rPr>
                <w:rFonts w:cs="Times New Roman"/>
                <w:szCs w:val="24"/>
              </w:rPr>
              <w:t>5</w:t>
            </w:r>
          </w:p>
        </w:tc>
      </w:tr>
      <w:tr w:rsidR="005A2EFC" w:rsidRPr="008C2259" w14:paraId="685EAA76" w14:textId="77777777">
        <w:tc>
          <w:tcPr>
            <w:tcW w:w="1234" w:type="dxa"/>
          </w:tcPr>
          <w:p w14:paraId="4C212879" w14:textId="77777777" w:rsidR="005A2EFC" w:rsidRPr="008C2259" w:rsidRDefault="00000000" w:rsidP="008C2259">
            <w:pPr>
              <w:spacing w:line="360" w:lineRule="auto"/>
              <w:jc w:val="both"/>
              <w:rPr>
                <w:rFonts w:cs="Times New Roman"/>
                <w:szCs w:val="24"/>
              </w:rPr>
            </w:pPr>
            <w:r w:rsidRPr="008C2259">
              <w:rPr>
                <w:rFonts w:cs="Times New Roman"/>
                <w:szCs w:val="24"/>
              </w:rPr>
              <w:t>B3</w:t>
            </w:r>
          </w:p>
        </w:tc>
        <w:tc>
          <w:tcPr>
            <w:tcW w:w="1234" w:type="dxa"/>
          </w:tcPr>
          <w:p w14:paraId="2F1A8585" w14:textId="77777777" w:rsidR="005A2EFC" w:rsidRPr="008C2259" w:rsidRDefault="00000000" w:rsidP="008C2259">
            <w:pPr>
              <w:spacing w:line="360" w:lineRule="auto"/>
              <w:jc w:val="both"/>
              <w:rPr>
                <w:rFonts w:cs="Times New Roman"/>
                <w:szCs w:val="24"/>
              </w:rPr>
            </w:pPr>
            <w:r w:rsidRPr="008C2259">
              <w:rPr>
                <w:rFonts w:cs="Times New Roman"/>
                <w:szCs w:val="24"/>
              </w:rPr>
              <w:t>The face recognition process was quick</w:t>
            </w:r>
          </w:p>
        </w:tc>
        <w:tc>
          <w:tcPr>
            <w:tcW w:w="1234" w:type="dxa"/>
          </w:tcPr>
          <w:p w14:paraId="278117CF" w14:textId="77777777" w:rsidR="005A2EFC" w:rsidRPr="008C2259" w:rsidRDefault="00000000" w:rsidP="008C2259">
            <w:pPr>
              <w:spacing w:line="360" w:lineRule="auto"/>
              <w:jc w:val="both"/>
              <w:rPr>
                <w:rFonts w:cs="Times New Roman"/>
                <w:szCs w:val="24"/>
              </w:rPr>
            </w:pPr>
            <w:r w:rsidRPr="008C2259">
              <w:rPr>
                <w:rFonts w:cs="Times New Roman"/>
                <w:szCs w:val="24"/>
              </w:rPr>
              <w:t>1</w:t>
            </w:r>
          </w:p>
        </w:tc>
        <w:tc>
          <w:tcPr>
            <w:tcW w:w="1234" w:type="dxa"/>
          </w:tcPr>
          <w:p w14:paraId="1E7B2789" w14:textId="77777777" w:rsidR="005A2EFC" w:rsidRPr="008C2259" w:rsidRDefault="00000000" w:rsidP="008C2259">
            <w:pPr>
              <w:spacing w:line="360" w:lineRule="auto"/>
              <w:jc w:val="both"/>
              <w:rPr>
                <w:rFonts w:cs="Times New Roman"/>
                <w:szCs w:val="24"/>
              </w:rPr>
            </w:pPr>
            <w:r w:rsidRPr="008C2259">
              <w:rPr>
                <w:rFonts w:cs="Times New Roman"/>
                <w:szCs w:val="24"/>
              </w:rPr>
              <w:t>2</w:t>
            </w:r>
          </w:p>
        </w:tc>
        <w:tc>
          <w:tcPr>
            <w:tcW w:w="1234" w:type="dxa"/>
          </w:tcPr>
          <w:p w14:paraId="75A8633F" w14:textId="77777777" w:rsidR="005A2EFC" w:rsidRPr="008C2259" w:rsidRDefault="00000000" w:rsidP="008C2259">
            <w:pPr>
              <w:spacing w:line="360" w:lineRule="auto"/>
              <w:jc w:val="both"/>
              <w:rPr>
                <w:rFonts w:cs="Times New Roman"/>
                <w:szCs w:val="24"/>
              </w:rPr>
            </w:pPr>
            <w:r w:rsidRPr="008C2259">
              <w:rPr>
                <w:rFonts w:cs="Times New Roman"/>
                <w:szCs w:val="24"/>
              </w:rPr>
              <w:t>3</w:t>
            </w:r>
          </w:p>
        </w:tc>
        <w:tc>
          <w:tcPr>
            <w:tcW w:w="1234" w:type="dxa"/>
          </w:tcPr>
          <w:p w14:paraId="57F455BB" w14:textId="77777777" w:rsidR="005A2EFC" w:rsidRPr="008C2259" w:rsidRDefault="00000000" w:rsidP="008C2259">
            <w:pPr>
              <w:spacing w:line="360" w:lineRule="auto"/>
              <w:jc w:val="both"/>
              <w:rPr>
                <w:rFonts w:cs="Times New Roman"/>
                <w:szCs w:val="24"/>
              </w:rPr>
            </w:pPr>
            <w:r w:rsidRPr="008C2259">
              <w:rPr>
                <w:rFonts w:cs="Times New Roman"/>
                <w:szCs w:val="24"/>
              </w:rPr>
              <w:t>4</w:t>
            </w:r>
          </w:p>
        </w:tc>
        <w:tc>
          <w:tcPr>
            <w:tcW w:w="1234" w:type="dxa"/>
          </w:tcPr>
          <w:p w14:paraId="5389CBDC" w14:textId="77777777" w:rsidR="005A2EFC" w:rsidRPr="008C2259" w:rsidRDefault="00000000" w:rsidP="008C2259">
            <w:pPr>
              <w:spacing w:line="360" w:lineRule="auto"/>
              <w:jc w:val="both"/>
              <w:rPr>
                <w:rFonts w:cs="Times New Roman"/>
                <w:szCs w:val="24"/>
              </w:rPr>
            </w:pPr>
            <w:r w:rsidRPr="008C2259">
              <w:rPr>
                <w:rFonts w:cs="Times New Roman"/>
                <w:szCs w:val="24"/>
              </w:rPr>
              <w:t>5</w:t>
            </w:r>
          </w:p>
        </w:tc>
      </w:tr>
      <w:tr w:rsidR="005A2EFC" w:rsidRPr="008C2259" w14:paraId="70EB3BB7" w14:textId="77777777">
        <w:tc>
          <w:tcPr>
            <w:tcW w:w="1234" w:type="dxa"/>
          </w:tcPr>
          <w:p w14:paraId="12BE4E28" w14:textId="77777777" w:rsidR="005A2EFC" w:rsidRPr="008C2259" w:rsidRDefault="00000000" w:rsidP="008C2259">
            <w:pPr>
              <w:spacing w:line="360" w:lineRule="auto"/>
              <w:jc w:val="both"/>
              <w:rPr>
                <w:rFonts w:cs="Times New Roman"/>
                <w:szCs w:val="24"/>
              </w:rPr>
            </w:pPr>
            <w:r w:rsidRPr="008C2259">
              <w:rPr>
                <w:rFonts w:cs="Times New Roman"/>
                <w:szCs w:val="24"/>
              </w:rPr>
              <w:t>B4</w:t>
            </w:r>
          </w:p>
        </w:tc>
        <w:tc>
          <w:tcPr>
            <w:tcW w:w="1234" w:type="dxa"/>
          </w:tcPr>
          <w:p w14:paraId="29C90D7A" w14:textId="77777777" w:rsidR="005A2EFC" w:rsidRPr="008C2259" w:rsidRDefault="00000000" w:rsidP="008C2259">
            <w:pPr>
              <w:spacing w:line="360" w:lineRule="auto"/>
              <w:jc w:val="both"/>
              <w:rPr>
                <w:rFonts w:cs="Times New Roman"/>
                <w:szCs w:val="24"/>
              </w:rPr>
            </w:pPr>
            <w:r w:rsidRPr="008C2259">
              <w:rPr>
                <w:rFonts w:cs="Times New Roman"/>
                <w:szCs w:val="24"/>
              </w:rPr>
              <w:t>I felt confident the system recorded my attendance correctly</w:t>
            </w:r>
          </w:p>
        </w:tc>
        <w:tc>
          <w:tcPr>
            <w:tcW w:w="1234" w:type="dxa"/>
          </w:tcPr>
          <w:p w14:paraId="2116DCF6" w14:textId="77777777" w:rsidR="005A2EFC" w:rsidRPr="008C2259" w:rsidRDefault="00000000" w:rsidP="008C2259">
            <w:pPr>
              <w:spacing w:line="360" w:lineRule="auto"/>
              <w:jc w:val="both"/>
              <w:rPr>
                <w:rFonts w:cs="Times New Roman"/>
                <w:szCs w:val="24"/>
              </w:rPr>
            </w:pPr>
            <w:r w:rsidRPr="008C2259">
              <w:rPr>
                <w:rFonts w:cs="Times New Roman"/>
                <w:szCs w:val="24"/>
              </w:rPr>
              <w:t>1</w:t>
            </w:r>
          </w:p>
        </w:tc>
        <w:tc>
          <w:tcPr>
            <w:tcW w:w="1234" w:type="dxa"/>
          </w:tcPr>
          <w:p w14:paraId="05278277" w14:textId="77777777" w:rsidR="005A2EFC" w:rsidRPr="008C2259" w:rsidRDefault="00000000" w:rsidP="008C2259">
            <w:pPr>
              <w:spacing w:line="360" w:lineRule="auto"/>
              <w:jc w:val="both"/>
              <w:rPr>
                <w:rFonts w:cs="Times New Roman"/>
                <w:szCs w:val="24"/>
              </w:rPr>
            </w:pPr>
            <w:r w:rsidRPr="008C2259">
              <w:rPr>
                <w:rFonts w:cs="Times New Roman"/>
                <w:szCs w:val="24"/>
              </w:rPr>
              <w:t>2</w:t>
            </w:r>
          </w:p>
        </w:tc>
        <w:tc>
          <w:tcPr>
            <w:tcW w:w="1234" w:type="dxa"/>
          </w:tcPr>
          <w:p w14:paraId="57C4D271" w14:textId="77777777" w:rsidR="005A2EFC" w:rsidRPr="008C2259" w:rsidRDefault="00000000" w:rsidP="008C2259">
            <w:pPr>
              <w:spacing w:line="360" w:lineRule="auto"/>
              <w:jc w:val="both"/>
              <w:rPr>
                <w:rFonts w:cs="Times New Roman"/>
                <w:szCs w:val="24"/>
              </w:rPr>
            </w:pPr>
            <w:r w:rsidRPr="008C2259">
              <w:rPr>
                <w:rFonts w:cs="Times New Roman"/>
                <w:szCs w:val="24"/>
              </w:rPr>
              <w:t>3</w:t>
            </w:r>
          </w:p>
        </w:tc>
        <w:tc>
          <w:tcPr>
            <w:tcW w:w="1234" w:type="dxa"/>
          </w:tcPr>
          <w:p w14:paraId="34CA1045" w14:textId="77777777" w:rsidR="005A2EFC" w:rsidRPr="008C2259" w:rsidRDefault="00000000" w:rsidP="008C2259">
            <w:pPr>
              <w:spacing w:line="360" w:lineRule="auto"/>
              <w:jc w:val="both"/>
              <w:rPr>
                <w:rFonts w:cs="Times New Roman"/>
                <w:szCs w:val="24"/>
              </w:rPr>
            </w:pPr>
            <w:r w:rsidRPr="008C2259">
              <w:rPr>
                <w:rFonts w:cs="Times New Roman"/>
                <w:szCs w:val="24"/>
              </w:rPr>
              <w:t>4</w:t>
            </w:r>
          </w:p>
        </w:tc>
        <w:tc>
          <w:tcPr>
            <w:tcW w:w="1234" w:type="dxa"/>
          </w:tcPr>
          <w:p w14:paraId="46DEEB07" w14:textId="77777777" w:rsidR="005A2EFC" w:rsidRPr="008C2259" w:rsidRDefault="00000000" w:rsidP="008C2259">
            <w:pPr>
              <w:spacing w:line="360" w:lineRule="auto"/>
              <w:jc w:val="both"/>
              <w:rPr>
                <w:rFonts w:cs="Times New Roman"/>
                <w:szCs w:val="24"/>
              </w:rPr>
            </w:pPr>
            <w:r w:rsidRPr="008C2259">
              <w:rPr>
                <w:rFonts w:cs="Times New Roman"/>
                <w:szCs w:val="24"/>
              </w:rPr>
              <w:t>5</w:t>
            </w:r>
          </w:p>
        </w:tc>
      </w:tr>
      <w:tr w:rsidR="005A2EFC" w:rsidRPr="008C2259" w14:paraId="292F5B7F" w14:textId="77777777">
        <w:tc>
          <w:tcPr>
            <w:tcW w:w="1234" w:type="dxa"/>
          </w:tcPr>
          <w:p w14:paraId="0B5EC2F6" w14:textId="77777777" w:rsidR="005A2EFC" w:rsidRPr="008C2259" w:rsidRDefault="00000000" w:rsidP="008C2259">
            <w:pPr>
              <w:spacing w:line="360" w:lineRule="auto"/>
              <w:jc w:val="both"/>
              <w:rPr>
                <w:rFonts w:cs="Times New Roman"/>
                <w:szCs w:val="24"/>
              </w:rPr>
            </w:pPr>
            <w:r w:rsidRPr="008C2259">
              <w:rPr>
                <w:rFonts w:cs="Times New Roman"/>
                <w:szCs w:val="24"/>
              </w:rPr>
              <w:t>B5</w:t>
            </w:r>
          </w:p>
        </w:tc>
        <w:tc>
          <w:tcPr>
            <w:tcW w:w="1234" w:type="dxa"/>
          </w:tcPr>
          <w:p w14:paraId="4D6A04FF" w14:textId="77777777" w:rsidR="005A2EFC" w:rsidRPr="008C2259" w:rsidRDefault="00000000" w:rsidP="008C2259">
            <w:pPr>
              <w:spacing w:line="360" w:lineRule="auto"/>
              <w:jc w:val="both"/>
              <w:rPr>
                <w:rFonts w:cs="Times New Roman"/>
                <w:szCs w:val="24"/>
              </w:rPr>
            </w:pPr>
            <w:r w:rsidRPr="008C2259">
              <w:rPr>
                <w:rFonts w:cs="Times New Roman"/>
                <w:szCs w:val="24"/>
              </w:rPr>
              <w:t>The system worked well in different lighting conditions</w:t>
            </w:r>
          </w:p>
        </w:tc>
        <w:tc>
          <w:tcPr>
            <w:tcW w:w="1234" w:type="dxa"/>
          </w:tcPr>
          <w:p w14:paraId="774E9C3A" w14:textId="77777777" w:rsidR="005A2EFC" w:rsidRPr="008C2259" w:rsidRDefault="00000000" w:rsidP="008C2259">
            <w:pPr>
              <w:spacing w:line="360" w:lineRule="auto"/>
              <w:jc w:val="both"/>
              <w:rPr>
                <w:rFonts w:cs="Times New Roman"/>
                <w:szCs w:val="24"/>
              </w:rPr>
            </w:pPr>
            <w:r w:rsidRPr="008C2259">
              <w:rPr>
                <w:rFonts w:cs="Times New Roman"/>
                <w:szCs w:val="24"/>
              </w:rPr>
              <w:t>1</w:t>
            </w:r>
          </w:p>
        </w:tc>
        <w:tc>
          <w:tcPr>
            <w:tcW w:w="1234" w:type="dxa"/>
          </w:tcPr>
          <w:p w14:paraId="1DCC4500" w14:textId="77777777" w:rsidR="005A2EFC" w:rsidRPr="008C2259" w:rsidRDefault="00000000" w:rsidP="008C2259">
            <w:pPr>
              <w:spacing w:line="360" w:lineRule="auto"/>
              <w:jc w:val="both"/>
              <w:rPr>
                <w:rFonts w:cs="Times New Roman"/>
                <w:szCs w:val="24"/>
              </w:rPr>
            </w:pPr>
            <w:r w:rsidRPr="008C2259">
              <w:rPr>
                <w:rFonts w:cs="Times New Roman"/>
                <w:szCs w:val="24"/>
              </w:rPr>
              <w:t>2</w:t>
            </w:r>
          </w:p>
        </w:tc>
        <w:tc>
          <w:tcPr>
            <w:tcW w:w="1234" w:type="dxa"/>
          </w:tcPr>
          <w:p w14:paraId="407FC214" w14:textId="77777777" w:rsidR="005A2EFC" w:rsidRPr="008C2259" w:rsidRDefault="00000000" w:rsidP="008C2259">
            <w:pPr>
              <w:spacing w:line="360" w:lineRule="auto"/>
              <w:jc w:val="both"/>
              <w:rPr>
                <w:rFonts w:cs="Times New Roman"/>
                <w:szCs w:val="24"/>
              </w:rPr>
            </w:pPr>
            <w:r w:rsidRPr="008C2259">
              <w:rPr>
                <w:rFonts w:cs="Times New Roman"/>
                <w:szCs w:val="24"/>
              </w:rPr>
              <w:t>3</w:t>
            </w:r>
          </w:p>
        </w:tc>
        <w:tc>
          <w:tcPr>
            <w:tcW w:w="1234" w:type="dxa"/>
          </w:tcPr>
          <w:p w14:paraId="00455223" w14:textId="77777777" w:rsidR="005A2EFC" w:rsidRPr="008C2259" w:rsidRDefault="00000000" w:rsidP="008C2259">
            <w:pPr>
              <w:spacing w:line="360" w:lineRule="auto"/>
              <w:jc w:val="both"/>
              <w:rPr>
                <w:rFonts w:cs="Times New Roman"/>
                <w:szCs w:val="24"/>
              </w:rPr>
            </w:pPr>
            <w:r w:rsidRPr="008C2259">
              <w:rPr>
                <w:rFonts w:cs="Times New Roman"/>
                <w:szCs w:val="24"/>
              </w:rPr>
              <w:t>4</w:t>
            </w:r>
          </w:p>
        </w:tc>
        <w:tc>
          <w:tcPr>
            <w:tcW w:w="1234" w:type="dxa"/>
          </w:tcPr>
          <w:p w14:paraId="7E6CA628" w14:textId="77777777" w:rsidR="005A2EFC" w:rsidRPr="008C2259" w:rsidRDefault="00000000" w:rsidP="008C2259">
            <w:pPr>
              <w:spacing w:line="360" w:lineRule="auto"/>
              <w:jc w:val="both"/>
              <w:rPr>
                <w:rFonts w:cs="Times New Roman"/>
                <w:szCs w:val="24"/>
              </w:rPr>
            </w:pPr>
            <w:r w:rsidRPr="008C2259">
              <w:rPr>
                <w:rFonts w:cs="Times New Roman"/>
                <w:szCs w:val="24"/>
              </w:rPr>
              <w:t>5</w:t>
            </w:r>
          </w:p>
        </w:tc>
      </w:tr>
      <w:tr w:rsidR="005A2EFC" w:rsidRPr="008C2259" w14:paraId="286997F6" w14:textId="77777777">
        <w:tc>
          <w:tcPr>
            <w:tcW w:w="1234" w:type="dxa"/>
          </w:tcPr>
          <w:p w14:paraId="18D5EEE1" w14:textId="77777777" w:rsidR="005A2EFC" w:rsidRPr="008C2259" w:rsidRDefault="00000000" w:rsidP="008C2259">
            <w:pPr>
              <w:spacing w:line="360" w:lineRule="auto"/>
              <w:jc w:val="both"/>
              <w:rPr>
                <w:rFonts w:cs="Times New Roman"/>
                <w:szCs w:val="24"/>
              </w:rPr>
            </w:pPr>
            <w:r w:rsidRPr="008C2259">
              <w:rPr>
                <w:rFonts w:cs="Times New Roman"/>
                <w:szCs w:val="24"/>
              </w:rPr>
              <w:t>B6</w:t>
            </w:r>
          </w:p>
        </w:tc>
        <w:tc>
          <w:tcPr>
            <w:tcW w:w="1234" w:type="dxa"/>
          </w:tcPr>
          <w:p w14:paraId="6239FC1D" w14:textId="77777777" w:rsidR="005A2EFC" w:rsidRPr="008C2259" w:rsidRDefault="00000000" w:rsidP="008C2259">
            <w:pPr>
              <w:spacing w:line="360" w:lineRule="auto"/>
              <w:jc w:val="both"/>
              <w:rPr>
                <w:rFonts w:cs="Times New Roman"/>
                <w:szCs w:val="24"/>
              </w:rPr>
            </w:pPr>
            <w:r w:rsidRPr="008C2259">
              <w:rPr>
                <w:rFonts w:cs="Times New Roman"/>
                <w:szCs w:val="24"/>
              </w:rPr>
              <w:t>I preferred this to manual roll call</w:t>
            </w:r>
          </w:p>
        </w:tc>
        <w:tc>
          <w:tcPr>
            <w:tcW w:w="1234" w:type="dxa"/>
          </w:tcPr>
          <w:p w14:paraId="6589BE39" w14:textId="77777777" w:rsidR="005A2EFC" w:rsidRPr="008C2259" w:rsidRDefault="00000000" w:rsidP="008C2259">
            <w:pPr>
              <w:spacing w:line="360" w:lineRule="auto"/>
              <w:jc w:val="both"/>
              <w:rPr>
                <w:rFonts w:cs="Times New Roman"/>
                <w:szCs w:val="24"/>
              </w:rPr>
            </w:pPr>
            <w:r w:rsidRPr="008C2259">
              <w:rPr>
                <w:rFonts w:cs="Times New Roman"/>
                <w:szCs w:val="24"/>
              </w:rPr>
              <w:t>1</w:t>
            </w:r>
          </w:p>
        </w:tc>
        <w:tc>
          <w:tcPr>
            <w:tcW w:w="1234" w:type="dxa"/>
          </w:tcPr>
          <w:p w14:paraId="70537ACE" w14:textId="77777777" w:rsidR="005A2EFC" w:rsidRPr="008C2259" w:rsidRDefault="00000000" w:rsidP="008C2259">
            <w:pPr>
              <w:spacing w:line="360" w:lineRule="auto"/>
              <w:jc w:val="both"/>
              <w:rPr>
                <w:rFonts w:cs="Times New Roman"/>
                <w:szCs w:val="24"/>
              </w:rPr>
            </w:pPr>
            <w:r w:rsidRPr="008C2259">
              <w:rPr>
                <w:rFonts w:cs="Times New Roman"/>
                <w:szCs w:val="24"/>
              </w:rPr>
              <w:t>2</w:t>
            </w:r>
          </w:p>
        </w:tc>
        <w:tc>
          <w:tcPr>
            <w:tcW w:w="1234" w:type="dxa"/>
          </w:tcPr>
          <w:p w14:paraId="4D9B1278" w14:textId="77777777" w:rsidR="005A2EFC" w:rsidRPr="008C2259" w:rsidRDefault="00000000" w:rsidP="008C2259">
            <w:pPr>
              <w:spacing w:line="360" w:lineRule="auto"/>
              <w:jc w:val="both"/>
              <w:rPr>
                <w:rFonts w:cs="Times New Roman"/>
                <w:szCs w:val="24"/>
              </w:rPr>
            </w:pPr>
            <w:r w:rsidRPr="008C2259">
              <w:rPr>
                <w:rFonts w:cs="Times New Roman"/>
                <w:szCs w:val="24"/>
              </w:rPr>
              <w:t>3</w:t>
            </w:r>
          </w:p>
        </w:tc>
        <w:tc>
          <w:tcPr>
            <w:tcW w:w="1234" w:type="dxa"/>
          </w:tcPr>
          <w:p w14:paraId="51205325" w14:textId="77777777" w:rsidR="005A2EFC" w:rsidRPr="008C2259" w:rsidRDefault="00000000" w:rsidP="008C2259">
            <w:pPr>
              <w:spacing w:line="360" w:lineRule="auto"/>
              <w:jc w:val="both"/>
              <w:rPr>
                <w:rFonts w:cs="Times New Roman"/>
                <w:szCs w:val="24"/>
              </w:rPr>
            </w:pPr>
            <w:r w:rsidRPr="008C2259">
              <w:rPr>
                <w:rFonts w:cs="Times New Roman"/>
                <w:szCs w:val="24"/>
              </w:rPr>
              <w:t>4</w:t>
            </w:r>
          </w:p>
        </w:tc>
        <w:tc>
          <w:tcPr>
            <w:tcW w:w="1234" w:type="dxa"/>
          </w:tcPr>
          <w:p w14:paraId="60228C34" w14:textId="77777777" w:rsidR="005A2EFC" w:rsidRPr="008C2259" w:rsidRDefault="00000000" w:rsidP="008C2259">
            <w:pPr>
              <w:spacing w:line="360" w:lineRule="auto"/>
              <w:jc w:val="both"/>
              <w:rPr>
                <w:rFonts w:cs="Times New Roman"/>
                <w:szCs w:val="24"/>
              </w:rPr>
            </w:pPr>
            <w:r w:rsidRPr="008C2259">
              <w:rPr>
                <w:rFonts w:cs="Times New Roman"/>
                <w:szCs w:val="24"/>
              </w:rPr>
              <w:t>5</w:t>
            </w:r>
          </w:p>
        </w:tc>
      </w:tr>
      <w:tr w:rsidR="005A2EFC" w:rsidRPr="008C2259" w14:paraId="0BEA0A44" w14:textId="77777777">
        <w:tc>
          <w:tcPr>
            <w:tcW w:w="1234" w:type="dxa"/>
          </w:tcPr>
          <w:p w14:paraId="75F76F83" w14:textId="77777777" w:rsidR="005A2EFC" w:rsidRPr="008C2259" w:rsidRDefault="00000000" w:rsidP="008C2259">
            <w:pPr>
              <w:spacing w:line="360" w:lineRule="auto"/>
              <w:jc w:val="both"/>
              <w:rPr>
                <w:rFonts w:cs="Times New Roman"/>
                <w:szCs w:val="24"/>
              </w:rPr>
            </w:pPr>
            <w:r w:rsidRPr="008C2259">
              <w:rPr>
                <w:rFonts w:cs="Times New Roman"/>
                <w:szCs w:val="24"/>
              </w:rPr>
              <w:t>B7</w:t>
            </w:r>
          </w:p>
        </w:tc>
        <w:tc>
          <w:tcPr>
            <w:tcW w:w="1234" w:type="dxa"/>
          </w:tcPr>
          <w:p w14:paraId="307DE8CE" w14:textId="77777777" w:rsidR="005A2EFC" w:rsidRPr="008C2259" w:rsidRDefault="00000000" w:rsidP="008C2259">
            <w:pPr>
              <w:spacing w:line="360" w:lineRule="auto"/>
              <w:jc w:val="both"/>
              <w:rPr>
                <w:rFonts w:cs="Times New Roman"/>
                <w:szCs w:val="24"/>
              </w:rPr>
            </w:pPr>
            <w:r w:rsidRPr="008C2259">
              <w:rPr>
                <w:rFonts w:cs="Times New Roman"/>
                <w:szCs w:val="24"/>
              </w:rPr>
              <w:t xml:space="preserve">Based on your experience during pilot sessions, the system </w:t>
            </w:r>
            <w:r w:rsidRPr="008C2259">
              <w:rPr>
                <w:rFonts w:cs="Times New Roman"/>
                <w:szCs w:val="24"/>
              </w:rPr>
              <w:lastRenderedPageBreak/>
              <w:t>accuracy was satisfactory</w:t>
            </w:r>
          </w:p>
        </w:tc>
        <w:tc>
          <w:tcPr>
            <w:tcW w:w="1234" w:type="dxa"/>
          </w:tcPr>
          <w:p w14:paraId="6958F62F" w14:textId="77777777" w:rsidR="005A2EFC" w:rsidRPr="008C2259" w:rsidRDefault="00000000" w:rsidP="008C2259">
            <w:pPr>
              <w:spacing w:line="360" w:lineRule="auto"/>
              <w:jc w:val="both"/>
              <w:rPr>
                <w:rFonts w:cs="Times New Roman"/>
                <w:szCs w:val="24"/>
              </w:rPr>
            </w:pPr>
            <w:r w:rsidRPr="008C2259">
              <w:rPr>
                <w:rFonts w:cs="Times New Roman"/>
                <w:szCs w:val="24"/>
              </w:rPr>
              <w:lastRenderedPageBreak/>
              <w:t>1</w:t>
            </w:r>
          </w:p>
        </w:tc>
        <w:tc>
          <w:tcPr>
            <w:tcW w:w="1234" w:type="dxa"/>
          </w:tcPr>
          <w:p w14:paraId="14E950A1" w14:textId="77777777" w:rsidR="005A2EFC" w:rsidRPr="008C2259" w:rsidRDefault="00000000" w:rsidP="008C2259">
            <w:pPr>
              <w:spacing w:line="360" w:lineRule="auto"/>
              <w:jc w:val="both"/>
              <w:rPr>
                <w:rFonts w:cs="Times New Roman"/>
                <w:szCs w:val="24"/>
              </w:rPr>
            </w:pPr>
            <w:r w:rsidRPr="008C2259">
              <w:rPr>
                <w:rFonts w:cs="Times New Roman"/>
                <w:szCs w:val="24"/>
              </w:rPr>
              <w:t>2</w:t>
            </w:r>
          </w:p>
        </w:tc>
        <w:tc>
          <w:tcPr>
            <w:tcW w:w="1234" w:type="dxa"/>
          </w:tcPr>
          <w:p w14:paraId="55C6E503" w14:textId="77777777" w:rsidR="005A2EFC" w:rsidRPr="008C2259" w:rsidRDefault="00000000" w:rsidP="008C2259">
            <w:pPr>
              <w:spacing w:line="360" w:lineRule="auto"/>
              <w:jc w:val="both"/>
              <w:rPr>
                <w:rFonts w:cs="Times New Roman"/>
                <w:szCs w:val="24"/>
              </w:rPr>
            </w:pPr>
            <w:r w:rsidRPr="008C2259">
              <w:rPr>
                <w:rFonts w:cs="Times New Roman"/>
                <w:szCs w:val="24"/>
              </w:rPr>
              <w:t>3</w:t>
            </w:r>
          </w:p>
        </w:tc>
        <w:tc>
          <w:tcPr>
            <w:tcW w:w="1234" w:type="dxa"/>
          </w:tcPr>
          <w:p w14:paraId="4A4C8A97" w14:textId="77777777" w:rsidR="005A2EFC" w:rsidRPr="008C2259" w:rsidRDefault="00000000" w:rsidP="008C2259">
            <w:pPr>
              <w:spacing w:line="360" w:lineRule="auto"/>
              <w:jc w:val="both"/>
              <w:rPr>
                <w:rFonts w:cs="Times New Roman"/>
                <w:szCs w:val="24"/>
              </w:rPr>
            </w:pPr>
            <w:r w:rsidRPr="008C2259">
              <w:rPr>
                <w:rFonts w:cs="Times New Roman"/>
                <w:szCs w:val="24"/>
              </w:rPr>
              <w:t>4</w:t>
            </w:r>
          </w:p>
        </w:tc>
        <w:tc>
          <w:tcPr>
            <w:tcW w:w="1234" w:type="dxa"/>
          </w:tcPr>
          <w:p w14:paraId="756DAF46" w14:textId="77777777" w:rsidR="005A2EFC" w:rsidRPr="008C2259" w:rsidRDefault="00000000" w:rsidP="008C2259">
            <w:pPr>
              <w:spacing w:line="360" w:lineRule="auto"/>
              <w:jc w:val="both"/>
              <w:rPr>
                <w:rFonts w:cs="Times New Roman"/>
                <w:szCs w:val="24"/>
              </w:rPr>
            </w:pPr>
            <w:r w:rsidRPr="008C2259">
              <w:rPr>
                <w:rFonts w:cs="Times New Roman"/>
                <w:szCs w:val="24"/>
              </w:rPr>
              <w:t>5</w:t>
            </w:r>
          </w:p>
        </w:tc>
      </w:tr>
      <w:tr w:rsidR="005A2EFC" w:rsidRPr="008C2259" w14:paraId="2CDD81DF" w14:textId="77777777">
        <w:tc>
          <w:tcPr>
            <w:tcW w:w="1234" w:type="dxa"/>
          </w:tcPr>
          <w:p w14:paraId="2C9893AB" w14:textId="77777777" w:rsidR="005A2EFC" w:rsidRPr="008C2259" w:rsidRDefault="00000000" w:rsidP="008C2259">
            <w:pPr>
              <w:spacing w:line="360" w:lineRule="auto"/>
              <w:jc w:val="both"/>
              <w:rPr>
                <w:rFonts w:cs="Times New Roman"/>
                <w:szCs w:val="24"/>
              </w:rPr>
            </w:pPr>
            <w:r w:rsidRPr="008C2259">
              <w:rPr>
                <w:rFonts w:cs="Times New Roman"/>
                <w:szCs w:val="24"/>
              </w:rPr>
              <w:t>B8</w:t>
            </w:r>
          </w:p>
        </w:tc>
        <w:tc>
          <w:tcPr>
            <w:tcW w:w="1234" w:type="dxa"/>
          </w:tcPr>
          <w:p w14:paraId="7465CD1A" w14:textId="77777777" w:rsidR="005A2EFC" w:rsidRPr="008C2259" w:rsidRDefault="00000000" w:rsidP="008C2259">
            <w:pPr>
              <w:spacing w:line="360" w:lineRule="auto"/>
              <w:jc w:val="both"/>
              <w:rPr>
                <w:rFonts w:cs="Times New Roman"/>
                <w:szCs w:val="24"/>
              </w:rPr>
            </w:pPr>
            <w:r w:rsidRPr="008C2259">
              <w:rPr>
                <w:rFonts w:cs="Times New Roman"/>
                <w:szCs w:val="24"/>
              </w:rPr>
              <w:t>The attendance dashboard was useful</w:t>
            </w:r>
          </w:p>
        </w:tc>
        <w:tc>
          <w:tcPr>
            <w:tcW w:w="1234" w:type="dxa"/>
          </w:tcPr>
          <w:p w14:paraId="007A5151" w14:textId="77777777" w:rsidR="005A2EFC" w:rsidRPr="008C2259" w:rsidRDefault="00000000" w:rsidP="008C2259">
            <w:pPr>
              <w:spacing w:line="360" w:lineRule="auto"/>
              <w:jc w:val="both"/>
              <w:rPr>
                <w:rFonts w:cs="Times New Roman"/>
                <w:szCs w:val="24"/>
              </w:rPr>
            </w:pPr>
            <w:r w:rsidRPr="008C2259">
              <w:rPr>
                <w:rFonts w:cs="Times New Roman"/>
                <w:szCs w:val="24"/>
              </w:rPr>
              <w:t>1</w:t>
            </w:r>
          </w:p>
        </w:tc>
        <w:tc>
          <w:tcPr>
            <w:tcW w:w="1234" w:type="dxa"/>
          </w:tcPr>
          <w:p w14:paraId="6F8E2F12" w14:textId="77777777" w:rsidR="005A2EFC" w:rsidRPr="008C2259" w:rsidRDefault="00000000" w:rsidP="008C2259">
            <w:pPr>
              <w:spacing w:line="360" w:lineRule="auto"/>
              <w:jc w:val="both"/>
              <w:rPr>
                <w:rFonts w:cs="Times New Roman"/>
                <w:szCs w:val="24"/>
              </w:rPr>
            </w:pPr>
            <w:r w:rsidRPr="008C2259">
              <w:rPr>
                <w:rFonts w:cs="Times New Roman"/>
                <w:szCs w:val="24"/>
              </w:rPr>
              <w:t>2</w:t>
            </w:r>
          </w:p>
        </w:tc>
        <w:tc>
          <w:tcPr>
            <w:tcW w:w="1234" w:type="dxa"/>
          </w:tcPr>
          <w:p w14:paraId="3CB0AA8B" w14:textId="77777777" w:rsidR="005A2EFC" w:rsidRPr="008C2259" w:rsidRDefault="00000000" w:rsidP="008C2259">
            <w:pPr>
              <w:spacing w:line="360" w:lineRule="auto"/>
              <w:jc w:val="both"/>
              <w:rPr>
                <w:rFonts w:cs="Times New Roman"/>
                <w:szCs w:val="24"/>
              </w:rPr>
            </w:pPr>
            <w:r w:rsidRPr="008C2259">
              <w:rPr>
                <w:rFonts w:cs="Times New Roman"/>
                <w:szCs w:val="24"/>
              </w:rPr>
              <w:t>3</w:t>
            </w:r>
          </w:p>
        </w:tc>
        <w:tc>
          <w:tcPr>
            <w:tcW w:w="1234" w:type="dxa"/>
          </w:tcPr>
          <w:p w14:paraId="608B762E" w14:textId="77777777" w:rsidR="005A2EFC" w:rsidRPr="008C2259" w:rsidRDefault="00000000" w:rsidP="008C2259">
            <w:pPr>
              <w:spacing w:line="360" w:lineRule="auto"/>
              <w:jc w:val="both"/>
              <w:rPr>
                <w:rFonts w:cs="Times New Roman"/>
                <w:szCs w:val="24"/>
              </w:rPr>
            </w:pPr>
            <w:r w:rsidRPr="008C2259">
              <w:rPr>
                <w:rFonts w:cs="Times New Roman"/>
                <w:szCs w:val="24"/>
              </w:rPr>
              <w:t>4</w:t>
            </w:r>
          </w:p>
        </w:tc>
        <w:tc>
          <w:tcPr>
            <w:tcW w:w="1234" w:type="dxa"/>
          </w:tcPr>
          <w:p w14:paraId="61419AD3" w14:textId="77777777" w:rsidR="005A2EFC" w:rsidRPr="008C2259" w:rsidRDefault="00000000" w:rsidP="008C2259">
            <w:pPr>
              <w:spacing w:line="360" w:lineRule="auto"/>
              <w:jc w:val="both"/>
              <w:rPr>
                <w:rFonts w:cs="Times New Roman"/>
                <w:szCs w:val="24"/>
              </w:rPr>
            </w:pPr>
            <w:r w:rsidRPr="008C2259">
              <w:rPr>
                <w:rFonts w:cs="Times New Roman"/>
                <w:szCs w:val="24"/>
              </w:rPr>
              <w:t>5</w:t>
            </w:r>
          </w:p>
        </w:tc>
      </w:tr>
      <w:tr w:rsidR="005A2EFC" w:rsidRPr="008C2259" w14:paraId="702B1E96" w14:textId="77777777">
        <w:tc>
          <w:tcPr>
            <w:tcW w:w="1234" w:type="dxa"/>
          </w:tcPr>
          <w:p w14:paraId="48CC0D18" w14:textId="77777777" w:rsidR="005A2EFC" w:rsidRPr="008C2259" w:rsidRDefault="00000000" w:rsidP="008C2259">
            <w:pPr>
              <w:spacing w:line="360" w:lineRule="auto"/>
              <w:jc w:val="both"/>
              <w:rPr>
                <w:rFonts w:cs="Times New Roman"/>
                <w:szCs w:val="24"/>
              </w:rPr>
            </w:pPr>
            <w:r w:rsidRPr="008C2259">
              <w:rPr>
                <w:rFonts w:cs="Times New Roman"/>
                <w:szCs w:val="24"/>
              </w:rPr>
              <w:t>B9</w:t>
            </w:r>
          </w:p>
        </w:tc>
        <w:tc>
          <w:tcPr>
            <w:tcW w:w="1234" w:type="dxa"/>
          </w:tcPr>
          <w:p w14:paraId="571F3DB0" w14:textId="77777777" w:rsidR="005A2EFC" w:rsidRPr="008C2259" w:rsidRDefault="00000000" w:rsidP="008C2259">
            <w:pPr>
              <w:spacing w:line="360" w:lineRule="auto"/>
              <w:jc w:val="both"/>
              <w:rPr>
                <w:rFonts w:cs="Times New Roman"/>
                <w:szCs w:val="24"/>
              </w:rPr>
            </w:pPr>
            <w:r w:rsidRPr="008C2259">
              <w:rPr>
                <w:rFonts w:cs="Times New Roman"/>
                <w:szCs w:val="24"/>
              </w:rPr>
              <w:t>I would recommend this system to other universities</w:t>
            </w:r>
          </w:p>
        </w:tc>
        <w:tc>
          <w:tcPr>
            <w:tcW w:w="1234" w:type="dxa"/>
          </w:tcPr>
          <w:p w14:paraId="648E7F53" w14:textId="77777777" w:rsidR="005A2EFC" w:rsidRPr="008C2259" w:rsidRDefault="00000000" w:rsidP="008C2259">
            <w:pPr>
              <w:spacing w:line="360" w:lineRule="auto"/>
              <w:jc w:val="both"/>
              <w:rPr>
                <w:rFonts w:cs="Times New Roman"/>
                <w:szCs w:val="24"/>
              </w:rPr>
            </w:pPr>
            <w:r w:rsidRPr="008C2259">
              <w:rPr>
                <w:rFonts w:cs="Times New Roman"/>
                <w:szCs w:val="24"/>
              </w:rPr>
              <w:t>1</w:t>
            </w:r>
          </w:p>
        </w:tc>
        <w:tc>
          <w:tcPr>
            <w:tcW w:w="1234" w:type="dxa"/>
          </w:tcPr>
          <w:p w14:paraId="49B76CB1" w14:textId="77777777" w:rsidR="005A2EFC" w:rsidRPr="008C2259" w:rsidRDefault="00000000" w:rsidP="008C2259">
            <w:pPr>
              <w:spacing w:line="360" w:lineRule="auto"/>
              <w:jc w:val="both"/>
              <w:rPr>
                <w:rFonts w:cs="Times New Roman"/>
                <w:szCs w:val="24"/>
              </w:rPr>
            </w:pPr>
            <w:r w:rsidRPr="008C2259">
              <w:rPr>
                <w:rFonts w:cs="Times New Roman"/>
                <w:szCs w:val="24"/>
              </w:rPr>
              <w:t>2</w:t>
            </w:r>
          </w:p>
        </w:tc>
        <w:tc>
          <w:tcPr>
            <w:tcW w:w="1234" w:type="dxa"/>
          </w:tcPr>
          <w:p w14:paraId="1CD19E77" w14:textId="77777777" w:rsidR="005A2EFC" w:rsidRPr="008C2259" w:rsidRDefault="00000000" w:rsidP="008C2259">
            <w:pPr>
              <w:spacing w:line="360" w:lineRule="auto"/>
              <w:jc w:val="both"/>
              <w:rPr>
                <w:rFonts w:cs="Times New Roman"/>
                <w:szCs w:val="24"/>
              </w:rPr>
            </w:pPr>
            <w:r w:rsidRPr="008C2259">
              <w:rPr>
                <w:rFonts w:cs="Times New Roman"/>
                <w:szCs w:val="24"/>
              </w:rPr>
              <w:t>3</w:t>
            </w:r>
          </w:p>
        </w:tc>
        <w:tc>
          <w:tcPr>
            <w:tcW w:w="1234" w:type="dxa"/>
          </w:tcPr>
          <w:p w14:paraId="30B8FEBE" w14:textId="77777777" w:rsidR="005A2EFC" w:rsidRPr="008C2259" w:rsidRDefault="00000000" w:rsidP="008C2259">
            <w:pPr>
              <w:spacing w:line="360" w:lineRule="auto"/>
              <w:jc w:val="both"/>
              <w:rPr>
                <w:rFonts w:cs="Times New Roman"/>
                <w:szCs w:val="24"/>
              </w:rPr>
            </w:pPr>
            <w:r w:rsidRPr="008C2259">
              <w:rPr>
                <w:rFonts w:cs="Times New Roman"/>
                <w:szCs w:val="24"/>
              </w:rPr>
              <w:t>4</w:t>
            </w:r>
          </w:p>
        </w:tc>
        <w:tc>
          <w:tcPr>
            <w:tcW w:w="1234" w:type="dxa"/>
          </w:tcPr>
          <w:p w14:paraId="44118BC0" w14:textId="77777777" w:rsidR="005A2EFC" w:rsidRPr="008C2259" w:rsidRDefault="00000000" w:rsidP="008C2259">
            <w:pPr>
              <w:spacing w:line="360" w:lineRule="auto"/>
              <w:jc w:val="both"/>
              <w:rPr>
                <w:rFonts w:cs="Times New Roman"/>
                <w:szCs w:val="24"/>
              </w:rPr>
            </w:pPr>
            <w:r w:rsidRPr="008C2259">
              <w:rPr>
                <w:rFonts w:cs="Times New Roman"/>
                <w:szCs w:val="24"/>
              </w:rPr>
              <w:t>5</w:t>
            </w:r>
          </w:p>
        </w:tc>
      </w:tr>
      <w:tr w:rsidR="005A2EFC" w:rsidRPr="008C2259" w14:paraId="150AA0E7" w14:textId="77777777">
        <w:tc>
          <w:tcPr>
            <w:tcW w:w="1234" w:type="dxa"/>
          </w:tcPr>
          <w:p w14:paraId="41415887" w14:textId="77777777" w:rsidR="005A2EFC" w:rsidRPr="008C2259" w:rsidRDefault="00000000" w:rsidP="008C2259">
            <w:pPr>
              <w:spacing w:line="360" w:lineRule="auto"/>
              <w:jc w:val="both"/>
              <w:rPr>
                <w:rFonts w:cs="Times New Roman"/>
                <w:szCs w:val="24"/>
              </w:rPr>
            </w:pPr>
            <w:r w:rsidRPr="008C2259">
              <w:rPr>
                <w:rFonts w:cs="Times New Roman"/>
                <w:szCs w:val="24"/>
              </w:rPr>
              <w:t>B10</w:t>
            </w:r>
          </w:p>
        </w:tc>
        <w:tc>
          <w:tcPr>
            <w:tcW w:w="1234" w:type="dxa"/>
          </w:tcPr>
          <w:p w14:paraId="02EE0C96" w14:textId="77777777" w:rsidR="005A2EFC" w:rsidRPr="008C2259" w:rsidRDefault="00000000" w:rsidP="008C2259">
            <w:pPr>
              <w:spacing w:line="360" w:lineRule="auto"/>
              <w:jc w:val="both"/>
              <w:rPr>
                <w:rFonts w:cs="Times New Roman"/>
                <w:szCs w:val="24"/>
              </w:rPr>
            </w:pPr>
            <w:r w:rsidRPr="008C2259">
              <w:rPr>
                <w:rFonts w:cs="Times New Roman"/>
                <w:szCs w:val="24"/>
              </w:rPr>
              <w:t>The system saved time at the start of lectures</w:t>
            </w:r>
          </w:p>
        </w:tc>
        <w:tc>
          <w:tcPr>
            <w:tcW w:w="1234" w:type="dxa"/>
          </w:tcPr>
          <w:p w14:paraId="01658C4B" w14:textId="77777777" w:rsidR="005A2EFC" w:rsidRPr="008C2259" w:rsidRDefault="00000000" w:rsidP="008C2259">
            <w:pPr>
              <w:spacing w:line="360" w:lineRule="auto"/>
              <w:jc w:val="both"/>
              <w:rPr>
                <w:rFonts w:cs="Times New Roman"/>
                <w:szCs w:val="24"/>
              </w:rPr>
            </w:pPr>
            <w:r w:rsidRPr="008C2259">
              <w:rPr>
                <w:rFonts w:cs="Times New Roman"/>
                <w:szCs w:val="24"/>
              </w:rPr>
              <w:t>1</w:t>
            </w:r>
          </w:p>
        </w:tc>
        <w:tc>
          <w:tcPr>
            <w:tcW w:w="1234" w:type="dxa"/>
          </w:tcPr>
          <w:p w14:paraId="2FC3DCC3" w14:textId="77777777" w:rsidR="005A2EFC" w:rsidRPr="008C2259" w:rsidRDefault="00000000" w:rsidP="008C2259">
            <w:pPr>
              <w:spacing w:line="360" w:lineRule="auto"/>
              <w:jc w:val="both"/>
              <w:rPr>
                <w:rFonts w:cs="Times New Roman"/>
                <w:szCs w:val="24"/>
              </w:rPr>
            </w:pPr>
            <w:r w:rsidRPr="008C2259">
              <w:rPr>
                <w:rFonts w:cs="Times New Roman"/>
                <w:szCs w:val="24"/>
              </w:rPr>
              <w:t>2</w:t>
            </w:r>
          </w:p>
        </w:tc>
        <w:tc>
          <w:tcPr>
            <w:tcW w:w="1234" w:type="dxa"/>
          </w:tcPr>
          <w:p w14:paraId="07F8E234" w14:textId="77777777" w:rsidR="005A2EFC" w:rsidRPr="008C2259" w:rsidRDefault="00000000" w:rsidP="008C2259">
            <w:pPr>
              <w:spacing w:line="360" w:lineRule="auto"/>
              <w:jc w:val="both"/>
              <w:rPr>
                <w:rFonts w:cs="Times New Roman"/>
                <w:szCs w:val="24"/>
              </w:rPr>
            </w:pPr>
            <w:r w:rsidRPr="008C2259">
              <w:rPr>
                <w:rFonts w:cs="Times New Roman"/>
                <w:szCs w:val="24"/>
              </w:rPr>
              <w:t>3</w:t>
            </w:r>
          </w:p>
        </w:tc>
        <w:tc>
          <w:tcPr>
            <w:tcW w:w="1234" w:type="dxa"/>
          </w:tcPr>
          <w:p w14:paraId="720AA284" w14:textId="77777777" w:rsidR="005A2EFC" w:rsidRPr="008C2259" w:rsidRDefault="00000000" w:rsidP="008C2259">
            <w:pPr>
              <w:spacing w:line="360" w:lineRule="auto"/>
              <w:jc w:val="both"/>
              <w:rPr>
                <w:rFonts w:cs="Times New Roman"/>
                <w:szCs w:val="24"/>
              </w:rPr>
            </w:pPr>
            <w:r w:rsidRPr="008C2259">
              <w:rPr>
                <w:rFonts w:cs="Times New Roman"/>
                <w:szCs w:val="24"/>
              </w:rPr>
              <w:t>4</w:t>
            </w:r>
          </w:p>
        </w:tc>
        <w:tc>
          <w:tcPr>
            <w:tcW w:w="1234" w:type="dxa"/>
          </w:tcPr>
          <w:p w14:paraId="1D099E4D" w14:textId="77777777" w:rsidR="005A2EFC" w:rsidRPr="008C2259" w:rsidRDefault="00000000" w:rsidP="008C2259">
            <w:pPr>
              <w:spacing w:line="360" w:lineRule="auto"/>
              <w:jc w:val="both"/>
              <w:rPr>
                <w:rFonts w:cs="Times New Roman"/>
                <w:szCs w:val="24"/>
              </w:rPr>
            </w:pPr>
            <w:r w:rsidRPr="008C2259">
              <w:rPr>
                <w:rFonts w:cs="Times New Roman"/>
                <w:szCs w:val="24"/>
              </w:rPr>
              <w:t>5</w:t>
            </w:r>
          </w:p>
        </w:tc>
      </w:tr>
      <w:tr w:rsidR="005A2EFC" w:rsidRPr="008C2259" w14:paraId="274912A0" w14:textId="77777777">
        <w:tc>
          <w:tcPr>
            <w:tcW w:w="1234" w:type="dxa"/>
          </w:tcPr>
          <w:p w14:paraId="53CB88D8" w14:textId="77777777" w:rsidR="005A2EFC" w:rsidRPr="008C2259" w:rsidRDefault="00000000" w:rsidP="008C2259">
            <w:pPr>
              <w:spacing w:line="360" w:lineRule="auto"/>
              <w:jc w:val="both"/>
              <w:rPr>
                <w:rFonts w:cs="Times New Roman"/>
                <w:szCs w:val="24"/>
              </w:rPr>
            </w:pPr>
            <w:r w:rsidRPr="008C2259">
              <w:rPr>
                <w:rFonts w:cs="Times New Roman"/>
                <w:szCs w:val="24"/>
              </w:rPr>
              <w:t>B11</w:t>
            </w:r>
          </w:p>
        </w:tc>
        <w:tc>
          <w:tcPr>
            <w:tcW w:w="1234" w:type="dxa"/>
          </w:tcPr>
          <w:p w14:paraId="424DB8E2" w14:textId="77777777" w:rsidR="005A2EFC" w:rsidRPr="008C2259" w:rsidRDefault="00000000" w:rsidP="008C2259">
            <w:pPr>
              <w:spacing w:line="360" w:lineRule="auto"/>
              <w:jc w:val="both"/>
              <w:rPr>
                <w:rFonts w:cs="Times New Roman"/>
                <w:szCs w:val="24"/>
              </w:rPr>
            </w:pPr>
            <w:r w:rsidRPr="008C2259">
              <w:rPr>
                <w:rFonts w:cs="Times New Roman"/>
                <w:szCs w:val="24"/>
              </w:rPr>
              <w:t>Technical issues were minimal during testing</w:t>
            </w:r>
          </w:p>
        </w:tc>
        <w:tc>
          <w:tcPr>
            <w:tcW w:w="1234" w:type="dxa"/>
          </w:tcPr>
          <w:p w14:paraId="3ABA9DF4" w14:textId="77777777" w:rsidR="005A2EFC" w:rsidRPr="008C2259" w:rsidRDefault="00000000" w:rsidP="008C2259">
            <w:pPr>
              <w:spacing w:line="360" w:lineRule="auto"/>
              <w:jc w:val="both"/>
              <w:rPr>
                <w:rFonts w:cs="Times New Roman"/>
                <w:szCs w:val="24"/>
              </w:rPr>
            </w:pPr>
            <w:r w:rsidRPr="008C2259">
              <w:rPr>
                <w:rFonts w:cs="Times New Roman"/>
                <w:szCs w:val="24"/>
              </w:rPr>
              <w:t>1</w:t>
            </w:r>
          </w:p>
        </w:tc>
        <w:tc>
          <w:tcPr>
            <w:tcW w:w="1234" w:type="dxa"/>
          </w:tcPr>
          <w:p w14:paraId="244A6A0A" w14:textId="77777777" w:rsidR="005A2EFC" w:rsidRPr="008C2259" w:rsidRDefault="00000000" w:rsidP="008C2259">
            <w:pPr>
              <w:spacing w:line="360" w:lineRule="auto"/>
              <w:jc w:val="both"/>
              <w:rPr>
                <w:rFonts w:cs="Times New Roman"/>
                <w:szCs w:val="24"/>
              </w:rPr>
            </w:pPr>
            <w:r w:rsidRPr="008C2259">
              <w:rPr>
                <w:rFonts w:cs="Times New Roman"/>
                <w:szCs w:val="24"/>
              </w:rPr>
              <w:t>2</w:t>
            </w:r>
          </w:p>
        </w:tc>
        <w:tc>
          <w:tcPr>
            <w:tcW w:w="1234" w:type="dxa"/>
          </w:tcPr>
          <w:p w14:paraId="55D2D7A6" w14:textId="77777777" w:rsidR="005A2EFC" w:rsidRPr="008C2259" w:rsidRDefault="00000000" w:rsidP="008C2259">
            <w:pPr>
              <w:spacing w:line="360" w:lineRule="auto"/>
              <w:jc w:val="both"/>
              <w:rPr>
                <w:rFonts w:cs="Times New Roman"/>
                <w:szCs w:val="24"/>
              </w:rPr>
            </w:pPr>
            <w:r w:rsidRPr="008C2259">
              <w:rPr>
                <w:rFonts w:cs="Times New Roman"/>
                <w:szCs w:val="24"/>
              </w:rPr>
              <w:t>3</w:t>
            </w:r>
          </w:p>
        </w:tc>
        <w:tc>
          <w:tcPr>
            <w:tcW w:w="1234" w:type="dxa"/>
          </w:tcPr>
          <w:p w14:paraId="14A7E93A" w14:textId="77777777" w:rsidR="005A2EFC" w:rsidRPr="008C2259" w:rsidRDefault="00000000" w:rsidP="008C2259">
            <w:pPr>
              <w:spacing w:line="360" w:lineRule="auto"/>
              <w:jc w:val="both"/>
              <w:rPr>
                <w:rFonts w:cs="Times New Roman"/>
                <w:szCs w:val="24"/>
              </w:rPr>
            </w:pPr>
            <w:r w:rsidRPr="008C2259">
              <w:rPr>
                <w:rFonts w:cs="Times New Roman"/>
                <w:szCs w:val="24"/>
              </w:rPr>
              <w:t>4</w:t>
            </w:r>
          </w:p>
        </w:tc>
        <w:tc>
          <w:tcPr>
            <w:tcW w:w="1234" w:type="dxa"/>
          </w:tcPr>
          <w:p w14:paraId="08AB1B75" w14:textId="77777777" w:rsidR="005A2EFC" w:rsidRPr="008C2259" w:rsidRDefault="00000000" w:rsidP="008C2259">
            <w:pPr>
              <w:spacing w:line="360" w:lineRule="auto"/>
              <w:jc w:val="both"/>
              <w:rPr>
                <w:rFonts w:cs="Times New Roman"/>
                <w:szCs w:val="24"/>
              </w:rPr>
            </w:pPr>
            <w:r w:rsidRPr="008C2259">
              <w:rPr>
                <w:rFonts w:cs="Times New Roman"/>
                <w:szCs w:val="24"/>
              </w:rPr>
              <w:t>5</w:t>
            </w:r>
          </w:p>
        </w:tc>
      </w:tr>
      <w:tr w:rsidR="005A2EFC" w:rsidRPr="008C2259" w14:paraId="2F8503A9" w14:textId="77777777">
        <w:tc>
          <w:tcPr>
            <w:tcW w:w="1234" w:type="dxa"/>
          </w:tcPr>
          <w:p w14:paraId="395C43AA" w14:textId="77777777" w:rsidR="005A2EFC" w:rsidRPr="008C2259" w:rsidRDefault="00000000" w:rsidP="008C2259">
            <w:pPr>
              <w:spacing w:line="360" w:lineRule="auto"/>
              <w:jc w:val="both"/>
              <w:rPr>
                <w:rFonts w:cs="Times New Roman"/>
                <w:szCs w:val="24"/>
              </w:rPr>
            </w:pPr>
            <w:r w:rsidRPr="008C2259">
              <w:rPr>
                <w:rFonts w:cs="Times New Roman"/>
                <w:szCs w:val="24"/>
              </w:rPr>
              <w:t>B12</w:t>
            </w:r>
          </w:p>
        </w:tc>
        <w:tc>
          <w:tcPr>
            <w:tcW w:w="1234" w:type="dxa"/>
          </w:tcPr>
          <w:p w14:paraId="239CABCC" w14:textId="77777777" w:rsidR="005A2EFC" w:rsidRPr="008C2259" w:rsidRDefault="00000000" w:rsidP="008C2259">
            <w:pPr>
              <w:spacing w:line="360" w:lineRule="auto"/>
              <w:jc w:val="both"/>
              <w:rPr>
                <w:rFonts w:cs="Times New Roman"/>
                <w:szCs w:val="24"/>
              </w:rPr>
            </w:pPr>
            <w:r w:rsidRPr="008C2259">
              <w:rPr>
                <w:rFonts w:cs="Times New Roman"/>
                <w:szCs w:val="24"/>
              </w:rPr>
              <w:t xml:space="preserve">The system </w:t>
            </w:r>
            <w:proofErr w:type="spellStart"/>
            <w:r w:rsidRPr="008C2259">
              <w:rPr>
                <w:rFonts w:cs="Times New Roman"/>
                <w:szCs w:val="24"/>
              </w:rPr>
              <w:t>recognised</w:t>
            </w:r>
            <w:proofErr w:type="spellEnd"/>
            <w:r w:rsidRPr="008C2259">
              <w:rPr>
                <w:rFonts w:cs="Times New Roman"/>
                <w:szCs w:val="24"/>
              </w:rPr>
              <w:t xml:space="preserve"> me even when I wore glasses/mask</w:t>
            </w:r>
          </w:p>
        </w:tc>
        <w:tc>
          <w:tcPr>
            <w:tcW w:w="1234" w:type="dxa"/>
          </w:tcPr>
          <w:p w14:paraId="4C777F2F" w14:textId="77777777" w:rsidR="005A2EFC" w:rsidRPr="008C2259" w:rsidRDefault="00000000" w:rsidP="008C2259">
            <w:pPr>
              <w:spacing w:line="360" w:lineRule="auto"/>
              <w:jc w:val="both"/>
              <w:rPr>
                <w:rFonts w:cs="Times New Roman"/>
                <w:szCs w:val="24"/>
              </w:rPr>
            </w:pPr>
            <w:r w:rsidRPr="008C2259">
              <w:rPr>
                <w:rFonts w:cs="Times New Roman"/>
                <w:szCs w:val="24"/>
              </w:rPr>
              <w:t>1</w:t>
            </w:r>
          </w:p>
        </w:tc>
        <w:tc>
          <w:tcPr>
            <w:tcW w:w="1234" w:type="dxa"/>
          </w:tcPr>
          <w:p w14:paraId="1F571241" w14:textId="77777777" w:rsidR="005A2EFC" w:rsidRPr="008C2259" w:rsidRDefault="00000000" w:rsidP="008C2259">
            <w:pPr>
              <w:spacing w:line="360" w:lineRule="auto"/>
              <w:jc w:val="both"/>
              <w:rPr>
                <w:rFonts w:cs="Times New Roman"/>
                <w:szCs w:val="24"/>
              </w:rPr>
            </w:pPr>
            <w:r w:rsidRPr="008C2259">
              <w:rPr>
                <w:rFonts w:cs="Times New Roman"/>
                <w:szCs w:val="24"/>
              </w:rPr>
              <w:t>2</w:t>
            </w:r>
          </w:p>
        </w:tc>
        <w:tc>
          <w:tcPr>
            <w:tcW w:w="1234" w:type="dxa"/>
          </w:tcPr>
          <w:p w14:paraId="6A641BD5" w14:textId="77777777" w:rsidR="005A2EFC" w:rsidRPr="008C2259" w:rsidRDefault="00000000" w:rsidP="008C2259">
            <w:pPr>
              <w:spacing w:line="360" w:lineRule="auto"/>
              <w:jc w:val="both"/>
              <w:rPr>
                <w:rFonts w:cs="Times New Roman"/>
                <w:szCs w:val="24"/>
              </w:rPr>
            </w:pPr>
            <w:r w:rsidRPr="008C2259">
              <w:rPr>
                <w:rFonts w:cs="Times New Roman"/>
                <w:szCs w:val="24"/>
              </w:rPr>
              <w:t>3</w:t>
            </w:r>
          </w:p>
        </w:tc>
        <w:tc>
          <w:tcPr>
            <w:tcW w:w="1234" w:type="dxa"/>
          </w:tcPr>
          <w:p w14:paraId="1D8C9A84" w14:textId="77777777" w:rsidR="005A2EFC" w:rsidRPr="008C2259" w:rsidRDefault="00000000" w:rsidP="008C2259">
            <w:pPr>
              <w:spacing w:line="360" w:lineRule="auto"/>
              <w:jc w:val="both"/>
              <w:rPr>
                <w:rFonts w:cs="Times New Roman"/>
                <w:szCs w:val="24"/>
              </w:rPr>
            </w:pPr>
            <w:r w:rsidRPr="008C2259">
              <w:rPr>
                <w:rFonts w:cs="Times New Roman"/>
                <w:szCs w:val="24"/>
              </w:rPr>
              <w:t>4</w:t>
            </w:r>
          </w:p>
        </w:tc>
        <w:tc>
          <w:tcPr>
            <w:tcW w:w="1234" w:type="dxa"/>
          </w:tcPr>
          <w:p w14:paraId="36106F27" w14:textId="77777777" w:rsidR="005A2EFC" w:rsidRPr="008C2259" w:rsidRDefault="00000000" w:rsidP="008C2259">
            <w:pPr>
              <w:spacing w:line="360" w:lineRule="auto"/>
              <w:jc w:val="both"/>
              <w:rPr>
                <w:rFonts w:cs="Times New Roman"/>
                <w:szCs w:val="24"/>
              </w:rPr>
            </w:pPr>
            <w:r w:rsidRPr="008C2259">
              <w:rPr>
                <w:rFonts w:cs="Times New Roman"/>
                <w:szCs w:val="24"/>
              </w:rPr>
              <w:t>5</w:t>
            </w:r>
          </w:p>
        </w:tc>
      </w:tr>
      <w:tr w:rsidR="005A2EFC" w:rsidRPr="008C2259" w14:paraId="52167278" w14:textId="77777777">
        <w:tc>
          <w:tcPr>
            <w:tcW w:w="1234" w:type="dxa"/>
          </w:tcPr>
          <w:p w14:paraId="1CEA31BB" w14:textId="77777777" w:rsidR="005A2EFC" w:rsidRPr="008C2259" w:rsidRDefault="00000000" w:rsidP="008C2259">
            <w:pPr>
              <w:spacing w:line="360" w:lineRule="auto"/>
              <w:jc w:val="both"/>
              <w:rPr>
                <w:rFonts w:cs="Times New Roman"/>
                <w:szCs w:val="24"/>
              </w:rPr>
            </w:pPr>
            <w:r w:rsidRPr="008C2259">
              <w:rPr>
                <w:rFonts w:cs="Times New Roman"/>
                <w:szCs w:val="24"/>
              </w:rPr>
              <w:t>B13</w:t>
            </w:r>
          </w:p>
        </w:tc>
        <w:tc>
          <w:tcPr>
            <w:tcW w:w="1234" w:type="dxa"/>
          </w:tcPr>
          <w:p w14:paraId="5F828369" w14:textId="77777777" w:rsidR="005A2EFC" w:rsidRPr="008C2259" w:rsidRDefault="00000000" w:rsidP="008C2259">
            <w:pPr>
              <w:spacing w:line="360" w:lineRule="auto"/>
              <w:jc w:val="both"/>
              <w:rPr>
                <w:rFonts w:cs="Times New Roman"/>
                <w:szCs w:val="24"/>
              </w:rPr>
            </w:pPr>
            <w:r w:rsidRPr="008C2259">
              <w:rPr>
                <w:rFonts w:cs="Times New Roman"/>
                <w:szCs w:val="24"/>
              </w:rPr>
              <w:t xml:space="preserve">Overall, I am satisfied with the </w:t>
            </w:r>
            <w:r w:rsidRPr="008C2259">
              <w:rPr>
                <w:rFonts w:cs="Times New Roman"/>
                <w:szCs w:val="24"/>
              </w:rPr>
              <w:lastRenderedPageBreak/>
              <w:t>system</w:t>
            </w:r>
          </w:p>
        </w:tc>
        <w:tc>
          <w:tcPr>
            <w:tcW w:w="1234" w:type="dxa"/>
          </w:tcPr>
          <w:p w14:paraId="2CF840FE" w14:textId="77777777" w:rsidR="005A2EFC" w:rsidRPr="008C2259" w:rsidRDefault="00000000" w:rsidP="008C2259">
            <w:pPr>
              <w:spacing w:line="360" w:lineRule="auto"/>
              <w:jc w:val="both"/>
              <w:rPr>
                <w:rFonts w:cs="Times New Roman"/>
                <w:szCs w:val="24"/>
              </w:rPr>
            </w:pPr>
            <w:r w:rsidRPr="008C2259">
              <w:rPr>
                <w:rFonts w:cs="Times New Roman"/>
                <w:szCs w:val="24"/>
              </w:rPr>
              <w:lastRenderedPageBreak/>
              <w:t>1</w:t>
            </w:r>
          </w:p>
        </w:tc>
        <w:tc>
          <w:tcPr>
            <w:tcW w:w="1234" w:type="dxa"/>
          </w:tcPr>
          <w:p w14:paraId="4AE20EB0" w14:textId="77777777" w:rsidR="005A2EFC" w:rsidRPr="008C2259" w:rsidRDefault="00000000" w:rsidP="008C2259">
            <w:pPr>
              <w:spacing w:line="360" w:lineRule="auto"/>
              <w:jc w:val="both"/>
              <w:rPr>
                <w:rFonts w:cs="Times New Roman"/>
                <w:szCs w:val="24"/>
              </w:rPr>
            </w:pPr>
            <w:r w:rsidRPr="008C2259">
              <w:rPr>
                <w:rFonts w:cs="Times New Roman"/>
                <w:szCs w:val="24"/>
              </w:rPr>
              <w:t>2</w:t>
            </w:r>
          </w:p>
        </w:tc>
        <w:tc>
          <w:tcPr>
            <w:tcW w:w="1234" w:type="dxa"/>
          </w:tcPr>
          <w:p w14:paraId="5D5A5B8A" w14:textId="77777777" w:rsidR="005A2EFC" w:rsidRPr="008C2259" w:rsidRDefault="00000000" w:rsidP="008C2259">
            <w:pPr>
              <w:spacing w:line="360" w:lineRule="auto"/>
              <w:jc w:val="both"/>
              <w:rPr>
                <w:rFonts w:cs="Times New Roman"/>
                <w:szCs w:val="24"/>
              </w:rPr>
            </w:pPr>
            <w:r w:rsidRPr="008C2259">
              <w:rPr>
                <w:rFonts w:cs="Times New Roman"/>
                <w:szCs w:val="24"/>
              </w:rPr>
              <w:t>3</w:t>
            </w:r>
          </w:p>
        </w:tc>
        <w:tc>
          <w:tcPr>
            <w:tcW w:w="1234" w:type="dxa"/>
          </w:tcPr>
          <w:p w14:paraId="6E76A2A8" w14:textId="77777777" w:rsidR="005A2EFC" w:rsidRPr="008C2259" w:rsidRDefault="00000000" w:rsidP="008C2259">
            <w:pPr>
              <w:spacing w:line="360" w:lineRule="auto"/>
              <w:jc w:val="both"/>
              <w:rPr>
                <w:rFonts w:cs="Times New Roman"/>
                <w:szCs w:val="24"/>
              </w:rPr>
            </w:pPr>
            <w:r w:rsidRPr="008C2259">
              <w:rPr>
                <w:rFonts w:cs="Times New Roman"/>
                <w:szCs w:val="24"/>
              </w:rPr>
              <w:t>4</w:t>
            </w:r>
          </w:p>
        </w:tc>
        <w:tc>
          <w:tcPr>
            <w:tcW w:w="1234" w:type="dxa"/>
          </w:tcPr>
          <w:p w14:paraId="584B0BF4" w14:textId="77777777" w:rsidR="005A2EFC" w:rsidRPr="008C2259" w:rsidRDefault="00000000" w:rsidP="008C2259">
            <w:pPr>
              <w:spacing w:line="360" w:lineRule="auto"/>
              <w:jc w:val="both"/>
              <w:rPr>
                <w:rFonts w:cs="Times New Roman"/>
                <w:szCs w:val="24"/>
              </w:rPr>
            </w:pPr>
            <w:r w:rsidRPr="008C2259">
              <w:rPr>
                <w:rFonts w:cs="Times New Roman"/>
                <w:szCs w:val="24"/>
              </w:rPr>
              <w:t>5</w:t>
            </w:r>
          </w:p>
        </w:tc>
      </w:tr>
      <w:tr w:rsidR="005A2EFC" w:rsidRPr="008C2259" w14:paraId="73719A84" w14:textId="77777777">
        <w:tc>
          <w:tcPr>
            <w:tcW w:w="1234" w:type="dxa"/>
          </w:tcPr>
          <w:p w14:paraId="423255D6" w14:textId="77777777" w:rsidR="005A2EFC" w:rsidRPr="008C2259" w:rsidRDefault="00000000" w:rsidP="008C2259">
            <w:pPr>
              <w:spacing w:line="360" w:lineRule="auto"/>
              <w:jc w:val="both"/>
              <w:rPr>
                <w:rFonts w:cs="Times New Roman"/>
                <w:szCs w:val="24"/>
              </w:rPr>
            </w:pPr>
            <w:r w:rsidRPr="008C2259">
              <w:rPr>
                <w:rFonts w:cs="Times New Roman"/>
                <w:szCs w:val="24"/>
              </w:rPr>
              <w:t>B14</w:t>
            </w:r>
          </w:p>
        </w:tc>
        <w:tc>
          <w:tcPr>
            <w:tcW w:w="1234" w:type="dxa"/>
          </w:tcPr>
          <w:p w14:paraId="2013D054" w14:textId="77777777" w:rsidR="005A2EFC" w:rsidRPr="008C2259" w:rsidRDefault="00000000" w:rsidP="008C2259">
            <w:pPr>
              <w:spacing w:line="360" w:lineRule="auto"/>
              <w:jc w:val="both"/>
              <w:rPr>
                <w:rFonts w:cs="Times New Roman"/>
                <w:szCs w:val="24"/>
              </w:rPr>
            </w:pPr>
            <w:r w:rsidRPr="008C2259">
              <w:rPr>
                <w:rFonts w:cs="Times New Roman"/>
                <w:szCs w:val="24"/>
              </w:rPr>
              <w:t>The system is better than RFID card swiping</w:t>
            </w:r>
          </w:p>
        </w:tc>
        <w:tc>
          <w:tcPr>
            <w:tcW w:w="1234" w:type="dxa"/>
          </w:tcPr>
          <w:p w14:paraId="332BFB56" w14:textId="77777777" w:rsidR="005A2EFC" w:rsidRPr="008C2259" w:rsidRDefault="00000000" w:rsidP="008C2259">
            <w:pPr>
              <w:spacing w:line="360" w:lineRule="auto"/>
              <w:jc w:val="both"/>
              <w:rPr>
                <w:rFonts w:cs="Times New Roman"/>
                <w:szCs w:val="24"/>
              </w:rPr>
            </w:pPr>
            <w:r w:rsidRPr="008C2259">
              <w:rPr>
                <w:rFonts w:cs="Times New Roman"/>
                <w:szCs w:val="24"/>
              </w:rPr>
              <w:t>1</w:t>
            </w:r>
          </w:p>
        </w:tc>
        <w:tc>
          <w:tcPr>
            <w:tcW w:w="1234" w:type="dxa"/>
          </w:tcPr>
          <w:p w14:paraId="3955DD65" w14:textId="77777777" w:rsidR="005A2EFC" w:rsidRPr="008C2259" w:rsidRDefault="00000000" w:rsidP="008C2259">
            <w:pPr>
              <w:spacing w:line="360" w:lineRule="auto"/>
              <w:jc w:val="both"/>
              <w:rPr>
                <w:rFonts w:cs="Times New Roman"/>
                <w:szCs w:val="24"/>
              </w:rPr>
            </w:pPr>
            <w:r w:rsidRPr="008C2259">
              <w:rPr>
                <w:rFonts w:cs="Times New Roman"/>
                <w:szCs w:val="24"/>
              </w:rPr>
              <w:t>2</w:t>
            </w:r>
          </w:p>
        </w:tc>
        <w:tc>
          <w:tcPr>
            <w:tcW w:w="1234" w:type="dxa"/>
          </w:tcPr>
          <w:p w14:paraId="2E1B4CA6" w14:textId="77777777" w:rsidR="005A2EFC" w:rsidRPr="008C2259" w:rsidRDefault="00000000" w:rsidP="008C2259">
            <w:pPr>
              <w:spacing w:line="360" w:lineRule="auto"/>
              <w:jc w:val="both"/>
              <w:rPr>
                <w:rFonts w:cs="Times New Roman"/>
                <w:szCs w:val="24"/>
              </w:rPr>
            </w:pPr>
            <w:r w:rsidRPr="008C2259">
              <w:rPr>
                <w:rFonts w:cs="Times New Roman"/>
                <w:szCs w:val="24"/>
              </w:rPr>
              <w:t>3</w:t>
            </w:r>
          </w:p>
        </w:tc>
        <w:tc>
          <w:tcPr>
            <w:tcW w:w="1234" w:type="dxa"/>
          </w:tcPr>
          <w:p w14:paraId="685857CA" w14:textId="77777777" w:rsidR="005A2EFC" w:rsidRPr="008C2259" w:rsidRDefault="00000000" w:rsidP="008C2259">
            <w:pPr>
              <w:spacing w:line="360" w:lineRule="auto"/>
              <w:jc w:val="both"/>
              <w:rPr>
                <w:rFonts w:cs="Times New Roman"/>
                <w:szCs w:val="24"/>
              </w:rPr>
            </w:pPr>
            <w:r w:rsidRPr="008C2259">
              <w:rPr>
                <w:rFonts w:cs="Times New Roman"/>
                <w:szCs w:val="24"/>
              </w:rPr>
              <w:t>4</w:t>
            </w:r>
          </w:p>
        </w:tc>
        <w:tc>
          <w:tcPr>
            <w:tcW w:w="1234" w:type="dxa"/>
          </w:tcPr>
          <w:p w14:paraId="202CD845" w14:textId="77777777" w:rsidR="005A2EFC" w:rsidRPr="008C2259" w:rsidRDefault="00000000" w:rsidP="008C2259">
            <w:pPr>
              <w:spacing w:line="360" w:lineRule="auto"/>
              <w:jc w:val="both"/>
              <w:rPr>
                <w:rFonts w:cs="Times New Roman"/>
                <w:szCs w:val="24"/>
              </w:rPr>
            </w:pPr>
            <w:r w:rsidRPr="008C2259">
              <w:rPr>
                <w:rFonts w:cs="Times New Roman"/>
                <w:szCs w:val="24"/>
              </w:rPr>
              <w:t>5</w:t>
            </w:r>
          </w:p>
        </w:tc>
      </w:tr>
      <w:tr w:rsidR="005A2EFC" w:rsidRPr="008C2259" w14:paraId="58442EBA" w14:textId="77777777">
        <w:tc>
          <w:tcPr>
            <w:tcW w:w="1234" w:type="dxa"/>
          </w:tcPr>
          <w:p w14:paraId="6841B6C8" w14:textId="77777777" w:rsidR="005A2EFC" w:rsidRPr="008C2259" w:rsidRDefault="00000000" w:rsidP="008C2259">
            <w:pPr>
              <w:spacing w:line="360" w:lineRule="auto"/>
              <w:jc w:val="both"/>
              <w:rPr>
                <w:rFonts w:cs="Times New Roman"/>
                <w:szCs w:val="24"/>
              </w:rPr>
            </w:pPr>
            <w:r w:rsidRPr="008C2259">
              <w:rPr>
                <w:rFonts w:cs="Times New Roman"/>
                <w:szCs w:val="24"/>
              </w:rPr>
              <w:t>B15</w:t>
            </w:r>
          </w:p>
        </w:tc>
        <w:tc>
          <w:tcPr>
            <w:tcW w:w="1234" w:type="dxa"/>
          </w:tcPr>
          <w:p w14:paraId="3C0E082C" w14:textId="77777777" w:rsidR="005A2EFC" w:rsidRPr="008C2259" w:rsidRDefault="00000000" w:rsidP="008C2259">
            <w:pPr>
              <w:spacing w:line="360" w:lineRule="auto"/>
              <w:jc w:val="both"/>
              <w:rPr>
                <w:rFonts w:cs="Times New Roman"/>
                <w:szCs w:val="24"/>
              </w:rPr>
            </w:pPr>
            <w:r w:rsidRPr="008C2259">
              <w:rPr>
                <w:rFonts w:cs="Times New Roman"/>
                <w:szCs w:val="24"/>
              </w:rPr>
              <w:t>I would use this system regularly if implemented</w:t>
            </w:r>
          </w:p>
        </w:tc>
        <w:tc>
          <w:tcPr>
            <w:tcW w:w="1234" w:type="dxa"/>
          </w:tcPr>
          <w:p w14:paraId="015C60F2" w14:textId="77777777" w:rsidR="005A2EFC" w:rsidRPr="008C2259" w:rsidRDefault="00000000" w:rsidP="008C2259">
            <w:pPr>
              <w:spacing w:line="360" w:lineRule="auto"/>
              <w:jc w:val="both"/>
              <w:rPr>
                <w:rFonts w:cs="Times New Roman"/>
                <w:szCs w:val="24"/>
              </w:rPr>
            </w:pPr>
            <w:r w:rsidRPr="008C2259">
              <w:rPr>
                <w:rFonts w:cs="Times New Roman"/>
                <w:szCs w:val="24"/>
              </w:rPr>
              <w:t>1</w:t>
            </w:r>
          </w:p>
        </w:tc>
        <w:tc>
          <w:tcPr>
            <w:tcW w:w="1234" w:type="dxa"/>
          </w:tcPr>
          <w:p w14:paraId="4FFFD90A" w14:textId="77777777" w:rsidR="005A2EFC" w:rsidRPr="008C2259" w:rsidRDefault="00000000" w:rsidP="008C2259">
            <w:pPr>
              <w:spacing w:line="360" w:lineRule="auto"/>
              <w:jc w:val="both"/>
              <w:rPr>
                <w:rFonts w:cs="Times New Roman"/>
                <w:szCs w:val="24"/>
              </w:rPr>
            </w:pPr>
            <w:r w:rsidRPr="008C2259">
              <w:rPr>
                <w:rFonts w:cs="Times New Roman"/>
                <w:szCs w:val="24"/>
              </w:rPr>
              <w:t>2</w:t>
            </w:r>
          </w:p>
        </w:tc>
        <w:tc>
          <w:tcPr>
            <w:tcW w:w="1234" w:type="dxa"/>
          </w:tcPr>
          <w:p w14:paraId="25362628" w14:textId="77777777" w:rsidR="005A2EFC" w:rsidRPr="008C2259" w:rsidRDefault="00000000" w:rsidP="008C2259">
            <w:pPr>
              <w:spacing w:line="360" w:lineRule="auto"/>
              <w:jc w:val="both"/>
              <w:rPr>
                <w:rFonts w:cs="Times New Roman"/>
                <w:szCs w:val="24"/>
              </w:rPr>
            </w:pPr>
            <w:r w:rsidRPr="008C2259">
              <w:rPr>
                <w:rFonts w:cs="Times New Roman"/>
                <w:szCs w:val="24"/>
              </w:rPr>
              <w:t>3</w:t>
            </w:r>
          </w:p>
        </w:tc>
        <w:tc>
          <w:tcPr>
            <w:tcW w:w="1234" w:type="dxa"/>
          </w:tcPr>
          <w:p w14:paraId="2962A373" w14:textId="77777777" w:rsidR="005A2EFC" w:rsidRPr="008C2259" w:rsidRDefault="00000000" w:rsidP="008C2259">
            <w:pPr>
              <w:spacing w:line="360" w:lineRule="auto"/>
              <w:jc w:val="both"/>
              <w:rPr>
                <w:rFonts w:cs="Times New Roman"/>
                <w:szCs w:val="24"/>
              </w:rPr>
            </w:pPr>
            <w:r w:rsidRPr="008C2259">
              <w:rPr>
                <w:rFonts w:cs="Times New Roman"/>
                <w:szCs w:val="24"/>
              </w:rPr>
              <w:t>4</w:t>
            </w:r>
          </w:p>
        </w:tc>
        <w:tc>
          <w:tcPr>
            <w:tcW w:w="1234" w:type="dxa"/>
          </w:tcPr>
          <w:p w14:paraId="4825413A" w14:textId="77777777" w:rsidR="005A2EFC" w:rsidRPr="008C2259" w:rsidRDefault="00000000" w:rsidP="008C2259">
            <w:pPr>
              <w:spacing w:line="360" w:lineRule="auto"/>
              <w:jc w:val="both"/>
              <w:rPr>
                <w:rFonts w:cs="Times New Roman"/>
                <w:szCs w:val="24"/>
              </w:rPr>
            </w:pPr>
            <w:r w:rsidRPr="008C2259">
              <w:rPr>
                <w:rFonts w:cs="Times New Roman"/>
                <w:szCs w:val="24"/>
              </w:rPr>
              <w:t>5</w:t>
            </w:r>
          </w:p>
        </w:tc>
      </w:tr>
    </w:tbl>
    <w:p w14:paraId="4AC17B8C" w14:textId="77777777" w:rsidR="005A2EFC" w:rsidRPr="008C2259" w:rsidRDefault="005A2EFC" w:rsidP="008C2259">
      <w:pPr>
        <w:spacing w:line="360" w:lineRule="auto"/>
        <w:jc w:val="both"/>
        <w:rPr>
          <w:rFonts w:cs="Times New Roman"/>
          <w:szCs w:val="24"/>
        </w:rPr>
      </w:pPr>
    </w:p>
    <w:p w14:paraId="7BAD8BDD" w14:textId="77777777" w:rsidR="005A2EFC" w:rsidRPr="008C2259" w:rsidRDefault="00000000" w:rsidP="008C2259">
      <w:pPr>
        <w:spacing w:line="360" w:lineRule="auto"/>
        <w:jc w:val="both"/>
        <w:rPr>
          <w:rFonts w:cs="Times New Roman"/>
          <w:szCs w:val="24"/>
        </w:rPr>
      </w:pPr>
      <w:r w:rsidRPr="008C2259">
        <w:rPr>
          <w:rFonts w:cs="Times New Roman"/>
          <w:b/>
          <w:szCs w:val="24"/>
        </w:rPr>
        <w:t xml:space="preserve">Section C: Privacy and Ethics (Please </w:t>
      </w:r>
      <w:proofErr w:type="gramStart"/>
      <w:r w:rsidRPr="008C2259">
        <w:rPr>
          <w:rFonts w:cs="Times New Roman"/>
          <w:b/>
          <w:szCs w:val="24"/>
        </w:rPr>
        <w:t>circle:</w:t>
      </w:r>
      <w:proofErr w:type="gramEnd"/>
      <w:r w:rsidRPr="008C2259">
        <w:rPr>
          <w:rFonts w:cs="Times New Roman"/>
          <w:b/>
          <w:szCs w:val="24"/>
        </w:rPr>
        <w:t xml:space="preserve"> 1=Strongly Disagree to 5=Strongly Agree)</w:t>
      </w:r>
    </w:p>
    <w:tbl>
      <w:tblPr>
        <w:tblStyle w:val="TableGrid"/>
        <w:tblW w:w="0" w:type="auto"/>
        <w:tblLook w:val="04A0" w:firstRow="1" w:lastRow="0" w:firstColumn="1" w:lastColumn="0" w:noHBand="0" w:noVBand="1"/>
      </w:tblPr>
      <w:tblGrid>
        <w:gridCol w:w="1215"/>
        <w:gridCol w:w="1390"/>
        <w:gridCol w:w="1205"/>
        <w:gridCol w:w="1205"/>
        <w:gridCol w:w="1205"/>
        <w:gridCol w:w="1205"/>
        <w:gridCol w:w="1205"/>
      </w:tblGrid>
      <w:tr w:rsidR="005A2EFC" w:rsidRPr="008C2259" w14:paraId="6E27381D" w14:textId="77777777">
        <w:tc>
          <w:tcPr>
            <w:tcW w:w="1234" w:type="dxa"/>
          </w:tcPr>
          <w:p w14:paraId="4BDB8D9A" w14:textId="77777777" w:rsidR="005A2EFC" w:rsidRPr="008C2259" w:rsidRDefault="00000000" w:rsidP="008C2259">
            <w:pPr>
              <w:spacing w:line="360" w:lineRule="auto"/>
              <w:jc w:val="both"/>
              <w:rPr>
                <w:rFonts w:cs="Times New Roman"/>
                <w:szCs w:val="24"/>
              </w:rPr>
            </w:pPr>
            <w:r w:rsidRPr="008C2259">
              <w:rPr>
                <w:rFonts w:cs="Times New Roman"/>
                <w:b/>
                <w:szCs w:val="24"/>
              </w:rPr>
              <w:t>No.</w:t>
            </w:r>
          </w:p>
        </w:tc>
        <w:tc>
          <w:tcPr>
            <w:tcW w:w="1234" w:type="dxa"/>
          </w:tcPr>
          <w:p w14:paraId="40D43193" w14:textId="77777777" w:rsidR="005A2EFC" w:rsidRPr="008C2259" w:rsidRDefault="00000000" w:rsidP="008C2259">
            <w:pPr>
              <w:spacing w:line="360" w:lineRule="auto"/>
              <w:jc w:val="both"/>
              <w:rPr>
                <w:rFonts w:cs="Times New Roman"/>
                <w:szCs w:val="24"/>
              </w:rPr>
            </w:pPr>
            <w:r w:rsidRPr="008C2259">
              <w:rPr>
                <w:rFonts w:cs="Times New Roman"/>
                <w:b/>
                <w:szCs w:val="24"/>
              </w:rPr>
              <w:t>Statement</w:t>
            </w:r>
          </w:p>
        </w:tc>
        <w:tc>
          <w:tcPr>
            <w:tcW w:w="1234" w:type="dxa"/>
          </w:tcPr>
          <w:p w14:paraId="277EAC12" w14:textId="77777777" w:rsidR="005A2EFC" w:rsidRPr="008C2259" w:rsidRDefault="00000000" w:rsidP="008C2259">
            <w:pPr>
              <w:spacing w:line="360" w:lineRule="auto"/>
              <w:jc w:val="both"/>
              <w:rPr>
                <w:rFonts w:cs="Times New Roman"/>
                <w:szCs w:val="24"/>
              </w:rPr>
            </w:pPr>
            <w:r w:rsidRPr="008C2259">
              <w:rPr>
                <w:rFonts w:cs="Times New Roman"/>
                <w:b/>
                <w:szCs w:val="24"/>
              </w:rPr>
              <w:t>1</w:t>
            </w:r>
          </w:p>
        </w:tc>
        <w:tc>
          <w:tcPr>
            <w:tcW w:w="1234" w:type="dxa"/>
          </w:tcPr>
          <w:p w14:paraId="419BF5F2" w14:textId="77777777" w:rsidR="005A2EFC" w:rsidRPr="008C2259" w:rsidRDefault="00000000" w:rsidP="008C2259">
            <w:pPr>
              <w:spacing w:line="360" w:lineRule="auto"/>
              <w:jc w:val="both"/>
              <w:rPr>
                <w:rFonts w:cs="Times New Roman"/>
                <w:szCs w:val="24"/>
              </w:rPr>
            </w:pPr>
            <w:r w:rsidRPr="008C2259">
              <w:rPr>
                <w:rFonts w:cs="Times New Roman"/>
                <w:b/>
                <w:szCs w:val="24"/>
              </w:rPr>
              <w:t>2</w:t>
            </w:r>
          </w:p>
        </w:tc>
        <w:tc>
          <w:tcPr>
            <w:tcW w:w="1234" w:type="dxa"/>
          </w:tcPr>
          <w:p w14:paraId="173722BA" w14:textId="77777777" w:rsidR="005A2EFC" w:rsidRPr="008C2259" w:rsidRDefault="00000000" w:rsidP="008C2259">
            <w:pPr>
              <w:spacing w:line="360" w:lineRule="auto"/>
              <w:jc w:val="both"/>
              <w:rPr>
                <w:rFonts w:cs="Times New Roman"/>
                <w:szCs w:val="24"/>
              </w:rPr>
            </w:pPr>
            <w:r w:rsidRPr="008C2259">
              <w:rPr>
                <w:rFonts w:cs="Times New Roman"/>
                <w:b/>
                <w:szCs w:val="24"/>
              </w:rPr>
              <w:t>3</w:t>
            </w:r>
          </w:p>
        </w:tc>
        <w:tc>
          <w:tcPr>
            <w:tcW w:w="1234" w:type="dxa"/>
          </w:tcPr>
          <w:p w14:paraId="393BFCEE" w14:textId="77777777" w:rsidR="005A2EFC" w:rsidRPr="008C2259" w:rsidRDefault="00000000" w:rsidP="008C2259">
            <w:pPr>
              <w:spacing w:line="360" w:lineRule="auto"/>
              <w:jc w:val="both"/>
              <w:rPr>
                <w:rFonts w:cs="Times New Roman"/>
                <w:szCs w:val="24"/>
              </w:rPr>
            </w:pPr>
            <w:r w:rsidRPr="008C2259">
              <w:rPr>
                <w:rFonts w:cs="Times New Roman"/>
                <w:b/>
                <w:szCs w:val="24"/>
              </w:rPr>
              <w:t>4</w:t>
            </w:r>
          </w:p>
        </w:tc>
        <w:tc>
          <w:tcPr>
            <w:tcW w:w="1234" w:type="dxa"/>
          </w:tcPr>
          <w:p w14:paraId="4D631B9D" w14:textId="77777777" w:rsidR="005A2EFC" w:rsidRPr="008C2259" w:rsidRDefault="00000000" w:rsidP="008C2259">
            <w:pPr>
              <w:spacing w:line="360" w:lineRule="auto"/>
              <w:jc w:val="both"/>
              <w:rPr>
                <w:rFonts w:cs="Times New Roman"/>
                <w:szCs w:val="24"/>
              </w:rPr>
            </w:pPr>
            <w:r w:rsidRPr="008C2259">
              <w:rPr>
                <w:rFonts w:cs="Times New Roman"/>
                <w:b/>
                <w:szCs w:val="24"/>
              </w:rPr>
              <w:t>5</w:t>
            </w:r>
          </w:p>
        </w:tc>
      </w:tr>
      <w:tr w:rsidR="005A2EFC" w:rsidRPr="008C2259" w14:paraId="50DE815F" w14:textId="77777777">
        <w:tc>
          <w:tcPr>
            <w:tcW w:w="1234" w:type="dxa"/>
          </w:tcPr>
          <w:p w14:paraId="71A0A7D1" w14:textId="77777777" w:rsidR="005A2EFC" w:rsidRPr="008C2259" w:rsidRDefault="00000000" w:rsidP="008C2259">
            <w:pPr>
              <w:spacing w:line="360" w:lineRule="auto"/>
              <w:jc w:val="both"/>
              <w:rPr>
                <w:rFonts w:cs="Times New Roman"/>
                <w:szCs w:val="24"/>
              </w:rPr>
            </w:pPr>
            <w:r w:rsidRPr="008C2259">
              <w:rPr>
                <w:rFonts w:cs="Times New Roman"/>
                <w:szCs w:val="24"/>
              </w:rPr>
              <w:t>C1</w:t>
            </w:r>
          </w:p>
        </w:tc>
        <w:tc>
          <w:tcPr>
            <w:tcW w:w="1234" w:type="dxa"/>
          </w:tcPr>
          <w:p w14:paraId="3B5303B9" w14:textId="77777777" w:rsidR="005A2EFC" w:rsidRPr="008C2259" w:rsidRDefault="00000000" w:rsidP="008C2259">
            <w:pPr>
              <w:spacing w:line="360" w:lineRule="auto"/>
              <w:jc w:val="both"/>
              <w:rPr>
                <w:rFonts w:cs="Times New Roman"/>
                <w:szCs w:val="24"/>
              </w:rPr>
            </w:pPr>
            <w:r w:rsidRPr="008C2259">
              <w:rPr>
                <w:rFonts w:cs="Times New Roman"/>
                <w:szCs w:val="24"/>
              </w:rPr>
              <w:t>I understood how my facial data would be used before giving consent</w:t>
            </w:r>
          </w:p>
        </w:tc>
        <w:tc>
          <w:tcPr>
            <w:tcW w:w="1234" w:type="dxa"/>
          </w:tcPr>
          <w:p w14:paraId="7AC2A15A" w14:textId="77777777" w:rsidR="005A2EFC" w:rsidRPr="008C2259" w:rsidRDefault="00000000" w:rsidP="008C2259">
            <w:pPr>
              <w:spacing w:line="360" w:lineRule="auto"/>
              <w:jc w:val="both"/>
              <w:rPr>
                <w:rFonts w:cs="Times New Roman"/>
                <w:szCs w:val="24"/>
              </w:rPr>
            </w:pPr>
            <w:r w:rsidRPr="008C2259">
              <w:rPr>
                <w:rFonts w:cs="Times New Roman"/>
                <w:szCs w:val="24"/>
              </w:rPr>
              <w:t>1</w:t>
            </w:r>
          </w:p>
        </w:tc>
        <w:tc>
          <w:tcPr>
            <w:tcW w:w="1234" w:type="dxa"/>
          </w:tcPr>
          <w:p w14:paraId="17B4EF09" w14:textId="77777777" w:rsidR="005A2EFC" w:rsidRPr="008C2259" w:rsidRDefault="00000000" w:rsidP="008C2259">
            <w:pPr>
              <w:spacing w:line="360" w:lineRule="auto"/>
              <w:jc w:val="both"/>
              <w:rPr>
                <w:rFonts w:cs="Times New Roman"/>
                <w:szCs w:val="24"/>
              </w:rPr>
            </w:pPr>
            <w:r w:rsidRPr="008C2259">
              <w:rPr>
                <w:rFonts w:cs="Times New Roman"/>
                <w:szCs w:val="24"/>
              </w:rPr>
              <w:t>2</w:t>
            </w:r>
          </w:p>
        </w:tc>
        <w:tc>
          <w:tcPr>
            <w:tcW w:w="1234" w:type="dxa"/>
          </w:tcPr>
          <w:p w14:paraId="1342F122" w14:textId="77777777" w:rsidR="005A2EFC" w:rsidRPr="008C2259" w:rsidRDefault="00000000" w:rsidP="008C2259">
            <w:pPr>
              <w:spacing w:line="360" w:lineRule="auto"/>
              <w:jc w:val="both"/>
              <w:rPr>
                <w:rFonts w:cs="Times New Roman"/>
                <w:szCs w:val="24"/>
              </w:rPr>
            </w:pPr>
            <w:r w:rsidRPr="008C2259">
              <w:rPr>
                <w:rFonts w:cs="Times New Roman"/>
                <w:szCs w:val="24"/>
              </w:rPr>
              <w:t>3</w:t>
            </w:r>
          </w:p>
        </w:tc>
        <w:tc>
          <w:tcPr>
            <w:tcW w:w="1234" w:type="dxa"/>
          </w:tcPr>
          <w:p w14:paraId="0A29560F" w14:textId="77777777" w:rsidR="005A2EFC" w:rsidRPr="008C2259" w:rsidRDefault="00000000" w:rsidP="008C2259">
            <w:pPr>
              <w:spacing w:line="360" w:lineRule="auto"/>
              <w:jc w:val="both"/>
              <w:rPr>
                <w:rFonts w:cs="Times New Roman"/>
                <w:szCs w:val="24"/>
              </w:rPr>
            </w:pPr>
            <w:r w:rsidRPr="008C2259">
              <w:rPr>
                <w:rFonts w:cs="Times New Roman"/>
                <w:szCs w:val="24"/>
              </w:rPr>
              <w:t>4</w:t>
            </w:r>
          </w:p>
        </w:tc>
        <w:tc>
          <w:tcPr>
            <w:tcW w:w="1234" w:type="dxa"/>
          </w:tcPr>
          <w:p w14:paraId="6ED73378" w14:textId="77777777" w:rsidR="005A2EFC" w:rsidRPr="008C2259" w:rsidRDefault="00000000" w:rsidP="008C2259">
            <w:pPr>
              <w:spacing w:line="360" w:lineRule="auto"/>
              <w:jc w:val="both"/>
              <w:rPr>
                <w:rFonts w:cs="Times New Roman"/>
                <w:szCs w:val="24"/>
              </w:rPr>
            </w:pPr>
            <w:r w:rsidRPr="008C2259">
              <w:rPr>
                <w:rFonts w:cs="Times New Roman"/>
                <w:szCs w:val="24"/>
              </w:rPr>
              <w:t>5</w:t>
            </w:r>
          </w:p>
        </w:tc>
      </w:tr>
      <w:tr w:rsidR="005A2EFC" w:rsidRPr="008C2259" w14:paraId="59433ECA" w14:textId="77777777">
        <w:tc>
          <w:tcPr>
            <w:tcW w:w="1234" w:type="dxa"/>
          </w:tcPr>
          <w:p w14:paraId="0316003E" w14:textId="77777777" w:rsidR="005A2EFC" w:rsidRPr="008C2259" w:rsidRDefault="00000000" w:rsidP="008C2259">
            <w:pPr>
              <w:spacing w:line="360" w:lineRule="auto"/>
              <w:jc w:val="both"/>
              <w:rPr>
                <w:rFonts w:cs="Times New Roman"/>
                <w:szCs w:val="24"/>
              </w:rPr>
            </w:pPr>
            <w:r w:rsidRPr="008C2259">
              <w:rPr>
                <w:rFonts w:cs="Times New Roman"/>
                <w:szCs w:val="24"/>
              </w:rPr>
              <w:t>C2</w:t>
            </w:r>
          </w:p>
        </w:tc>
        <w:tc>
          <w:tcPr>
            <w:tcW w:w="1234" w:type="dxa"/>
          </w:tcPr>
          <w:p w14:paraId="7E13FF1F" w14:textId="77777777" w:rsidR="005A2EFC" w:rsidRPr="008C2259" w:rsidRDefault="00000000" w:rsidP="008C2259">
            <w:pPr>
              <w:spacing w:line="360" w:lineRule="auto"/>
              <w:jc w:val="both"/>
              <w:rPr>
                <w:rFonts w:cs="Times New Roman"/>
                <w:szCs w:val="24"/>
              </w:rPr>
            </w:pPr>
            <w:r w:rsidRPr="008C2259">
              <w:rPr>
                <w:rFonts w:cs="Times New Roman"/>
                <w:szCs w:val="24"/>
              </w:rPr>
              <w:t>I feel comfortable with the university storing my facial data</w:t>
            </w:r>
          </w:p>
        </w:tc>
        <w:tc>
          <w:tcPr>
            <w:tcW w:w="1234" w:type="dxa"/>
          </w:tcPr>
          <w:p w14:paraId="602F35BC" w14:textId="77777777" w:rsidR="005A2EFC" w:rsidRPr="008C2259" w:rsidRDefault="00000000" w:rsidP="008C2259">
            <w:pPr>
              <w:spacing w:line="360" w:lineRule="auto"/>
              <w:jc w:val="both"/>
              <w:rPr>
                <w:rFonts w:cs="Times New Roman"/>
                <w:szCs w:val="24"/>
              </w:rPr>
            </w:pPr>
            <w:r w:rsidRPr="008C2259">
              <w:rPr>
                <w:rFonts w:cs="Times New Roman"/>
                <w:szCs w:val="24"/>
              </w:rPr>
              <w:t>1</w:t>
            </w:r>
          </w:p>
        </w:tc>
        <w:tc>
          <w:tcPr>
            <w:tcW w:w="1234" w:type="dxa"/>
          </w:tcPr>
          <w:p w14:paraId="0E2D463D" w14:textId="77777777" w:rsidR="005A2EFC" w:rsidRPr="008C2259" w:rsidRDefault="00000000" w:rsidP="008C2259">
            <w:pPr>
              <w:spacing w:line="360" w:lineRule="auto"/>
              <w:jc w:val="both"/>
              <w:rPr>
                <w:rFonts w:cs="Times New Roman"/>
                <w:szCs w:val="24"/>
              </w:rPr>
            </w:pPr>
            <w:r w:rsidRPr="008C2259">
              <w:rPr>
                <w:rFonts w:cs="Times New Roman"/>
                <w:szCs w:val="24"/>
              </w:rPr>
              <w:t>2</w:t>
            </w:r>
          </w:p>
        </w:tc>
        <w:tc>
          <w:tcPr>
            <w:tcW w:w="1234" w:type="dxa"/>
          </w:tcPr>
          <w:p w14:paraId="79EC5CEF" w14:textId="77777777" w:rsidR="005A2EFC" w:rsidRPr="008C2259" w:rsidRDefault="00000000" w:rsidP="008C2259">
            <w:pPr>
              <w:spacing w:line="360" w:lineRule="auto"/>
              <w:jc w:val="both"/>
              <w:rPr>
                <w:rFonts w:cs="Times New Roman"/>
                <w:szCs w:val="24"/>
              </w:rPr>
            </w:pPr>
            <w:r w:rsidRPr="008C2259">
              <w:rPr>
                <w:rFonts w:cs="Times New Roman"/>
                <w:szCs w:val="24"/>
              </w:rPr>
              <w:t>3</w:t>
            </w:r>
          </w:p>
        </w:tc>
        <w:tc>
          <w:tcPr>
            <w:tcW w:w="1234" w:type="dxa"/>
          </w:tcPr>
          <w:p w14:paraId="7BB647AA" w14:textId="77777777" w:rsidR="005A2EFC" w:rsidRPr="008C2259" w:rsidRDefault="00000000" w:rsidP="008C2259">
            <w:pPr>
              <w:spacing w:line="360" w:lineRule="auto"/>
              <w:jc w:val="both"/>
              <w:rPr>
                <w:rFonts w:cs="Times New Roman"/>
                <w:szCs w:val="24"/>
              </w:rPr>
            </w:pPr>
            <w:r w:rsidRPr="008C2259">
              <w:rPr>
                <w:rFonts w:cs="Times New Roman"/>
                <w:szCs w:val="24"/>
              </w:rPr>
              <w:t>4</w:t>
            </w:r>
          </w:p>
        </w:tc>
        <w:tc>
          <w:tcPr>
            <w:tcW w:w="1234" w:type="dxa"/>
          </w:tcPr>
          <w:p w14:paraId="1AE834EE" w14:textId="77777777" w:rsidR="005A2EFC" w:rsidRPr="008C2259" w:rsidRDefault="00000000" w:rsidP="008C2259">
            <w:pPr>
              <w:spacing w:line="360" w:lineRule="auto"/>
              <w:jc w:val="both"/>
              <w:rPr>
                <w:rFonts w:cs="Times New Roman"/>
                <w:szCs w:val="24"/>
              </w:rPr>
            </w:pPr>
            <w:r w:rsidRPr="008C2259">
              <w:rPr>
                <w:rFonts w:cs="Times New Roman"/>
                <w:szCs w:val="24"/>
              </w:rPr>
              <w:t>5</w:t>
            </w:r>
          </w:p>
        </w:tc>
      </w:tr>
      <w:tr w:rsidR="005A2EFC" w:rsidRPr="008C2259" w14:paraId="4E2C08DA" w14:textId="77777777">
        <w:tc>
          <w:tcPr>
            <w:tcW w:w="1234" w:type="dxa"/>
          </w:tcPr>
          <w:p w14:paraId="03CCAB4C" w14:textId="77777777" w:rsidR="005A2EFC" w:rsidRPr="008C2259" w:rsidRDefault="00000000" w:rsidP="008C2259">
            <w:pPr>
              <w:spacing w:line="360" w:lineRule="auto"/>
              <w:jc w:val="both"/>
              <w:rPr>
                <w:rFonts w:cs="Times New Roman"/>
                <w:szCs w:val="24"/>
              </w:rPr>
            </w:pPr>
            <w:r w:rsidRPr="008C2259">
              <w:rPr>
                <w:rFonts w:cs="Times New Roman"/>
                <w:szCs w:val="24"/>
              </w:rPr>
              <w:t>C3</w:t>
            </w:r>
          </w:p>
        </w:tc>
        <w:tc>
          <w:tcPr>
            <w:tcW w:w="1234" w:type="dxa"/>
          </w:tcPr>
          <w:p w14:paraId="5DD422E7" w14:textId="77777777" w:rsidR="005A2EFC" w:rsidRPr="008C2259" w:rsidRDefault="00000000" w:rsidP="008C2259">
            <w:pPr>
              <w:spacing w:line="360" w:lineRule="auto"/>
              <w:jc w:val="both"/>
              <w:rPr>
                <w:rFonts w:cs="Times New Roman"/>
                <w:szCs w:val="24"/>
              </w:rPr>
            </w:pPr>
            <w:r w:rsidRPr="008C2259">
              <w:rPr>
                <w:rFonts w:cs="Times New Roman"/>
                <w:szCs w:val="24"/>
              </w:rPr>
              <w:t xml:space="preserve">The </w:t>
            </w:r>
            <w:r w:rsidRPr="008C2259">
              <w:rPr>
                <w:rFonts w:cs="Times New Roman"/>
                <w:szCs w:val="24"/>
              </w:rPr>
              <w:lastRenderedPageBreak/>
              <w:t>security protection for my data seems adequate</w:t>
            </w:r>
          </w:p>
        </w:tc>
        <w:tc>
          <w:tcPr>
            <w:tcW w:w="1234" w:type="dxa"/>
          </w:tcPr>
          <w:p w14:paraId="2E4BDCC6" w14:textId="77777777" w:rsidR="005A2EFC" w:rsidRPr="008C2259" w:rsidRDefault="00000000" w:rsidP="008C2259">
            <w:pPr>
              <w:spacing w:line="360" w:lineRule="auto"/>
              <w:jc w:val="both"/>
              <w:rPr>
                <w:rFonts w:cs="Times New Roman"/>
                <w:szCs w:val="24"/>
              </w:rPr>
            </w:pPr>
            <w:r w:rsidRPr="008C2259">
              <w:rPr>
                <w:rFonts w:cs="Times New Roman"/>
                <w:szCs w:val="24"/>
              </w:rPr>
              <w:lastRenderedPageBreak/>
              <w:t>1</w:t>
            </w:r>
          </w:p>
        </w:tc>
        <w:tc>
          <w:tcPr>
            <w:tcW w:w="1234" w:type="dxa"/>
          </w:tcPr>
          <w:p w14:paraId="2F615E24" w14:textId="77777777" w:rsidR="005A2EFC" w:rsidRPr="008C2259" w:rsidRDefault="00000000" w:rsidP="008C2259">
            <w:pPr>
              <w:spacing w:line="360" w:lineRule="auto"/>
              <w:jc w:val="both"/>
              <w:rPr>
                <w:rFonts w:cs="Times New Roman"/>
                <w:szCs w:val="24"/>
              </w:rPr>
            </w:pPr>
            <w:r w:rsidRPr="008C2259">
              <w:rPr>
                <w:rFonts w:cs="Times New Roman"/>
                <w:szCs w:val="24"/>
              </w:rPr>
              <w:t>2</w:t>
            </w:r>
          </w:p>
        </w:tc>
        <w:tc>
          <w:tcPr>
            <w:tcW w:w="1234" w:type="dxa"/>
          </w:tcPr>
          <w:p w14:paraId="4565461F" w14:textId="77777777" w:rsidR="005A2EFC" w:rsidRPr="008C2259" w:rsidRDefault="00000000" w:rsidP="008C2259">
            <w:pPr>
              <w:spacing w:line="360" w:lineRule="auto"/>
              <w:jc w:val="both"/>
              <w:rPr>
                <w:rFonts w:cs="Times New Roman"/>
                <w:szCs w:val="24"/>
              </w:rPr>
            </w:pPr>
            <w:r w:rsidRPr="008C2259">
              <w:rPr>
                <w:rFonts w:cs="Times New Roman"/>
                <w:szCs w:val="24"/>
              </w:rPr>
              <w:t>3</w:t>
            </w:r>
          </w:p>
        </w:tc>
        <w:tc>
          <w:tcPr>
            <w:tcW w:w="1234" w:type="dxa"/>
          </w:tcPr>
          <w:p w14:paraId="593FF232" w14:textId="77777777" w:rsidR="005A2EFC" w:rsidRPr="008C2259" w:rsidRDefault="00000000" w:rsidP="008C2259">
            <w:pPr>
              <w:spacing w:line="360" w:lineRule="auto"/>
              <w:jc w:val="both"/>
              <w:rPr>
                <w:rFonts w:cs="Times New Roman"/>
                <w:szCs w:val="24"/>
              </w:rPr>
            </w:pPr>
            <w:r w:rsidRPr="008C2259">
              <w:rPr>
                <w:rFonts w:cs="Times New Roman"/>
                <w:szCs w:val="24"/>
              </w:rPr>
              <w:t>4</w:t>
            </w:r>
          </w:p>
        </w:tc>
        <w:tc>
          <w:tcPr>
            <w:tcW w:w="1234" w:type="dxa"/>
          </w:tcPr>
          <w:p w14:paraId="053B4754" w14:textId="77777777" w:rsidR="005A2EFC" w:rsidRPr="008C2259" w:rsidRDefault="00000000" w:rsidP="008C2259">
            <w:pPr>
              <w:spacing w:line="360" w:lineRule="auto"/>
              <w:jc w:val="both"/>
              <w:rPr>
                <w:rFonts w:cs="Times New Roman"/>
                <w:szCs w:val="24"/>
              </w:rPr>
            </w:pPr>
            <w:r w:rsidRPr="008C2259">
              <w:rPr>
                <w:rFonts w:cs="Times New Roman"/>
                <w:szCs w:val="24"/>
              </w:rPr>
              <w:t>5</w:t>
            </w:r>
          </w:p>
        </w:tc>
      </w:tr>
      <w:tr w:rsidR="005A2EFC" w:rsidRPr="008C2259" w14:paraId="5E919703" w14:textId="77777777">
        <w:tc>
          <w:tcPr>
            <w:tcW w:w="1234" w:type="dxa"/>
          </w:tcPr>
          <w:p w14:paraId="0A5C7AE6" w14:textId="77777777" w:rsidR="005A2EFC" w:rsidRPr="008C2259" w:rsidRDefault="00000000" w:rsidP="008C2259">
            <w:pPr>
              <w:spacing w:line="360" w:lineRule="auto"/>
              <w:jc w:val="both"/>
              <w:rPr>
                <w:rFonts w:cs="Times New Roman"/>
                <w:szCs w:val="24"/>
              </w:rPr>
            </w:pPr>
            <w:r w:rsidRPr="008C2259">
              <w:rPr>
                <w:rFonts w:cs="Times New Roman"/>
                <w:szCs w:val="24"/>
              </w:rPr>
              <w:t>C4</w:t>
            </w:r>
          </w:p>
        </w:tc>
        <w:tc>
          <w:tcPr>
            <w:tcW w:w="1234" w:type="dxa"/>
          </w:tcPr>
          <w:p w14:paraId="18E38C05" w14:textId="77777777" w:rsidR="005A2EFC" w:rsidRPr="008C2259" w:rsidRDefault="00000000" w:rsidP="008C2259">
            <w:pPr>
              <w:spacing w:line="360" w:lineRule="auto"/>
              <w:jc w:val="both"/>
              <w:rPr>
                <w:rFonts w:cs="Times New Roman"/>
                <w:szCs w:val="24"/>
              </w:rPr>
            </w:pPr>
            <w:r w:rsidRPr="008C2259">
              <w:rPr>
                <w:rFonts w:cs="Times New Roman"/>
                <w:szCs w:val="24"/>
              </w:rPr>
              <w:t>I understand how long my data will be stored</w:t>
            </w:r>
          </w:p>
        </w:tc>
        <w:tc>
          <w:tcPr>
            <w:tcW w:w="1234" w:type="dxa"/>
          </w:tcPr>
          <w:p w14:paraId="6C7F53B6" w14:textId="77777777" w:rsidR="005A2EFC" w:rsidRPr="008C2259" w:rsidRDefault="00000000" w:rsidP="008C2259">
            <w:pPr>
              <w:spacing w:line="360" w:lineRule="auto"/>
              <w:jc w:val="both"/>
              <w:rPr>
                <w:rFonts w:cs="Times New Roman"/>
                <w:szCs w:val="24"/>
              </w:rPr>
            </w:pPr>
            <w:r w:rsidRPr="008C2259">
              <w:rPr>
                <w:rFonts w:cs="Times New Roman"/>
                <w:szCs w:val="24"/>
              </w:rPr>
              <w:t>1</w:t>
            </w:r>
          </w:p>
        </w:tc>
        <w:tc>
          <w:tcPr>
            <w:tcW w:w="1234" w:type="dxa"/>
          </w:tcPr>
          <w:p w14:paraId="6BBB5A49" w14:textId="77777777" w:rsidR="005A2EFC" w:rsidRPr="008C2259" w:rsidRDefault="00000000" w:rsidP="008C2259">
            <w:pPr>
              <w:spacing w:line="360" w:lineRule="auto"/>
              <w:jc w:val="both"/>
              <w:rPr>
                <w:rFonts w:cs="Times New Roman"/>
                <w:szCs w:val="24"/>
              </w:rPr>
            </w:pPr>
            <w:r w:rsidRPr="008C2259">
              <w:rPr>
                <w:rFonts w:cs="Times New Roman"/>
                <w:szCs w:val="24"/>
              </w:rPr>
              <w:t>2</w:t>
            </w:r>
          </w:p>
        </w:tc>
        <w:tc>
          <w:tcPr>
            <w:tcW w:w="1234" w:type="dxa"/>
          </w:tcPr>
          <w:p w14:paraId="0D839563" w14:textId="77777777" w:rsidR="005A2EFC" w:rsidRPr="008C2259" w:rsidRDefault="00000000" w:rsidP="008C2259">
            <w:pPr>
              <w:spacing w:line="360" w:lineRule="auto"/>
              <w:jc w:val="both"/>
              <w:rPr>
                <w:rFonts w:cs="Times New Roman"/>
                <w:szCs w:val="24"/>
              </w:rPr>
            </w:pPr>
            <w:r w:rsidRPr="008C2259">
              <w:rPr>
                <w:rFonts w:cs="Times New Roman"/>
                <w:szCs w:val="24"/>
              </w:rPr>
              <w:t>3</w:t>
            </w:r>
          </w:p>
        </w:tc>
        <w:tc>
          <w:tcPr>
            <w:tcW w:w="1234" w:type="dxa"/>
          </w:tcPr>
          <w:p w14:paraId="0C06BBFA" w14:textId="77777777" w:rsidR="005A2EFC" w:rsidRPr="008C2259" w:rsidRDefault="00000000" w:rsidP="008C2259">
            <w:pPr>
              <w:spacing w:line="360" w:lineRule="auto"/>
              <w:jc w:val="both"/>
              <w:rPr>
                <w:rFonts w:cs="Times New Roman"/>
                <w:szCs w:val="24"/>
              </w:rPr>
            </w:pPr>
            <w:r w:rsidRPr="008C2259">
              <w:rPr>
                <w:rFonts w:cs="Times New Roman"/>
                <w:szCs w:val="24"/>
              </w:rPr>
              <w:t>4</w:t>
            </w:r>
          </w:p>
        </w:tc>
        <w:tc>
          <w:tcPr>
            <w:tcW w:w="1234" w:type="dxa"/>
          </w:tcPr>
          <w:p w14:paraId="79662475" w14:textId="77777777" w:rsidR="005A2EFC" w:rsidRPr="008C2259" w:rsidRDefault="00000000" w:rsidP="008C2259">
            <w:pPr>
              <w:spacing w:line="360" w:lineRule="auto"/>
              <w:jc w:val="both"/>
              <w:rPr>
                <w:rFonts w:cs="Times New Roman"/>
                <w:szCs w:val="24"/>
              </w:rPr>
            </w:pPr>
            <w:r w:rsidRPr="008C2259">
              <w:rPr>
                <w:rFonts w:cs="Times New Roman"/>
                <w:szCs w:val="24"/>
              </w:rPr>
              <w:t>5</w:t>
            </w:r>
          </w:p>
        </w:tc>
      </w:tr>
      <w:tr w:rsidR="005A2EFC" w:rsidRPr="008C2259" w14:paraId="393F7E8C" w14:textId="77777777">
        <w:tc>
          <w:tcPr>
            <w:tcW w:w="1234" w:type="dxa"/>
          </w:tcPr>
          <w:p w14:paraId="125B2755" w14:textId="77777777" w:rsidR="005A2EFC" w:rsidRPr="008C2259" w:rsidRDefault="00000000" w:rsidP="008C2259">
            <w:pPr>
              <w:spacing w:line="360" w:lineRule="auto"/>
              <w:jc w:val="both"/>
              <w:rPr>
                <w:rFonts w:cs="Times New Roman"/>
                <w:szCs w:val="24"/>
              </w:rPr>
            </w:pPr>
            <w:r w:rsidRPr="008C2259">
              <w:rPr>
                <w:rFonts w:cs="Times New Roman"/>
                <w:szCs w:val="24"/>
              </w:rPr>
              <w:t>C5</w:t>
            </w:r>
          </w:p>
        </w:tc>
        <w:tc>
          <w:tcPr>
            <w:tcW w:w="1234" w:type="dxa"/>
          </w:tcPr>
          <w:p w14:paraId="4E00A82B" w14:textId="77777777" w:rsidR="005A2EFC" w:rsidRPr="008C2259" w:rsidRDefault="00000000" w:rsidP="008C2259">
            <w:pPr>
              <w:spacing w:line="360" w:lineRule="auto"/>
              <w:jc w:val="both"/>
              <w:rPr>
                <w:rFonts w:cs="Times New Roman"/>
                <w:szCs w:val="24"/>
              </w:rPr>
            </w:pPr>
            <w:r w:rsidRPr="008C2259">
              <w:rPr>
                <w:rFonts w:cs="Times New Roman"/>
                <w:szCs w:val="24"/>
              </w:rPr>
              <w:t>I know I can request deletion of my data at any time</w:t>
            </w:r>
          </w:p>
        </w:tc>
        <w:tc>
          <w:tcPr>
            <w:tcW w:w="1234" w:type="dxa"/>
          </w:tcPr>
          <w:p w14:paraId="0A404D9F" w14:textId="77777777" w:rsidR="005A2EFC" w:rsidRPr="008C2259" w:rsidRDefault="00000000" w:rsidP="008C2259">
            <w:pPr>
              <w:spacing w:line="360" w:lineRule="auto"/>
              <w:jc w:val="both"/>
              <w:rPr>
                <w:rFonts w:cs="Times New Roman"/>
                <w:szCs w:val="24"/>
              </w:rPr>
            </w:pPr>
            <w:r w:rsidRPr="008C2259">
              <w:rPr>
                <w:rFonts w:cs="Times New Roman"/>
                <w:szCs w:val="24"/>
              </w:rPr>
              <w:t>1</w:t>
            </w:r>
          </w:p>
        </w:tc>
        <w:tc>
          <w:tcPr>
            <w:tcW w:w="1234" w:type="dxa"/>
          </w:tcPr>
          <w:p w14:paraId="5FEE71A0" w14:textId="77777777" w:rsidR="005A2EFC" w:rsidRPr="008C2259" w:rsidRDefault="00000000" w:rsidP="008C2259">
            <w:pPr>
              <w:spacing w:line="360" w:lineRule="auto"/>
              <w:jc w:val="both"/>
              <w:rPr>
                <w:rFonts w:cs="Times New Roman"/>
                <w:szCs w:val="24"/>
              </w:rPr>
            </w:pPr>
            <w:r w:rsidRPr="008C2259">
              <w:rPr>
                <w:rFonts w:cs="Times New Roman"/>
                <w:szCs w:val="24"/>
              </w:rPr>
              <w:t>2</w:t>
            </w:r>
          </w:p>
        </w:tc>
        <w:tc>
          <w:tcPr>
            <w:tcW w:w="1234" w:type="dxa"/>
          </w:tcPr>
          <w:p w14:paraId="5989EF0D" w14:textId="77777777" w:rsidR="005A2EFC" w:rsidRPr="008C2259" w:rsidRDefault="00000000" w:rsidP="008C2259">
            <w:pPr>
              <w:spacing w:line="360" w:lineRule="auto"/>
              <w:jc w:val="both"/>
              <w:rPr>
                <w:rFonts w:cs="Times New Roman"/>
                <w:szCs w:val="24"/>
              </w:rPr>
            </w:pPr>
            <w:r w:rsidRPr="008C2259">
              <w:rPr>
                <w:rFonts w:cs="Times New Roman"/>
                <w:szCs w:val="24"/>
              </w:rPr>
              <w:t>3</w:t>
            </w:r>
          </w:p>
        </w:tc>
        <w:tc>
          <w:tcPr>
            <w:tcW w:w="1234" w:type="dxa"/>
          </w:tcPr>
          <w:p w14:paraId="1BA49D17" w14:textId="77777777" w:rsidR="005A2EFC" w:rsidRPr="008C2259" w:rsidRDefault="00000000" w:rsidP="008C2259">
            <w:pPr>
              <w:spacing w:line="360" w:lineRule="auto"/>
              <w:jc w:val="both"/>
              <w:rPr>
                <w:rFonts w:cs="Times New Roman"/>
                <w:szCs w:val="24"/>
              </w:rPr>
            </w:pPr>
            <w:r w:rsidRPr="008C2259">
              <w:rPr>
                <w:rFonts w:cs="Times New Roman"/>
                <w:szCs w:val="24"/>
              </w:rPr>
              <w:t>4</w:t>
            </w:r>
          </w:p>
        </w:tc>
        <w:tc>
          <w:tcPr>
            <w:tcW w:w="1234" w:type="dxa"/>
          </w:tcPr>
          <w:p w14:paraId="152B4D41" w14:textId="77777777" w:rsidR="005A2EFC" w:rsidRPr="008C2259" w:rsidRDefault="00000000" w:rsidP="008C2259">
            <w:pPr>
              <w:spacing w:line="360" w:lineRule="auto"/>
              <w:jc w:val="both"/>
              <w:rPr>
                <w:rFonts w:cs="Times New Roman"/>
                <w:szCs w:val="24"/>
              </w:rPr>
            </w:pPr>
            <w:r w:rsidRPr="008C2259">
              <w:rPr>
                <w:rFonts w:cs="Times New Roman"/>
                <w:szCs w:val="24"/>
              </w:rPr>
              <w:t>5</w:t>
            </w:r>
          </w:p>
        </w:tc>
      </w:tr>
      <w:tr w:rsidR="005A2EFC" w:rsidRPr="008C2259" w14:paraId="167FF3C6" w14:textId="77777777">
        <w:tc>
          <w:tcPr>
            <w:tcW w:w="1234" w:type="dxa"/>
          </w:tcPr>
          <w:p w14:paraId="53E682B8" w14:textId="77777777" w:rsidR="005A2EFC" w:rsidRPr="008C2259" w:rsidRDefault="00000000" w:rsidP="008C2259">
            <w:pPr>
              <w:spacing w:line="360" w:lineRule="auto"/>
              <w:jc w:val="both"/>
              <w:rPr>
                <w:rFonts w:cs="Times New Roman"/>
                <w:szCs w:val="24"/>
              </w:rPr>
            </w:pPr>
            <w:r w:rsidRPr="008C2259">
              <w:rPr>
                <w:rFonts w:cs="Times New Roman"/>
                <w:szCs w:val="24"/>
              </w:rPr>
              <w:t>C6</w:t>
            </w:r>
          </w:p>
        </w:tc>
        <w:tc>
          <w:tcPr>
            <w:tcW w:w="1234" w:type="dxa"/>
          </w:tcPr>
          <w:p w14:paraId="4D31C015" w14:textId="77777777" w:rsidR="005A2EFC" w:rsidRPr="008C2259" w:rsidRDefault="00000000" w:rsidP="008C2259">
            <w:pPr>
              <w:spacing w:line="360" w:lineRule="auto"/>
              <w:jc w:val="both"/>
              <w:rPr>
                <w:rFonts w:cs="Times New Roman"/>
                <w:szCs w:val="24"/>
              </w:rPr>
            </w:pPr>
            <w:r w:rsidRPr="008C2259">
              <w:rPr>
                <w:rFonts w:cs="Times New Roman"/>
                <w:szCs w:val="24"/>
              </w:rPr>
              <w:t>The consent process was clear and transparent</w:t>
            </w:r>
          </w:p>
        </w:tc>
        <w:tc>
          <w:tcPr>
            <w:tcW w:w="1234" w:type="dxa"/>
          </w:tcPr>
          <w:p w14:paraId="08A2CD69" w14:textId="77777777" w:rsidR="005A2EFC" w:rsidRPr="008C2259" w:rsidRDefault="00000000" w:rsidP="008C2259">
            <w:pPr>
              <w:spacing w:line="360" w:lineRule="auto"/>
              <w:jc w:val="both"/>
              <w:rPr>
                <w:rFonts w:cs="Times New Roman"/>
                <w:szCs w:val="24"/>
              </w:rPr>
            </w:pPr>
            <w:r w:rsidRPr="008C2259">
              <w:rPr>
                <w:rFonts w:cs="Times New Roman"/>
                <w:szCs w:val="24"/>
              </w:rPr>
              <w:t>1</w:t>
            </w:r>
          </w:p>
        </w:tc>
        <w:tc>
          <w:tcPr>
            <w:tcW w:w="1234" w:type="dxa"/>
          </w:tcPr>
          <w:p w14:paraId="68AED835" w14:textId="77777777" w:rsidR="005A2EFC" w:rsidRPr="008C2259" w:rsidRDefault="00000000" w:rsidP="008C2259">
            <w:pPr>
              <w:spacing w:line="360" w:lineRule="auto"/>
              <w:jc w:val="both"/>
              <w:rPr>
                <w:rFonts w:cs="Times New Roman"/>
                <w:szCs w:val="24"/>
              </w:rPr>
            </w:pPr>
            <w:r w:rsidRPr="008C2259">
              <w:rPr>
                <w:rFonts w:cs="Times New Roman"/>
                <w:szCs w:val="24"/>
              </w:rPr>
              <w:t>2</w:t>
            </w:r>
          </w:p>
        </w:tc>
        <w:tc>
          <w:tcPr>
            <w:tcW w:w="1234" w:type="dxa"/>
          </w:tcPr>
          <w:p w14:paraId="16A969C2" w14:textId="77777777" w:rsidR="005A2EFC" w:rsidRPr="008C2259" w:rsidRDefault="00000000" w:rsidP="008C2259">
            <w:pPr>
              <w:spacing w:line="360" w:lineRule="auto"/>
              <w:jc w:val="both"/>
              <w:rPr>
                <w:rFonts w:cs="Times New Roman"/>
                <w:szCs w:val="24"/>
              </w:rPr>
            </w:pPr>
            <w:r w:rsidRPr="008C2259">
              <w:rPr>
                <w:rFonts w:cs="Times New Roman"/>
                <w:szCs w:val="24"/>
              </w:rPr>
              <w:t>3</w:t>
            </w:r>
          </w:p>
        </w:tc>
        <w:tc>
          <w:tcPr>
            <w:tcW w:w="1234" w:type="dxa"/>
          </w:tcPr>
          <w:p w14:paraId="7C4AFEA8" w14:textId="77777777" w:rsidR="005A2EFC" w:rsidRPr="008C2259" w:rsidRDefault="00000000" w:rsidP="008C2259">
            <w:pPr>
              <w:spacing w:line="360" w:lineRule="auto"/>
              <w:jc w:val="both"/>
              <w:rPr>
                <w:rFonts w:cs="Times New Roman"/>
                <w:szCs w:val="24"/>
              </w:rPr>
            </w:pPr>
            <w:r w:rsidRPr="008C2259">
              <w:rPr>
                <w:rFonts w:cs="Times New Roman"/>
                <w:szCs w:val="24"/>
              </w:rPr>
              <w:t>4</w:t>
            </w:r>
          </w:p>
        </w:tc>
        <w:tc>
          <w:tcPr>
            <w:tcW w:w="1234" w:type="dxa"/>
          </w:tcPr>
          <w:p w14:paraId="6418624C" w14:textId="77777777" w:rsidR="005A2EFC" w:rsidRPr="008C2259" w:rsidRDefault="00000000" w:rsidP="008C2259">
            <w:pPr>
              <w:spacing w:line="360" w:lineRule="auto"/>
              <w:jc w:val="both"/>
              <w:rPr>
                <w:rFonts w:cs="Times New Roman"/>
                <w:szCs w:val="24"/>
              </w:rPr>
            </w:pPr>
            <w:r w:rsidRPr="008C2259">
              <w:rPr>
                <w:rFonts w:cs="Times New Roman"/>
                <w:szCs w:val="24"/>
              </w:rPr>
              <w:t>5</w:t>
            </w:r>
          </w:p>
        </w:tc>
      </w:tr>
      <w:tr w:rsidR="005A2EFC" w:rsidRPr="008C2259" w14:paraId="42ACEB88" w14:textId="77777777">
        <w:tc>
          <w:tcPr>
            <w:tcW w:w="1234" w:type="dxa"/>
          </w:tcPr>
          <w:p w14:paraId="45B7B790" w14:textId="77777777" w:rsidR="005A2EFC" w:rsidRPr="008C2259" w:rsidRDefault="00000000" w:rsidP="008C2259">
            <w:pPr>
              <w:spacing w:line="360" w:lineRule="auto"/>
              <w:jc w:val="both"/>
              <w:rPr>
                <w:rFonts w:cs="Times New Roman"/>
                <w:szCs w:val="24"/>
              </w:rPr>
            </w:pPr>
            <w:r w:rsidRPr="008C2259">
              <w:rPr>
                <w:rFonts w:cs="Times New Roman"/>
                <w:szCs w:val="24"/>
              </w:rPr>
              <w:t>C7</w:t>
            </w:r>
          </w:p>
        </w:tc>
        <w:tc>
          <w:tcPr>
            <w:tcW w:w="1234" w:type="dxa"/>
          </w:tcPr>
          <w:p w14:paraId="3409F7D7" w14:textId="77777777" w:rsidR="005A2EFC" w:rsidRPr="008C2259" w:rsidRDefault="00000000" w:rsidP="008C2259">
            <w:pPr>
              <w:spacing w:line="360" w:lineRule="auto"/>
              <w:jc w:val="both"/>
              <w:rPr>
                <w:rFonts w:cs="Times New Roman"/>
                <w:szCs w:val="24"/>
              </w:rPr>
            </w:pPr>
            <w:r w:rsidRPr="008C2259">
              <w:rPr>
                <w:rFonts w:cs="Times New Roman"/>
                <w:szCs w:val="24"/>
              </w:rPr>
              <w:t>I have concerns about facial recognition being used for attendance</w:t>
            </w:r>
          </w:p>
        </w:tc>
        <w:tc>
          <w:tcPr>
            <w:tcW w:w="1234" w:type="dxa"/>
          </w:tcPr>
          <w:p w14:paraId="7D75B57D" w14:textId="77777777" w:rsidR="005A2EFC" w:rsidRPr="008C2259" w:rsidRDefault="00000000" w:rsidP="008C2259">
            <w:pPr>
              <w:spacing w:line="360" w:lineRule="auto"/>
              <w:jc w:val="both"/>
              <w:rPr>
                <w:rFonts w:cs="Times New Roman"/>
                <w:szCs w:val="24"/>
              </w:rPr>
            </w:pPr>
            <w:r w:rsidRPr="008C2259">
              <w:rPr>
                <w:rFonts w:cs="Times New Roman"/>
                <w:szCs w:val="24"/>
              </w:rPr>
              <w:t>1</w:t>
            </w:r>
          </w:p>
        </w:tc>
        <w:tc>
          <w:tcPr>
            <w:tcW w:w="1234" w:type="dxa"/>
          </w:tcPr>
          <w:p w14:paraId="27C07A11" w14:textId="77777777" w:rsidR="005A2EFC" w:rsidRPr="008C2259" w:rsidRDefault="00000000" w:rsidP="008C2259">
            <w:pPr>
              <w:spacing w:line="360" w:lineRule="auto"/>
              <w:jc w:val="both"/>
              <w:rPr>
                <w:rFonts w:cs="Times New Roman"/>
                <w:szCs w:val="24"/>
              </w:rPr>
            </w:pPr>
            <w:r w:rsidRPr="008C2259">
              <w:rPr>
                <w:rFonts w:cs="Times New Roman"/>
                <w:szCs w:val="24"/>
              </w:rPr>
              <w:t>2</w:t>
            </w:r>
          </w:p>
        </w:tc>
        <w:tc>
          <w:tcPr>
            <w:tcW w:w="1234" w:type="dxa"/>
          </w:tcPr>
          <w:p w14:paraId="1E17A92E" w14:textId="77777777" w:rsidR="005A2EFC" w:rsidRPr="008C2259" w:rsidRDefault="00000000" w:rsidP="008C2259">
            <w:pPr>
              <w:spacing w:line="360" w:lineRule="auto"/>
              <w:jc w:val="both"/>
              <w:rPr>
                <w:rFonts w:cs="Times New Roman"/>
                <w:szCs w:val="24"/>
              </w:rPr>
            </w:pPr>
            <w:r w:rsidRPr="008C2259">
              <w:rPr>
                <w:rFonts w:cs="Times New Roman"/>
                <w:szCs w:val="24"/>
              </w:rPr>
              <w:t>3</w:t>
            </w:r>
          </w:p>
        </w:tc>
        <w:tc>
          <w:tcPr>
            <w:tcW w:w="1234" w:type="dxa"/>
          </w:tcPr>
          <w:p w14:paraId="0CC21CBC" w14:textId="77777777" w:rsidR="005A2EFC" w:rsidRPr="008C2259" w:rsidRDefault="00000000" w:rsidP="008C2259">
            <w:pPr>
              <w:spacing w:line="360" w:lineRule="auto"/>
              <w:jc w:val="both"/>
              <w:rPr>
                <w:rFonts w:cs="Times New Roman"/>
                <w:szCs w:val="24"/>
              </w:rPr>
            </w:pPr>
            <w:r w:rsidRPr="008C2259">
              <w:rPr>
                <w:rFonts w:cs="Times New Roman"/>
                <w:szCs w:val="24"/>
              </w:rPr>
              <w:t>4</w:t>
            </w:r>
          </w:p>
        </w:tc>
        <w:tc>
          <w:tcPr>
            <w:tcW w:w="1234" w:type="dxa"/>
          </w:tcPr>
          <w:p w14:paraId="0DD515AB" w14:textId="77777777" w:rsidR="005A2EFC" w:rsidRPr="008C2259" w:rsidRDefault="00000000" w:rsidP="008C2259">
            <w:pPr>
              <w:spacing w:line="360" w:lineRule="auto"/>
              <w:jc w:val="both"/>
              <w:rPr>
                <w:rFonts w:cs="Times New Roman"/>
                <w:szCs w:val="24"/>
              </w:rPr>
            </w:pPr>
            <w:r w:rsidRPr="008C2259">
              <w:rPr>
                <w:rFonts w:cs="Times New Roman"/>
                <w:szCs w:val="24"/>
              </w:rPr>
              <w:t>5</w:t>
            </w:r>
          </w:p>
        </w:tc>
      </w:tr>
      <w:tr w:rsidR="005A2EFC" w:rsidRPr="008C2259" w14:paraId="5E187341" w14:textId="77777777">
        <w:tc>
          <w:tcPr>
            <w:tcW w:w="1234" w:type="dxa"/>
          </w:tcPr>
          <w:p w14:paraId="7ED492E6" w14:textId="77777777" w:rsidR="005A2EFC" w:rsidRPr="008C2259" w:rsidRDefault="00000000" w:rsidP="008C2259">
            <w:pPr>
              <w:spacing w:line="360" w:lineRule="auto"/>
              <w:jc w:val="both"/>
              <w:rPr>
                <w:rFonts w:cs="Times New Roman"/>
                <w:szCs w:val="24"/>
              </w:rPr>
            </w:pPr>
            <w:r w:rsidRPr="008C2259">
              <w:rPr>
                <w:rFonts w:cs="Times New Roman"/>
                <w:szCs w:val="24"/>
              </w:rPr>
              <w:t>C8</w:t>
            </w:r>
          </w:p>
        </w:tc>
        <w:tc>
          <w:tcPr>
            <w:tcW w:w="1234" w:type="dxa"/>
          </w:tcPr>
          <w:p w14:paraId="3C14813C" w14:textId="77777777" w:rsidR="005A2EFC" w:rsidRPr="008C2259" w:rsidRDefault="00000000" w:rsidP="008C2259">
            <w:pPr>
              <w:spacing w:line="360" w:lineRule="auto"/>
              <w:jc w:val="both"/>
              <w:rPr>
                <w:rFonts w:cs="Times New Roman"/>
                <w:szCs w:val="24"/>
              </w:rPr>
            </w:pPr>
            <w:r w:rsidRPr="008C2259">
              <w:rPr>
                <w:rFonts w:cs="Times New Roman"/>
                <w:szCs w:val="24"/>
              </w:rPr>
              <w:t xml:space="preserve">I trust the university </w:t>
            </w:r>
            <w:r w:rsidRPr="008C2259">
              <w:rPr>
                <w:rFonts w:cs="Times New Roman"/>
                <w:szCs w:val="24"/>
              </w:rPr>
              <w:lastRenderedPageBreak/>
              <w:t>to protect my biometric information</w:t>
            </w:r>
          </w:p>
        </w:tc>
        <w:tc>
          <w:tcPr>
            <w:tcW w:w="1234" w:type="dxa"/>
          </w:tcPr>
          <w:p w14:paraId="79AEA20D" w14:textId="77777777" w:rsidR="005A2EFC" w:rsidRPr="008C2259" w:rsidRDefault="00000000" w:rsidP="008C2259">
            <w:pPr>
              <w:spacing w:line="360" w:lineRule="auto"/>
              <w:jc w:val="both"/>
              <w:rPr>
                <w:rFonts w:cs="Times New Roman"/>
                <w:szCs w:val="24"/>
              </w:rPr>
            </w:pPr>
            <w:r w:rsidRPr="008C2259">
              <w:rPr>
                <w:rFonts w:cs="Times New Roman"/>
                <w:szCs w:val="24"/>
              </w:rPr>
              <w:lastRenderedPageBreak/>
              <w:t>1</w:t>
            </w:r>
          </w:p>
        </w:tc>
        <w:tc>
          <w:tcPr>
            <w:tcW w:w="1234" w:type="dxa"/>
          </w:tcPr>
          <w:p w14:paraId="3B8BC2F6" w14:textId="77777777" w:rsidR="005A2EFC" w:rsidRPr="008C2259" w:rsidRDefault="00000000" w:rsidP="008C2259">
            <w:pPr>
              <w:spacing w:line="360" w:lineRule="auto"/>
              <w:jc w:val="both"/>
              <w:rPr>
                <w:rFonts w:cs="Times New Roman"/>
                <w:szCs w:val="24"/>
              </w:rPr>
            </w:pPr>
            <w:r w:rsidRPr="008C2259">
              <w:rPr>
                <w:rFonts w:cs="Times New Roman"/>
                <w:szCs w:val="24"/>
              </w:rPr>
              <w:t>2</w:t>
            </w:r>
          </w:p>
        </w:tc>
        <w:tc>
          <w:tcPr>
            <w:tcW w:w="1234" w:type="dxa"/>
          </w:tcPr>
          <w:p w14:paraId="7BC3231E" w14:textId="77777777" w:rsidR="005A2EFC" w:rsidRPr="008C2259" w:rsidRDefault="00000000" w:rsidP="008C2259">
            <w:pPr>
              <w:spacing w:line="360" w:lineRule="auto"/>
              <w:jc w:val="both"/>
              <w:rPr>
                <w:rFonts w:cs="Times New Roman"/>
                <w:szCs w:val="24"/>
              </w:rPr>
            </w:pPr>
            <w:r w:rsidRPr="008C2259">
              <w:rPr>
                <w:rFonts w:cs="Times New Roman"/>
                <w:szCs w:val="24"/>
              </w:rPr>
              <w:t>3</w:t>
            </w:r>
          </w:p>
        </w:tc>
        <w:tc>
          <w:tcPr>
            <w:tcW w:w="1234" w:type="dxa"/>
          </w:tcPr>
          <w:p w14:paraId="0827283E" w14:textId="77777777" w:rsidR="005A2EFC" w:rsidRPr="008C2259" w:rsidRDefault="00000000" w:rsidP="008C2259">
            <w:pPr>
              <w:spacing w:line="360" w:lineRule="auto"/>
              <w:jc w:val="both"/>
              <w:rPr>
                <w:rFonts w:cs="Times New Roman"/>
                <w:szCs w:val="24"/>
              </w:rPr>
            </w:pPr>
            <w:r w:rsidRPr="008C2259">
              <w:rPr>
                <w:rFonts w:cs="Times New Roman"/>
                <w:szCs w:val="24"/>
              </w:rPr>
              <w:t>4</w:t>
            </w:r>
          </w:p>
        </w:tc>
        <w:tc>
          <w:tcPr>
            <w:tcW w:w="1234" w:type="dxa"/>
          </w:tcPr>
          <w:p w14:paraId="613F8D31" w14:textId="77777777" w:rsidR="005A2EFC" w:rsidRPr="008C2259" w:rsidRDefault="00000000" w:rsidP="008C2259">
            <w:pPr>
              <w:spacing w:line="360" w:lineRule="auto"/>
              <w:jc w:val="both"/>
              <w:rPr>
                <w:rFonts w:cs="Times New Roman"/>
                <w:szCs w:val="24"/>
              </w:rPr>
            </w:pPr>
            <w:r w:rsidRPr="008C2259">
              <w:rPr>
                <w:rFonts w:cs="Times New Roman"/>
                <w:szCs w:val="24"/>
              </w:rPr>
              <w:t>5</w:t>
            </w:r>
          </w:p>
        </w:tc>
      </w:tr>
      <w:tr w:rsidR="005A2EFC" w:rsidRPr="008C2259" w14:paraId="161F7051" w14:textId="77777777">
        <w:tc>
          <w:tcPr>
            <w:tcW w:w="1234" w:type="dxa"/>
          </w:tcPr>
          <w:p w14:paraId="6B0A7860" w14:textId="77777777" w:rsidR="005A2EFC" w:rsidRPr="008C2259" w:rsidRDefault="00000000" w:rsidP="008C2259">
            <w:pPr>
              <w:spacing w:line="360" w:lineRule="auto"/>
              <w:jc w:val="both"/>
              <w:rPr>
                <w:rFonts w:cs="Times New Roman"/>
                <w:szCs w:val="24"/>
              </w:rPr>
            </w:pPr>
            <w:r w:rsidRPr="008C2259">
              <w:rPr>
                <w:rFonts w:cs="Times New Roman"/>
                <w:szCs w:val="24"/>
              </w:rPr>
              <w:t>C9</w:t>
            </w:r>
          </w:p>
        </w:tc>
        <w:tc>
          <w:tcPr>
            <w:tcW w:w="1234" w:type="dxa"/>
          </w:tcPr>
          <w:p w14:paraId="0BB8ED12" w14:textId="77777777" w:rsidR="005A2EFC" w:rsidRPr="008C2259" w:rsidRDefault="00000000" w:rsidP="008C2259">
            <w:pPr>
              <w:spacing w:line="360" w:lineRule="auto"/>
              <w:jc w:val="both"/>
              <w:rPr>
                <w:rFonts w:cs="Times New Roman"/>
                <w:szCs w:val="24"/>
              </w:rPr>
            </w:pPr>
            <w:r w:rsidRPr="008C2259">
              <w:rPr>
                <w:rFonts w:cs="Times New Roman"/>
                <w:szCs w:val="24"/>
              </w:rPr>
              <w:t>The system feels like unnecessary surveillance</w:t>
            </w:r>
          </w:p>
        </w:tc>
        <w:tc>
          <w:tcPr>
            <w:tcW w:w="1234" w:type="dxa"/>
          </w:tcPr>
          <w:p w14:paraId="506B781F" w14:textId="77777777" w:rsidR="005A2EFC" w:rsidRPr="008C2259" w:rsidRDefault="00000000" w:rsidP="008C2259">
            <w:pPr>
              <w:spacing w:line="360" w:lineRule="auto"/>
              <w:jc w:val="both"/>
              <w:rPr>
                <w:rFonts w:cs="Times New Roman"/>
                <w:szCs w:val="24"/>
              </w:rPr>
            </w:pPr>
            <w:r w:rsidRPr="008C2259">
              <w:rPr>
                <w:rFonts w:cs="Times New Roman"/>
                <w:szCs w:val="24"/>
              </w:rPr>
              <w:t>1</w:t>
            </w:r>
          </w:p>
        </w:tc>
        <w:tc>
          <w:tcPr>
            <w:tcW w:w="1234" w:type="dxa"/>
          </w:tcPr>
          <w:p w14:paraId="45EC1A06" w14:textId="77777777" w:rsidR="005A2EFC" w:rsidRPr="008C2259" w:rsidRDefault="00000000" w:rsidP="008C2259">
            <w:pPr>
              <w:spacing w:line="360" w:lineRule="auto"/>
              <w:jc w:val="both"/>
              <w:rPr>
                <w:rFonts w:cs="Times New Roman"/>
                <w:szCs w:val="24"/>
              </w:rPr>
            </w:pPr>
            <w:r w:rsidRPr="008C2259">
              <w:rPr>
                <w:rFonts w:cs="Times New Roman"/>
                <w:szCs w:val="24"/>
              </w:rPr>
              <w:t>2</w:t>
            </w:r>
          </w:p>
        </w:tc>
        <w:tc>
          <w:tcPr>
            <w:tcW w:w="1234" w:type="dxa"/>
          </w:tcPr>
          <w:p w14:paraId="0DAF2D14" w14:textId="77777777" w:rsidR="005A2EFC" w:rsidRPr="008C2259" w:rsidRDefault="00000000" w:rsidP="008C2259">
            <w:pPr>
              <w:spacing w:line="360" w:lineRule="auto"/>
              <w:jc w:val="both"/>
              <w:rPr>
                <w:rFonts w:cs="Times New Roman"/>
                <w:szCs w:val="24"/>
              </w:rPr>
            </w:pPr>
            <w:r w:rsidRPr="008C2259">
              <w:rPr>
                <w:rFonts w:cs="Times New Roman"/>
                <w:szCs w:val="24"/>
              </w:rPr>
              <w:t>3</w:t>
            </w:r>
          </w:p>
        </w:tc>
        <w:tc>
          <w:tcPr>
            <w:tcW w:w="1234" w:type="dxa"/>
          </w:tcPr>
          <w:p w14:paraId="14610407" w14:textId="77777777" w:rsidR="005A2EFC" w:rsidRPr="008C2259" w:rsidRDefault="00000000" w:rsidP="008C2259">
            <w:pPr>
              <w:spacing w:line="360" w:lineRule="auto"/>
              <w:jc w:val="both"/>
              <w:rPr>
                <w:rFonts w:cs="Times New Roman"/>
                <w:szCs w:val="24"/>
              </w:rPr>
            </w:pPr>
            <w:r w:rsidRPr="008C2259">
              <w:rPr>
                <w:rFonts w:cs="Times New Roman"/>
                <w:szCs w:val="24"/>
              </w:rPr>
              <w:t>4</w:t>
            </w:r>
          </w:p>
        </w:tc>
        <w:tc>
          <w:tcPr>
            <w:tcW w:w="1234" w:type="dxa"/>
          </w:tcPr>
          <w:p w14:paraId="68E43703" w14:textId="77777777" w:rsidR="005A2EFC" w:rsidRPr="008C2259" w:rsidRDefault="00000000" w:rsidP="008C2259">
            <w:pPr>
              <w:spacing w:line="360" w:lineRule="auto"/>
              <w:jc w:val="both"/>
              <w:rPr>
                <w:rFonts w:cs="Times New Roman"/>
                <w:szCs w:val="24"/>
              </w:rPr>
            </w:pPr>
            <w:r w:rsidRPr="008C2259">
              <w:rPr>
                <w:rFonts w:cs="Times New Roman"/>
                <w:szCs w:val="24"/>
              </w:rPr>
              <w:t>5</w:t>
            </w:r>
          </w:p>
        </w:tc>
      </w:tr>
      <w:tr w:rsidR="005A2EFC" w:rsidRPr="008C2259" w14:paraId="4A041006" w14:textId="77777777">
        <w:tc>
          <w:tcPr>
            <w:tcW w:w="1234" w:type="dxa"/>
          </w:tcPr>
          <w:p w14:paraId="4F24A16D" w14:textId="77777777" w:rsidR="005A2EFC" w:rsidRPr="008C2259" w:rsidRDefault="00000000" w:rsidP="008C2259">
            <w:pPr>
              <w:spacing w:line="360" w:lineRule="auto"/>
              <w:jc w:val="both"/>
              <w:rPr>
                <w:rFonts w:cs="Times New Roman"/>
                <w:szCs w:val="24"/>
              </w:rPr>
            </w:pPr>
            <w:r w:rsidRPr="008C2259">
              <w:rPr>
                <w:rFonts w:cs="Times New Roman"/>
                <w:szCs w:val="24"/>
              </w:rPr>
              <w:t>C10</w:t>
            </w:r>
          </w:p>
        </w:tc>
        <w:tc>
          <w:tcPr>
            <w:tcW w:w="1234" w:type="dxa"/>
          </w:tcPr>
          <w:p w14:paraId="4B51AFCF" w14:textId="77777777" w:rsidR="005A2EFC" w:rsidRPr="008C2259" w:rsidRDefault="00000000" w:rsidP="008C2259">
            <w:pPr>
              <w:spacing w:line="360" w:lineRule="auto"/>
              <w:jc w:val="both"/>
              <w:rPr>
                <w:rFonts w:cs="Times New Roman"/>
                <w:szCs w:val="24"/>
              </w:rPr>
            </w:pPr>
            <w:r w:rsidRPr="008C2259">
              <w:rPr>
                <w:rFonts w:cs="Times New Roman"/>
                <w:szCs w:val="24"/>
              </w:rPr>
              <w:t>Overall, I believe the benefits outweigh privacy concerns</w:t>
            </w:r>
          </w:p>
        </w:tc>
        <w:tc>
          <w:tcPr>
            <w:tcW w:w="1234" w:type="dxa"/>
          </w:tcPr>
          <w:p w14:paraId="17D2708B" w14:textId="77777777" w:rsidR="005A2EFC" w:rsidRPr="008C2259" w:rsidRDefault="00000000" w:rsidP="008C2259">
            <w:pPr>
              <w:spacing w:line="360" w:lineRule="auto"/>
              <w:jc w:val="both"/>
              <w:rPr>
                <w:rFonts w:cs="Times New Roman"/>
                <w:szCs w:val="24"/>
              </w:rPr>
            </w:pPr>
            <w:r w:rsidRPr="008C2259">
              <w:rPr>
                <w:rFonts w:cs="Times New Roman"/>
                <w:szCs w:val="24"/>
              </w:rPr>
              <w:t>1</w:t>
            </w:r>
          </w:p>
        </w:tc>
        <w:tc>
          <w:tcPr>
            <w:tcW w:w="1234" w:type="dxa"/>
          </w:tcPr>
          <w:p w14:paraId="7F343DE3" w14:textId="77777777" w:rsidR="005A2EFC" w:rsidRPr="008C2259" w:rsidRDefault="00000000" w:rsidP="008C2259">
            <w:pPr>
              <w:spacing w:line="360" w:lineRule="auto"/>
              <w:jc w:val="both"/>
              <w:rPr>
                <w:rFonts w:cs="Times New Roman"/>
                <w:szCs w:val="24"/>
              </w:rPr>
            </w:pPr>
            <w:r w:rsidRPr="008C2259">
              <w:rPr>
                <w:rFonts w:cs="Times New Roman"/>
                <w:szCs w:val="24"/>
              </w:rPr>
              <w:t>2</w:t>
            </w:r>
          </w:p>
        </w:tc>
        <w:tc>
          <w:tcPr>
            <w:tcW w:w="1234" w:type="dxa"/>
          </w:tcPr>
          <w:p w14:paraId="123732EA" w14:textId="77777777" w:rsidR="005A2EFC" w:rsidRPr="008C2259" w:rsidRDefault="00000000" w:rsidP="008C2259">
            <w:pPr>
              <w:spacing w:line="360" w:lineRule="auto"/>
              <w:jc w:val="both"/>
              <w:rPr>
                <w:rFonts w:cs="Times New Roman"/>
                <w:szCs w:val="24"/>
              </w:rPr>
            </w:pPr>
            <w:r w:rsidRPr="008C2259">
              <w:rPr>
                <w:rFonts w:cs="Times New Roman"/>
                <w:szCs w:val="24"/>
              </w:rPr>
              <w:t>3</w:t>
            </w:r>
          </w:p>
        </w:tc>
        <w:tc>
          <w:tcPr>
            <w:tcW w:w="1234" w:type="dxa"/>
          </w:tcPr>
          <w:p w14:paraId="6AA901D0" w14:textId="77777777" w:rsidR="005A2EFC" w:rsidRPr="008C2259" w:rsidRDefault="00000000" w:rsidP="008C2259">
            <w:pPr>
              <w:spacing w:line="360" w:lineRule="auto"/>
              <w:jc w:val="both"/>
              <w:rPr>
                <w:rFonts w:cs="Times New Roman"/>
                <w:szCs w:val="24"/>
              </w:rPr>
            </w:pPr>
            <w:r w:rsidRPr="008C2259">
              <w:rPr>
                <w:rFonts w:cs="Times New Roman"/>
                <w:szCs w:val="24"/>
              </w:rPr>
              <w:t>4</w:t>
            </w:r>
          </w:p>
        </w:tc>
        <w:tc>
          <w:tcPr>
            <w:tcW w:w="1234" w:type="dxa"/>
          </w:tcPr>
          <w:p w14:paraId="70B77B5A" w14:textId="77777777" w:rsidR="005A2EFC" w:rsidRPr="008C2259" w:rsidRDefault="00000000" w:rsidP="008C2259">
            <w:pPr>
              <w:spacing w:line="360" w:lineRule="auto"/>
              <w:jc w:val="both"/>
              <w:rPr>
                <w:rFonts w:cs="Times New Roman"/>
                <w:szCs w:val="24"/>
              </w:rPr>
            </w:pPr>
            <w:r w:rsidRPr="008C2259">
              <w:rPr>
                <w:rFonts w:cs="Times New Roman"/>
                <w:szCs w:val="24"/>
              </w:rPr>
              <w:t>5</w:t>
            </w:r>
          </w:p>
        </w:tc>
      </w:tr>
    </w:tbl>
    <w:p w14:paraId="18E7986A" w14:textId="77777777" w:rsidR="005A2EFC" w:rsidRPr="008C2259" w:rsidRDefault="005A2EFC" w:rsidP="008C2259">
      <w:pPr>
        <w:spacing w:line="360" w:lineRule="auto"/>
        <w:jc w:val="both"/>
        <w:rPr>
          <w:rFonts w:cs="Times New Roman"/>
          <w:szCs w:val="24"/>
        </w:rPr>
      </w:pPr>
    </w:p>
    <w:p w14:paraId="07CED302" w14:textId="77777777" w:rsidR="005A2EFC" w:rsidRPr="008C2259" w:rsidRDefault="00000000" w:rsidP="008C2259">
      <w:pPr>
        <w:spacing w:line="360" w:lineRule="auto"/>
        <w:jc w:val="both"/>
        <w:rPr>
          <w:rFonts w:cs="Times New Roman"/>
          <w:szCs w:val="24"/>
        </w:rPr>
      </w:pPr>
      <w:r w:rsidRPr="008C2259">
        <w:rPr>
          <w:rFonts w:cs="Times New Roman"/>
          <w:szCs w:val="24"/>
        </w:rPr>
        <w:t>C11. Please share any additional comments about your experience, concerns, or suggestions for improvement:</w:t>
      </w:r>
    </w:p>
    <w:p w14:paraId="2481A58E" w14:textId="77777777" w:rsidR="005A2EFC" w:rsidRPr="008C2259" w:rsidRDefault="00000000" w:rsidP="008C2259">
      <w:pPr>
        <w:spacing w:line="360" w:lineRule="auto"/>
        <w:jc w:val="both"/>
        <w:rPr>
          <w:rFonts w:cs="Times New Roman"/>
          <w:szCs w:val="24"/>
        </w:rPr>
      </w:pPr>
      <w:r w:rsidRPr="008C2259">
        <w:rPr>
          <w:rFonts w:cs="Times New Roman"/>
          <w:szCs w:val="24"/>
        </w:rPr>
        <w:t>_________________________________________________________________</w:t>
      </w:r>
    </w:p>
    <w:p w14:paraId="1CB90A69" w14:textId="77777777" w:rsidR="005A2EFC" w:rsidRPr="008C2259" w:rsidRDefault="00000000" w:rsidP="008C2259">
      <w:pPr>
        <w:spacing w:line="360" w:lineRule="auto"/>
        <w:jc w:val="both"/>
        <w:rPr>
          <w:rFonts w:cs="Times New Roman"/>
          <w:szCs w:val="24"/>
        </w:rPr>
      </w:pPr>
      <w:r w:rsidRPr="008C2259">
        <w:rPr>
          <w:rFonts w:cs="Times New Roman"/>
          <w:szCs w:val="24"/>
        </w:rPr>
        <w:t>_________________________________________________________________</w:t>
      </w:r>
    </w:p>
    <w:p w14:paraId="01D11F1D" w14:textId="77777777" w:rsidR="005A2EFC" w:rsidRPr="008C2259" w:rsidRDefault="00000000" w:rsidP="008C2259">
      <w:pPr>
        <w:spacing w:line="360" w:lineRule="auto"/>
        <w:jc w:val="both"/>
        <w:rPr>
          <w:rFonts w:cs="Times New Roman"/>
          <w:szCs w:val="24"/>
        </w:rPr>
      </w:pPr>
      <w:r w:rsidRPr="008C2259">
        <w:rPr>
          <w:rFonts w:cs="Times New Roman"/>
          <w:szCs w:val="24"/>
        </w:rPr>
        <w:t>_________________________________________________________________</w:t>
      </w:r>
    </w:p>
    <w:p w14:paraId="4EA33B28" w14:textId="77777777" w:rsidR="005A2EFC" w:rsidRPr="008C2259" w:rsidRDefault="005A2EFC" w:rsidP="008C2259">
      <w:pPr>
        <w:spacing w:line="360" w:lineRule="auto"/>
        <w:jc w:val="both"/>
        <w:rPr>
          <w:rFonts w:cs="Times New Roman"/>
          <w:szCs w:val="24"/>
        </w:rPr>
      </w:pPr>
    </w:p>
    <w:p w14:paraId="67213A09" w14:textId="77777777" w:rsidR="005A2EFC" w:rsidRPr="008C2259" w:rsidRDefault="00000000" w:rsidP="008C2259">
      <w:pPr>
        <w:spacing w:line="360" w:lineRule="auto"/>
        <w:jc w:val="both"/>
        <w:rPr>
          <w:rFonts w:cs="Times New Roman"/>
          <w:szCs w:val="24"/>
        </w:rPr>
      </w:pPr>
      <w:r w:rsidRPr="008C2259">
        <w:rPr>
          <w:rFonts w:cs="Times New Roman"/>
          <w:b/>
          <w:color w:val="000000"/>
          <w:szCs w:val="24"/>
        </w:rPr>
        <w:t>Appendix C: Pilot Feedback Summary</w:t>
      </w:r>
    </w:p>
    <w:tbl>
      <w:tblPr>
        <w:tblStyle w:val="TableGrid"/>
        <w:tblW w:w="0" w:type="auto"/>
        <w:tblLook w:val="04A0" w:firstRow="1" w:lastRow="0" w:firstColumn="1" w:lastColumn="0" w:noHBand="0" w:noVBand="1"/>
      </w:tblPr>
      <w:tblGrid>
        <w:gridCol w:w="2877"/>
        <w:gridCol w:w="2877"/>
        <w:gridCol w:w="2876"/>
      </w:tblGrid>
      <w:tr w:rsidR="005A2EFC" w:rsidRPr="008C2259" w14:paraId="1245464B" w14:textId="77777777">
        <w:tc>
          <w:tcPr>
            <w:tcW w:w="2880" w:type="dxa"/>
          </w:tcPr>
          <w:p w14:paraId="00BC4736" w14:textId="77777777" w:rsidR="005A2EFC" w:rsidRPr="008C2259" w:rsidRDefault="00000000" w:rsidP="008C2259">
            <w:pPr>
              <w:spacing w:line="360" w:lineRule="auto"/>
              <w:jc w:val="both"/>
              <w:rPr>
                <w:rFonts w:cs="Times New Roman"/>
                <w:szCs w:val="24"/>
              </w:rPr>
            </w:pPr>
            <w:r w:rsidRPr="008C2259">
              <w:rPr>
                <w:rFonts w:cs="Times New Roman"/>
                <w:b/>
                <w:szCs w:val="24"/>
              </w:rPr>
              <w:t>Feedback Category</w:t>
            </w:r>
          </w:p>
        </w:tc>
        <w:tc>
          <w:tcPr>
            <w:tcW w:w="2880" w:type="dxa"/>
          </w:tcPr>
          <w:p w14:paraId="52049139" w14:textId="77777777" w:rsidR="005A2EFC" w:rsidRPr="008C2259" w:rsidRDefault="00000000" w:rsidP="008C2259">
            <w:pPr>
              <w:spacing w:line="360" w:lineRule="auto"/>
              <w:jc w:val="both"/>
              <w:rPr>
                <w:rFonts w:cs="Times New Roman"/>
                <w:szCs w:val="24"/>
              </w:rPr>
            </w:pPr>
            <w:r w:rsidRPr="008C2259">
              <w:rPr>
                <w:rFonts w:cs="Times New Roman"/>
                <w:b/>
                <w:szCs w:val="24"/>
              </w:rPr>
              <w:t>Participant Comments</w:t>
            </w:r>
          </w:p>
        </w:tc>
        <w:tc>
          <w:tcPr>
            <w:tcW w:w="2880" w:type="dxa"/>
          </w:tcPr>
          <w:p w14:paraId="144410CD" w14:textId="77777777" w:rsidR="005A2EFC" w:rsidRPr="008C2259" w:rsidRDefault="00000000" w:rsidP="008C2259">
            <w:pPr>
              <w:spacing w:line="360" w:lineRule="auto"/>
              <w:jc w:val="both"/>
              <w:rPr>
                <w:rFonts w:cs="Times New Roman"/>
                <w:szCs w:val="24"/>
              </w:rPr>
            </w:pPr>
            <w:r w:rsidRPr="008C2259">
              <w:rPr>
                <w:rFonts w:cs="Times New Roman"/>
                <w:b/>
                <w:szCs w:val="24"/>
              </w:rPr>
              <w:t>Action Taken</w:t>
            </w:r>
          </w:p>
        </w:tc>
      </w:tr>
      <w:tr w:rsidR="005A2EFC" w:rsidRPr="008C2259" w14:paraId="388D1E02" w14:textId="77777777">
        <w:tc>
          <w:tcPr>
            <w:tcW w:w="2880" w:type="dxa"/>
          </w:tcPr>
          <w:p w14:paraId="06A6591B" w14:textId="77777777" w:rsidR="005A2EFC" w:rsidRPr="008C2259" w:rsidRDefault="00000000" w:rsidP="008C2259">
            <w:pPr>
              <w:spacing w:line="360" w:lineRule="auto"/>
              <w:jc w:val="both"/>
              <w:rPr>
                <w:rFonts w:cs="Times New Roman"/>
                <w:szCs w:val="24"/>
              </w:rPr>
            </w:pPr>
            <w:r w:rsidRPr="008C2259">
              <w:rPr>
                <w:rFonts w:cs="Times New Roman"/>
                <w:szCs w:val="24"/>
              </w:rPr>
              <w:t>Clarity</w:t>
            </w:r>
          </w:p>
        </w:tc>
        <w:tc>
          <w:tcPr>
            <w:tcW w:w="2880" w:type="dxa"/>
          </w:tcPr>
          <w:p w14:paraId="36B51A94" w14:textId="77777777" w:rsidR="005A2EFC" w:rsidRPr="008C2259" w:rsidRDefault="00000000" w:rsidP="008C2259">
            <w:pPr>
              <w:spacing w:line="360" w:lineRule="auto"/>
              <w:jc w:val="both"/>
              <w:rPr>
                <w:rFonts w:cs="Times New Roman"/>
                <w:szCs w:val="24"/>
              </w:rPr>
            </w:pPr>
            <w:r w:rsidRPr="008C2259">
              <w:rPr>
                <w:rFonts w:cs="Times New Roman"/>
                <w:szCs w:val="24"/>
              </w:rPr>
              <w:t xml:space="preserve">Question 7 was </w:t>
            </w:r>
            <w:proofErr w:type="gramStart"/>
            <w:r w:rsidRPr="008C2259">
              <w:rPr>
                <w:rFonts w:cs="Times New Roman"/>
                <w:szCs w:val="24"/>
              </w:rPr>
              <w:t>confusing—</w:t>
            </w:r>
            <w:proofErr w:type="gramEnd"/>
            <w:r w:rsidRPr="008C2259">
              <w:rPr>
                <w:rFonts w:cs="Times New Roman"/>
                <w:szCs w:val="24"/>
              </w:rPr>
              <w:t>what accuracy?</w:t>
            </w:r>
          </w:p>
        </w:tc>
        <w:tc>
          <w:tcPr>
            <w:tcW w:w="2880" w:type="dxa"/>
          </w:tcPr>
          <w:p w14:paraId="5CC97B54" w14:textId="77777777" w:rsidR="005A2EFC" w:rsidRPr="008C2259" w:rsidRDefault="00000000" w:rsidP="008C2259">
            <w:pPr>
              <w:spacing w:line="360" w:lineRule="auto"/>
              <w:jc w:val="both"/>
              <w:rPr>
                <w:rFonts w:cs="Times New Roman"/>
                <w:szCs w:val="24"/>
              </w:rPr>
            </w:pPr>
            <w:r w:rsidRPr="008C2259">
              <w:rPr>
                <w:rFonts w:cs="Times New Roman"/>
                <w:szCs w:val="24"/>
              </w:rPr>
              <w:t>Added context: "Based on your experience during pilot sessions"</w:t>
            </w:r>
          </w:p>
        </w:tc>
      </w:tr>
      <w:tr w:rsidR="005A2EFC" w:rsidRPr="008C2259" w14:paraId="3CB96059" w14:textId="77777777">
        <w:tc>
          <w:tcPr>
            <w:tcW w:w="2880" w:type="dxa"/>
          </w:tcPr>
          <w:p w14:paraId="18C4FA10" w14:textId="77777777" w:rsidR="005A2EFC" w:rsidRPr="008C2259" w:rsidRDefault="00000000" w:rsidP="008C2259">
            <w:pPr>
              <w:spacing w:line="360" w:lineRule="auto"/>
              <w:jc w:val="both"/>
              <w:rPr>
                <w:rFonts w:cs="Times New Roman"/>
                <w:szCs w:val="24"/>
              </w:rPr>
            </w:pPr>
            <w:r w:rsidRPr="008C2259">
              <w:rPr>
                <w:rFonts w:cs="Times New Roman"/>
                <w:szCs w:val="24"/>
              </w:rPr>
              <w:t>Terminology</w:t>
            </w:r>
          </w:p>
        </w:tc>
        <w:tc>
          <w:tcPr>
            <w:tcW w:w="2880" w:type="dxa"/>
          </w:tcPr>
          <w:p w14:paraId="57B9E84A" w14:textId="77777777" w:rsidR="005A2EFC" w:rsidRPr="008C2259" w:rsidRDefault="00000000" w:rsidP="008C2259">
            <w:pPr>
              <w:spacing w:line="360" w:lineRule="auto"/>
              <w:jc w:val="both"/>
              <w:rPr>
                <w:rFonts w:cs="Times New Roman"/>
                <w:szCs w:val="24"/>
              </w:rPr>
            </w:pPr>
            <w:r w:rsidRPr="008C2259">
              <w:rPr>
                <w:rFonts w:cs="Times New Roman"/>
                <w:szCs w:val="24"/>
              </w:rPr>
              <w:t xml:space="preserve">I don't know what </w:t>
            </w:r>
            <w:r w:rsidRPr="008C2259">
              <w:rPr>
                <w:rFonts w:cs="Times New Roman"/>
                <w:szCs w:val="24"/>
              </w:rPr>
              <w:lastRenderedPageBreak/>
              <w:t>"biometric template" means</w:t>
            </w:r>
          </w:p>
        </w:tc>
        <w:tc>
          <w:tcPr>
            <w:tcW w:w="2880" w:type="dxa"/>
          </w:tcPr>
          <w:p w14:paraId="12114CBB" w14:textId="77777777" w:rsidR="005A2EFC" w:rsidRPr="008C2259" w:rsidRDefault="00000000" w:rsidP="008C2259">
            <w:pPr>
              <w:spacing w:line="360" w:lineRule="auto"/>
              <w:jc w:val="both"/>
              <w:rPr>
                <w:rFonts w:cs="Times New Roman"/>
                <w:szCs w:val="24"/>
              </w:rPr>
            </w:pPr>
            <w:r w:rsidRPr="008C2259">
              <w:rPr>
                <w:rFonts w:cs="Times New Roman"/>
                <w:szCs w:val="24"/>
              </w:rPr>
              <w:lastRenderedPageBreak/>
              <w:t>Changed to "facial data"</w:t>
            </w:r>
          </w:p>
        </w:tc>
      </w:tr>
      <w:tr w:rsidR="005A2EFC" w:rsidRPr="008C2259" w14:paraId="465B1C4C" w14:textId="77777777">
        <w:tc>
          <w:tcPr>
            <w:tcW w:w="2880" w:type="dxa"/>
          </w:tcPr>
          <w:p w14:paraId="2EB21BF0" w14:textId="77777777" w:rsidR="005A2EFC" w:rsidRPr="008C2259" w:rsidRDefault="00000000" w:rsidP="008C2259">
            <w:pPr>
              <w:spacing w:line="360" w:lineRule="auto"/>
              <w:jc w:val="both"/>
              <w:rPr>
                <w:rFonts w:cs="Times New Roman"/>
                <w:szCs w:val="24"/>
              </w:rPr>
            </w:pPr>
            <w:r w:rsidRPr="008C2259">
              <w:rPr>
                <w:rFonts w:cs="Times New Roman"/>
                <w:szCs w:val="24"/>
              </w:rPr>
              <w:t>Response space</w:t>
            </w:r>
          </w:p>
        </w:tc>
        <w:tc>
          <w:tcPr>
            <w:tcW w:w="2880" w:type="dxa"/>
          </w:tcPr>
          <w:p w14:paraId="01E6855B" w14:textId="77777777" w:rsidR="005A2EFC" w:rsidRPr="008C2259" w:rsidRDefault="00000000" w:rsidP="008C2259">
            <w:pPr>
              <w:spacing w:line="360" w:lineRule="auto"/>
              <w:jc w:val="both"/>
              <w:rPr>
                <w:rFonts w:cs="Times New Roman"/>
                <w:szCs w:val="24"/>
              </w:rPr>
            </w:pPr>
            <w:r w:rsidRPr="008C2259">
              <w:rPr>
                <w:rFonts w:cs="Times New Roman"/>
                <w:szCs w:val="24"/>
              </w:rPr>
              <w:t>Not enough room for comments</w:t>
            </w:r>
          </w:p>
        </w:tc>
        <w:tc>
          <w:tcPr>
            <w:tcW w:w="2880" w:type="dxa"/>
          </w:tcPr>
          <w:p w14:paraId="0396AC42" w14:textId="77777777" w:rsidR="005A2EFC" w:rsidRPr="008C2259" w:rsidRDefault="00000000" w:rsidP="008C2259">
            <w:pPr>
              <w:spacing w:line="360" w:lineRule="auto"/>
              <w:jc w:val="both"/>
              <w:rPr>
                <w:rFonts w:cs="Times New Roman"/>
                <w:szCs w:val="24"/>
              </w:rPr>
            </w:pPr>
            <w:r w:rsidRPr="008C2259">
              <w:rPr>
                <w:rFonts w:cs="Times New Roman"/>
                <w:szCs w:val="24"/>
              </w:rPr>
              <w:t>Expanded comment boxes to 100 words</w:t>
            </w:r>
          </w:p>
        </w:tc>
      </w:tr>
      <w:tr w:rsidR="005A2EFC" w:rsidRPr="008C2259" w14:paraId="46E65E88" w14:textId="77777777">
        <w:tc>
          <w:tcPr>
            <w:tcW w:w="2880" w:type="dxa"/>
          </w:tcPr>
          <w:p w14:paraId="3059628C" w14:textId="77777777" w:rsidR="005A2EFC" w:rsidRPr="008C2259" w:rsidRDefault="00000000" w:rsidP="008C2259">
            <w:pPr>
              <w:spacing w:line="360" w:lineRule="auto"/>
              <w:jc w:val="both"/>
              <w:rPr>
                <w:rFonts w:cs="Times New Roman"/>
                <w:szCs w:val="24"/>
              </w:rPr>
            </w:pPr>
            <w:r w:rsidRPr="008C2259">
              <w:rPr>
                <w:rFonts w:cs="Times New Roman"/>
                <w:szCs w:val="24"/>
              </w:rPr>
              <w:t>Privacy concerns</w:t>
            </w:r>
          </w:p>
        </w:tc>
        <w:tc>
          <w:tcPr>
            <w:tcW w:w="2880" w:type="dxa"/>
          </w:tcPr>
          <w:p w14:paraId="70266255" w14:textId="77777777" w:rsidR="005A2EFC" w:rsidRPr="008C2259" w:rsidRDefault="00000000" w:rsidP="008C2259">
            <w:pPr>
              <w:spacing w:line="360" w:lineRule="auto"/>
              <w:jc w:val="both"/>
              <w:rPr>
                <w:rFonts w:cs="Times New Roman"/>
                <w:szCs w:val="24"/>
              </w:rPr>
            </w:pPr>
            <w:r w:rsidRPr="008C2259">
              <w:rPr>
                <w:rFonts w:cs="Times New Roman"/>
                <w:szCs w:val="24"/>
              </w:rPr>
              <w:t>How do I know my data is secure?</w:t>
            </w:r>
          </w:p>
        </w:tc>
        <w:tc>
          <w:tcPr>
            <w:tcW w:w="2880" w:type="dxa"/>
          </w:tcPr>
          <w:p w14:paraId="0B97500B" w14:textId="77777777" w:rsidR="005A2EFC" w:rsidRPr="008C2259" w:rsidRDefault="00000000" w:rsidP="008C2259">
            <w:pPr>
              <w:spacing w:line="360" w:lineRule="auto"/>
              <w:jc w:val="both"/>
              <w:rPr>
                <w:rFonts w:cs="Times New Roman"/>
                <w:szCs w:val="24"/>
              </w:rPr>
            </w:pPr>
            <w:r w:rsidRPr="008C2259">
              <w:rPr>
                <w:rFonts w:cs="Times New Roman"/>
                <w:szCs w:val="24"/>
              </w:rPr>
              <w:t>Added C3 specifically addressing security perception</w:t>
            </w:r>
          </w:p>
        </w:tc>
      </w:tr>
    </w:tbl>
    <w:p w14:paraId="0EC56B84" w14:textId="77777777" w:rsidR="005A2EFC" w:rsidRPr="008C2259" w:rsidRDefault="005A2EFC" w:rsidP="008C2259">
      <w:pPr>
        <w:spacing w:line="360" w:lineRule="auto"/>
        <w:jc w:val="both"/>
        <w:rPr>
          <w:rFonts w:cs="Times New Roman"/>
          <w:szCs w:val="24"/>
        </w:rPr>
      </w:pPr>
    </w:p>
    <w:p w14:paraId="46BA4DD7" w14:textId="77777777" w:rsidR="005A2EFC" w:rsidRPr="008C2259" w:rsidRDefault="00000000" w:rsidP="008C2259">
      <w:pPr>
        <w:spacing w:line="360" w:lineRule="auto"/>
        <w:jc w:val="both"/>
        <w:rPr>
          <w:rFonts w:cs="Times New Roman"/>
          <w:szCs w:val="24"/>
        </w:rPr>
      </w:pPr>
      <w:r w:rsidRPr="008C2259">
        <w:rPr>
          <w:rFonts w:cs="Times New Roman"/>
          <w:b/>
          <w:szCs w:val="24"/>
        </w:rPr>
        <w:t>Pilot Reliability Results:</w:t>
      </w:r>
    </w:p>
    <w:p w14:paraId="7449155B" w14:textId="77777777" w:rsidR="005A2EFC" w:rsidRPr="008C2259" w:rsidRDefault="00000000" w:rsidP="008C2259">
      <w:pPr>
        <w:spacing w:line="360" w:lineRule="auto"/>
        <w:jc w:val="both"/>
        <w:rPr>
          <w:rFonts w:cs="Times New Roman"/>
          <w:szCs w:val="24"/>
        </w:rPr>
      </w:pPr>
      <w:r w:rsidRPr="008C2259">
        <w:rPr>
          <w:rFonts w:cs="Times New Roman"/>
          <w:szCs w:val="24"/>
        </w:rPr>
        <w:t>• Section B (Usability): Cronbach's α = 0.82</w:t>
      </w:r>
    </w:p>
    <w:p w14:paraId="32C5459C" w14:textId="77777777" w:rsidR="005A2EFC" w:rsidRPr="008C2259" w:rsidRDefault="00000000" w:rsidP="008C2259">
      <w:pPr>
        <w:spacing w:line="360" w:lineRule="auto"/>
        <w:jc w:val="both"/>
        <w:rPr>
          <w:rFonts w:cs="Times New Roman"/>
          <w:szCs w:val="24"/>
        </w:rPr>
      </w:pPr>
      <w:r w:rsidRPr="008C2259">
        <w:rPr>
          <w:rFonts w:cs="Times New Roman"/>
          <w:szCs w:val="24"/>
        </w:rPr>
        <w:t>• Section C (Privacy): Cronbach's α = 0.78</w:t>
      </w:r>
    </w:p>
    <w:p w14:paraId="550C4DC2" w14:textId="77777777" w:rsidR="005A2EFC" w:rsidRPr="008C2259" w:rsidRDefault="00000000" w:rsidP="008C2259">
      <w:pPr>
        <w:spacing w:line="360" w:lineRule="auto"/>
        <w:jc w:val="both"/>
        <w:rPr>
          <w:rFonts w:cs="Times New Roman"/>
          <w:szCs w:val="24"/>
        </w:rPr>
      </w:pPr>
      <w:r w:rsidRPr="008C2259">
        <w:rPr>
          <w:rFonts w:cs="Times New Roman"/>
          <w:szCs w:val="24"/>
        </w:rPr>
        <w:t>• Overall: Good internal consistency; no items require deletion</w:t>
      </w:r>
    </w:p>
    <w:p w14:paraId="540FEE62" w14:textId="77777777" w:rsidR="005A2EFC" w:rsidRPr="008C2259" w:rsidRDefault="005A2EFC" w:rsidP="008C2259">
      <w:pPr>
        <w:spacing w:line="360" w:lineRule="auto"/>
        <w:jc w:val="both"/>
        <w:rPr>
          <w:rFonts w:cs="Times New Roman"/>
          <w:szCs w:val="24"/>
        </w:rPr>
      </w:pPr>
    </w:p>
    <w:p w14:paraId="0238F674" w14:textId="77777777" w:rsidR="005A2EFC" w:rsidRPr="008C2259" w:rsidRDefault="00000000" w:rsidP="008C2259">
      <w:pPr>
        <w:spacing w:line="360" w:lineRule="auto"/>
        <w:jc w:val="both"/>
        <w:rPr>
          <w:rFonts w:cs="Times New Roman"/>
          <w:szCs w:val="24"/>
        </w:rPr>
      </w:pPr>
      <w:r w:rsidRPr="008C2259">
        <w:rPr>
          <w:rFonts w:cs="Times New Roman"/>
          <w:b/>
          <w:color w:val="000000"/>
          <w:szCs w:val="24"/>
        </w:rPr>
        <w:t>Appendix D: Search Strategy</w:t>
      </w:r>
    </w:p>
    <w:tbl>
      <w:tblPr>
        <w:tblStyle w:val="TableGrid"/>
        <w:tblW w:w="0" w:type="auto"/>
        <w:tblLook w:val="04A0" w:firstRow="1" w:lastRow="0" w:firstColumn="1" w:lastColumn="0" w:noHBand="0" w:noVBand="1"/>
      </w:tblPr>
      <w:tblGrid>
        <w:gridCol w:w="1563"/>
        <w:gridCol w:w="1353"/>
        <w:gridCol w:w="1621"/>
        <w:gridCol w:w="1121"/>
        <w:gridCol w:w="1183"/>
        <w:gridCol w:w="1789"/>
      </w:tblGrid>
      <w:tr w:rsidR="005A2EFC" w:rsidRPr="008C2259" w14:paraId="347A3830" w14:textId="77777777">
        <w:tc>
          <w:tcPr>
            <w:tcW w:w="1440" w:type="dxa"/>
          </w:tcPr>
          <w:p w14:paraId="5E53733D" w14:textId="77777777" w:rsidR="005A2EFC" w:rsidRPr="008C2259" w:rsidRDefault="00000000" w:rsidP="008C2259">
            <w:pPr>
              <w:spacing w:line="360" w:lineRule="auto"/>
              <w:jc w:val="both"/>
              <w:rPr>
                <w:rFonts w:cs="Times New Roman"/>
                <w:szCs w:val="24"/>
              </w:rPr>
            </w:pPr>
            <w:r w:rsidRPr="008C2259">
              <w:rPr>
                <w:rFonts w:cs="Times New Roman"/>
                <w:b/>
                <w:szCs w:val="24"/>
              </w:rPr>
              <w:t>Database</w:t>
            </w:r>
          </w:p>
        </w:tc>
        <w:tc>
          <w:tcPr>
            <w:tcW w:w="1440" w:type="dxa"/>
          </w:tcPr>
          <w:p w14:paraId="4278E6B8" w14:textId="77777777" w:rsidR="005A2EFC" w:rsidRPr="008C2259" w:rsidRDefault="00000000" w:rsidP="008C2259">
            <w:pPr>
              <w:spacing w:line="360" w:lineRule="auto"/>
              <w:jc w:val="both"/>
              <w:rPr>
                <w:rFonts w:cs="Times New Roman"/>
                <w:szCs w:val="24"/>
              </w:rPr>
            </w:pPr>
            <w:r w:rsidRPr="008C2259">
              <w:rPr>
                <w:rFonts w:cs="Times New Roman"/>
                <w:b/>
                <w:szCs w:val="24"/>
              </w:rPr>
              <w:t>Search Date</w:t>
            </w:r>
          </w:p>
        </w:tc>
        <w:tc>
          <w:tcPr>
            <w:tcW w:w="1440" w:type="dxa"/>
          </w:tcPr>
          <w:p w14:paraId="3337FF7B" w14:textId="77777777" w:rsidR="005A2EFC" w:rsidRPr="008C2259" w:rsidRDefault="00000000" w:rsidP="008C2259">
            <w:pPr>
              <w:spacing w:line="360" w:lineRule="auto"/>
              <w:jc w:val="both"/>
              <w:rPr>
                <w:rFonts w:cs="Times New Roman"/>
                <w:szCs w:val="24"/>
              </w:rPr>
            </w:pPr>
            <w:r w:rsidRPr="008C2259">
              <w:rPr>
                <w:rFonts w:cs="Times New Roman"/>
                <w:b/>
                <w:szCs w:val="24"/>
              </w:rPr>
              <w:t>Search String</w:t>
            </w:r>
          </w:p>
        </w:tc>
        <w:tc>
          <w:tcPr>
            <w:tcW w:w="1440" w:type="dxa"/>
          </w:tcPr>
          <w:p w14:paraId="0650D4F9" w14:textId="77777777" w:rsidR="005A2EFC" w:rsidRPr="008C2259" w:rsidRDefault="00000000" w:rsidP="008C2259">
            <w:pPr>
              <w:spacing w:line="360" w:lineRule="auto"/>
              <w:jc w:val="both"/>
              <w:rPr>
                <w:rFonts w:cs="Times New Roman"/>
                <w:szCs w:val="24"/>
              </w:rPr>
            </w:pPr>
            <w:r w:rsidRPr="008C2259">
              <w:rPr>
                <w:rFonts w:cs="Times New Roman"/>
                <w:b/>
                <w:szCs w:val="24"/>
              </w:rPr>
              <w:t>Results</w:t>
            </w:r>
          </w:p>
        </w:tc>
        <w:tc>
          <w:tcPr>
            <w:tcW w:w="1440" w:type="dxa"/>
          </w:tcPr>
          <w:p w14:paraId="66070C47" w14:textId="77777777" w:rsidR="005A2EFC" w:rsidRPr="008C2259" w:rsidRDefault="00000000" w:rsidP="008C2259">
            <w:pPr>
              <w:spacing w:line="360" w:lineRule="auto"/>
              <w:jc w:val="both"/>
              <w:rPr>
                <w:rFonts w:cs="Times New Roman"/>
                <w:szCs w:val="24"/>
              </w:rPr>
            </w:pPr>
            <w:r w:rsidRPr="008C2259">
              <w:rPr>
                <w:rFonts w:cs="Times New Roman"/>
                <w:b/>
                <w:szCs w:val="24"/>
              </w:rPr>
              <w:t>Selected</w:t>
            </w:r>
          </w:p>
        </w:tc>
        <w:tc>
          <w:tcPr>
            <w:tcW w:w="1440" w:type="dxa"/>
          </w:tcPr>
          <w:p w14:paraId="376EE5FF" w14:textId="77777777" w:rsidR="005A2EFC" w:rsidRPr="008C2259" w:rsidRDefault="00000000" w:rsidP="008C2259">
            <w:pPr>
              <w:spacing w:line="360" w:lineRule="auto"/>
              <w:jc w:val="both"/>
              <w:rPr>
                <w:rFonts w:cs="Times New Roman"/>
                <w:szCs w:val="24"/>
              </w:rPr>
            </w:pPr>
            <w:r w:rsidRPr="008C2259">
              <w:rPr>
                <w:rFonts w:cs="Times New Roman"/>
                <w:b/>
                <w:szCs w:val="24"/>
              </w:rPr>
              <w:t>Notes</w:t>
            </w:r>
          </w:p>
        </w:tc>
      </w:tr>
      <w:tr w:rsidR="005A2EFC" w:rsidRPr="008C2259" w14:paraId="3BDAD9D7" w14:textId="77777777">
        <w:tc>
          <w:tcPr>
            <w:tcW w:w="1440" w:type="dxa"/>
          </w:tcPr>
          <w:p w14:paraId="4FCA4707" w14:textId="77777777" w:rsidR="005A2EFC" w:rsidRPr="008C2259" w:rsidRDefault="00000000" w:rsidP="008C2259">
            <w:pPr>
              <w:spacing w:line="360" w:lineRule="auto"/>
              <w:jc w:val="both"/>
              <w:rPr>
                <w:rFonts w:cs="Times New Roman"/>
                <w:szCs w:val="24"/>
              </w:rPr>
            </w:pPr>
            <w:r w:rsidRPr="008C2259">
              <w:rPr>
                <w:rFonts w:cs="Times New Roman"/>
                <w:szCs w:val="24"/>
              </w:rPr>
              <w:t>Google Scholar</w:t>
            </w:r>
          </w:p>
        </w:tc>
        <w:tc>
          <w:tcPr>
            <w:tcW w:w="1440" w:type="dxa"/>
          </w:tcPr>
          <w:p w14:paraId="1E13BD39" w14:textId="77777777" w:rsidR="005A2EFC" w:rsidRPr="008C2259" w:rsidRDefault="00000000" w:rsidP="008C2259">
            <w:pPr>
              <w:spacing w:line="360" w:lineRule="auto"/>
              <w:jc w:val="both"/>
              <w:rPr>
                <w:rFonts w:cs="Times New Roman"/>
                <w:szCs w:val="24"/>
              </w:rPr>
            </w:pPr>
            <w:r w:rsidRPr="008C2259">
              <w:rPr>
                <w:rFonts w:cs="Times New Roman"/>
                <w:szCs w:val="24"/>
              </w:rPr>
              <w:t>05/07/2025</w:t>
            </w:r>
          </w:p>
        </w:tc>
        <w:tc>
          <w:tcPr>
            <w:tcW w:w="1440" w:type="dxa"/>
          </w:tcPr>
          <w:p w14:paraId="764EF9D6" w14:textId="77777777" w:rsidR="005A2EFC" w:rsidRPr="008C2259" w:rsidRDefault="00000000" w:rsidP="008C2259">
            <w:pPr>
              <w:spacing w:line="360" w:lineRule="auto"/>
              <w:jc w:val="both"/>
              <w:rPr>
                <w:rFonts w:cs="Times New Roman"/>
                <w:szCs w:val="24"/>
              </w:rPr>
            </w:pPr>
            <w:r w:rsidRPr="008C2259">
              <w:rPr>
                <w:rFonts w:cs="Times New Roman"/>
                <w:szCs w:val="24"/>
              </w:rPr>
              <w:t xml:space="preserve">("facial recognition" OR "face recognition") AND ("attendance system" OR "attendance management") AND ("university" </w:t>
            </w:r>
            <w:r w:rsidRPr="008C2259">
              <w:rPr>
                <w:rFonts w:cs="Times New Roman"/>
                <w:szCs w:val="24"/>
              </w:rPr>
              <w:lastRenderedPageBreak/>
              <w:t>OR "higher education")</w:t>
            </w:r>
          </w:p>
        </w:tc>
        <w:tc>
          <w:tcPr>
            <w:tcW w:w="1440" w:type="dxa"/>
          </w:tcPr>
          <w:p w14:paraId="4ED3878B" w14:textId="77777777" w:rsidR="005A2EFC" w:rsidRPr="008C2259" w:rsidRDefault="00000000" w:rsidP="008C2259">
            <w:pPr>
              <w:spacing w:line="360" w:lineRule="auto"/>
              <w:jc w:val="both"/>
              <w:rPr>
                <w:rFonts w:cs="Times New Roman"/>
                <w:szCs w:val="24"/>
              </w:rPr>
            </w:pPr>
            <w:r w:rsidRPr="008C2259">
              <w:rPr>
                <w:rFonts w:cs="Times New Roman"/>
                <w:szCs w:val="24"/>
              </w:rPr>
              <w:lastRenderedPageBreak/>
              <w:t>1,247</w:t>
            </w:r>
          </w:p>
        </w:tc>
        <w:tc>
          <w:tcPr>
            <w:tcW w:w="1440" w:type="dxa"/>
          </w:tcPr>
          <w:p w14:paraId="2403C2A1" w14:textId="77777777" w:rsidR="005A2EFC" w:rsidRPr="008C2259" w:rsidRDefault="00000000" w:rsidP="008C2259">
            <w:pPr>
              <w:spacing w:line="360" w:lineRule="auto"/>
              <w:jc w:val="both"/>
              <w:rPr>
                <w:rFonts w:cs="Times New Roman"/>
                <w:szCs w:val="24"/>
              </w:rPr>
            </w:pPr>
            <w:r w:rsidRPr="008C2259">
              <w:rPr>
                <w:rFonts w:cs="Times New Roman"/>
                <w:szCs w:val="24"/>
              </w:rPr>
              <w:t>12</w:t>
            </w:r>
          </w:p>
        </w:tc>
        <w:tc>
          <w:tcPr>
            <w:tcW w:w="1440" w:type="dxa"/>
          </w:tcPr>
          <w:p w14:paraId="3F4E59E1" w14:textId="77777777" w:rsidR="005A2EFC" w:rsidRPr="008C2259" w:rsidRDefault="00000000" w:rsidP="008C2259">
            <w:pPr>
              <w:spacing w:line="360" w:lineRule="auto"/>
              <w:jc w:val="both"/>
              <w:rPr>
                <w:rFonts w:cs="Times New Roman"/>
                <w:szCs w:val="24"/>
              </w:rPr>
            </w:pPr>
            <w:r w:rsidRPr="008C2259">
              <w:rPr>
                <w:rFonts w:cs="Times New Roman"/>
                <w:szCs w:val="24"/>
              </w:rPr>
              <w:t>Broad interdisciplinary coverage</w:t>
            </w:r>
          </w:p>
        </w:tc>
      </w:tr>
      <w:tr w:rsidR="005A2EFC" w:rsidRPr="008C2259" w14:paraId="75A3EE9E" w14:textId="77777777">
        <w:tc>
          <w:tcPr>
            <w:tcW w:w="1440" w:type="dxa"/>
          </w:tcPr>
          <w:p w14:paraId="55E3E36C" w14:textId="77777777" w:rsidR="005A2EFC" w:rsidRPr="008C2259" w:rsidRDefault="00000000" w:rsidP="008C2259">
            <w:pPr>
              <w:spacing w:line="360" w:lineRule="auto"/>
              <w:jc w:val="both"/>
              <w:rPr>
                <w:rFonts w:cs="Times New Roman"/>
                <w:szCs w:val="24"/>
              </w:rPr>
            </w:pPr>
            <w:r w:rsidRPr="008C2259">
              <w:rPr>
                <w:rFonts w:cs="Times New Roman"/>
                <w:szCs w:val="24"/>
              </w:rPr>
              <w:t>IEEE Xplore</w:t>
            </w:r>
          </w:p>
        </w:tc>
        <w:tc>
          <w:tcPr>
            <w:tcW w:w="1440" w:type="dxa"/>
          </w:tcPr>
          <w:p w14:paraId="229889AB" w14:textId="77777777" w:rsidR="005A2EFC" w:rsidRPr="008C2259" w:rsidRDefault="00000000" w:rsidP="008C2259">
            <w:pPr>
              <w:spacing w:line="360" w:lineRule="auto"/>
              <w:jc w:val="both"/>
              <w:rPr>
                <w:rFonts w:cs="Times New Roman"/>
                <w:szCs w:val="24"/>
              </w:rPr>
            </w:pPr>
            <w:r w:rsidRPr="008C2259">
              <w:rPr>
                <w:rFonts w:cs="Times New Roman"/>
                <w:szCs w:val="24"/>
              </w:rPr>
              <w:t>05/07/2025</w:t>
            </w:r>
          </w:p>
        </w:tc>
        <w:tc>
          <w:tcPr>
            <w:tcW w:w="1440" w:type="dxa"/>
          </w:tcPr>
          <w:p w14:paraId="50E61A05" w14:textId="77777777" w:rsidR="005A2EFC" w:rsidRPr="008C2259" w:rsidRDefault="00000000" w:rsidP="008C2259">
            <w:pPr>
              <w:spacing w:line="360" w:lineRule="auto"/>
              <w:jc w:val="both"/>
              <w:rPr>
                <w:rFonts w:cs="Times New Roman"/>
                <w:szCs w:val="24"/>
              </w:rPr>
            </w:pPr>
            <w:r w:rsidRPr="008C2259">
              <w:rPr>
                <w:rFonts w:cs="Times New Roman"/>
                <w:szCs w:val="24"/>
              </w:rPr>
              <w:t>("face recognition" AND "attendance" AND "deep learning")</w:t>
            </w:r>
          </w:p>
        </w:tc>
        <w:tc>
          <w:tcPr>
            <w:tcW w:w="1440" w:type="dxa"/>
          </w:tcPr>
          <w:p w14:paraId="268114CC" w14:textId="77777777" w:rsidR="005A2EFC" w:rsidRPr="008C2259" w:rsidRDefault="00000000" w:rsidP="008C2259">
            <w:pPr>
              <w:spacing w:line="360" w:lineRule="auto"/>
              <w:jc w:val="both"/>
              <w:rPr>
                <w:rFonts w:cs="Times New Roman"/>
                <w:szCs w:val="24"/>
              </w:rPr>
            </w:pPr>
            <w:r w:rsidRPr="008C2259">
              <w:rPr>
                <w:rFonts w:cs="Times New Roman"/>
                <w:szCs w:val="24"/>
              </w:rPr>
              <w:t>89</w:t>
            </w:r>
          </w:p>
        </w:tc>
        <w:tc>
          <w:tcPr>
            <w:tcW w:w="1440" w:type="dxa"/>
          </w:tcPr>
          <w:p w14:paraId="4107ADED" w14:textId="77777777" w:rsidR="005A2EFC" w:rsidRPr="008C2259" w:rsidRDefault="00000000" w:rsidP="008C2259">
            <w:pPr>
              <w:spacing w:line="360" w:lineRule="auto"/>
              <w:jc w:val="both"/>
              <w:rPr>
                <w:rFonts w:cs="Times New Roman"/>
                <w:szCs w:val="24"/>
              </w:rPr>
            </w:pPr>
            <w:r w:rsidRPr="008C2259">
              <w:rPr>
                <w:rFonts w:cs="Times New Roman"/>
                <w:szCs w:val="24"/>
              </w:rPr>
              <w:t>8</w:t>
            </w:r>
          </w:p>
        </w:tc>
        <w:tc>
          <w:tcPr>
            <w:tcW w:w="1440" w:type="dxa"/>
          </w:tcPr>
          <w:p w14:paraId="5EA83270" w14:textId="77777777" w:rsidR="005A2EFC" w:rsidRPr="008C2259" w:rsidRDefault="00000000" w:rsidP="008C2259">
            <w:pPr>
              <w:spacing w:line="360" w:lineRule="auto"/>
              <w:jc w:val="both"/>
              <w:rPr>
                <w:rFonts w:cs="Times New Roman"/>
                <w:szCs w:val="24"/>
              </w:rPr>
            </w:pPr>
            <w:r w:rsidRPr="008C2259">
              <w:rPr>
                <w:rFonts w:cs="Times New Roman"/>
                <w:szCs w:val="24"/>
              </w:rPr>
              <w:t>Engineering focus</w:t>
            </w:r>
          </w:p>
        </w:tc>
      </w:tr>
      <w:tr w:rsidR="005A2EFC" w:rsidRPr="008C2259" w14:paraId="20403867" w14:textId="77777777">
        <w:tc>
          <w:tcPr>
            <w:tcW w:w="1440" w:type="dxa"/>
          </w:tcPr>
          <w:p w14:paraId="2D060DDF" w14:textId="77777777" w:rsidR="005A2EFC" w:rsidRPr="008C2259" w:rsidRDefault="00000000" w:rsidP="008C2259">
            <w:pPr>
              <w:spacing w:line="360" w:lineRule="auto"/>
              <w:jc w:val="both"/>
              <w:rPr>
                <w:rFonts w:cs="Times New Roman"/>
                <w:szCs w:val="24"/>
              </w:rPr>
            </w:pPr>
            <w:r w:rsidRPr="008C2259">
              <w:rPr>
                <w:rFonts w:cs="Times New Roman"/>
                <w:szCs w:val="24"/>
              </w:rPr>
              <w:t>ScienceDirect</w:t>
            </w:r>
          </w:p>
        </w:tc>
        <w:tc>
          <w:tcPr>
            <w:tcW w:w="1440" w:type="dxa"/>
          </w:tcPr>
          <w:p w14:paraId="5C4F0232" w14:textId="77777777" w:rsidR="005A2EFC" w:rsidRPr="008C2259" w:rsidRDefault="00000000" w:rsidP="008C2259">
            <w:pPr>
              <w:spacing w:line="360" w:lineRule="auto"/>
              <w:jc w:val="both"/>
              <w:rPr>
                <w:rFonts w:cs="Times New Roman"/>
                <w:szCs w:val="24"/>
              </w:rPr>
            </w:pPr>
            <w:r w:rsidRPr="008C2259">
              <w:rPr>
                <w:rFonts w:cs="Times New Roman"/>
                <w:szCs w:val="24"/>
              </w:rPr>
              <w:t>06/07/2025</w:t>
            </w:r>
          </w:p>
        </w:tc>
        <w:tc>
          <w:tcPr>
            <w:tcW w:w="1440" w:type="dxa"/>
          </w:tcPr>
          <w:p w14:paraId="5E141E5D" w14:textId="77777777" w:rsidR="005A2EFC" w:rsidRPr="008C2259" w:rsidRDefault="00000000" w:rsidP="008C2259">
            <w:pPr>
              <w:spacing w:line="360" w:lineRule="auto"/>
              <w:jc w:val="both"/>
              <w:rPr>
                <w:rFonts w:cs="Times New Roman"/>
                <w:szCs w:val="24"/>
              </w:rPr>
            </w:pPr>
            <w:r w:rsidRPr="008C2259">
              <w:rPr>
                <w:rFonts w:cs="Times New Roman"/>
                <w:szCs w:val="24"/>
              </w:rPr>
              <w:t>("facial recognition" AND "attendance system" AND "biometric")</w:t>
            </w:r>
          </w:p>
        </w:tc>
        <w:tc>
          <w:tcPr>
            <w:tcW w:w="1440" w:type="dxa"/>
          </w:tcPr>
          <w:p w14:paraId="44DDCCB2" w14:textId="77777777" w:rsidR="005A2EFC" w:rsidRPr="008C2259" w:rsidRDefault="00000000" w:rsidP="008C2259">
            <w:pPr>
              <w:spacing w:line="360" w:lineRule="auto"/>
              <w:jc w:val="both"/>
              <w:rPr>
                <w:rFonts w:cs="Times New Roman"/>
                <w:szCs w:val="24"/>
              </w:rPr>
            </w:pPr>
            <w:r w:rsidRPr="008C2259">
              <w:rPr>
                <w:rFonts w:cs="Times New Roman"/>
                <w:szCs w:val="24"/>
              </w:rPr>
              <w:t>156</w:t>
            </w:r>
          </w:p>
        </w:tc>
        <w:tc>
          <w:tcPr>
            <w:tcW w:w="1440" w:type="dxa"/>
          </w:tcPr>
          <w:p w14:paraId="0C02AC9F" w14:textId="77777777" w:rsidR="005A2EFC" w:rsidRPr="008C2259" w:rsidRDefault="00000000" w:rsidP="008C2259">
            <w:pPr>
              <w:spacing w:line="360" w:lineRule="auto"/>
              <w:jc w:val="both"/>
              <w:rPr>
                <w:rFonts w:cs="Times New Roman"/>
                <w:szCs w:val="24"/>
              </w:rPr>
            </w:pPr>
            <w:r w:rsidRPr="008C2259">
              <w:rPr>
                <w:rFonts w:cs="Times New Roman"/>
                <w:szCs w:val="24"/>
              </w:rPr>
              <w:t>6</w:t>
            </w:r>
          </w:p>
        </w:tc>
        <w:tc>
          <w:tcPr>
            <w:tcW w:w="1440" w:type="dxa"/>
          </w:tcPr>
          <w:p w14:paraId="5DA50F13" w14:textId="77777777" w:rsidR="005A2EFC" w:rsidRPr="008C2259" w:rsidRDefault="00000000" w:rsidP="008C2259">
            <w:pPr>
              <w:spacing w:line="360" w:lineRule="auto"/>
              <w:jc w:val="both"/>
              <w:rPr>
                <w:rFonts w:cs="Times New Roman"/>
                <w:szCs w:val="24"/>
              </w:rPr>
            </w:pPr>
            <w:r w:rsidRPr="008C2259">
              <w:rPr>
                <w:rFonts w:cs="Times New Roman"/>
                <w:szCs w:val="24"/>
              </w:rPr>
              <w:t>Technology and computing journals</w:t>
            </w:r>
          </w:p>
        </w:tc>
      </w:tr>
      <w:tr w:rsidR="005A2EFC" w:rsidRPr="008C2259" w14:paraId="1A1819D9" w14:textId="77777777">
        <w:tc>
          <w:tcPr>
            <w:tcW w:w="1440" w:type="dxa"/>
          </w:tcPr>
          <w:p w14:paraId="5AC07B7E" w14:textId="77777777" w:rsidR="005A2EFC" w:rsidRPr="008C2259" w:rsidRDefault="00000000" w:rsidP="008C2259">
            <w:pPr>
              <w:spacing w:line="360" w:lineRule="auto"/>
              <w:jc w:val="both"/>
              <w:rPr>
                <w:rFonts w:cs="Times New Roman"/>
                <w:szCs w:val="24"/>
              </w:rPr>
            </w:pPr>
            <w:r w:rsidRPr="008C2259">
              <w:rPr>
                <w:rFonts w:cs="Times New Roman"/>
                <w:szCs w:val="24"/>
              </w:rPr>
              <w:t>ACM Digital Library</w:t>
            </w:r>
          </w:p>
        </w:tc>
        <w:tc>
          <w:tcPr>
            <w:tcW w:w="1440" w:type="dxa"/>
          </w:tcPr>
          <w:p w14:paraId="254E73D5" w14:textId="77777777" w:rsidR="005A2EFC" w:rsidRPr="008C2259" w:rsidRDefault="00000000" w:rsidP="008C2259">
            <w:pPr>
              <w:spacing w:line="360" w:lineRule="auto"/>
              <w:jc w:val="both"/>
              <w:rPr>
                <w:rFonts w:cs="Times New Roman"/>
                <w:szCs w:val="24"/>
              </w:rPr>
            </w:pPr>
            <w:r w:rsidRPr="008C2259">
              <w:rPr>
                <w:rFonts w:cs="Times New Roman"/>
                <w:szCs w:val="24"/>
              </w:rPr>
              <w:t>06/07/2025</w:t>
            </w:r>
          </w:p>
        </w:tc>
        <w:tc>
          <w:tcPr>
            <w:tcW w:w="1440" w:type="dxa"/>
          </w:tcPr>
          <w:p w14:paraId="4DBE6ACD" w14:textId="77777777" w:rsidR="005A2EFC" w:rsidRPr="008C2259" w:rsidRDefault="00000000" w:rsidP="008C2259">
            <w:pPr>
              <w:spacing w:line="360" w:lineRule="auto"/>
              <w:jc w:val="both"/>
              <w:rPr>
                <w:rFonts w:cs="Times New Roman"/>
                <w:szCs w:val="24"/>
              </w:rPr>
            </w:pPr>
            <w:r w:rsidRPr="008C2259">
              <w:rPr>
                <w:rFonts w:cs="Times New Roman"/>
                <w:szCs w:val="24"/>
              </w:rPr>
              <w:t>("face recognition" AND "attendance" AND ("CNN" OR "</w:t>
            </w:r>
            <w:proofErr w:type="spellStart"/>
            <w:r w:rsidRPr="008C2259">
              <w:rPr>
                <w:rFonts w:cs="Times New Roman"/>
                <w:szCs w:val="24"/>
              </w:rPr>
              <w:t>FaceNet</w:t>
            </w:r>
            <w:proofErr w:type="spellEnd"/>
            <w:r w:rsidRPr="008C2259">
              <w:rPr>
                <w:rFonts w:cs="Times New Roman"/>
                <w:szCs w:val="24"/>
              </w:rPr>
              <w:t>"))</w:t>
            </w:r>
          </w:p>
        </w:tc>
        <w:tc>
          <w:tcPr>
            <w:tcW w:w="1440" w:type="dxa"/>
          </w:tcPr>
          <w:p w14:paraId="1D140BB3" w14:textId="77777777" w:rsidR="005A2EFC" w:rsidRPr="008C2259" w:rsidRDefault="00000000" w:rsidP="008C2259">
            <w:pPr>
              <w:spacing w:line="360" w:lineRule="auto"/>
              <w:jc w:val="both"/>
              <w:rPr>
                <w:rFonts w:cs="Times New Roman"/>
                <w:szCs w:val="24"/>
              </w:rPr>
            </w:pPr>
            <w:r w:rsidRPr="008C2259">
              <w:rPr>
                <w:rFonts w:cs="Times New Roman"/>
                <w:szCs w:val="24"/>
              </w:rPr>
              <w:t>67</w:t>
            </w:r>
          </w:p>
        </w:tc>
        <w:tc>
          <w:tcPr>
            <w:tcW w:w="1440" w:type="dxa"/>
          </w:tcPr>
          <w:p w14:paraId="2511819C" w14:textId="77777777" w:rsidR="005A2EFC" w:rsidRPr="008C2259" w:rsidRDefault="00000000" w:rsidP="008C2259">
            <w:pPr>
              <w:spacing w:line="360" w:lineRule="auto"/>
              <w:jc w:val="both"/>
              <w:rPr>
                <w:rFonts w:cs="Times New Roman"/>
                <w:szCs w:val="24"/>
              </w:rPr>
            </w:pPr>
            <w:r w:rsidRPr="008C2259">
              <w:rPr>
                <w:rFonts w:cs="Times New Roman"/>
                <w:szCs w:val="24"/>
              </w:rPr>
              <w:t>5</w:t>
            </w:r>
          </w:p>
        </w:tc>
        <w:tc>
          <w:tcPr>
            <w:tcW w:w="1440" w:type="dxa"/>
          </w:tcPr>
          <w:p w14:paraId="2BA5FE43" w14:textId="77777777" w:rsidR="005A2EFC" w:rsidRPr="008C2259" w:rsidRDefault="00000000" w:rsidP="008C2259">
            <w:pPr>
              <w:spacing w:line="360" w:lineRule="auto"/>
              <w:jc w:val="both"/>
              <w:rPr>
                <w:rFonts w:cs="Times New Roman"/>
                <w:szCs w:val="24"/>
              </w:rPr>
            </w:pPr>
            <w:r w:rsidRPr="008C2259">
              <w:rPr>
                <w:rFonts w:cs="Times New Roman"/>
                <w:szCs w:val="24"/>
              </w:rPr>
              <w:t>Computing and IT research</w:t>
            </w:r>
          </w:p>
        </w:tc>
      </w:tr>
    </w:tbl>
    <w:p w14:paraId="29A45494" w14:textId="77777777" w:rsidR="005A2EFC" w:rsidRPr="008C2259" w:rsidRDefault="005A2EFC" w:rsidP="008C2259">
      <w:pPr>
        <w:spacing w:line="360" w:lineRule="auto"/>
        <w:jc w:val="both"/>
        <w:rPr>
          <w:rFonts w:cs="Times New Roman"/>
          <w:szCs w:val="24"/>
        </w:rPr>
      </w:pPr>
    </w:p>
    <w:p w14:paraId="204D74D4" w14:textId="77777777" w:rsidR="005A2EFC" w:rsidRPr="008C2259" w:rsidRDefault="00000000" w:rsidP="008C2259">
      <w:pPr>
        <w:spacing w:line="360" w:lineRule="auto"/>
        <w:jc w:val="both"/>
        <w:rPr>
          <w:rFonts w:cs="Times New Roman"/>
          <w:szCs w:val="24"/>
        </w:rPr>
      </w:pPr>
      <w:r w:rsidRPr="008C2259">
        <w:rPr>
          <w:rFonts w:cs="Times New Roman"/>
          <w:b/>
          <w:szCs w:val="24"/>
        </w:rPr>
        <w:t>Inclusion/Exclusion Application:</w:t>
      </w:r>
    </w:p>
    <w:p w14:paraId="5687B24B" w14:textId="77777777" w:rsidR="005A2EFC" w:rsidRPr="008C2259" w:rsidRDefault="00000000" w:rsidP="008C2259">
      <w:pPr>
        <w:spacing w:line="360" w:lineRule="auto"/>
        <w:jc w:val="both"/>
        <w:rPr>
          <w:rFonts w:cs="Times New Roman"/>
          <w:szCs w:val="24"/>
        </w:rPr>
      </w:pPr>
      <w:r w:rsidRPr="008C2259">
        <w:rPr>
          <w:rFonts w:cs="Times New Roman"/>
          <w:szCs w:val="24"/>
        </w:rPr>
        <w:t>• Initial screening by title/abstract: 1,559 → 312</w:t>
      </w:r>
    </w:p>
    <w:p w14:paraId="2ECFD9D0" w14:textId="77777777" w:rsidR="005A2EFC" w:rsidRPr="008C2259" w:rsidRDefault="00000000" w:rsidP="008C2259">
      <w:pPr>
        <w:spacing w:line="360" w:lineRule="auto"/>
        <w:jc w:val="both"/>
        <w:rPr>
          <w:rFonts w:cs="Times New Roman"/>
          <w:szCs w:val="24"/>
        </w:rPr>
      </w:pPr>
      <w:r w:rsidRPr="008C2259">
        <w:rPr>
          <w:rFonts w:cs="Times New Roman"/>
          <w:szCs w:val="24"/>
        </w:rPr>
        <w:t>• Full-text review: 312 → 31</w:t>
      </w:r>
    </w:p>
    <w:p w14:paraId="76E3CFFC" w14:textId="77777777" w:rsidR="005A2EFC" w:rsidRPr="008C2259" w:rsidRDefault="00000000" w:rsidP="008C2259">
      <w:pPr>
        <w:spacing w:line="360" w:lineRule="auto"/>
        <w:jc w:val="both"/>
        <w:rPr>
          <w:rFonts w:cs="Times New Roman"/>
          <w:szCs w:val="24"/>
        </w:rPr>
      </w:pPr>
      <w:r w:rsidRPr="008C2259">
        <w:rPr>
          <w:rFonts w:cs="Times New Roman"/>
          <w:szCs w:val="24"/>
        </w:rPr>
        <w:t>• Final selection (2019-2025, English, peer-reviewed): 31</w:t>
      </w:r>
    </w:p>
    <w:p w14:paraId="1CAEE512" w14:textId="77777777" w:rsidR="005A2EFC" w:rsidRPr="008C2259" w:rsidRDefault="005A2EFC" w:rsidP="008C2259">
      <w:pPr>
        <w:spacing w:line="360" w:lineRule="auto"/>
        <w:jc w:val="both"/>
        <w:rPr>
          <w:rFonts w:cs="Times New Roman"/>
          <w:szCs w:val="24"/>
        </w:rPr>
      </w:pPr>
    </w:p>
    <w:p w14:paraId="7C969404" w14:textId="77777777" w:rsidR="005A2EFC" w:rsidRPr="008C2259" w:rsidRDefault="00000000" w:rsidP="008C2259">
      <w:pPr>
        <w:spacing w:line="360" w:lineRule="auto"/>
        <w:jc w:val="both"/>
        <w:rPr>
          <w:rFonts w:cs="Times New Roman"/>
          <w:szCs w:val="24"/>
        </w:rPr>
      </w:pPr>
      <w:r w:rsidRPr="008C2259">
        <w:rPr>
          <w:rFonts w:cs="Times New Roman"/>
          <w:b/>
          <w:color w:val="000000"/>
          <w:szCs w:val="24"/>
        </w:rPr>
        <w:t>Appendix E: System Architecture Diagram</w:t>
      </w:r>
    </w:p>
    <w:p w14:paraId="37B94B4D" w14:textId="77777777" w:rsidR="005A2EFC" w:rsidRPr="008C2259" w:rsidRDefault="00000000" w:rsidP="008C2259">
      <w:pPr>
        <w:spacing w:line="360" w:lineRule="auto"/>
        <w:jc w:val="both"/>
        <w:rPr>
          <w:rFonts w:cs="Times New Roman"/>
          <w:szCs w:val="24"/>
        </w:rPr>
      </w:pPr>
      <w:r w:rsidRPr="008C2259">
        <w:rPr>
          <w:rFonts w:cs="Times New Roman"/>
          <w:noProof/>
          <w:szCs w:val="24"/>
        </w:rPr>
        <w:lastRenderedPageBreak/>
        <w:drawing>
          <wp:inline distT="0" distB="0" distL="0" distR="0" wp14:anchorId="4892FB22" wp14:editId="49B91221">
            <wp:extent cx="5943600" cy="36960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ystem_architecture.png"/>
                    <pic:cNvPicPr/>
                  </pic:nvPicPr>
                  <pic:blipFill>
                    <a:blip r:embed="rId9"/>
                    <a:stretch>
                      <a:fillRect/>
                    </a:stretch>
                  </pic:blipFill>
                  <pic:spPr>
                    <a:xfrm>
                      <a:off x="0" y="0"/>
                      <a:ext cx="5943600" cy="3696020"/>
                    </a:xfrm>
                    <a:prstGeom prst="rect">
                      <a:avLst/>
                    </a:prstGeom>
                  </pic:spPr>
                </pic:pic>
              </a:graphicData>
            </a:graphic>
          </wp:inline>
        </w:drawing>
      </w:r>
    </w:p>
    <w:p w14:paraId="5A8A8789" w14:textId="77777777" w:rsidR="005A2EFC" w:rsidRPr="008C2259" w:rsidRDefault="00000000" w:rsidP="008C2259">
      <w:pPr>
        <w:spacing w:line="360" w:lineRule="auto"/>
        <w:jc w:val="both"/>
        <w:rPr>
          <w:rFonts w:cs="Times New Roman"/>
          <w:szCs w:val="24"/>
        </w:rPr>
      </w:pPr>
      <w:r w:rsidRPr="008C2259">
        <w:rPr>
          <w:rFonts w:cs="Times New Roman"/>
          <w:i/>
          <w:szCs w:val="24"/>
        </w:rPr>
        <w:t>Figure 3: System Architecture for AI-Based Attendance System</w:t>
      </w:r>
    </w:p>
    <w:p w14:paraId="0F7E8650" w14:textId="77777777" w:rsidR="005A2EFC" w:rsidRPr="008C2259" w:rsidRDefault="005A2EFC" w:rsidP="008C2259">
      <w:pPr>
        <w:spacing w:line="360" w:lineRule="auto"/>
        <w:jc w:val="both"/>
        <w:rPr>
          <w:rFonts w:cs="Times New Roman"/>
          <w:szCs w:val="24"/>
        </w:rPr>
      </w:pPr>
    </w:p>
    <w:p w14:paraId="03F361FD" w14:textId="77777777" w:rsidR="005A2EFC" w:rsidRPr="008C2259" w:rsidRDefault="00000000" w:rsidP="008C2259">
      <w:pPr>
        <w:spacing w:line="360" w:lineRule="auto"/>
        <w:jc w:val="both"/>
        <w:rPr>
          <w:rFonts w:cs="Times New Roman"/>
          <w:szCs w:val="24"/>
        </w:rPr>
      </w:pPr>
      <w:r w:rsidRPr="008C2259">
        <w:rPr>
          <w:rFonts w:cs="Times New Roman"/>
          <w:b/>
          <w:color w:val="000000"/>
          <w:szCs w:val="24"/>
        </w:rPr>
        <w:t>Appendix F: Project Timeline (Gantt Chart)</w:t>
      </w:r>
    </w:p>
    <w:p w14:paraId="2B02DFDB" w14:textId="77777777" w:rsidR="005A2EFC" w:rsidRPr="008C2259" w:rsidRDefault="00000000" w:rsidP="008C2259">
      <w:pPr>
        <w:spacing w:line="360" w:lineRule="auto"/>
        <w:jc w:val="both"/>
        <w:rPr>
          <w:rFonts w:cs="Times New Roman"/>
          <w:szCs w:val="24"/>
        </w:rPr>
      </w:pPr>
      <w:r w:rsidRPr="008C2259">
        <w:rPr>
          <w:rFonts w:cs="Times New Roman"/>
          <w:noProof/>
          <w:szCs w:val="24"/>
        </w:rPr>
        <w:lastRenderedPageBreak/>
        <w:drawing>
          <wp:inline distT="0" distB="0" distL="0" distR="0" wp14:anchorId="5BF96077" wp14:editId="08F6A554">
            <wp:extent cx="5943600" cy="336241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tt_chart.png"/>
                    <pic:cNvPicPr/>
                  </pic:nvPicPr>
                  <pic:blipFill>
                    <a:blip r:embed="rId10"/>
                    <a:stretch>
                      <a:fillRect/>
                    </a:stretch>
                  </pic:blipFill>
                  <pic:spPr>
                    <a:xfrm>
                      <a:off x="0" y="0"/>
                      <a:ext cx="5943600" cy="3362412"/>
                    </a:xfrm>
                    <a:prstGeom prst="rect">
                      <a:avLst/>
                    </a:prstGeom>
                  </pic:spPr>
                </pic:pic>
              </a:graphicData>
            </a:graphic>
          </wp:inline>
        </w:drawing>
      </w:r>
    </w:p>
    <w:p w14:paraId="2852B033" w14:textId="59D0BF69" w:rsidR="005A2EFC" w:rsidRPr="008C2259" w:rsidRDefault="00000000" w:rsidP="4ABFD1AB">
      <w:pPr>
        <w:spacing w:line="360" w:lineRule="auto"/>
        <w:jc w:val="both"/>
        <w:rPr>
          <w:rFonts w:cs="Times New Roman"/>
          <w:i/>
          <w:iCs/>
        </w:rPr>
      </w:pPr>
      <w:r w:rsidRPr="4ABFD1AB">
        <w:rPr>
          <w:rFonts w:cs="Times New Roman"/>
          <w:i/>
          <w:iCs/>
        </w:rPr>
        <w:t>Figure 4: Project Timeline and Task Scheduling</w:t>
      </w:r>
    </w:p>
    <w:p w14:paraId="073E4DA0" w14:textId="77777777" w:rsidR="005A2EFC" w:rsidRPr="008C2259" w:rsidRDefault="005A2EFC" w:rsidP="008C2259">
      <w:pPr>
        <w:spacing w:line="360" w:lineRule="auto"/>
        <w:jc w:val="both"/>
        <w:rPr>
          <w:rFonts w:cs="Times New Roman"/>
          <w:szCs w:val="24"/>
        </w:rPr>
      </w:pPr>
    </w:p>
    <w:p w14:paraId="7C34B655" w14:textId="77777777" w:rsidR="005A2EFC" w:rsidRPr="008C2259" w:rsidRDefault="00000000" w:rsidP="008C2259">
      <w:pPr>
        <w:spacing w:line="360" w:lineRule="auto"/>
        <w:jc w:val="both"/>
        <w:rPr>
          <w:rFonts w:cs="Times New Roman"/>
          <w:szCs w:val="24"/>
        </w:rPr>
      </w:pPr>
      <w:r w:rsidRPr="008C2259">
        <w:rPr>
          <w:rFonts w:cs="Times New Roman"/>
          <w:b/>
          <w:color w:val="000000"/>
          <w:szCs w:val="24"/>
        </w:rPr>
        <w:t>Appendix G: Research Philosophy Framework</w:t>
      </w:r>
    </w:p>
    <w:p w14:paraId="0D43D876" w14:textId="77777777" w:rsidR="005A2EFC" w:rsidRPr="008C2259" w:rsidRDefault="00000000" w:rsidP="008C2259">
      <w:pPr>
        <w:spacing w:line="360" w:lineRule="auto"/>
        <w:jc w:val="both"/>
        <w:rPr>
          <w:rFonts w:cs="Times New Roman"/>
          <w:szCs w:val="24"/>
        </w:rPr>
      </w:pPr>
      <w:r w:rsidRPr="008C2259">
        <w:rPr>
          <w:rFonts w:cs="Times New Roman"/>
          <w:noProof/>
          <w:szCs w:val="24"/>
        </w:rPr>
        <w:lastRenderedPageBreak/>
        <w:drawing>
          <wp:inline distT="0" distB="0" distL="0" distR="0" wp14:anchorId="793130CC" wp14:editId="6F2A0588">
            <wp:extent cx="5943600" cy="42291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earch_philosophy_diagram.png"/>
                    <pic:cNvPicPr/>
                  </pic:nvPicPr>
                  <pic:blipFill>
                    <a:blip r:embed="rId7"/>
                    <a:stretch>
                      <a:fillRect/>
                    </a:stretch>
                  </pic:blipFill>
                  <pic:spPr>
                    <a:xfrm>
                      <a:off x="0" y="0"/>
                      <a:ext cx="5943600" cy="4229100"/>
                    </a:xfrm>
                    <a:prstGeom prst="rect">
                      <a:avLst/>
                    </a:prstGeom>
                  </pic:spPr>
                </pic:pic>
              </a:graphicData>
            </a:graphic>
          </wp:inline>
        </w:drawing>
      </w:r>
    </w:p>
    <w:p w14:paraId="7ED3EAD3" w14:textId="77777777" w:rsidR="005A2EFC" w:rsidRPr="008C2259" w:rsidRDefault="00000000" w:rsidP="008C2259">
      <w:pPr>
        <w:spacing w:line="360" w:lineRule="auto"/>
        <w:jc w:val="both"/>
        <w:rPr>
          <w:rFonts w:cs="Times New Roman"/>
          <w:szCs w:val="24"/>
        </w:rPr>
      </w:pPr>
      <w:r w:rsidRPr="008C2259">
        <w:rPr>
          <w:rFonts w:cs="Times New Roman"/>
          <w:i/>
          <w:szCs w:val="24"/>
        </w:rPr>
        <w:t>Figure 5: Pragmatism as Selected Research Philosophy</w:t>
      </w:r>
    </w:p>
    <w:p w14:paraId="22E49731" w14:textId="77777777" w:rsidR="005A2EFC" w:rsidRPr="008C2259" w:rsidRDefault="005A2EFC" w:rsidP="008C2259">
      <w:pPr>
        <w:spacing w:line="360" w:lineRule="auto"/>
        <w:jc w:val="both"/>
        <w:rPr>
          <w:rFonts w:cs="Times New Roman"/>
          <w:szCs w:val="24"/>
        </w:rPr>
      </w:pPr>
    </w:p>
    <w:p w14:paraId="3688F410" w14:textId="77777777" w:rsidR="005A2EFC" w:rsidRPr="008C2259" w:rsidRDefault="00000000" w:rsidP="008C2259">
      <w:pPr>
        <w:spacing w:line="360" w:lineRule="auto"/>
        <w:jc w:val="both"/>
        <w:rPr>
          <w:rFonts w:cs="Times New Roman"/>
          <w:szCs w:val="24"/>
        </w:rPr>
      </w:pPr>
      <w:r w:rsidRPr="008C2259">
        <w:rPr>
          <w:rFonts w:cs="Times New Roman"/>
          <w:szCs w:val="24"/>
        </w:rPr>
        <w:br w:type="page"/>
      </w:r>
    </w:p>
    <w:p w14:paraId="26300912" w14:textId="77777777" w:rsidR="005A2EFC" w:rsidRPr="008C2259" w:rsidRDefault="005A2EFC" w:rsidP="008C2259">
      <w:pPr>
        <w:spacing w:line="360" w:lineRule="auto"/>
        <w:jc w:val="both"/>
        <w:rPr>
          <w:rFonts w:cs="Times New Roman"/>
          <w:szCs w:val="24"/>
        </w:rPr>
      </w:pPr>
    </w:p>
    <w:p w14:paraId="0F42FB19" w14:textId="77777777" w:rsidR="009C0317" w:rsidRDefault="009C0317">
      <w:pPr>
        <w:pStyle w:val="NormalWeb"/>
        <w:jc w:val="center"/>
      </w:pPr>
      <w:r>
        <w:br/>
      </w:r>
    </w:p>
    <w:sdt>
      <w:sdtPr>
        <w:tag w:val="rw.bWnCOutputStyleIdiblio"/>
        <w:id w:val="-565578730"/>
        <w:placeholder>
          <w:docPart w:val="463009140A14499FBF54CC1DE4E9D708"/>
        </w:placeholder>
      </w:sdtPr>
      <w:sdtEndPr>
        <w:rPr>
          <w:lang w:val="en-US" w:eastAsia="en-US"/>
        </w:rPr>
      </w:sdtEndPr>
      <w:sdtContent>
        <w:p w14:paraId="39228EAF" w14:textId="77777777" w:rsidR="009C0317" w:rsidRDefault="009C0317">
          <w:pPr>
            <w:pStyle w:val="NormalWeb"/>
            <w:jc w:val="center"/>
            <w:rPr>
              <w:color w:val="000000"/>
            </w:rPr>
          </w:pPr>
          <w:r>
            <w:rPr>
              <w:color w:val="000000"/>
            </w:rPr>
            <w:t>References</w:t>
          </w:r>
        </w:p>
        <w:p w14:paraId="7DC8ABCF" w14:textId="77777777" w:rsidR="009C0317" w:rsidRDefault="009C0317">
          <w:pPr>
            <w:pStyle w:val="NormalWeb"/>
            <w:ind w:left="450" w:hanging="450"/>
            <w:rPr>
              <w:color w:val="000000"/>
            </w:rPr>
          </w:pPr>
          <w:r>
            <w:rPr>
              <w:color w:val="000000"/>
            </w:rPr>
            <w:t xml:space="preserve">[1] M. A. Bujang, E. D. Omar, D. H. P. Foo and Y. K. Hon, "Sample size determination for conducting a pilot study to assess reliability of a questionnaire," vol. 49, no. 1, 2024, </w:t>
          </w:r>
        </w:p>
        <w:p w14:paraId="1674150B" w14:textId="77777777" w:rsidR="009C0317" w:rsidRDefault="009C0317">
          <w:pPr>
            <w:pStyle w:val="NormalWeb"/>
            <w:ind w:left="450" w:hanging="450"/>
            <w:rPr>
              <w:color w:val="000000"/>
            </w:rPr>
          </w:pPr>
          <w:r>
            <w:rPr>
              <w:color w:val="000000"/>
            </w:rPr>
            <w:t xml:space="preserve">[2] B. Nguyen-Tat, M. Bui and V. M. Ngo, "Automating attendance management in human resources: A design science approach using computer vision and facial recognition," vol. 4, no. 2, pp.100253, 2024, </w:t>
          </w:r>
        </w:p>
        <w:p w14:paraId="61307C9B" w14:textId="7E580FBF" w:rsidR="009C0317" w:rsidRDefault="009C0317" w:rsidP="008C2259">
          <w:pPr>
            <w:spacing w:line="360" w:lineRule="auto"/>
            <w:jc w:val="both"/>
            <w:rPr>
              <w:rFonts w:cs="Times New Roman"/>
              <w:szCs w:val="24"/>
            </w:rPr>
          </w:pPr>
        </w:p>
      </w:sdtContent>
    </w:sdt>
    <w:p w14:paraId="2A157DBD" w14:textId="643505E8" w:rsidR="005A2EFC" w:rsidRPr="008C2259" w:rsidRDefault="005A2EFC" w:rsidP="008C2259">
      <w:pPr>
        <w:spacing w:line="360" w:lineRule="auto"/>
        <w:jc w:val="both"/>
        <w:rPr>
          <w:rFonts w:cs="Times New Roman"/>
          <w:szCs w:val="24"/>
        </w:rPr>
      </w:pPr>
    </w:p>
    <w:sectPr w:rsidR="005A2EFC" w:rsidRPr="008C2259"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9A708B7"/>
    <w:multiLevelType w:val="hybridMultilevel"/>
    <w:tmpl w:val="0D1E7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F7B247D"/>
    <w:multiLevelType w:val="hybridMultilevel"/>
    <w:tmpl w:val="FC641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3055CA"/>
    <w:multiLevelType w:val="hybridMultilevel"/>
    <w:tmpl w:val="DD48B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6139311">
    <w:abstractNumId w:val="8"/>
  </w:num>
  <w:num w:numId="2" w16cid:durableId="1056588417">
    <w:abstractNumId w:val="6"/>
  </w:num>
  <w:num w:numId="3" w16cid:durableId="1675567611">
    <w:abstractNumId w:val="5"/>
  </w:num>
  <w:num w:numId="4" w16cid:durableId="1460420704">
    <w:abstractNumId w:val="4"/>
  </w:num>
  <w:num w:numId="5" w16cid:durableId="1797523050">
    <w:abstractNumId w:val="7"/>
  </w:num>
  <w:num w:numId="6" w16cid:durableId="1341619872">
    <w:abstractNumId w:val="3"/>
  </w:num>
  <w:num w:numId="7" w16cid:durableId="995766640">
    <w:abstractNumId w:val="2"/>
  </w:num>
  <w:num w:numId="8" w16cid:durableId="360402045">
    <w:abstractNumId w:val="1"/>
  </w:num>
  <w:num w:numId="9" w16cid:durableId="205413097">
    <w:abstractNumId w:val="0"/>
  </w:num>
  <w:num w:numId="10" w16cid:durableId="1578631301">
    <w:abstractNumId w:val="11"/>
  </w:num>
  <w:num w:numId="11" w16cid:durableId="1419445674">
    <w:abstractNumId w:val="9"/>
  </w:num>
  <w:num w:numId="12" w16cid:durableId="5489535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57D0A"/>
    <w:rsid w:val="0029639D"/>
    <w:rsid w:val="00326F90"/>
    <w:rsid w:val="003B6322"/>
    <w:rsid w:val="003C5ACB"/>
    <w:rsid w:val="0040560E"/>
    <w:rsid w:val="00527062"/>
    <w:rsid w:val="005841C6"/>
    <w:rsid w:val="005A2EFC"/>
    <w:rsid w:val="005E24DE"/>
    <w:rsid w:val="006063BE"/>
    <w:rsid w:val="00726AD9"/>
    <w:rsid w:val="00793C20"/>
    <w:rsid w:val="008C0DE9"/>
    <w:rsid w:val="008C2259"/>
    <w:rsid w:val="008D686A"/>
    <w:rsid w:val="00903AF9"/>
    <w:rsid w:val="00974455"/>
    <w:rsid w:val="009C0317"/>
    <w:rsid w:val="00AA1D8D"/>
    <w:rsid w:val="00B47730"/>
    <w:rsid w:val="00B85C6E"/>
    <w:rsid w:val="00C168FB"/>
    <w:rsid w:val="00CA692F"/>
    <w:rsid w:val="00CB0664"/>
    <w:rsid w:val="00DA7C34"/>
    <w:rsid w:val="00E31EA7"/>
    <w:rsid w:val="00E462CC"/>
    <w:rsid w:val="00E47615"/>
    <w:rsid w:val="00FC693F"/>
    <w:rsid w:val="085222F1"/>
    <w:rsid w:val="1629EC64"/>
    <w:rsid w:val="24B042DC"/>
    <w:rsid w:val="24EB2EAB"/>
    <w:rsid w:val="4ABFD1AB"/>
    <w:rsid w:val="5BE498CE"/>
    <w:rsid w:val="5D92C609"/>
    <w:rsid w:val="7DE796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719953"/>
  <w14:defaultImageDpi w14:val="300"/>
  <w15:docId w15:val="{E49AED4F-3158-4C32-9B50-B354031C9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Times New Roman" w:hAnsi="Times New Roman"/>
      <w:sz w:val="24"/>
    </w:rPr>
  </w:style>
  <w:style w:type="paragraph" w:styleId="Heading1">
    <w:name w:val="heading 1"/>
    <w:basedOn w:val="Normal"/>
    <w:next w:val="Normal"/>
    <w:link w:val="Heading1Char"/>
    <w:uiPriority w:val="9"/>
    <w:qFormat/>
    <w:rsid w:val="00C168FB"/>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C168FB"/>
    <w:pPr>
      <w:keepNext/>
      <w:keepLines/>
      <w:spacing w:before="200" w:after="0"/>
      <w:outlineLvl w:val="1"/>
    </w:pPr>
    <w:rPr>
      <w:rFonts w:eastAsiaTheme="majorEastAsia" w:cstheme="majorBidi"/>
      <w:b/>
      <w:bCs/>
      <w:i/>
      <w:color w:val="000000" w:themeColor="tex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C168FB"/>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C168FB"/>
    <w:rPr>
      <w:rFonts w:ascii="Times New Roman" w:eastAsiaTheme="majorEastAsia" w:hAnsi="Times New Roman" w:cstheme="majorBidi"/>
      <w:b/>
      <w:bCs/>
      <w:i/>
      <w:color w:val="000000" w:themeColor="text1"/>
      <w:sz w:val="24"/>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C168FB"/>
    <w:pPr>
      <w:spacing w:after="100"/>
    </w:pPr>
  </w:style>
  <w:style w:type="character" w:styleId="Hyperlink">
    <w:name w:val="Hyperlink"/>
    <w:basedOn w:val="DefaultParagraphFont"/>
    <w:uiPriority w:val="99"/>
    <w:unhideWhenUsed/>
    <w:rsid w:val="00C168FB"/>
    <w:rPr>
      <w:color w:val="0000FF" w:themeColor="hyperlink"/>
      <w:u w:val="single"/>
    </w:rPr>
  </w:style>
  <w:style w:type="paragraph" w:styleId="TOC2">
    <w:name w:val="toc 2"/>
    <w:basedOn w:val="Normal"/>
    <w:next w:val="Normal"/>
    <w:autoRedefine/>
    <w:uiPriority w:val="39"/>
    <w:unhideWhenUsed/>
    <w:rsid w:val="00C168FB"/>
    <w:pPr>
      <w:spacing w:after="100"/>
      <w:ind w:left="240"/>
    </w:pPr>
  </w:style>
  <w:style w:type="character" w:styleId="PlaceholderText">
    <w:name w:val="Placeholder Text"/>
    <w:basedOn w:val="DefaultParagraphFont"/>
    <w:uiPriority w:val="99"/>
    <w:semiHidden/>
    <w:rsid w:val="009C0317"/>
    <w:rPr>
      <w:color w:val="666666"/>
    </w:rPr>
  </w:style>
  <w:style w:type="paragraph" w:styleId="NormalWeb">
    <w:name w:val="Normal (Web)"/>
    <w:basedOn w:val="Normal"/>
    <w:uiPriority w:val="99"/>
    <w:semiHidden/>
    <w:unhideWhenUsed/>
    <w:rsid w:val="009C0317"/>
    <w:pPr>
      <w:spacing w:before="100" w:beforeAutospacing="1" w:after="100" w:afterAutospacing="1" w:line="240" w:lineRule="auto"/>
    </w:pPr>
    <w:rPr>
      <w:rFonts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D9ABA7708AB4F198C9E898DB9F73860"/>
        <w:category>
          <w:name w:val="General"/>
          <w:gallery w:val="placeholder"/>
        </w:category>
        <w:types>
          <w:type w:val="bbPlcHdr"/>
        </w:types>
        <w:behaviors>
          <w:behavior w:val="content"/>
        </w:behaviors>
        <w:guid w:val="{C6244F3F-4D17-45F9-ADA2-D833E8F47308}"/>
      </w:docPartPr>
      <w:docPartBody>
        <w:p w:rsidR="00000000" w:rsidRDefault="0059083F">
          <w:r w:rsidRPr="00436621">
            <w:rPr>
              <w:rStyle w:val="PlaceholderText"/>
            </w:rPr>
            <w:t>Formatting...</w:t>
          </w:r>
        </w:p>
      </w:docPartBody>
    </w:docPart>
    <w:docPart>
      <w:docPartPr>
        <w:name w:val="BC1687A888304464829979F076B293A5"/>
        <w:category>
          <w:name w:val="General"/>
          <w:gallery w:val="placeholder"/>
        </w:category>
        <w:types>
          <w:type w:val="bbPlcHdr"/>
        </w:types>
        <w:behaviors>
          <w:behavior w:val="content"/>
        </w:behaviors>
        <w:guid w:val="{5FA12F4D-B65C-46FB-9DBB-63B6F84E110D}"/>
      </w:docPartPr>
      <w:docPartBody>
        <w:p w:rsidR="00000000" w:rsidRDefault="0059083F">
          <w:r w:rsidRPr="00436621">
            <w:rPr>
              <w:rStyle w:val="PlaceholderText"/>
            </w:rPr>
            <w:t>Formatting...</w:t>
          </w:r>
        </w:p>
      </w:docPartBody>
    </w:docPart>
    <w:docPart>
      <w:docPartPr>
        <w:name w:val="83AD08D34A1541B8ADE8667D92842DAE"/>
        <w:category>
          <w:name w:val="General"/>
          <w:gallery w:val="placeholder"/>
        </w:category>
        <w:types>
          <w:type w:val="bbPlcHdr"/>
        </w:types>
        <w:behaviors>
          <w:behavior w:val="content"/>
        </w:behaviors>
        <w:guid w:val="{B5EBB92C-47EB-4095-BDB6-F81787A95004}"/>
      </w:docPartPr>
      <w:docPartBody>
        <w:p w:rsidR="00000000" w:rsidRDefault="0059083F">
          <w:r w:rsidRPr="00436621">
            <w:rPr>
              <w:rStyle w:val="PlaceholderText"/>
            </w:rPr>
            <w:t>Formatting...</w:t>
          </w:r>
        </w:p>
      </w:docPartBody>
    </w:docPart>
    <w:docPart>
      <w:docPartPr>
        <w:name w:val="1AA374AC6CE34885A1FE3E77A8C81DB4"/>
        <w:category>
          <w:name w:val="General"/>
          <w:gallery w:val="placeholder"/>
        </w:category>
        <w:types>
          <w:type w:val="bbPlcHdr"/>
        </w:types>
        <w:behaviors>
          <w:behavior w:val="content"/>
        </w:behaviors>
        <w:guid w:val="{7D9AF050-AB0C-47B9-9A31-E2EA4F987D8D}"/>
      </w:docPartPr>
      <w:docPartBody>
        <w:p w:rsidR="00000000" w:rsidRDefault="0059083F">
          <w:r w:rsidRPr="00436621">
            <w:rPr>
              <w:rStyle w:val="PlaceholderText"/>
            </w:rPr>
            <w:t>Formatting...</w:t>
          </w:r>
        </w:p>
      </w:docPartBody>
    </w:docPart>
    <w:docPart>
      <w:docPartPr>
        <w:name w:val="463009140A14499FBF54CC1DE4E9D708"/>
        <w:category>
          <w:name w:val="General"/>
          <w:gallery w:val="placeholder"/>
        </w:category>
        <w:types>
          <w:type w:val="bbPlcHdr"/>
        </w:types>
        <w:behaviors>
          <w:behavior w:val="content"/>
        </w:behaviors>
        <w:guid w:val="{B5193361-0D5C-4814-86C0-603640DEA5D3}"/>
      </w:docPartPr>
      <w:docPartBody>
        <w:p w:rsidR="00000000" w:rsidRDefault="0059083F">
          <w:r w:rsidRPr="00436621">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83F"/>
    <w:rsid w:val="0059083F"/>
    <w:rsid w:val="006C70CB"/>
    <w:rsid w:val="00B85C6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083F"/>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1660AE7-1D33-4152-8851-244F471EEA9F}">
  <we:reference id="wa200007520" version="3.0.0.0" store="en-US" storeType="OMEX"/>
  <we:alternateReferences>
    <we:reference id="WA200007520" version="3.0.0.0" store="" storeType="OMEX"/>
  </we:alternateReferences>
  <we:properties>
    <we:property name="bibliographyEnabled" value="&quot;bibliographyEnabled&quot;"/>
    <we:property name="citations" value="{&quot;-1672012049&quot;:{&quot;referencesIds&quot;:[&quot;doc:6a6b7cc07b91ef02af37d63a&quot;],&quot;referencesOptions&quot;:{&quot;doc:6a6b7cc07b91ef02af37d6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2012049,&quot;citationText&quot;:&quot;&lt;span style=\&quot;font-family:Times New Roman;font-size:16px;color:#000000\&quot;&gt;[1]&lt;/span&gt;&quot;},&quot;-1257892676&quot;:{&quot;referencesIds&quot;:[&quot;doc:6a6b7cc07b91ef02af37d63a&quot;],&quot;referencesOptions&quot;:{&quot;doc:6a6b7cc07b91ef02af37d6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7892676,&quot;citationText&quot;:&quot;&lt;span style=\&quot;font-family:Times New Roman;font-size:16px;color:#000000\&quot;&gt;[1]&lt;/span&gt;&quot;},&quot;-168717463&quot;:{&quot;referencesIds&quot;:[&quot;doc:6a6c686682b2d05ff0098256&quot;],&quot;referencesOptions&quot;:{&quot;doc:6a6c686682b2d05ff00982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717463,&quot;citationText&quot;:&quot;&lt;span style=\&quot;font-family:Times New Roman;font-size:16px;color:#000000\&quot;&gt;[2]&lt;/span&gt;&quot;},&quot;-441152935&quot;:{&quot;referencesIds&quot;:[&quot;doc:6a6c686682b2d05ff0098256&quot;],&quot;referencesOptions&quot;:{&quot;doc:6a6c686682b2d05ff0098256&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441152935,&quot;citationText&quot;:&quot;&lt;span style=\&quot;font-family:Times New Roman;font-size:16px;color:#000000\&quot;&gt;[2]&lt;/span&gt;&quot;}}"/>
    <we:property name="currentFolder" value="{&quot;id&quot;:&quot;project:6866ab17d6472710204f4003&quot;,&quot;userId&quot;:&quot;user:68624e3d6f9c365245357217&quot;,&quot;projectId&quot;:&quot;ap:68624e3d6f9c365245357218&quot;,&quot;name&quot;:&quot;LDE A1&quot;,&quot;created&quot;:1751558935218,&quot;lastModified&quot;:1751558935218,&quot;position&quot;:1,&quot;isShared&quot;:false,&quot;isExampleCollection&quot;:false,&quot;isMyPublicationsCollection&quot;:false,&quot;notInFolder&quot;:false,&quot;isFavorite&quot;:true,&quot;totalReferences&quot;:11,&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32</Pages>
  <Words>4680</Words>
  <Characters>26682</Characters>
  <Application>Microsoft Office Word</Application>
  <DocSecurity>0</DocSecurity>
  <Lines>222</Lines>
  <Paragraphs>62</Paragraphs>
  <ScaleCrop>false</ScaleCrop>
  <Manager/>
  <Company/>
  <LinksUpToDate>false</LinksUpToDate>
  <CharactersWithSpaces>31300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KUN ALI</cp:lastModifiedBy>
  <cp:revision>2</cp:revision>
  <dcterms:created xsi:type="dcterms:W3CDTF">2026-07-31T09:31:00Z</dcterms:created>
  <dcterms:modified xsi:type="dcterms:W3CDTF">2026-07-31T09:31:00Z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af273306-6d46-4b1f-a4bf-d4b1a1b0ca0f</vt:lpwstr>
  </property>
</Properties>
</file>