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56FB3E" w14:textId="77777777" w:rsidR="00670447" w:rsidRDefault="00F92ABD" w:rsidP="009243BC">
      <w:pPr>
        <w:spacing w:after="20" w:line="360" w:lineRule="auto"/>
        <w:jc w:val="center"/>
      </w:pPr>
      <w:r>
        <w:rPr>
          <w:rFonts w:ascii="Aptos Display" w:hAnsi="Aptos Display"/>
          <w:b/>
          <w:color w:val="1F374B"/>
          <w:sz w:val="42"/>
        </w:rPr>
        <w:t>THELMA NIMAKO</w:t>
      </w:r>
    </w:p>
    <w:p w14:paraId="20F145BA" w14:textId="77777777" w:rsidR="00670447" w:rsidRDefault="00F92ABD" w:rsidP="009243BC">
      <w:pPr>
        <w:spacing w:after="80" w:line="360" w:lineRule="auto"/>
        <w:jc w:val="center"/>
      </w:pPr>
      <w:r>
        <w:rPr>
          <w:color w:val="505B63"/>
          <w:sz w:val="17"/>
        </w:rPr>
        <w:t>SW9, London  •  07495 873284  •  thelmanimako@gmail.com</w:t>
      </w:r>
    </w:p>
    <w:p w14:paraId="630CBFFE" w14:textId="77777777" w:rsidR="00670447" w:rsidRDefault="00F92ABD" w:rsidP="009243BC">
      <w:pPr>
        <w:pBdr>
          <w:bottom w:val="single" w:sz="5" w:space="2" w:color="D5E4E5"/>
        </w:pBdr>
        <w:spacing w:before="120" w:after="60" w:line="360" w:lineRule="auto"/>
      </w:pPr>
      <w:r>
        <w:rPr>
          <w:rFonts w:ascii="Aptos Display" w:hAnsi="Aptos Display"/>
          <w:b/>
          <w:color w:val="257076"/>
          <w:sz w:val="21"/>
        </w:rPr>
        <w:t>PROFILE</w:t>
      </w:r>
    </w:p>
    <w:p w14:paraId="7B2E61CA" w14:textId="77777777" w:rsidR="00670447" w:rsidRDefault="00F92ABD" w:rsidP="009243BC">
      <w:pPr>
        <w:spacing w:line="360" w:lineRule="auto"/>
      </w:pPr>
      <w:r>
        <w:t>Friendly, dependable and hardworking Business Management student with experience in customer-facing agency and event roles, seasonal work at Winter Wonderland, and running a small hair business. Confident communicating with different people, working as part of a team and staying organised in busy environments. Quick to learn new tasks, attentive to cleanliness and safety, and keen to support customers and colleagues during the busy Christmas period. Available for temporary seasonal work.</w:t>
      </w:r>
    </w:p>
    <w:p w14:paraId="3D6A7F83" w14:textId="77777777" w:rsidR="00670447" w:rsidRDefault="00F92ABD" w:rsidP="009243BC">
      <w:pPr>
        <w:pBdr>
          <w:bottom w:val="single" w:sz="5" w:space="2" w:color="D5E4E5"/>
        </w:pBdr>
        <w:spacing w:before="120" w:after="60" w:line="360" w:lineRule="auto"/>
      </w:pPr>
      <w:r>
        <w:rPr>
          <w:rFonts w:ascii="Aptos Display" w:hAnsi="Aptos Display"/>
          <w:b/>
          <w:color w:val="257076"/>
          <w:sz w:val="21"/>
        </w:rPr>
        <w:t>KEY SKILLS</w:t>
      </w:r>
    </w:p>
    <w:p w14:paraId="39AAAB78" w14:textId="77777777" w:rsidR="00670447" w:rsidRDefault="00F92ABD" w:rsidP="009243BC">
      <w:pPr>
        <w:spacing w:after="20" w:line="360" w:lineRule="auto"/>
      </w:pPr>
      <w:r>
        <w:t>Customer service  •  Teamwork  •  Clear communication  •  Reliability and punctuality  •  Working under pressure  •  Organisation  •  Adaptability  •  Following procedures  •  Keeping work areas clean and tidy  •  Handling enquiries  •  Managing bookings and payments</w:t>
      </w:r>
    </w:p>
    <w:p w14:paraId="6380DD21" w14:textId="77777777" w:rsidR="00670447" w:rsidRDefault="00F92ABD" w:rsidP="009243BC">
      <w:pPr>
        <w:pBdr>
          <w:bottom w:val="single" w:sz="5" w:space="2" w:color="D5E4E5"/>
        </w:pBdr>
        <w:spacing w:before="120" w:after="60" w:line="360" w:lineRule="auto"/>
      </w:pPr>
      <w:r>
        <w:rPr>
          <w:rFonts w:ascii="Aptos Display" w:hAnsi="Aptos Display"/>
          <w:b/>
          <w:color w:val="257076"/>
          <w:sz w:val="21"/>
        </w:rPr>
        <w:t>EDUCATION</w:t>
      </w:r>
    </w:p>
    <w:p w14:paraId="61B02037" w14:textId="77777777" w:rsidR="00670447" w:rsidRDefault="00F92ABD" w:rsidP="009243BC">
      <w:pPr>
        <w:spacing w:after="20" w:line="360" w:lineRule="auto"/>
      </w:pPr>
      <w:r>
        <w:t>Certificate of Higher Education (CertHE) – Business Skills for the Workplace</w:t>
      </w:r>
    </w:p>
    <w:p w14:paraId="3CD0C708" w14:textId="77777777" w:rsidR="00670447" w:rsidRDefault="00F92ABD" w:rsidP="009243BC">
      <w:pPr>
        <w:spacing w:after="20" w:line="360" w:lineRule="auto"/>
      </w:pPr>
      <w:r>
        <w:t>October 2025–Present</w:t>
      </w:r>
    </w:p>
    <w:p w14:paraId="30704AB6" w14:textId="77777777" w:rsidR="00670447" w:rsidRPr="00834EE2" w:rsidRDefault="00F92ABD" w:rsidP="009243BC">
      <w:pPr>
        <w:spacing w:line="360" w:lineRule="auto"/>
        <w:rPr>
          <w:lang w:val="en-GB"/>
        </w:rPr>
      </w:pPr>
      <w:r>
        <w:t>5 GCSEs</w:t>
      </w:r>
    </w:p>
    <w:p w14:paraId="5EEEE28F" w14:textId="77777777" w:rsidR="00670447" w:rsidRDefault="00F92ABD" w:rsidP="009243BC">
      <w:pPr>
        <w:pBdr>
          <w:bottom w:val="single" w:sz="5" w:space="2" w:color="D5E4E5"/>
        </w:pBdr>
        <w:spacing w:before="120" w:after="60" w:line="360" w:lineRule="auto"/>
      </w:pPr>
      <w:r>
        <w:rPr>
          <w:rFonts w:ascii="Aptos Display" w:hAnsi="Aptos Display"/>
          <w:b/>
          <w:color w:val="257076"/>
          <w:sz w:val="21"/>
        </w:rPr>
        <w:t>WORK EXPERIENCE</w:t>
      </w:r>
    </w:p>
    <w:p w14:paraId="0D767BDE" w14:textId="77777777" w:rsidR="00670447" w:rsidRDefault="00F92ABD" w:rsidP="009243BC">
      <w:pPr>
        <w:spacing w:before="60" w:after="0" w:line="360" w:lineRule="auto"/>
      </w:pPr>
      <w:r>
        <w:rPr>
          <w:b/>
          <w:color w:val="1F374B"/>
          <w:sz w:val="19"/>
        </w:rPr>
        <w:t>Self-Employed Hair Stylist</w:t>
      </w:r>
      <w:r>
        <w:rPr>
          <w:b/>
        </w:rPr>
        <w:t xml:space="preserve">  |  ToutchedByTee</w:t>
      </w:r>
    </w:p>
    <w:p w14:paraId="157AA70D" w14:textId="77777777" w:rsidR="00670447" w:rsidRDefault="00F92ABD" w:rsidP="009243BC">
      <w:pPr>
        <w:spacing w:after="20" w:line="360" w:lineRule="auto"/>
      </w:pPr>
      <w:r>
        <w:rPr>
          <w:i/>
          <w:color w:val="257076"/>
          <w:sz w:val="17"/>
        </w:rPr>
        <w:t>Present</w:t>
      </w:r>
    </w:p>
    <w:p w14:paraId="1D67686E" w14:textId="77777777" w:rsidR="00670447" w:rsidRDefault="00F92ABD" w:rsidP="009243BC">
      <w:pPr>
        <w:pStyle w:val="ListBullet"/>
        <w:spacing w:after="20" w:line="360" w:lineRule="auto"/>
        <w:ind w:left="259" w:hanging="173"/>
      </w:pPr>
      <w:r>
        <w:t>Provide a friendly, professional service and build positive relationships with returning clients.</w:t>
      </w:r>
    </w:p>
    <w:p w14:paraId="231DFB1C" w14:textId="77777777" w:rsidR="00670447" w:rsidRDefault="00F92ABD" w:rsidP="009243BC">
      <w:pPr>
        <w:pStyle w:val="ListBullet"/>
        <w:spacing w:after="20" w:line="360" w:lineRule="auto"/>
        <w:ind w:left="259" w:hanging="173"/>
      </w:pPr>
      <w:r>
        <w:t>Manage appointments, customer enquiries and payments, while keeping the workspace clean and organised.</w:t>
      </w:r>
    </w:p>
    <w:p w14:paraId="50372F06" w14:textId="77777777" w:rsidR="00670447" w:rsidRDefault="00F92ABD" w:rsidP="009243BC">
      <w:pPr>
        <w:pStyle w:val="ListBullet"/>
        <w:spacing w:after="20" w:line="360" w:lineRule="auto"/>
        <w:ind w:left="259" w:hanging="173"/>
      </w:pPr>
      <w:r>
        <w:t>Promote services online and organise my workload independently.</w:t>
      </w:r>
    </w:p>
    <w:p w14:paraId="7013C874" w14:textId="77777777" w:rsidR="00670447" w:rsidRDefault="00F92ABD" w:rsidP="009243BC">
      <w:pPr>
        <w:spacing w:before="60" w:after="0" w:line="360" w:lineRule="auto"/>
      </w:pPr>
      <w:r>
        <w:rPr>
          <w:b/>
          <w:color w:val="1F374B"/>
          <w:sz w:val="19"/>
        </w:rPr>
        <w:t>Seasonal Team Member</w:t>
      </w:r>
      <w:r>
        <w:rPr>
          <w:b/>
        </w:rPr>
        <w:t xml:space="preserve">  |  Winter Wonderland</w:t>
      </w:r>
    </w:p>
    <w:p w14:paraId="41FDEAB9" w14:textId="77777777" w:rsidR="00670447" w:rsidRDefault="00F92ABD" w:rsidP="009243BC">
      <w:pPr>
        <w:spacing w:after="20" w:line="360" w:lineRule="auto"/>
      </w:pPr>
      <w:r>
        <w:rPr>
          <w:i/>
          <w:color w:val="257076"/>
          <w:sz w:val="17"/>
        </w:rPr>
        <w:t>Seasonal winter role</w:t>
      </w:r>
    </w:p>
    <w:p w14:paraId="45229A4B" w14:textId="77777777" w:rsidR="00670447" w:rsidRDefault="00F92ABD" w:rsidP="009243BC">
      <w:pPr>
        <w:pStyle w:val="ListBullet"/>
        <w:spacing w:after="20" w:line="360" w:lineRule="auto"/>
        <w:ind w:left="259" w:hanging="173"/>
      </w:pPr>
      <w:r>
        <w:t>Worked in a busy seasonal visitor environment and adapted to the pace and needs of the day.</w:t>
      </w:r>
    </w:p>
    <w:p w14:paraId="5B85F5FA" w14:textId="77777777" w:rsidR="00670447" w:rsidRDefault="00F92ABD" w:rsidP="009243BC">
      <w:pPr>
        <w:pStyle w:val="ListBullet"/>
        <w:spacing w:after="20" w:line="360" w:lineRule="auto"/>
        <w:ind w:left="259" w:hanging="173"/>
      </w:pPr>
      <w:r>
        <w:t>Communicated politely with visitors and colleagues, helping contribute to a positive customer experience.</w:t>
      </w:r>
    </w:p>
    <w:p w14:paraId="3D3A63A5" w14:textId="77777777" w:rsidR="00670447" w:rsidRDefault="00F92ABD" w:rsidP="009243BC">
      <w:pPr>
        <w:pStyle w:val="ListBullet"/>
        <w:spacing w:after="20" w:line="360" w:lineRule="auto"/>
        <w:ind w:left="259" w:hanging="173"/>
      </w:pPr>
      <w:r>
        <w:t>Worked as part of a team and followed workplace instructions and safety procedures.</w:t>
      </w:r>
    </w:p>
    <w:p w14:paraId="040D7308" w14:textId="77777777" w:rsidR="00670447" w:rsidRDefault="00F92ABD" w:rsidP="009243BC">
      <w:pPr>
        <w:spacing w:before="60" w:after="0" w:line="360" w:lineRule="auto"/>
      </w:pPr>
      <w:r>
        <w:rPr>
          <w:b/>
          <w:color w:val="1F374B"/>
          <w:sz w:val="19"/>
        </w:rPr>
        <w:t>Agency Worker</w:t>
      </w:r>
      <w:r>
        <w:rPr>
          <w:b/>
        </w:rPr>
        <w:t xml:space="preserve">  |  HAP Solutions</w:t>
      </w:r>
    </w:p>
    <w:p w14:paraId="1302B554" w14:textId="77777777" w:rsidR="00670447" w:rsidRDefault="00F92ABD" w:rsidP="009243BC">
      <w:pPr>
        <w:spacing w:after="20" w:line="360" w:lineRule="auto"/>
      </w:pPr>
      <w:r>
        <w:rPr>
          <w:i/>
          <w:color w:val="257076"/>
          <w:sz w:val="17"/>
        </w:rPr>
        <w:t>2023–2025</w:t>
      </w:r>
    </w:p>
    <w:p w14:paraId="69F30C90" w14:textId="77777777" w:rsidR="00670447" w:rsidRDefault="00F92ABD" w:rsidP="009243BC">
      <w:pPr>
        <w:pStyle w:val="ListBullet"/>
        <w:spacing w:after="20" w:line="360" w:lineRule="auto"/>
        <w:ind w:left="259" w:hanging="173"/>
      </w:pPr>
      <w:r>
        <w:t>Worked in customer-facing event roles, assisting customers and responding to queries professionally.</w:t>
      </w:r>
    </w:p>
    <w:p w14:paraId="2C35E13B" w14:textId="77777777" w:rsidR="00670447" w:rsidRDefault="00F92ABD" w:rsidP="009243BC">
      <w:pPr>
        <w:pStyle w:val="ListBullet"/>
        <w:spacing w:after="20" w:line="360" w:lineRule="auto"/>
        <w:ind w:left="259" w:hanging="173"/>
      </w:pPr>
      <w:r>
        <w:t>Supported colleagues with day-to-day operations to help events run smoothly.</w:t>
      </w:r>
    </w:p>
    <w:p w14:paraId="2A0E6402" w14:textId="77777777" w:rsidR="00670447" w:rsidRDefault="00F92ABD" w:rsidP="009243BC">
      <w:pPr>
        <w:pStyle w:val="ListBullet"/>
        <w:spacing w:after="20" w:line="360" w:lineRule="auto"/>
        <w:ind w:left="259" w:hanging="173"/>
      </w:pPr>
      <w:r>
        <w:t>Stayed flexible and professional in busy environments, using teamwork and clear communication.</w:t>
      </w:r>
    </w:p>
    <w:p w14:paraId="051F76D3" w14:textId="77777777" w:rsidR="00670447" w:rsidRDefault="00F92ABD" w:rsidP="009243BC">
      <w:pPr>
        <w:spacing w:before="60" w:after="0" w:line="360" w:lineRule="auto"/>
      </w:pPr>
      <w:r>
        <w:t>Commis Waiter / Agency Worker  |  Goldmills Recruitment</w:t>
      </w:r>
    </w:p>
    <w:p w14:paraId="231E24D1" w14:textId="77777777" w:rsidR="00670447" w:rsidRDefault="00F92ABD" w:rsidP="009243BC">
      <w:pPr>
        <w:spacing w:after="20" w:line="360" w:lineRule="auto"/>
      </w:pPr>
      <w:r>
        <w:rPr>
          <w:i/>
          <w:color w:val="257076"/>
          <w:sz w:val="17"/>
        </w:rPr>
        <w:t>2023–Present</w:t>
      </w:r>
    </w:p>
    <w:p w14:paraId="56772730" w14:textId="77777777" w:rsidR="00670447" w:rsidRDefault="00F92ABD" w:rsidP="009243BC">
      <w:pPr>
        <w:pStyle w:val="ListBullet"/>
        <w:spacing w:after="20" w:line="360" w:lineRule="auto"/>
        <w:ind w:left="259" w:hanging="173"/>
      </w:pPr>
      <w:r>
        <w:t>Worked across temporary roles and adapted quickly to different teams and working environments.</w:t>
      </w:r>
    </w:p>
    <w:p w14:paraId="34273E4B" w14:textId="77777777" w:rsidR="00670447" w:rsidRDefault="00F92ABD" w:rsidP="009243BC">
      <w:pPr>
        <w:pStyle w:val="ListBullet"/>
        <w:spacing w:after="20" w:line="360" w:lineRule="auto"/>
        <w:ind w:left="259" w:hanging="173"/>
      </w:pPr>
      <w:r>
        <w:t>Followed health and safety procedures and maintained professional standards.</w:t>
      </w:r>
    </w:p>
    <w:p w14:paraId="608DA5A0" w14:textId="77777777" w:rsidR="00670447" w:rsidRDefault="00F92ABD" w:rsidP="009243BC">
      <w:pPr>
        <w:pStyle w:val="ListBullet"/>
        <w:spacing w:after="20" w:line="360" w:lineRule="auto"/>
        <w:ind w:left="259" w:hanging="173"/>
      </w:pPr>
      <w:r>
        <w:t>Worked independently and with colleagues, including in fast-paced settings.</w:t>
      </w:r>
    </w:p>
    <w:p w14:paraId="3517D7EC" w14:textId="77777777" w:rsidR="00670447" w:rsidRDefault="00F92ABD" w:rsidP="009243BC">
      <w:pPr>
        <w:pBdr>
          <w:bottom w:val="single" w:sz="5" w:space="2" w:color="D5E4E5"/>
        </w:pBdr>
        <w:spacing w:before="120" w:after="60" w:line="360" w:lineRule="auto"/>
      </w:pPr>
      <w:r>
        <w:rPr>
          <w:rFonts w:ascii="Aptos Display" w:hAnsi="Aptos Display"/>
          <w:b/>
          <w:color w:val="257076"/>
          <w:sz w:val="21"/>
        </w:rPr>
        <w:lastRenderedPageBreak/>
        <w:t>ADDITIONAL EXPERIENCE</w:t>
      </w:r>
    </w:p>
    <w:p w14:paraId="6EC348AE" w14:textId="77777777" w:rsidR="00670447" w:rsidRDefault="00F92ABD" w:rsidP="009243BC">
      <w:pPr>
        <w:spacing w:before="60" w:after="0" w:line="360" w:lineRule="auto"/>
      </w:pPr>
      <w:r>
        <w:rPr>
          <w:b/>
          <w:color w:val="1F374B"/>
          <w:sz w:val="19"/>
        </w:rPr>
        <w:t>Children’s &amp; Youth Volunteer</w:t>
      </w:r>
      <w:r>
        <w:rPr>
          <w:b/>
        </w:rPr>
        <w:t xml:space="preserve">  |  Church and Youth Club</w:t>
      </w:r>
    </w:p>
    <w:p w14:paraId="54C83425" w14:textId="77777777" w:rsidR="00670447" w:rsidRDefault="00F92ABD" w:rsidP="009243BC">
      <w:pPr>
        <w:spacing w:after="20" w:line="360" w:lineRule="auto"/>
      </w:pPr>
      <w:r>
        <w:rPr>
          <w:i/>
          <w:color w:val="257076"/>
          <w:sz w:val="17"/>
        </w:rPr>
        <w:t>Volunteer experience</w:t>
      </w:r>
    </w:p>
    <w:p w14:paraId="1F854FBA" w14:textId="77777777" w:rsidR="00670447" w:rsidRDefault="00F92ABD" w:rsidP="009243BC">
      <w:pPr>
        <w:pStyle w:val="ListBullet"/>
        <w:spacing w:after="20" w:line="360" w:lineRule="auto"/>
        <w:ind w:left="259" w:hanging="173"/>
      </w:pPr>
      <w:r>
        <w:t>Helped supervise activities, communicate with children and families, and support a welcoming environment.</w:t>
      </w:r>
    </w:p>
    <w:p w14:paraId="585055B4" w14:textId="77777777" w:rsidR="00670447" w:rsidRDefault="00F92ABD" w:rsidP="009243BC">
      <w:pPr>
        <w:pStyle w:val="ListBullet"/>
        <w:spacing w:after="20" w:line="360" w:lineRule="auto"/>
        <w:ind w:left="259" w:hanging="173"/>
      </w:pPr>
      <w:r>
        <w:t>Worked with other volunteers and encouraged positive behaviour through patience and clear communication.</w:t>
      </w:r>
    </w:p>
    <w:p w14:paraId="1CF4D101" w14:textId="77777777" w:rsidR="00670447" w:rsidRDefault="00F92ABD" w:rsidP="009243BC">
      <w:pPr>
        <w:pBdr>
          <w:bottom w:val="single" w:sz="5" w:space="2" w:color="D5E4E5"/>
        </w:pBdr>
        <w:spacing w:before="120" w:after="60" w:line="360" w:lineRule="auto"/>
      </w:pPr>
      <w:r>
        <w:t>REFERENCES</w:t>
      </w:r>
    </w:p>
    <w:p w14:paraId="7702DB71" w14:textId="77777777" w:rsidR="00670447" w:rsidRDefault="00F92ABD" w:rsidP="009243BC">
      <w:pPr>
        <w:spacing w:line="360" w:lineRule="auto"/>
      </w:pPr>
      <w:r>
        <w:t>References available upon request</w:t>
      </w:r>
    </w:p>
    <w:p w14:paraId="3BE4C317" w14:textId="77777777" w:rsidR="00245BFF" w:rsidRDefault="00245BFF" w:rsidP="009243BC">
      <w:pPr>
        <w:spacing w:line="360" w:lineRule="auto"/>
      </w:pPr>
    </w:p>
    <w:p w14:paraId="5E951F4F" w14:textId="77777777" w:rsidR="00834EE2" w:rsidRDefault="00834EE2" w:rsidP="009243BC">
      <w:pPr>
        <w:spacing w:line="360" w:lineRule="auto"/>
      </w:pPr>
    </w:p>
    <w:p w14:paraId="1B42AF03" w14:textId="77777777" w:rsidR="00834EE2" w:rsidRDefault="00834EE2" w:rsidP="009243BC">
      <w:pPr>
        <w:spacing w:line="360" w:lineRule="auto"/>
      </w:pPr>
    </w:p>
    <w:p w14:paraId="1763729B" w14:textId="77777777" w:rsidR="00834EE2" w:rsidRDefault="00834EE2" w:rsidP="009243BC">
      <w:pPr>
        <w:spacing w:line="360" w:lineRule="auto"/>
      </w:pPr>
    </w:p>
    <w:p w14:paraId="26E8DA8D" w14:textId="77777777" w:rsidR="00834EE2" w:rsidRDefault="00834EE2" w:rsidP="009243BC">
      <w:pPr>
        <w:spacing w:line="360" w:lineRule="auto"/>
      </w:pPr>
    </w:p>
    <w:p w14:paraId="3BADFB9D" w14:textId="77777777" w:rsidR="00E16C45" w:rsidRDefault="00E16C45" w:rsidP="009243BC">
      <w:pPr>
        <w:spacing w:line="360" w:lineRule="auto"/>
      </w:pPr>
    </w:p>
    <w:p w14:paraId="710430BE" w14:textId="77777777" w:rsidR="00E16C45" w:rsidRDefault="00E16C45" w:rsidP="009243BC">
      <w:pPr>
        <w:spacing w:line="360" w:lineRule="auto"/>
      </w:pPr>
    </w:p>
    <w:p w14:paraId="4271E34A" w14:textId="77777777" w:rsidR="00E16C45" w:rsidRDefault="00E16C45" w:rsidP="009243BC">
      <w:pPr>
        <w:spacing w:line="360" w:lineRule="auto"/>
      </w:pPr>
    </w:p>
    <w:p w14:paraId="1CBC5E8C" w14:textId="77777777" w:rsidR="00E16C45" w:rsidRDefault="00E16C45" w:rsidP="009243BC">
      <w:pPr>
        <w:spacing w:line="360" w:lineRule="auto"/>
      </w:pPr>
    </w:p>
    <w:p w14:paraId="3A86CCA1" w14:textId="77777777" w:rsidR="00E16C45" w:rsidRDefault="00E16C45" w:rsidP="009243BC">
      <w:pPr>
        <w:spacing w:line="360" w:lineRule="auto"/>
      </w:pPr>
    </w:p>
    <w:p w14:paraId="1FD76002" w14:textId="77777777" w:rsidR="00E16C45" w:rsidRDefault="00E16C45" w:rsidP="009243BC">
      <w:pPr>
        <w:spacing w:line="360" w:lineRule="auto"/>
      </w:pPr>
    </w:p>
    <w:p w14:paraId="02D2CE02" w14:textId="77777777" w:rsidR="00E16C45" w:rsidRDefault="00E16C45" w:rsidP="009243BC">
      <w:pPr>
        <w:spacing w:line="360" w:lineRule="auto"/>
      </w:pPr>
    </w:p>
    <w:p w14:paraId="6A39059D" w14:textId="77777777" w:rsidR="00E16C45" w:rsidRDefault="00E16C45" w:rsidP="009243BC">
      <w:pPr>
        <w:spacing w:line="360" w:lineRule="auto"/>
      </w:pPr>
    </w:p>
    <w:p w14:paraId="192963E5" w14:textId="77777777" w:rsidR="00E16C45" w:rsidRDefault="00E16C45" w:rsidP="009243BC">
      <w:pPr>
        <w:spacing w:line="360" w:lineRule="auto"/>
      </w:pPr>
    </w:p>
    <w:p w14:paraId="21C7A80A" w14:textId="77777777" w:rsidR="00E16C45" w:rsidRDefault="00E16C45" w:rsidP="009243BC">
      <w:pPr>
        <w:spacing w:line="360" w:lineRule="auto"/>
      </w:pPr>
    </w:p>
    <w:p w14:paraId="4F9C3296" w14:textId="77777777" w:rsidR="00E16C45" w:rsidRDefault="00E16C45" w:rsidP="009243BC">
      <w:pPr>
        <w:spacing w:line="360" w:lineRule="auto"/>
      </w:pPr>
    </w:p>
    <w:p w14:paraId="54A6E38D" w14:textId="77777777" w:rsidR="00E16C45" w:rsidRDefault="00E16C45" w:rsidP="009243BC">
      <w:pPr>
        <w:spacing w:line="360" w:lineRule="auto"/>
      </w:pPr>
    </w:p>
    <w:p w14:paraId="0DDDC3BE" w14:textId="77777777" w:rsidR="00E16C45" w:rsidRDefault="00E16C45" w:rsidP="009243BC">
      <w:pPr>
        <w:spacing w:line="360" w:lineRule="auto"/>
      </w:pPr>
    </w:p>
    <w:p w14:paraId="3050048D" w14:textId="77777777" w:rsidR="00E16C45" w:rsidRDefault="00E16C45" w:rsidP="009243BC">
      <w:pPr>
        <w:spacing w:line="360" w:lineRule="auto"/>
      </w:pPr>
    </w:p>
    <w:p w14:paraId="7CAD6A4C" w14:textId="77777777" w:rsidR="00E16C45" w:rsidRDefault="00E16C45" w:rsidP="009243BC">
      <w:pPr>
        <w:spacing w:line="360" w:lineRule="auto"/>
      </w:pPr>
    </w:p>
    <w:p w14:paraId="0FC5D51C" w14:textId="77777777" w:rsidR="00E16C45" w:rsidRDefault="00E16C45" w:rsidP="009243BC">
      <w:pPr>
        <w:spacing w:line="360" w:lineRule="auto"/>
      </w:pPr>
    </w:p>
    <w:p w14:paraId="5023A5B9" w14:textId="77777777" w:rsidR="00E16C45" w:rsidRDefault="00E16C45" w:rsidP="009243BC">
      <w:pPr>
        <w:spacing w:line="360" w:lineRule="auto"/>
      </w:pPr>
    </w:p>
    <w:p w14:paraId="5776E601" w14:textId="77777777" w:rsidR="00E16C45" w:rsidRDefault="00E16C45" w:rsidP="009243BC">
      <w:pPr>
        <w:spacing w:line="360" w:lineRule="auto"/>
      </w:pPr>
    </w:p>
    <w:p w14:paraId="6AF369B1" w14:textId="77777777" w:rsidR="00E16C45" w:rsidRDefault="00E16C45" w:rsidP="009243BC">
      <w:pPr>
        <w:spacing w:line="360" w:lineRule="auto"/>
      </w:pPr>
    </w:p>
    <w:p w14:paraId="5A334EEC" w14:textId="77777777" w:rsidR="00E16C45" w:rsidRDefault="00E16C45" w:rsidP="009243BC">
      <w:pPr>
        <w:spacing w:line="360" w:lineRule="auto"/>
      </w:pPr>
    </w:p>
    <w:p w14:paraId="0822386A" w14:textId="77777777" w:rsidR="00E16C45" w:rsidRDefault="00E16C45" w:rsidP="009243BC">
      <w:pPr>
        <w:spacing w:line="360" w:lineRule="auto"/>
      </w:pPr>
    </w:p>
    <w:p w14:paraId="225E5D69" w14:textId="77777777" w:rsidR="00E16C45" w:rsidRDefault="00E16C45" w:rsidP="009243BC">
      <w:pPr>
        <w:spacing w:line="360" w:lineRule="auto"/>
      </w:pPr>
    </w:p>
    <w:p w14:paraId="36D57BE2" w14:textId="77777777" w:rsidR="00E16C45" w:rsidRDefault="00E16C45" w:rsidP="009243BC">
      <w:pPr>
        <w:spacing w:line="360" w:lineRule="auto"/>
      </w:pPr>
    </w:p>
    <w:p w14:paraId="18A60794" w14:textId="77777777" w:rsidR="00834EE2" w:rsidRDefault="00834EE2" w:rsidP="009243BC">
      <w:pPr>
        <w:spacing w:line="360" w:lineRule="auto"/>
      </w:pPr>
    </w:p>
    <w:p w14:paraId="0124930B" w14:textId="77777777" w:rsidR="00834EE2" w:rsidRDefault="00834EE2" w:rsidP="009243BC">
      <w:pPr>
        <w:spacing w:line="360" w:lineRule="auto"/>
      </w:pPr>
    </w:p>
    <w:p w14:paraId="3CE673C0" w14:textId="5A67E048" w:rsidR="00834EE2" w:rsidRDefault="00834EE2" w:rsidP="00134570">
      <w:pPr>
        <w:pStyle w:val="p1"/>
        <w:spacing w:line="360" w:lineRule="auto"/>
        <w:jc w:val="right"/>
      </w:pPr>
      <w:r>
        <w:rPr>
          <w:rStyle w:val="s1"/>
        </w:rPr>
        <w:lastRenderedPageBreak/>
        <w:t>Thelma Nimako</w:t>
      </w:r>
      <w:r>
        <w:br/>
      </w:r>
      <w:r>
        <w:rPr>
          <w:rStyle w:val="apple-converted-space"/>
        </w:rPr>
        <w:t xml:space="preserve">                                                                                                                                                                                                                                                             </w:t>
      </w:r>
      <w:r>
        <w:rPr>
          <w:rStyle w:val="s1"/>
        </w:rPr>
        <w:t>3 Benedict Road, SW9 0FS</w:t>
      </w:r>
    </w:p>
    <w:p w14:paraId="6FF35F52" w14:textId="77777777" w:rsidR="00834EE2" w:rsidRDefault="00834EE2" w:rsidP="009243BC">
      <w:pPr>
        <w:pStyle w:val="p1"/>
        <w:spacing w:line="360" w:lineRule="auto"/>
      </w:pPr>
      <w:r>
        <w:br/>
      </w:r>
      <w:r>
        <w:rPr>
          <w:rStyle w:val="s1"/>
        </w:rPr>
        <w:t>Remedy Education</w:t>
      </w:r>
      <w:r>
        <w:br/>
      </w:r>
      <w:r>
        <w:rPr>
          <w:rStyle w:val="s1"/>
        </w:rPr>
        <w:t>Tower Hamlets, East London</w:t>
      </w:r>
      <w:r>
        <w:br/>
      </w:r>
      <w:r>
        <w:rPr>
          <w:rStyle w:val="s1"/>
        </w:rPr>
        <w:t>26 October 2026</w:t>
      </w:r>
    </w:p>
    <w:p w14:paraId="669CAD12" w14:textId="77777777" w:rsidR="00834EE2" w:rsidRDefault="00834EE2" w:rsidP="009243BC">
      <w:pPr>
        <w:pStyle w:val="p1"/>
        <w:spacing w:line="360" w:lineRule="auto"/>
      </w:pPr>
      <w:r>
        <w:rPr>
          <w:rStyle w:val="s1"/>
        </w:rPr>
        <w:t>Dear Hiring Manager,</w:t>
      </w:r>
    </w:p>
    <w:p w14:paraId="23A8751D" w14:textId="77777777" w:rsidR="00834EE2" w:rsidRDefault="00834EE2" w:rsidP="009243BC">
      <w:pPr>
        <w:pStyle w:val="p1"/>
        <w:spacing w:line="360" w:lineRule="auto"/>
      </w:pPr>
      <w:r>
        <w:rPr>
          <w:rStyle w:val="s1"/>
        </w:rPr>
        <w:t xml:space="preserve">I wish to apply for the role of </w:t>
      </w:r>
      <w:r>
        <w:rPr>
          <w:rStyle w:val="s2"/>
        </w:rPr>
        <w:t>Hairdressing Teacher</w:t>
      </w:r>
      <w:r>
        <w:rPr>
          <w:rStyle w:val="s1"/>
        </w:rPr>
        <w:t>, currently being advertised by Remedy Education. Please find enclosed my CV for your consideration.</w:t>
      </w:r>
    </w:p>
    <w:p w14:paraId="10A1B0C1" w14:textId="77777777" w:rsidR="00834EE2" w:rsidRDefault="00834EE2" w:rsidP="009243BC">
      <w:pPr>
        <w:pStyle w:val="p1"/>
        <w:spacing w:line="360" w:lineRule="auto"/>
      </w:pPr>
      <w:r>
        <w:rPr>
          <w:rStyle w:val="s1"/>
        </w:rPr>
        <w:t>As you can see from my attached CV, I have experience in the hairdressing industry, and I believe my practical hairdressing skills, creativity, patience and ability to communicate with others make me a suitable candidate for the role.</w:t>
      </w:r>
    </w:p>
    <w:p w14:paraId="2606A013" w14:textId="77777777" w:rsidR="00834EE2" w:rsidRDefault="00834EE2" w:rsidP="009243BC">
      <w:pPr>
        <w:pStyle w:val="p1"/>
        <w:spacing w:line="360" w:lineRule="auto"/>
      </w:pPr>
      <w:r>
        <w:rPr>
          <w:rStyle w:val="s1"/>
        </w:rPr>
        <w:t xml:space="preserve">In my role as a </w:t>
      </w:r>
      <w:r>
        <w:rPr>
          <w:rStyle w:val="s2"/>
        </w:rPr>
        <w:t>Hair Stylist</w:t>
      </w:r>
      <w:r>
        <w:rPr>
          <w:rStyle w:val="s1"/>
        </w:rPr>
        <w:t>, I have developed practical skills in hairdressing, styling and grooming. Through this experience, I have learnt the importance of listening to people’s needs, paying attention to detail and helping clients feel comfortable and confident. I believe these skills would help me deliver engaging hairdressing sessions and encourage students to develop their own practical abilities.</w:t>
      </w:r>
    </w:p>
    <w:p w14:paraId="6737C913" w14:textId="77777777" w:rsidR="00834EE2" w:rsidRDefault="00834EE2" w:rsidP="009243BC">
      <w:pPr>
        <w:pStyle w:val="p1"/>
        <w:spacing w:line="360" w:lineRule="auto"/>
      </w:pPr>
      <w:r>
        <w:rPr>
          <w:rStyle w:val="s1"/>
        </w:rPr>
        <w:t>All of this, coupled with my enthusiasm and dedication, communication skills, willingness to learn and positive attitude, has helped me develop the confidence to work with different people and provide a welcoming and supportive experience. I understand that this role involves supporting young people with social, emotional and mental health needs, and I would approach each student with patience, understanding and encouragement.</w:t>
      </w:r>
    </w:p>
    <w:p w14:paraId="6229C560" w14:textId="77777777" w:rsidR="00834EE2" w:rsidRDefault="00834EE2" w:rsidP="009243BC">
      <w:pPr>
        <w:pStyle w:val="p1"/>
        <w:spacing w:line="360" w:lineRule="auto"/>
      </w:pPr>
      <w:r>
        <w:rPr>
          <w:rStyle w:val="s1"/>
        </w:rPr>
        <w:t>I am confident that I can bring my practical skills, commitment and enthusiasm to your organisation and help Remedy Education support the school’s aim of improving students’ confidence, independence and personal development. With my previous experience and willingness to contribute, I believe I could make a positive difference by helping students learn valuable hairdressing skills while developing their self-esteem and communication.</w:t>
      </w:r>
    </w:p>
    <w:p w14:paraId="7785EE28" w14:textId="77777777" w:rsidR="00834EE2" w:rsidRDefault="00834EE2" w:rsidP="009243BC">
      <w:pPr>
        <w:pStyle w:val="p1"/>
        <w:spacing w:line="360" w:lineRule="auto"/>
      </w:pPr>
      <w:r>
        <w:rPr>
          <w:rStyle w:val="s1"/>
        </w:rPr>
        <w:t>Thank you for considering my application. I look forward to the opportunity to discuss my suitability for the position and how I could contribute to the students’ development.</w:t>
      </w:r>
    </w:p>
    <w:p w14:paraId="680E5F27" w14:textId="77777777" w:rsidR="00834EE2" w:rsidRDefault="00834EE2" w:rsidP="009243BC">
      <w:pPr>
        <w:pStyle w:val="p1"/>
        <w:spacing w:line="360" w:lineRule="auto"/>
      </w:pPr>
      <w:r>
        <w:rPr>
          <w:rStyle w:val="s1"/>
        </w:rPr>
        <w:lastRenderedPageBreak/>
        <w:t>Yours faithfully,</w:t>
      </w:r>
    </w:p>
    <w:p w14:paraId="0A65474B" w14:textId="77777777" w:rsidR="00834EE2" w:rsidRDefault="00834EE2" w:rsidP="009243BC">
      <w:pPr>
        <w:pStyle w:val="p2"/>
        <w:spacing w:line="360" w:lineRule="auto"/>
      </w:pPr>
      <w:r>
        <w:rPr>
          <w:rStyle w:val="s2"/>
        </w:rPr>
        <w:t xml:space="preserve">Thelma </w:t>
      </w:r>
      <w:proofErr w:type="spellStart"/>
      <w:r>
        <w:rPr>
          <w:rStyle w:val="s2"/>
        </w:rPr>
        <w:t>Nimako</w:t>
      </w:r>
      <w:proofErr w:type="spellEnd"/>
    </w:p>
    <w:p w14:paraId="22C6FF45" w14:textId="77777777" w:rsidR="00834EE2" w:rsidRDefault="00834EE2" w:rsidP="009243BC">
      <w:pPr>
        <w:spacing w:line="360" w:lineRule="auto"/>
      </w:pPr>
    </w:p>
    <w:p w14:paraId="442C57B4" w14:textId="77777777" w:rsidR="00245BFF" w:rsidRDefault="00245BFF" w:rsidP="009243BC">
      <w:pPr>
        <w:spacing w:line="360" w:lineRule="auto"/>
      </w:pPr>
    </w:p>
    <w:p w14:paraId="1054A34E" w14:textId="77777777" w:rsidR="00245BFF" w:rsidRDefault="00245BFF" w:rsidP="009243BC">
      <w:pPr>
        <w:spacing w:line="360" w:lineRule="auto"/>
      </w:pPr>
    </w:p>
    <w:p w14:paraId="5321E831" w14:textId="77777777" w:rsidR="005C0E13" w:rsidRDefault="005C0E13"/>
    <w:p w14:paraId="7CE9B637" w14:textId="77777777" w:rsidR="00245BFF" w:rsidRDefault="00245BFF"/>
    <w:p w14:paraId="00A6D6CB" w14:textId="77777777" w:rsidR="00245BFF" w:rsidRDefault="00245BFF"/>
    <w:p w14:paraId="38055483" w14:textId="77777777" w:rsidR="00245BFF" w:rsidRDefault="00245BFF"/>
    <w:p w14:paraId="5E8BAA2D" w14:textId="77777777" w:rsidR="00245BFF" w:rsidRDefault="00245BFF"/>
    <w:p w14:paraId="27C28026" w14:textId="36F75DF7" w:rsidR="00372711" w:rsidRDefault="00A95AAC" w:rsidP="00245BFF">
      <w:pPr>
        <w:shd w:val="clear" w:color="auto" w:fill="FFFFFF"/>
        <w:spacing w:after="60" w:line="240" w:lineRule="auto"/>
        <w:ind w:right="240"/>
        <w:outlineLvl w:val="0"/>
        <w:rPr>
          <w:rFonts w:ascii="Arial" w:eastAsia="Times New Roman" w:hAnsi="Arial" w:cs="Arial"/>
          <w:b/>
          <w:bCs/>
          <w:color w:val="0F151A"/>
          <w:kern w:val="36"/>
          <w:sz w:val="36"/>
          <w:szCs w:val="36"/>
          <w:lang w:val="en-GB" w:eastAsia="en-GB"/>
        </w:rPr>
      </w:pPr>
      <w:r>
        <w:rPr>
          <w:rFonts w:ascii="Arial" w:eastAsia="Times New Roman" w:hAnsi="Arial" w:cs="Arial"/>
          <w:b/>
          <w:bCs/>
          <w:color w:val="0F151A"/>
          <w:kern w:val="36"/>
          <w:sz w:val="36"/>
          <w:szCs w:val="36"/>
          <w:lang w:val="en-GB" w:eastAsia="en-GB"/>
        </w:rPr>
        <w:t>Job vacancy.</w:t>
      </w:r>
    </w:p>
    <w:p w14:paraId="0A208C8E" w14:textId="77777777" w:rsidR="00A95AAC" w:rsidRDefault="00A95AAC" w:rsidP="00245BFF">
      <w:pPr>
        <w:shd w:val="clear" w:color="auto" w:fill="FFFFFF"/>
        <w:spacing w:after="60" w:line="240" w:lineRule="auto"/>
        <w:ind w:right="240"/>
        <w:outlineLvl w:val="0"/>
        <w:rPr>
          <w:rFonts w:ascii="Arial" w:eastAsia="Times New Roman" w:hAnsi="Arial" w:cs="Arial"/>
          <w:b/>
          <w:bCs/>
          <w:color w:val="0F151A"/>
          <w:kern w:val="36"/>
          <w:sz w:val="36"/>
          <w:szCs w:val="36"/>
          <w:lang w:val="en-GB" w:eastAsia="en-GB"/>
        </w:rPr>
      </w:pPr>
    </w:p>
    <w:p w14:paraId="35B61BE7" w14:textId="788BD6F5" w:rsidR="00245BFF" w:rsidRPr="00245BFF" w:rsidRDefault="00245BFF" w:rsidP="00245BFF">
      <w:pPr>
        <w:shd w:val="clear" w:color="auto" w:fill="FFFFFF"/>
        <w:spacing w:after="60" w:line="240" w:lineRule="auto"/>
        <w:ind w:right="240"/>
        <w:outlineLvl w:val="0"/>
        <w:rPr>
          <w:rFonts w:ascii="Arial" w:eastAsia="Times New Roman" w:hAnsi="Arial" w:cs="Arial"/>
          <w:b/>
          <w:bCs/>
          <w:color w:val="0F151A"/>
          <w:kern w:val="36"/>
          <w:sz w:val="36"/>
          <w:szCs w:val="36"/>
          <w:lang w:val="en-GB" w:eastAsia="en-GB"/>
        </w:rPr>
      </w:pPr>
      <w:r w:rsidRPr="00245BFF">
        <w:rPr>
          <w:rFonts w:ascii="Arial" w:eastAsia="Times New Roman" w:hAnsi="Arial" w:cs="Arial"/>
          <w:b/>
          <w:bCs/>
          <w:color w:val="0F151A"/>
          <w:kern w:val="36"/>
          <w:sz w:val="36"/>
          <w:szCs w:val="36"/>
          <w:lang w:val="en-GB" w:eastAsia="en-GB"/>
        </w:rPr>
        <w:t>Hairdressing Teacher</w:t>
      </w:r>
    </w:p>
    <w:p w14:paraId="2659341A" w14:textId="77777777" w:rsidR="00245BFF" w:rsidRPr="00245BFF" w:rsidRDefault="00245BFF" w:rsidP="00245BFF">
      <w:pPr>
        <w:shd w:val="clear" w:color="auto" w:fill="FFFFFF"/>
        <w:spacing w:after="0" w:line="240" w:lineRule="auto"/>
        <w:rPr>
          <w:rFonts w:ascii="Arial" w:eastAsia="Times New Roman" w:hAnsi="Arial" w:cs="Arial"/>
          <w:color w:val="76777A"/>
          <w:sz w:val="21"/>
          <w:szCs w:val="21"/>
          <w:lang w:val="en-GB" w:eastAsia="en-GB"/>
        </w:rPr>
      </w:pPr>
      <w:r w:rsidRPr="00245BFF">
        <w:rPr>
          <w:rFonts w:ascii="Arial" w:eastAsia="Times New Roman" w:hAnsi="Arial" w:cs="Arial"/>
          <w:color w:val="76777A"/>
          <w:sz w:val="21"/>
          <w:szCs w:val="21"/>
          <w:lang w:val="en-GB" w:eastAsia="en-GB"/>
        </w:rPr>
        <w:t>16 October by Remedy Recruitment Group</w:t>
      </w:r>
    </w:p>
    <w:p w14:paraId="4730925A" w14:textId="77777777" w:rsidR="00245BFF" w:rsidRPr="00245BFF" w:rsidRDefault="00245BFF" w:rsidP="00245BFF">
      <w:pPr>
        <w:shd w:val="clear" w:color="auto" w:fill="FFFFFF"/>
        <w:spacing w:after="0" w:line="240" w:lineRule="auto"/>
        <w:jc w:val="center"/>
        <w:rPr>
          <w:rFonts w:ascii="Arial" w:eastAsia="Times New Roman" w:hAnsi="Arial" w:cs="Arial"/>
          <w:color w:val="0F151A"/>
          <w:sz w:val="24"/>
          <w:szCs w:val="24"/>
          <w:lang w:val="en-GB" w:eastAsia="en-GB"/>
        </w:rPr>
      </w:pPr>
      <w:r w:rsidRPr="00245BFF">
        <w:rPr>
          <w:rFonts w:ascii="Arial" w:eastAsia="Times New Roman" w:hAnsi="Arial" w:cs="Arial"/>
          <w:noProof/>
          <w:color w:val="0F151A"/>
          <w:sz w:val="24"/>
          <w:szCs w:val="24"/>
          <w:lang w:val="en-GB" w:eastAsia="en-GB"/>
        </w:rPr>
        <w:drawing>
          <wp:inline distT="0" distB="0" distL="0" distR="0" wp14:anchorId="7915BB85" wp14:editId="51C7CBD6">
            <wp:extent cx="1783080" cy="883920"/>
            <wp:effectExtent l="0" t="0" r="0" b="5080"/>
            <wp:docPr id="1234398953" name="Picture 1" descr="Remedy Recruitment Group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medy Recruitment Group job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3080" cy="883920"/>
                    </a:xfrm>
                    <a:prstGeom prst="rect">
                      <a:avLst/>
                    </a:prstGeom>
                    <a:noFill/>
                    <a:ln>
                      <a:noFill/>
                    </a:ln>
                  </pic:spPr>
                </pic:pic>
              </a:graphicData>
            </a:graphic>
          </wp:inline>
        </w:drawing>
      </w:r>
    </w:p>
    <w:p w14:paraId="2D6B566C" w14:textId="77777777" w:rsidR="00245BFF" w:rsidRPr="00245BFF" w:rsidRDefault="00245BFF" w:rsidP="00245BFF">
      <w:pPr>
        <w:numPr>
          <w:ilvl w:val="0"/>
          <w:numId w:val="10"/>
        </w:numPr>
        <w:shd w:val="clear" w:color="auto" w:fill="FFFFFF"/>
        <w:spacing w:before="100" w:beforeAutospacing="1" w:after="120" w:line="240" w:lineRule="auto"/>
        <w:ind w:left="660"/>
        <w:rPr>
          <w:rFonts w:ascii="Arial" w:eastAsia="Times New Roman" w:hAnsi="Arial" w:cs="Arial"/>
          <w:color w:val="0F151A"/>
          <w:sz w:val="24"/>
          <w:szCs w:val="24"/>
          <w:lang w:val="en-GB" w:eastAsia="en-GB"/>
        </w:rPr>
      </w:pPr>
      <w:r w:rsidRPr="00245BFF">
        <w:rPr>
          <w:rFonts w:ascii="Arial" w:eastAsia="Times New Roman" w:hAnsi="Arial" w:cs="Arial"/>
          <w:color w:val="0F151A"/>
          <w:sz w:val="24"/>
          <w:szCs w:val="24"/>
          <w:lang w:val="en-GB" w:eastAsia="en-GB"/>
        </w:rPr>
        <w:t>£120 - £200 per day</w:t>
      </w:r>
    </w:p>
    <w:p w14:paraId="09DF2AE7" w14:textId="77777777" w:rsidR="00245BFF" w:rsidRPr="00245BFF" w:rsidRDefault="00245BFF" w:rsidP="00245BFF">
      <w:pPr>
        <w:numPr>
          <w:ilvl w:val="0"/>
          <w:numId w:val="10"/>
        </w:numPr>
        <w:shd w:val="clear" w:color="auto" w:fill="FFFFFF"/>
        <w:spacing w:before="100" w:beforeAutospacing="1" w:after="120" w:line="240" w:lineRule="auto"/>
        <w:ind w:left="660"/>
        <w:rPr>
          <w:rFonts w:ascii="Arial" w:eastAsia="Times New Roman" w:hAnsi="Arial" w:cs="Arial"/>
          <w:color w:val="0F151A"/>
          <w:sz w:val="24"/>
          <w:szCs w:val="24"/>
          <w:lang w:val="en-GB" w:eastAsia="en-GB"/>
        </w:rPr>
      </w:pPr>
      <w:r w:rsidRPr="00245BFF">
        <w:rPr>
          <w:rFonts w:ascii="Arial" w:eastAsia="Times New Roman" w:hAnsi="Arial" w:cs="Arial"/>
          <w:color w:val="0F151A"/>
          <w:sz w:val="24"/>
          <w:szCs w:val="24"/>
          <w:lang w:val="en-GB" w:eastAsia="en-GB"/>
        </w:rPr>
        <w:t>East London, London</w:t>
      </w:r>
    </w:p>
    <w:p w14:paraId="517DA633" w14:textId="77777777" w:rsidR="00245BFF" w:rsidRPr="00245BFF" w:rsidRDefault="00245BFF" w:rsidP="00245BFF">
      <w:pPr>
        <w:numPr>
          <w:ilvl w:val="0"/>
          <w:numId w:val="10"/>
        </w:numPr>
        <w:shd w:val="clear" w:color="auto" w:fill="FFFFFF"/>
        <w:spacing w:before="100" w:beforeAutospacing="1" w:after="120" w:line="240" w:lineRule="auto"/>
        <w:ind w:left="660"/>
        <w:rPr>
          <w:rFonts w:ascii="Arial" w:eastAsia="Times New Roman" w:hAnsi="Arial" w:cs="Arial"/>
          <w:color w:val="0F151A"/>
          <w:sz w:val="24"/>
          <w:szCs w:val="24"/>
          <w:lang w:val="en-GB" w:eastAsia="en-GB"/>
        </w:rPr>
      </w:pPr>
      <w:r w:rsidRPr="00245BFF">
        <w:rPr>
          <w:rFonts w:ascii="Arial" w:eastAsia="Times New Roman" w:hAnsi="Arial" w:cs="Arial"/>
          <w:color w:val="0F151A"/>
          <w:sz w:val="24"/>
          <w:szCs w:val="24"/>
          <w:lang w:val="en-GB" w:eastAsia="en-GB"/>
        </w:rPr>
        <w:t>Permanent, full-time</w:t>
      </w:r>
    </w:p>
    <w:p w14:paraId="5C5DDAE7" w14:textId="77777777" w:rsidR="00245BFF" w:rsidRPr="00245BFF" w:rsidRDefault="00245BFF" w:rsidP="00245BFF">
      <w:pPr>
        <w:numPr>
          <w:ilvl w:val="0"/>
          <w:numId w:val="10"/>
        </w:numPr>
        <w:shd w:val="clear" w:color="auto" w:fill="FFFFFF"/>
        <w:spacing w:before="100" w:beforeAutospacing="1" w:after="120" w:line="240" w:lineRule="auto"/>
        <w:ind w:left="660"/>
        <w:rPr>
          <w:rFonts w:ascii="Times New Roman" w:hAnsi="Times New Roman" w:cs="Times New Roman"/>
          <w:color w:val="0F151A"/>
          <w:sz w:val="24"/>
          <w:szCs w:val="24"/>
          <w:lang w:val="en-GB" w:eastAsia="en-GB"/>
        </w:rPr>
      </w:pPr>
      <w:r w:rsidRPr="00245BFF">
        <w:rPr>
          <w:rFonts w:ascii="Arial" w:eastAsia="Times New Roman" w:hAnsi="Arial" w:cs="Arial"/>
          <w:color w:val="0F151A"/>
          <w:sz w:val="24"/>
          <w:szCs w:val="24"/>
          <w:lang w:val="en-GB" w:eastAsia="en-GB"/>
        </w:rPr>
        <w:fldChar w:fldCharType="begin"/>
      </w:r>
      <w:r w:rsidRPr="00245BFF">
        <w:rPr>
          <w:rFonts w:ascii="Arial" w:eastAsia="Times New Roman" w:hAnsi="Arial" w:cs="Arial"/>
          <w:color w:val="0F151A"/>
          <w:sz w:val="24"/>
          <w:szCs w:val="24"/>
          <w:lang w:val="en-GB" w:eastAsia="en-GB"/>
        </w:rPr>
        <w:instrText>HYPERLINK "https://www.reed.co.uk/jobs/hairdressing-teacher/57464700?source=searchResults&amp;q=hairdresser+manager&amp;sid=CxuAeyJrIjoiVHBNR2FydXhLVlUiLCJmIjoiSndUMnpjRmN6aU0iLCJxIjoiQm1MN05zQXFxOWcifQM&amp;filter=%2Fjobs%2Fhairdresser-manager-jobs%3Fq%3Dhairdresser%2Bmanager%26sid%3DCxuAeyJrIjoiVHBNR2FydXhLVlUiLCJmIjoiSndUMnpjRmN6aU0iLCJxIjoiQm1MN05zQXFxOWcifQM%26keywords%3DHairdresser%2Bmanager" \l "skills"</w:instrText>
      </w:r>
      <w:r w:rsidRPr="00245BFF">
        <w:rPr>
          <w:rFonts w:ascii="Arial" w:eastAsia="Times New Roman" w:hAnsi="Arial" w:cs="Arial"/>
          <w:color w:val="0F151A"/>
          <w:sz w:val="24"/>
          <w:szCs w:val="24"/>
          <w:lang w:val="en-GB" w:eastAsia="en-GB"/>
        </w:rPr>
      </w:r>
      <w:r w:rsidRPr="00245BFF">
        <w:rPr>
          <w:rFonts w:ascii="Arial" w:eastAsia="Times New Roman" w:hAnsi="Arial" w:cs="Arial"/>
          <w:color w:val="0F151A"/>
          <w:sz w:val="24"/>
          <w:szCs w:val="24"/>
          <w:lang w:val="en-GB" w:eastAsia="en-GB"/>
        </w:rPr>
        <w:fldChar w:fldCharType="separate"/>
      </w:r>
    </w:p>
    <w:p w14:paraId="17A3AABC" w14:textId="77777777" w:rsidR="00245BFF" w:rsidRPr="00245BFF" w:rsidRDefault="00245BFF" w:rsidP="00245BFF">
      <w:pPr>
        <w:shd w:val="clear" w:color="auto" w:fill="FFFFFF"/>
        <w:spacing w:before="100" w:beforeAutospacing="1" w:after="120" w:line="240" w:lineRule="auto"/>
        <w:ind w:left="660"/>
        <w:rPr>
          <w:rFonts w:ascii="Times New Roman" w:hAnsi="Times New Roman" w:cs="Times New Roman"/>
          <w:color w:val="auto"/>
          <w:sz w:val="24"/>
          <w:szCs w:val="24"/>
          <w:lang w:val="en-GB" w:eastAsia="en-GB"/>
        </w:rPr>
      </w:pPr>
      <w:r w:rsidRPr="00245BFF">
        <w:rPr>
          <w:rFonts w:ascii="Arial" w:eastAsia="Times New Roman" w:hAnsi="Arial" w:cs="Arial"/>
          <w:color w:val="0F151A"/>
          <w:sz w:val="24"/>
          <w:szCs w:val="24"/>
          <w:lang w:val="en-GB" w:eastAsia="en-GB"/>
        </w:rPr>
        <w:t>Skills: </w:t>
      </w:r>
    </w:p>
    <w:p w14:paraId="7CD9A777" w14:textId="77777777" w:rsidR="00245BFF" w:rsidRPr="00245BFF" w:rsidRDefault="00245BFF" w:rsidP="00245BFF">
      <w:pPr>
        <w:shd w:val="clear" w:color="auto" w:fill="FFFFFF"/>
        <w:spacing w:before="100" w:beforeAutospacing="1" w:after="120" w:line="240" w:lineRule="auto"/>
        <w:ind w:left="660"/>
        <w:rPr>
          <w:rFonts w:ascii="Arial" w:eastAsia="Times New Roman" w:hAnsi="Arial" w:cs="Arial"/>
          <w:color w:val="0F151A"/>
          <w:sz w:val="24"/>
          <w:szCs w:val="24"/>
          <w:lang w:val="en-GB" w:eastAsia="en-GB"/>
        </w:rPr>
      </w:pPr>
      <w:r w:rsidRPr="00245BFF">
        <w:rPr>
          <w:rFonts w:ascii="Arial" w:eastAsia="Times New Roman" w:hAnsi="Arial" w:cs="Arial"/>
          <w:color w:val="0F151A"/>
          <w:sz w:val="24"/>
          <w:szCs w:val="24"/>
          <w:lang w:val="en-GB" w:eastAsia="en-GB"/>
        </w:rPr>
        <w:t>School hairdresser; School barber; School teacher; SEMH Barber Teacher</w:t>
      </w:r>
    </w:p>
    <w:p w14:paraId="44FA70C6" w14:textId="77777777" w:rsidR="00245BFF" w:rsidRPr="00245BFF" w:rsidRDefault="00245BFF" w:rsidP="00245BFF">
      <w:pPr>
        <w:shd w:val="clear" w:color="auto" w:fill="FFFFFF"/>
        <w:spacing w:before="100" w:beforeAutospacing="1" w:after="120" w:line="240" w:lineRule="auto"/>
        <w:ind w:left="660"/>
        <w:rPr>
          <w:rFonts w:ascii="Arial" w:eastAsia="Times New Roman" w:hAnsi="Arial" w:cs="Arial"/>
          <w:color w:val="0F151A"/>
          <w:sz w:val="24"/>
          <w:szCs w:val="24"/>
          <w:lang w:val="en-GB" w:eastAsia="en-GB"/>
        </w:rPr>
      </w:pPr>
      <w:r w:rsidRPr="00245BFF">
        <w:rPr>
          <w:rFonts w:ascii="Arial" w:eastAsia="Times New Roman" w:hAnsi="Arial" w:cs="Arial"/>
          <w:color w:val="0F151A"/>
          <w:sz w:val="24"/>
          <w:szCs w:val="24"/>
          <w:lang w:val="en-GB" w:eastAsia="en-GB"/>
        </w:rPr>
        <w:fldChar w:fldCharType="end"/>
      </w:r>
    </w:p>
    <w:p w14:paraId="56C52F06" w14:textId="77777777" w:rsidR="00245BFF" w:rsidRPr="00245BFF" w:rsidRDefault="00245BFF" w:rsidP="00245BFF">
      <w:pPr>
        <w:shd w:val="clear" w:color="auto" w:fill="FFFFFF"/>
        <w:spacing w:after="100" w:afterAutospacing="1" w:line="240" w:lineRule="auto"/>
        <w:outlineLvl w:val="1"/>
        <w:rPr>
          <w:rFonts w:ascii="Arial" w:eastAsia="Times New Roman" w:hAnsi="Arial" w:cs="Arial"/>
          <w:b/>
          <w:bCs/>
          <w:color w:val="0F151A"/>
          <w:sz w:val="24"/>
          <w:szCs w:val="24"/>
          <w:lang w:val="en-GB" w:eastAsia="en-GB"/>
        </w:rPr>
      </w:pPr>
      <w:r w:rsidRPr="00245BFF">
        <w:rPr>
          <w:rFonts w:ascii="Arial" w:eastAsia="Times New Roman" w:hAnsi="Arial" w:cs="Arial"/>
          <w:b/>
          <w:bCs/>
          <w:color w:val="0F151A"/>
          <w:sz w:val="24"/>
          <w:szCs w:val="24"/>
          <w:lang w:val="en-GB" w:eastAsia="en-GB"/>
        </w:rPr>
        <w:t>Full job description</w:t>
      </w:r>
    </w:p>
    <w:p w14:paraId="65A9E3E0" w14:textId="77777777" w:rsidR="00245BFF" w:rsidRPr="00245BFF" w:rsidRDefault="00245BFF" w:rsidP="00245BFF">
      <w:pPr>
        <w:shd w:val="clear" w:color="auto" w:fill="FFFFFF"/>
        <w:spacing w:after="0" w:line="240" w:lineRule="auto"/>
        <w:rPr>
          <w:rFonts w:ascii="Arial" w:eastAsia="Times New Roman" w:hAnsi="Arial" w:cs="Arial"/>
          <w:color w:val="0F151A"/>
          <w:sz w:val="24"/>
          <w:szCs w:val="24"/>
          <w:lang w:val="en-GB" w:eastAsia="en-GB"/>
        </w:rPr>
      </w:pPr>
      <w:r w:rsidRPr="00245BFF">
        <w:rPr>
          <w:rFonts w:ascii="Arial" w:eastAsia="Times New Roman" w:hAnsi="Arial" w:cs="Arial"/>
          <w:b/>
          <w:bCs/>
          <w:color w:val="0F151A"/>
          <w:sz w:val="24"/>
          <w:szCs w:val="24"/>
          <w:lang w:val="en-GB" w:eastAsia="en-GB"/>
        </w:rPr>
        <w:t>Hairdressing Teacher | SEMH School | Tower Hamlets</w:t>
      </w:r>
    </w:p>
    <w:p w14:paraId="4197FB64"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Location:</w:t>
      </w:r>
      <w:r w:rsidRPr="00245BFF">
        <w:rPr>
          <w:rFonts w:ascii="Arial" w:hAnsi="Arial" w:cs="Arial"/>
          <w:color w:val="0F151A"/>
          <w:sz w:val="24"/>
          <w:szCs w:val="24"/>
          <w:lang w:val="en-GB" w:eastAsia="en-GB"/>
        </w:rPr>
        <w:t> Tower Hamlets, East London</w:t>
      </w:r>
      <w:r w:rsidRPr="00245BFF">
        <w:rPr>
          <w:rFonts w:ascii="Arial" w:hAnsi="Arial" w:cs="Arial"/>
          <w:color w:val="0F151A"/>
          <w:sz w:val="24"/>
          <w:szCs w:val="24"/>
          <w:lang w:val="en-GB" w:eastAsia="en-GB"/>
        </w:rPr>
        <w:br/>
      </w:r>
      <w:r w:rsidRPr="00245BFF">
        <w:rPr>
          <w:rFonts w:ascii="Arial" w:hAnsi="Arial" w:cs="Arial"/>
          <w:b/>
          <w:bCs/>
          <w:color w:val="0F151A"/>
          <w:sz w:val="24"/>
          <w:szCs w:val="24"/>
          <w:lang w:val="en-GB" w:eastAsia="en-GB"/>
        </w:rPr>
        <w:t>Daily Rate:</w:t>
      </w:r>
      <w:r w:rsidRPr="00245BFF">
        <w:rPr>
          <w:rFonts w:ascii="Arial" w:hAnsi="Arial" w:cs="Arial"/>
          <w:color w:val="0F151A"/>
          <w:sz w:val="24"/>
          <w:szCs w:val="24"/>
          <w:lang w:val="en-GB" w:eastAsia="en-GB"/>
        </w:rPr>
        <w:t> £150 - £200 per day</w:t>
      </w:r>
      <w:r w:rsidRPr="00245BFF">
        <w:rPr>
          <w:rFonts w:ascii="Arial" w:hAnsi="Arial" w:cs="Arial"/>
          <w:color w:val="0F151A"/>
          <w:sz w:val="24"/>
          <w:szCs w:val="24"/>
          <w:lang w:val="en-GB" w:eastAsia="en-GB"/>
        </w:rPr>
        <w:br/>
      </w:r>
      <w:r w:rsidRPr="00245BFF">
        <w:rPr>
          <w:rFonts w:ascii="Arial" w:hAnsi="Arial" w:cs="Arial"/>
          <w:b/>
          <w:bCs/>
          <w:color w:val="0F151A"/>
          <w:sz w:val="24"/>
          <w:szCs w:val="24"/>
          <w:lang w:val="en-GB" w:eastAsia="en-GB"/>
        </w:rPr>
        <w:t>Working Hours:</w:t>
      </w:r>
      <w:r w:rsidRPr="00245BFF">
        <w:rPr>
          <w:rFonts w:ascii="Arial" w:hAnsi="Arial" w:cs="Arial"/>
          <w:color w:val="0F151A"/>
          <w:sz w:val="24"/>
          <w:szCs w:val="24"/>
          <w:lang w:val="en-GB" w:eastAsia="en-GB"/>
        </w:rPr>
        <w:t> 8:30am - 4:30pm, Monday to Friday</w:t>
      </w:r>
      <w:r w:rsidRPr="00245BFF">
        <w:rPr>
          <w:rFonts w:ascii="Arial" w:hAnsi="Arial" w:cs="Arial"/>
          <w:color w:val="0F151A"/>
          <w:sz w:val="24"/>
          <w:szCs w:val="24"/>
          <w:lang w:val="en-GB" w:eastAsia="en-GB"/>
        </w:rPr>
        <w:br/>
      </w:r>
      <w:r w:rsidRPr="00245BFF">
        <w:rPr>
          <w:rFonts w:ascii="Arial" w:hAnsi="Arial" w:cs="Arial"/>
          <w:b/>
          <w:bCs/>
          <w:color w:val="0F151A"/>
          <w:sz w:val="24"/>
          <w:szCs w:val="24"/>
          <w:lang w:val="en-GB" w:eastAsia="en-GB"/>
        </w:rPr>
        <w:t>Contract:</w:t>
      </w:r>
      <w:r w:rsidRPr="00245BFF">
        <w:rPr>
          <w:rFonts w:ascii="Arial" w:hAnsi="Arial" w:cs="Arial"/>
          <w:color w:val="0F151A"/>
          <w:sz w:val="24"/>
          <w:szCs w:val="24"/>
          <w:lang w:val="en-GB" w:eastAsia="en-GB"/>
        </w:rPr>
        <w:t> Full-time, Term-time only</w:t>
      </w:r>
      <w:r w:rsidRPr="00245BFF">
        <w:rPr>
          <w:rFonts w:ascii="Arial" w:hAnsi="Arial" w:cs="Arial"/>
          <w:color w:val="0F151A"/>
          <w:sz w:val="24"/>
          <w:szCs w:val="24"/>
          <w:lang w:val="en-GB" w:eastAsia="en-GB"/>
        </w:rPr>
        <w:br/>
      </w:r>
      <w:r w:rsidRPr="00245BFF">
        <w:rPr>
          <w:rFonts w:ascii="Arial" w:hAnsi="Arial" w:cs="Arial"/>
          <w:b/>
          <w:bCs/>
          <w:color w:val="0F151A"/>
          <w:sz w:val="24"/>
          <w:szCs w:val="24"/>
          <w:lang w:val="en-GB" w:eastAsia="en-GB"/>
        </w:rPr>
        <w:t>Start Date:</w:t>
      </w:r>
      <w:r w:rsidRPr="00245BFF">
        <w:rPr>
          <w:rFonts w:ascii="Arial" w:hAnsi="Arial" w:cs="Arial"/>
          <w:color w:val="0F151A"/>
          <w:sz w:val="24"/>
          <w:szCs w:val="24"/>
          <w:lang w:val="en-GB" w:eastAsia="en-GB"/>
        </w:rPr>
        <w:t> After October Half Term</w:t>
      </w:r>
      <w:r w:rsidRPr="00245BFF">
        <w:rPr>
          <w:rFonts w:ascii="Arial" w:hAnsi="Arial" w:cs="Arial"/>
          <w:color w:val="0F151A"/>
          <w:sz w:val="24"/>
          <w:szCs w:val="24"/>
          <w:lang w:val="en-GB" w:eastAsia="en-GB"/>
        </w:rPr>
        <w:br/>
      </w:r>
      <w:r w:rsidRPr="00245BFF">
        <w:rPr>
          <w:rFonts w:ascii="Arial" w:hAnsi="Arial" w:cs="Arial"/>
          <w:b/>
          <w:bCs/>
          <w:color w:val="0F151A"/>
          <w:sz w:val="24"/>
          <w:szCs w:val="24"/>
          <w:lang w:val="en-GB" w:eastAsia="en-GB"/>
        </w:rPr>
        <w:t>Agency:</w:t>
      </w:r>
      <w:r w:rsidRPr="00245BFF">
        <w:rPr>
          <w:rFonts w:ascii="Arial" w:hAnsi="Arial" w:cs="Arial"/>
          <w:color w:val="0F151A"/>
          <w:sz w:val="24"/>
          <w:szCs w:val="24"/>
          <w:lang w:val="en-GB" w:eastAsia="en-GB"/>
        </w:rPr>
        <w:t> Remedy Education</w:t>
      </w:r>
    </w:p>
    <w:p w14:paraId="7E93FE32"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Are you an experienced hairdresser looking for something a little different?</w:t>
      </w:r>
    </w:p>
    <w:p w14:paraId="0E8BC053"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lastRenderedPageBreak/>
        <w:t>Remedy Education are recruiting a </w:t>
      </w:r>
      <w:r w:rsidRPr="00245BFF">
        <w:rPr>
          <w:rFonts w:ascii="Arial" w:hAnsi="Arial" w:cs="Arial"/>
          <w:b/>
          <w:bCs/>
          <w:color w:val="0F151A"/>
          <w:sz w:val="24"/>
          <w:szCs w:val="24"/>
          <w:lang w:val="en-GB" w:eastAsia="en-GB"/>
        </w:rPr>
        <w:t>Hairdressing Teacher</w:t>
      </w:r>
      <w:r w:rsidRPr="00245BFF">
        <w:rPr>
          <w:rFonts w:ascii="Arial" w:hAnsi="Arial" w:cs="Arial"/>
          <w:color w:val="0F151A"/>
          <w:sz w:val="24"/>
          <w:szCs w:val="24"/>
          <w:lang w:val="en-GB" w:eastAsia="en-GB"/>
        </w:rPr>
        <w:t> to work within a specialist SEMH school in Tower Hamlets, supporting young people with Social, Emotional and Mental Health needs.</w:t>
      </w:r>
    </w:p>
    <w:p w14:paraId="225DE2E2"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This isn't your typical hairdressing role!</w:t>
      </w:r>
    </w:p>
    <w:p w14:paraId="06D5AA75"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The school is looking for someone who can use their practical hairdressing skills to connect with young people, build positive relationships and help pupils develop confidence, self-esteem and emotional regulation.</w:t>
      </w:r>
    </w:p>
    <w:p w14:paraId="4DF90060"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Many pupils have experienced difficulties within mainstream education and may display challenging behaviour. Hairdressing sessions will be used as a positive intervention to encourage engagement, develop trust and provide valuable life skills.</w:t>
      </w:r>
    </w:p>
    <w:p w14:paraId="649053B7"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The Role:</w:t>
      </w:r>
    </w:p>
    <w:p w14:paraId="0FE88274"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Deliver practical haircutting, styling and grooming sessions.</w:t>
      </w:r>
    </w:p>
    <w:p w14:paraId="65E14FFD"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Work with pupils on a 1:1 basis or in small groups.</w:t>
      </w:r>
    </w:p>
    <w:p w14:paraId="0FC6916D"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Use hairdressing to build confidence, trust and positive relationships.</w:t>
      </w:r>
    </w:p>
    <w:p w14:paraId="4FC5C762"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Support students with SEMH needs and challenging behaviour.</w:t>
      </w:r>
    </w:p>
    <w:p w14:paraId="717ECAB2"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Encourage independence, communication and positive choices.</w:t>
      </w:r>
    </w:p>
    <w:p w14:paraId="28331589" w14:textId="77777777" w:rsidR="00245BFF" w:rsidRPr="00245BFF" w:rsidRDefault="00245BFF" w:rsidP="00245BFF">
      <w:pPr>
        <w:numPr>
          <w:ilvl w:val="0"/>
          <w:numId w:val="11"/>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Work alongside teaching and pastoral staff to support pupil development.</w:t>
      </w:r>
    </w:p>
    <w:p w14:paraId="4ACE00CF"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What We're Looking For:</w:t>
      </w:r>
    </w:p>
    <w:p w14:paraId="5C01EF72"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Level 2 or Level 3 Hairdressing qualification or equivalent experience.</w:t>
      </w:r>
    </w:p>
    <w:p w14:paraId="514BD7FB"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Confident in cutting, styling and general hairdressing techniques.</w:t>
      </w:r>
    </w:p>
    <w:p w14:paraId="65A9A3C7"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Friendly, outgoing personality with excellent communication skills.</w:t>
      </w:r>
    </w:p>
    <w:p w14:paraId="37FD0334"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Patient, resilient and comfortable managing challenging behaviour.</w:t>
      </w:r>
    </w:p>
    <w:p w14:paraId="0070A9AD"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Experience with SEN, SEMH, mentoring or youth work would be advantageous.</w:t>
      </w:r>
    </w:p>
    <w:p w14:paraId="7D2A05C5" w14:textId="77777777" w:rsidR="00245BFF" w:rsidRPr="00245BFF" w:rsidRDefault="00245BFF" w:rsidP="00245BFF">
      <w:pPr>
        <w:numPr>
          <w:ilvl w:val="0"/>
          <w:numId w:val="12"/>
        </w:numPr>
        <w:shd w:val="clear" w:color="auto" w:fill="FFFFFF"/>
        <w:spacing w:after="0" w:line="240" w:lineRule="auto"/>
        <w:rPr>
          <w:rFonts w:ascii="Arial" w:hAnsi="Arial" w:cs="Arial"/>
          <w:color w:val="0F151A"/>
          <w:sz w:val="24"/>
          <w:szCs w:val="24"/>
          <w:lang w:val="en-GB" w:eastAsia="en-GB"/>
        </w:rPr>
      </w:pPr>
      <w:r w:rsidRPr="00245BFF">
        <w:rPr>
          <w:rFonts w:ascii="Arial" w:hAnsi="Arial" w:cs="Arial"/>
          <w:color w:val="0F151A"/>
          <w:sz w:val="24"/>
          <w:szCs w:val="24"/>
          <w:lang w:val="en-GB" w:eastAsia="en-GB"/>
        </w:rPr>
        <w:t>Enhanced DBS or willingness to obtain one.</w:t>
      </w:r>
    </w:p>
    <w:p w14:paraId="502C520C"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You don't need to be a qualified teacher!</w:t>
      </w:r>
      <w:r w:rsidRPr="00245BFF">
        <w:rPr>
          <w:rFonts w:ascii="Arial" w:hAnsi="Arial" w:cs="Arial"/>
          <w:color w:val="0F151A"/>
          <w:sz w:val="24"/>
          <w:szCs w:val="24"/>
          <w:lang w:val="en-GB" w:eastAsia="en-GB"/>
        </w:rPr>
        <w:t> We're particularly interested in experienced hairdressers who enjoy working with young people and want to use their skills to make a genuine difference.</w:t>
      </w:r>
    </w:p>
    <w:p w14:paraId="4F5488ED" w14:textId="77777777" w:rsidR="00245BFF" w:rsidRPr="00245BFF" w:rsidRDefault="00245BFF" w:rsidP="00245BFF">
      <w:pPr>
        <w:shd w:val="clear" w:color="auto" w:fill="FFFFFF"/>
        <w:spacing w:after="100" w:afterAutospacing="1" w:line="240" w:lineRule="auto"/>
        <w:rPr>
          <w:rFonts w:ascii="Arial" w:hAnsi="Arial" w:cs="Arial"/>
          <w:color w:val="0F151A"/>
          <w:sz w:val="24"/>
          <w:szCs w:val="24"/>
          <w:lang w:val="en-GB" w:eastAsia="en-GB"/>
        </w:rPr>
      </w:pPr>
      <w:r w:rsidRPr="00245BFF">
        <w:rPr>
          <w:rFonts w:ascii="Arial" w:hAnsi="Arial" w:cs="Arial"/>
          <w:b/>
          <w:bCs/>
          <w:color w:val="0F151A"/>
          <w:sz w:val="24"/>
          <w:szCs w:val="24"/>
          <w:lang w:val="en-GB" w:eastAsia="en-GB"/>
        </w:rPr>
        <w:t>Interested?</w:t>
      </w:r>
    </w:p>
    <w:p w14:paraId="07C756CB" w14:textId="77777777" w:rsidR="00245BFF" w:rsidRDefault="00245BFF"/>
    <w:p w14:paraId="52906BE7" w14:textId="77777777" w:rsidR="00245BFF" w:rsidRDefault="00245BFF"/>
    <w:p w14:paraId="3548743C" w14:textId="77777777" w:rsidR="00703D58" w:rsidRDefault="00703D58"/>
    <w:sectPr w:rsidR="00703D58" w:rsidSect="00034616">
      <w:footerReference w:type="default" r:id="rId9"/>
      <w:pgSz w:w="12240" w:h="15840"/>
      <w:pgMar w:top="792" w:right="1008" w:bottom="792"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456515" w14:textId="77777777" w:rsidR="00F92ABD" w:rsidRDefault="00F92ABD">
      <w:pPr>
        <w:spacing w:after="0" w:line="240" w:lineRule="auto"/>
      </w:pPr>
      <w:r>
        <w:separator/>
      </w:r>
    </w:p>
  </w:endnote>
  <w:endnote w:type="continuationSeparator" w:id="0">
    <w:p w14:paraId="6F2DD432" w14:textId="77777777" w:rsidR="00F92ABD" w:rsidRDefault="00F92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B0604020202020204"/>
    <w:charset w:val="00"/>
    <w:family w:val="auto"/>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B27082" w14:textId="77777777" w:rsidR="00670447" w:rsidRDefault="00F92ABD">
    <w:pPr>
      <w:pStyle w:val="Footer"/>
      <w:jc w:val="center"/>
    </w:pPr>
    <w:r>
      <w:rPr>
        <w:color w:val="788287"/>
        <w:sz w:val="16"/>
      </w:rPr>
      <w:t>THELMA NIMAKO  |  CV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DC26B0" w14:textId="77777777" w:rsidR="00F92ABD" w:rsidRDefault="00F92ABD">
      <w:pPr>
        <w:spacing w:after="0" w:line="240" w:lineRule="auto"/>
      </w:pPr>
      <w:r>
        <w:separator/>
      </w:r>
    </w:p>
  </w:footnote>
  <w:footnote w:type="continuationSeparator" w:id="0">
    <w:p w14:paraId="6306E996" w14:textId="77777777" w:rsidR="00F92ABD" w:rsidRDefault="00F92A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3D177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307D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9F4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498116">
    <w:abstractNumId w:val="8"/>
  </w:num>
  <w:num w:numId="2" w16cid:durableId="885683423">
    <w:abstractNumId w:val="6"/>
  </w:num>
  <w:num w:numId="3" w16cid:durableId="851800779">
    <w:abstractNumId w:val="5"/>
  </w:num>
  <w:num w:numId="4" w16cid:durableId="1644774976">
    <w:abstractNumId w:val="4"/>
  </w:num>
  <w:num w:numId="5" w16cid:durableId="1307050697">
    <w:abstractNumId w:val="7"/>
  </w:num>
  <w:num w:numId="6" w16cid:durableId="1098713993">
    <w:abstractNumId w:val="3"/>
  </w:num>
  <w:num w:numId="7" w16cid:durableId="1500802902">
    <w:abstractNumId w:val="2"/>
  </w:num>
  <w:num w:numId="8" w16cid:durableId="1329400590">
    <w:abstractNumId w:val="1"/>
  </w:num>
  <w:num w:numId="9" w16cid:durableId="206258680">
    <w:abstractNumId w:val="0"/>
  </w:num>
  <w:num w:numId="10" w16cid:durableId="1591697048">
    <w:abstractNumId w:val="10"/>
  </w:num>
  <w:num w:numId="11" w16cid:durableId="1326397537">
    <w:abstractNumId w:val="11"/>
  </w:num>
  <w:num w:numId="12" w16cid:durableId="1836341633">
    <w:abstractNumId w:val="9"/>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revisionView w:formatting="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4570"/>
    <w:rsid w:val="0015074B"/>
    <w:rsid w:val="00245BFF"/>
    <w:rsid w:val="0029639D"/>
    <w:rsid w:val="00326F90"/>
    <w:rsid w:val="00372711"/>
    <w:rsid w:val="005C0E13"/>
    <w:rsid w:val="00670447"/>
    <w:rsid w:val="00703D58"/>
    <w:rsid w:val="00834EE2"/>
    <w:rsid w:val="009243BC"/>
    <w:rsid w:val="009A63D8"/>
    <w:rsid w:val="00A57829"/>
    <w:rsid w:val="00A95AAC"/>
    <w:rsid w:val="00AA1D8D"/>
    <w:rsid w:val="00B47730"/>
    <w:rsid w:val="00CB0664"/>
    <w:rsid w:val="00E16C45"/>
    <w:rsid w:val="00EB277C"/>
    <w:rsid w:val="00F92AB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43507E1"/>
  <w14:defaultImageDpi w14:val="300"/>
  <w15:docId w15:val="{BD74DD5D-1E61-3E4D-83B3-5404921A7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7" w:lineRule="auto"/>
    </w:pPr>
    <w:rPr>
      <w:rFonts w:ascii="Aptos" w:hAnsi="Aptos"/>
      <w:color w:val="2D343B"/>
      <w:sz w:val="1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apple-converted-space">
    <w:name w:val="apple-converted-space"/>
    <w:basedOn w:val="DefaultParagraphFont"/>
    <w:rsid w:val="00245BFF"/>
  </w:style>
  <w:style w:type="paragraph" w:customStyle="1" w:styleId="index-modulejobmetadataitemxwxzk">
    <w:name w:val="index-module_jobmetadata__item__xwxzk"/>
    <w:basedOn w:val="Normal"/>
    <w:rsid w:val="00245BFF"/>
    <w:pPr>
      <w:spacing w:before="100" w:beforeAutospacing="1" w:after="100" w:afterAutospacing="1" w:line="240" w:lineRule="auto"/>
    </w:pPr>
    <w:rPr>
      <w:rFonts w:ascii="Times New Roman" w:hAnsi="Times New Roman" w:cs="Times New Roman"/>
      <w:color w:val="auto"/>
      <w:sz w:val="24"/>
      <w:szCs w:val="24"/>
      <w:lang w:val="en-GB" w:eastAsia="en-GB"/>
    </w:rPr>
  </w:style>
  <w:style w:type="character" w:styleId="Hyperlink">
    <w:name w:val="Hyperlink"/>
    <w:basedOn w:val="DefaultParagraphFont"/>
    <w:uiPriority w:val="99"/>
    <w:semiHidden/>
    <w:unhideWhenUsed/>
    <w:rsid w:val="00245BFF"/>
    <w:rPr>
      <w:color w:val="0000FF"/>
      <w:u w:val="single"/>
    </w:rPr>
  </w:style>
  <w:style w:type="paragraph" w:styleId="NormalWeb">
    <w:name w:val="Normal (Web)"/>
    <w:basedOn w:val="Normal"/>
    <w:uiPriority w:val="99"/>
    <w:semiHidden/>
    <w:unhideWhenUsed/>
    <w:rsid w:val="00245BFF"/>
    <w:pPr>
      <w:spacing w:before="100" w:beforeAutospacing="1" w:after="100" w:afterAutospacing="1" w:line="240" w:lineRule="auto"/>
    </w:pPr>
    <w:rPr>
      <w:rFonts w:ascii="Times New Roman" w:hAnsi="Times New Roman" w:cs="Times New Roman"/>
      <w:color w:val="auto"/>
      <w:sz w:val="24"/>
      <w:szCs w:val="24"/>
      <w:lang w:val="en-GB" w:eastAsia="en-GB"/>
    </w:rPr>
  </w:style>
  <w:style w:type="paragraph" w:customStyle="1" w:styleId="p1">
    <w:name w:val="p1"/>
    <w:basedOn w:val="Normal"/>
    <w:rsid w:val="00834EE2"/>
    <w:pPr>
      <w:spacing w:before="100" w:beforeAutospacing="1" w:after="100" w:afterAutospacing="1" w:line="240" w:lineRule="auto"/>
    </w:pPr>
    <w:rPr>
      <w:rFonts w:ascii="Times New Roman" w:hAnsi="Times New Roman" w:cs="Times New Roman"/>
      <w:color w:val="auto"/>
      <w:sz w:val="24"/>
      <w:szCs w:val="24"/>
      <w:lang w:val="en-GB" w:eastAsia="en-GB"/>
    </w:rPr>
  </w:style>
  <w:style w:type="character" w:customStyle="1" w:styleId="s1">
    <w:name w:val="s1"/>
    <w:basedOn w:val="DefaultParagraphFont"/>
    <w:rsid w:val="00834EE2"/>
  </w:style>
  <w:style w:type="character" w:customStyle="1" w:styleId="s2">
    <w:name w:val="s2"/>
    <w:basedOn w:val="DefaultParagraphFont"/>
    <w:rsid w:val="00834EE2"/>
  </w:style>
  <w:style w:type="paragraph" w:customStyle="1" w:styleId="p2">
    <w:name w:val="p2"/>
    <w:basedOn w:val="Normal"/>
    <w:rsid w:val="00834EE2"/>
    <w:pPr>
      <w:spacing w:before="100" w:beforeAutospacing="1" w:after="100" w:afterAutospacing="1" w:line="240" w:lineRule="auto"/>
    </w:pPr>
    <w:rPr>
      <w:rFonts w:ascii="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1135</Words>
  <Characters>6472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7592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Thelma Ama Dentaa Nimako (2510464)</cp:lastModifiedBy>
  <cp:revision>2</cp:revision>
  <dcterms:created xsi:type="dcterms:W3CDTF">2026-10-26T17:23:00Z</dcterms:created>
  <dcterms:modified xsi:type="dcterms:W3CDTF">2026-10-26T17:23:00Z</dcterms:modified>
  <cp:category/>
</cp:coreProperties>
</file>