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64C" w:rsidRPr="00290405" w:rsidRDefault="0084464C" w:rsidP="00290405">
      <w:pPr>
        <w:pStyle w:val="Heading1"/>
        <w:rPr>
          <w:rFonts w:ascii="Times New Roman" w:hAnsi="Times New Roman" w:cs="Times New Roman"/>
        </w:rPr>
      </w:pPr>
      <w:r w:rsidRPr="00290405">
        <w:rPr>
          <w:rFonts w:ascii="Times New Roman" w:hAnsi="Times New Roman" w:cs="Times New Roman"/>
          <w:noProof/>
          <w:szCs w:val="24"/>
          <w:lang w:val="en-GB" w:eastAsia="en-GB"/>
        </w:rPr>
        <w:drawing>
          <wp:inline distT="0" distB="0" distL="0" distR="0" wp14:anchorId="4805C4E9" wp14:editId="206005D3">
            <wp:extent cx="1524000" cy="11144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17581">
        <w:rPr>
          <w:rFonts w:ascii="Times New Roman" w:hAnsi="Times New Roman" w:cs="Times New Roman"/>
          <w:color w:val="auto"/>
        </w:rPr>
        <w:t xml:space="preserve">                       </w:t>
      </w:r>
      <w:r w:rsidR="00DA13C9">
        <w:rPr>
          <w:rFonts w:ascii="Times New Roman" w:hAnsi="Times New Roman" w:cs="Times New Roman"/>
          <w:color w:val="auto"/>
        </w:rPr>
        <w:t xml:space="preserve"> </w:t>
      </w:r>
      <w:r w:rsidR="00217581">
        <w:rPr>
          <w:rFonts w:ascii="Times New Roman" w:hAnsi="Times New Roman" w:cs="Times New Roman"/>
          <w:color w:val="auto"/>
        </w:rPr>
        <w:t xml:space="preserve">           </w:t>
      </w:r>
      <w:r w:rsidRPr="00290405">
        <w:rPr>
          <w:rFonts w:ascii="Times New Roman" w:hAnsi="Times New Roman" w:cs="Times New Roman"/>
          <w:color w:val="auto"/>
        </w:rPr>
        <w:t xml:space="preserve">Student Name:   </w:t>
      </w:r>
      <w:r w:rsidRPr="00290405">
        <w:rPr>
          <w:rFonts w:ascii="Times New Roman" w:hAnsi="Times New Roman" w:cs="Times New Roman"/>
          <w:color w:val="auto"/>
          <w:sz w:val="24"/>
          <w:szCs w:val="24"/>
        </w:rPr>
        <w:t>Elsayed Elhoshi</w:t>
      </w:r>
    </w:p>
    <w:p w:rsidR="00217581" w:rsidRDefault="00217581" w:rsidP="0029040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="0084464C" w:rsidRPr="00290405">
        <w:rPr>
          <w:rFonts w:ascii="Times New Roman" w:hAnsi="Times New Roman" w:cs="Times New Roman"/>
          <w:b/>
          <w:sz w:val="28"/>
          <w:szCs w:val="28"/>
        </w:rPr>
        <w:t>Student No.</w:t>
      </w:r>
      <w:r w:rsidR="0084464C" w:rsidRPr="00290405">
        <w:rPr>
          <w:rFonts w:ascii="Times New Roman" w:hAnsi="Times New Roman" w:cs="Times New Roman"/>
          <w:sz w:val="28"/>
          <w:szCs w:val="28"/>
        </w:rPr>
        <w:t xml:space="preserve">        </w:t>
      </w:r>
      <w:r w:rsidR="0084464C" w:rsidRPr="00290405">
        <w:rPr>
          <w:rFonts w:ascii="Times New Roman" w:hAnsi="Times New Roman" w:cs="Times New Roman"/>
          <w:b/>
          <w:sz w:val="24"/>
          <w:szCs w:val="24"/>
        </w:rPr>
        <w:t xml:space="preserve">2420482 </w:t>
      </w:r>
    </w:p>
    <w:p w:rsidR="00853AD6" w:rsidRPr="00290405" w:rsidRDefault="00853AD6" w:rsidP="00290405">
      <w:pPr>
        <w:rPr>
          <w:rFonts w:ascii="Times New Roman" w:hAnsi="Times New Roman" w:cs="Times New Roman"/>
          <w:b/>
          <w:sz w:val="24"/>
          <w:szCs w:val="24"/>
        </w:rPr>
      </w:pPr>
      <w:r w:rsidRPr="0029040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90405" w:rsidRPr="0029040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21758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84464C" w:rsidRPr="00290405">
        <w:rPr>
          <w:rFonts w:ascii="Times New Roman" w:hAnsi="Times New Roman" w:cs="Times New Roman"/>
          <w:b/>
          <w:sz w:val="28"/>
          <w:szCs w:val="28"/>
        </w:rPr>
        <w:t>Academic Year:</w:t>
      </w:r>
      <w:r w:rsidR="0084464C" w:rsidRPr="00290405">
        <w:rPr>
          <w:rFonts w:ascii="Times New Roman" w:hAnsi="Times New Roman" w:cs="Times New Roman"/>
          <w:sz w:val="28"/>
          <w:szCs w:val="28"/>
        </w:rPr>
        <w:t xml:space="preserve">  </w:t>
      </w:r>
      <w:r w:rsidR="0084464C" w:rsidRPr="00290405">
        <w:rPr>
          <w:rFonts w:ascii="Times New Roman" w:hAnsi="Times New Roman" w:cs="Times New Roman"/>
          <w:b/>
          <w:sz w:val="24"/>
          <w:szCs w:val="24"/>
        </w:rPr>
        <w:t>2024/2025</w:t>
      </w:r>
    </w:p>
    <w:p w:rsidR="00D553FD" w:rsidRPr="00290405" w:rsidRDefault="00543CA6" w:rsidP="00290405">
      <w:pPr>
        <w:rPr>
          <w:rFonts w:ascii="Times New Roman" w:hAnsi="Times New Roman" w:cs="Times New Roman"/>
          <w:b/>
          <w:sz w:val="24"/>
          <w:szCs w:val="24"/>
        </w:rPr>
      </w:pPr>
      <w:r w:rsidRPr="00290405">
        <w:rPr>
          <w:rFonts w:ascii="Times New Roman" w:hAnsi="Times New Roman" w:cs="Times New Roman"/>
          <w:b/>
          <w:sz w:val="28"/>
          <w:szCs w:val="28"/>
        </w:rPr>
        <w:t>SMART Action Plan for Professional Development</w:t>
      </w:r>
    </w:p>
    <w:tbl>
      <w:tblPr>
        <w:tblStyle w:val="TableGrid"/>
        <w:tblW w:w="12049" w:type="dxa"/>
        <w:tblInd w:w="-1593" w:type="dxa"/>
        <w:tblLook w:val="04A0" w:firstRow="1" w:lastRow="0" w:firstColumn="1" w:lastColumn="0" w:noHBand="0" w:noVBand="1"/>
      </w:tblPr>
      <w:tblGrid>
        <w:gridCol w:w="1842"/>
        <w:gridCol w:w="2623"/>
        <w:gridCol w:w="1754"/>
        <w:gridCol w:w="1267"/>
        <w:gridCol w:w="2051"/>
        <w:gridCol w:w="2512"/>
      </w:tblGrid>
      <w:tr w:rsidR="001A4608" w:rsidRPr="00290405" w:rsidTr="008C5AFB">
        <w:tc>
          <w:tcPr>
            <w:tcW w:w="1843" w:type="dxa"/>
          </w:tcPr>
          <w:p w:rsidR="00D553FD" w:rsidRPr="00217581" w:rsidRDefault="00543CA6" w:rsidP="00290405">
            <w:pPr>
              <w:rPr>
                <w:rFonts w:ascii="Times New Roman" w:hAnsi="Times New Roman" w:cs="Times New Roman"/>
                <w:b/>
              </w:rPr>
            </w:pPr>
            <w:r w:rsidRPr="00217581">
              <w:rPr>
                <w:rFonts w:ascii="Times New Roman" w:hAnsi="Times New Roman" w:cs="Times New Roman"/>
                <w:b/>
              </w:rPr>
              <w:t>Goal</w:t>
            </w:r>
          </w:p>
        </w:tc>
        <w:tc>
          <w:tcPr>
            <w:tcW w:w="2628" w:type="dxa"/>
          </w:tcPr>
          <w:p w:rsidR="00D553FD" w:rsidRPr="00217581" w:rsidRDefault="00543CA6" w:rsidP="00290405">
            <w:pPr>
              <w:rPr>
                <w:rFonts w:ascii="Times New Roman" w:hAnsi="Times New Roman" w:cs="Times New Roman"/>
                <w:b/>
              </w:rPr>
            </w:pPr>
            <w:r w:rsidRPr="00217581">
              <w:rPr>
                <w:rFonts w:ascii="Times New Roman" w:hAnsi="Times New Roman" w:cs="Times New Roman"/>
                <w:b/>
              </w:rPr>
              <w:t xml:space="preserve">Action Plan </w:t>
            </w:r>
            <w:r w:rsidRPr="00217581">
              <w:rPr>
                <w:rFonts w:ascii="Times New Roman" w:hAnsi="Times New Roman" w:cs="Times New Roman"/>
              </w:rPr>
              <w:t xml:space="preserve">(How to </w:t>
            </w:r>
            <w:r w:rsidR="00853AD6" w:rsidRPr="00217581">
              <w:rPr>
                <w:rFonts w:ascii="Times New Roman" w:hAnsi="Times New Roman" w:cs="Times New Roman"/>
              </w:rPr>
              <w:t>a</w:t>
            </w:r>
            <w:r w:rsidRPr="00217581">
              <w:rPr>
                <w:rFonts w:ascii="Times New Roman" w:hAnsi="Times New Roman" w:cs="Times New Roman"/>
              </w:rPr>
              <w:t xml:space="preserve">chieve </w:t>
            </w:r>
            <w:r w:rsidR="00853AD6" w:rsidRPr="00217581">
              <w:rPr>
                <w:rFonts w:ascii="Times New Roman" w:hAnsi="Times New Roman" w:cs="Times New Roman"/>
              </w:rPr>
              <w:t>it</w:t>
            </w:r>
            <w:r w:rsidRPr="0021758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755" w:type="dxa"/>
          </w:tcPr>
          <w:p w:rsidR="00D553FD" w:rsidRPr="00217581" w:rsidRDefault="00543CA6" w:rsidP="00290405">
            <w:pPr>
              <w:rPr>
                <w:rFonts w:ascii="Times New Roman" w:hAnsi="Times New Roman" w:cs="Times New Roman"/>
                <w:b/>
              </w:rPr>
            </w:pPr>
            <w:r w:rsidRPr="00217581">
              <w:rPr>
                <w:rFonts w:ascii="Times New Roman" w:hAnsi="Times New Roman" w:cs="Times New Roman"/>
                <w:b/>
              </w:rPr>
              <w:t xml:space="preserve">Measurement </w:t>
            </w:r>
            <w:r w:rsidRPr="00217581">
              <w:rPr>
                <w:rFonts w:ascii="Times New Roman" w:hAnsi="Times New Roman" w:cs="Times New Roman"/>
              </w:rPr>
              <w:t xml:space="preserve">(How </w:t>
            </w:r>
            <w:r w:rsidR="00853AD6" w:rsidRPr="00217581">
              <w:rPr>
                <w:rFonts w:ascii="Times New Roman" w:hAnsi="Times New Roman" w:cs="Times New Roman"/>
              </w:rPr>
              <w:t>it</w:t>
            </w:r>
            <w:r w:rsidRPr="00217581">
              <w:rPr>
                <w:rFonts w:ascii="Times New Roman" w:hAnsi="Times New Roman" w:cs="Times New Roman"/>
              </w:rPr>
              <w:t xml:space="preserve"> </w:t>
            </w:r>
            <w:r w:rsidR="00853AD6" w:rsidRPr="00217581">
              <w:rPr>
                <w:rFonts w:ascii="Times New Roman" w:hAnsi="Times New Roman" w:cs="Times New Roman"/>
              </w:rPr>
              <w:t>w</w:t>
            </w:r>
            <w:r w:rsidRPr="00217581">
              <w:rPr>
                <w:rFonts w:ascii="Times New Roman" w:hAnsi="Times New Roman" w:cs="Times New Roman"/>
              </w:rPr>
              <w:t xml:space="preserve">ill </w:t>
            </w:r>
            <w:r w:rsidR="00853AD6" w:rsidRPr="00217581">
              <w:rPr>
                <w:rFonts w:ascii="Times New Roman" w:hAnsi="Times New Roman" w:cs="Times New Roman"/>
              </w:rPr>
              <w:t>be m</w:t>
            </w:r>
            <w:r w:rsidRPr="00217581">
              <w:rPr>
                <w:rFonts w:ascii="Times New Roman" w:hAnsi="Times New Roman" w:cs="Times New Roman"/>
              </w:rPr>
              <w:t>easured)</w:t>
            </w:r>
          </w:p>
        </w:tc>
        <w:tc>
          <w:tcPr>
            <w:tcW w:w="1254" w:type="dxa"/>
          </w:tcPr>
          <w:p w:rsidR="00D553FD" w:rsidRPr="00217581" w:rsidRDefault="00543CA6" w:rsidP="00290405">
            <w:pPr>
              <w:rPr>
                <w:rFonts w:ascii="Times New Roman" w:hAnsi="Times New Roman" w:cs="Times New Roman"/>
                <w:b/>
              </w:rPr>
            </w:pPr>
            <w:r w:rsidRPr="00217581">
              <w:rPr>
                <w:rFonts w:ascii="Times New Roman" w:hAnsi="Times New Roman" w:cs="Times New Roman"/>
                <w:b/>
              </w:rPr>
              <w:t xml:space="preserve">Estimated Timeframe </w:t>
            </w:r>
            <w:r w:rsidRPr="00217581">
              <w:rPr>
                <w:rFonts w:ascii="Times New Roman" w:hAnsi="Times New Roman" w:cs="Times New Roman"/>
              </w:rPr>
              <w:t>(ETA)</w:t>
            </w:r>
          </w:p>
        </w:tc>
        <w:tc>
          <w:tcPr>
            <w:tcW w:w="2053" w:type="dxa"/>
          </w:tcPr>
          <w:p w:rsidR="00D553FD" w:rsidRPr="00217581" w:rsidRDefault="00543CA6" w:rsidP="00290405">
            <w:pPr>
              <w:rPr>
                <w:rFonts w:ascii="Times New Roman" w:hAnsi="Times New Roman" w:cs="Times New Roman"/>
                <w:b/>
              </w:rPr>
            </w:pPr>
            <w:r w:rsidRPr="00217581">
              <w:rPr>
                <w:rFonts w:ascii="Times New Roman" w:hAnsi="Times New Roman" w:cs="Times New Roman"/>
                <w:b/>
              </w:rPr>
              <w:t>Sources of Assistance</w:t>
            </w:r>
          </w:p>
        </w:tc>
        <w:tc>
          <w:tcPr>
            <w:tcW w:w="2516" w:type="dxa"/>
          </w:tcPr>
          <w:p w:rsidR="00D553FD" w:rsidRPr="00217581" w:rsidRDefault="00543CA6" w:rsidP="00290405">
            <w:pPr>
              <w:rPr>
                <w:rFonts w:ascii="Times New Roman" w:hAnsi="Times New Roman" w:cs="Times New Roman"/>
                <w:b/>
              </w:rPr>
            </w:pPr>
            <w:r w:rsidRPr="00217581">
              <w:rPr>
                <w:rFonts w:ascii="Times New Roman" w:hAnsi="Times New Roman" w:cs="Times New Roman"/>
                <w:b/>
              </w:rPr>
              <w:t>Expected Outcomes</w:t>
            </w:r>
          </w:p>
        </w:tc>
      </w:tr>
      <w:tr w:rsidR="001A4608" w:rsidRPr="00290405" w:rsidTr="008C5AFB">
        <w:tc>
          <w:tcPr>
            <w:tcW w:w="1843" w:type="dxa"/>
          </w:tcPr>
          <w:p w:rsidR="008C5AFB" w:rsidRPr="00290405" w:rsidRDefault="008C5AFB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290405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1- </w:t>
            </w:r>
            <w:r w:rsidR="00543CA6" w:rsidRPr="00290405">
              <w:rPr>
                <w:rFonts w:ascii="Times New Roman" w:hAnsi="Times New Roman" w:cs="Times New Roman"/>
              </w:rPr>
              <w:t>Improve behaviour management strategies in mixed-level ESOL classes</w:t>
            </w:r>
          </w:p>
        </w:tc>
        <w:tc>
          <w:tcPr>
            <w:tcW w:w="2628" w:type="dxa"/>
          </w:tcPr>
          <w:p w:rsidR="008C5AFB" w:rsidRPr="00290405" w:rsidRDefault="008C5AFB" w:rsidP="00290405">
            <w:pPr>
              <w:rPr>
                <w:rFonts w:ascii="Times New Roman" w:hAnsi="Times New Roman" w:cs="Times New Roman"/>
              </w:rPr>
            </w:pPr>
          </w:p>
          <w:p w:rsidR="00217581" w:rsidRPr="00EB11C2" w:rsidRDefault="00EB11C2" w:rsidP="00EB11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Implement</w:t>
            </w:r>
            <w:r w:rsidR="00543CA6" w:rsidRPr="00EB11C2">
              <w:rPr>
                <w:rFonts w:ascii="Times New Roman" w:hAnsi="Times New Roman" w:cs="Times New Roman"/>
              </w:rPr>
              <w:t xml:space="preserve"> clear classroom rules</w:t>
            </w:r>
          </w:p>
          <w:p w:rsidR="00217581" w:rsidRDefault="00217581" w:rsidP="00290405">
            <w:pPr>
              <w:rPr>
                <w:rFonts w:ascii="Times New Roman" w:hAnsi="Times New Roman" w:cs="Times New Roman"/>
              </w:rPr>
            </w:pPr>
          </w:p>
          <w:p w:rsidR="00217581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 </w:t>
            </w:r>
            <w:r w:rsidR="007B0D73">
              <w:rPr>
                <w:rFonts w:ascii="Times New Roman" w:hAnsi="Times New Roman" w:cs="Times New Roman"/>
              </w:rPr>
              <w:t>Assign s</w:t>
            </w:r>
            <w:r w:rsidR="00543CA6" w:rsidRPr="00290405">
              <w:rPr>
                <w:rFonts w:ascii="Times New Roman" w:hAnsi="Times New Roman" w:cs="Times New Roman"/>
              </w:rPr>
              <w:t>tructured group roles</w:t>
            </w:r>
          </w:p>
          <w:p w:rsidR="00217581" w:rsidRDefault="00217581" w:rsidP="00290405">
            <w:pPr>
              <w:rPr>
                <w:rFonts w:ascii="Times New Roman" w:hAnsi="Times New Roman" w:cs="Times New Roman"/>
              </w:rPr>
            </w:pPr>
          </w:p>
          <w:p w:rsidR="00217581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 </w:t>
            </w:r>
            <w:r w:rsidR="007B0D73">
              <w:rPr>
                <w:rFonts w:ascii="Times New Roman" w:hAnsi="Times New Roman" w:cs="Times New Roman"/>
              </w:rPr>
              <w:t>Use v</w:t>
            </w:r>
            <w:r w:rsidR="00543CA6" w:rsidRPr="00290405">
              <w:rPr>
                <w:rFonts w:ascii="Times New Roman" w:hAnsi="Times New Roman" w:cs="Times New Roman"/>
              </w:rPr>
              <w:t>isual prompts</w:t>
            </w:r>
          </w:p>
          <w:p w:rsidR="00217581" w:rsidRDefault="00217581" w:rsidP="00290405">
            <w:pPr>
              <w:rPr>
                <w:rFonts w:ascii="Times New Roman" w:hAnsi="Times New Roman" w:cs="Times New Roman"/>
              </w:rPr>
            </w:pPr>
          </w:p>
          <w:p w:rsidR="00CD057C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4- </w:t>
            </w:r>
            <w:r w:rsidR="007B0D73">
              <w:rPr>
                <w:rFonts w:ascii="Times New Roman" w:hAnsi="Times New Roman" w:cs="Times New Roman"/>
              </w:rPr>
              <w:t xml:space="preserve">Incorporate </w:t>
            </w:r>
            <w:r w:rsidR="00543CA6" w:rsidRPr="00290405">
              <w:rPr>
                <w:rFonts w:ascii="Times New Roman" w:hAnsi="Times New Roman" w:cs="Times New Roman"/>
              </w:rPr>
              <w:t>timers and short breaks</w:t>
            </w:r>
          </w:p>
        </w:tc>
        <w:tc>
          <w:tcPr>
            <w:tcW w:w="1755" w:type="dxa"/>
          </w:tcPr>
          <w:p w:rsidR="008C5AFB" w:rsidRPr="00290405" w:rsidRDefault="008C5AFB" w:rsidP="00290405">
            <w:pPr>
              <w:rPr>
                <w:rFonts w:ascii="Times New Roman" w:hAnsi="Times New Roman" w:cs="Times New Roman"/>
              </w:rPr>
            </w:pPr>
          </w:p>
          <w:p w:rsidR="00217581" w:rsidRPr="00EB11C2" w:rsidRDefault="00EB11C2" w:rsidP="00EB11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Observe</w:t>
            </w:r>
            <w:r w:rsidR="007B0D73" w:rsidRPr="00EB11C2">
              <w:rPr>
                <w:rFonts w:ascii="Times New Roman" w:hAnsi="Times New Roman" w:cs="Times New Roman"/>
              </w:rPr>
              <w:t xml:space="preserve"> a </w:t>
            </w:r>
            <w:r w:rsidR="00543CA6" w:rsidRPr="00EB11C2">
              <w:rPr>
                <w:rFonts w:ascii="Times New Roman" w:hAnsi="Times New Roman" w:cs="Times New Roman"/>
              </w:rPr>
              <w:t xml:space="preserve">reduction in off-task behaviour </w:t>
            </w:r>
          </w:p>
          <w:p w:rsidR="00217581" w:rsidRDefault="00217581" w:rsidP="00290405">
            <w:pPr>
              <w:rPr>
                <w:rFonts w:ascii="Times New Roman" w:hAnsi="Times New Roman" w:cs="Times New Roman"/>
              </w:rPr>
            </w:pPr>
          </w:p>
          <w:p w:rsidR="00AF3596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 </w:t>
            </w:r>
            <w:r w:rsidR="007B0D73">
              <w:rPr>
                <w:rFonts w:ascii="Times New Roman" w:hAnsi="Times New Roman" w:cs="Times New Roman"/>
              </w:rPr>
              <w:t>Monitor increased</w:t>
            </w:r>
            <w:r w:rsidR="00543CA6" w:rsidRPr="00290405">
              <w:rPr>
                <w:rFonts w:ascii="Times New Roman" w:hAnsi="Times New Roman" w:cs="Times New Roman"/>
              </w:rPr>
              <w:t xml:space="preserve"> student focus through session notes </w:t>
            </w:r>
          </w:p>
          <w:p w:rsidR="00AF3596" w:rsidRDefault="00AF3596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 </w:t>
            </w:r>
            <w:r w:rsidR="007B0D73">
              <w:rPr>
                <w:rFonts w:ascii="Times New Roman" w:hAnsi="Times New Roman" w:cs="Times New Roman"/>
              </w:rPr>
              <w:t>Collect feedback from peer</w:t>
            </w:r>
            <w:r w:rsidR="00543CA6" w:rsidRPr="00290405">
              <w:rPr>
                <w:rFonts w:ascii="Times New Roman" w:hAnsi="Times New Roman" w:cs="Times New Roman"/>
              </w:rPr>
              <w:t xml:space="preserve"> observation </w:t>
            </w:r>
          </w:p>
          <w:p w:rsidR="00853AD6" w:rsidRPr="00290405" w:rsidRDefault="00853AD6" w:rsidP="002904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4" w:type="dxa"/>
          </w:tcPr>
          <w:p w:rsidR="008C5AFB" w:rsidRPr="00290405" w:rsidRDefault="008C5AFB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543CA6" w:rsidP="00290405">
            <w:pPr>
              <w:rPr>
                <w:rFonts w:ascii="Times New Roman" w:hAnsi="Times New Roman" w:cs="Times New Roman"/>
              </w:rPr>
            </w:pPr>
            <w:r w:rsidRPr="00290405">
              <w:rPr>
                <w:rFonts w:ascii="Times New Roman" w:hAnsi="Times New Roman" w:cs="Times New Roman"/>
              </w:rPr>
              <w:t>4 weeks</w:t>
            </w:r>
          </w:p>
        </w:tc>
        <w:tc>
          <w:tcPr>
            <w:tcW w:w="2053" w:type="dxa"/>
          </w:tcPr>
          <w:p w:rsidR="008C5AFB" w:rsidRPr="00290405" w:rsidRDefault="008C5AFB" w:rsidP="00290405">
            <w:pPr>
              <w:rPr>
                <w:rFonts w:ascii="Times New Roman" w:hAnsi="Times New Roman" w:cs="Times New Roman"/>
              </w:rPr>
            </w:pPr>
          </w:p>
          <w:p w:rsidR="00E851F7" w:rsidRPr="00EB11C2" w:rsidRDefault="00EB11C2" w:rsidP="00EB11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A4608">
              <w:rPr>
                <w:rFonts w:ascii="Times New Roman" w:hAnsi="Times New Roman" w:cs="Times New Roman"/>
              </w:rPr>
              <w:t>- M</w:t>
            </w:r>
            <w:r w:rsidR="00543CA6" w:rsidRPr="00EB11C2">
              <w:rPr>
                <w:rFonts w:ascii="Times New Roman" w:hAnsi="Times New Roman" w:cs="Times New Roman"/>
              </w:rPr>
              <w:t>entor teacher</w:t>
            </w:r>
          </w:p>
          <w:p w:rsidR="00E851F7" w:rsidRDefault="00E851F7" w:rsidP="00290405">
            <w:pPr>
              <w:rPr>
                <w:rFonts w:ascii="Times New Roman" w:hAnsi="Times New Roman" w:cs="Times New Roman"/>
              </w:rPr>
            </w:pPr>
          </w:p>
          <w:p w:rsidR="00CD057C" w:rsidRPr="00290405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E851F7" w:rsidRPr="00290405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 Classroom</w:t>
            </w:r>
            <w:r w:rsidR="00543CA6" w:rsidRPr="00290405">
              <w:rPr>
                <w:rFonts w:ascii="Times New Roman" w:hAnsi="Times New Roman" w:cs="Times New Roman"/>
              </w:rPr>
              <w:t xml:space="preserve"> management workshops</w:t>
            </w:r>
          </w:p>
          <w:p w:rsidR="00E851F7" w:rsidRDefault="00E851F7" w:rsidP="00290405">
            <w:pPr>
              <w:rPr>
                <w:rFonts w:ascii="Times New Roman" w:hAnsi="Times New Roman" w:cs="Times New Roman"/>
              </w:rPr>
            </w:pPr>
          </w:p>
          <w:p w:rsidR="00CD057C" w:rsidRPr="00290405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EB11C2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 </w:t>
            </w:r>
            <w:r w:rsidR="00E851F7" w:rsidRPr="00290405">
              <w:rPr>
                <w:rFonts w:ascii="Times New Roman" w:hAnsi="Times New Roman" w:cs="Times New Roman"/>
              </w:rPr>
              <w:t>Continuing Professional Development (</w:t>
            </w:r>
            <w:r w:rsidR="00543CA6" w:rsidRPr="00290405">
              <w:rPr>
                <w:rFonts w:ascii="Times New Roman" w:hAnsi="Times New Roman" w:cs="Times New Roman"/>
              </w:rPr>
              <w:t>CPD</w:t>
            </w:r>
            <w:r w:rsidR="00E851F7" w:rsidRPr="00290405">
              <w:rPr>
                <w:rFonts w:ascii="Times New Roman" w:hAnsi="Times New Roman" w:cs="Times New Roman"/>
              </w:rPr>
              <w:t xml:space="preserve">) </w:t>
            </w:r>
            <w:r w:rsidR="00543CA6" w:rsidRPr="00290405">
              <w:rPr>
                <w:rFonts w:ascii="Times New Roman" w:hAnsi="Times New Roman" w:cs="Times New Roman"/>
              </w:rPr>
              <w:t>sessions</w:t>
            </w:r>
          </w:p>
        </w:tc>
        <w:tc>
          <w:tcPr>
            <w:tcW w:w="2516" w:type="dxa"/>
          </w:tcPr>
          <w:p w:rsidR="008C5AFB" w:rsidRPr="00290405" w:rsidRDefault="008C5AFB" w:rsidP="00290405">
            <w:pPr>
              <w:rPr>
                <w:rFonts w:ascii="Times New Roman" w:hAnsi="Times New Roman" w:cs="Times New Roman"/>
              </w:rPr>
            </w:pPr>
          </w:p>
          <w:p w:rsidR="007B0D73" w:rsidRPr="001A4608" w:rsidRDefault="001A4608" w:rsidP="001A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M</w:t>
            </w:r>
            <w:r w:rsidR="00543CA6" w:rsidRPr="001A4608">
              <w:rPr>
                <w:rFonts w:ascii="Times New Roman" w:hAnsi="Times New Roman" w:cs="Times New Roman"/>
              </w:rPr>
              <w:t>ore consistent classroom routines</w:t>
            </w:r>
          </w:p>
          <w:p w:rsidR="007B0D73" w:rsidRDefault="007B0D73" w:rsidP="00290405">
            <w:pPr>
              <w:rPr>
                <w:rFonts w:ascii="Times New Roman" w:hAnsi="Times New Roman" w:cs="Times New Roman"/>
              </w:rPr>
            </w:pPr>
          </w:p>
          <w:p w:rsidR="00EB11C2" w:rsidRDefault="00EB11C2" w:rsidP="00290405">
            <w:pPr>
              <w:rPr>
                <w:rFonts w:ascii="Times New Roman" w:hAnsi="Times New Roman" w:cs="Times New Roman"/>
              </w:rPr>
            </w:pPr>
          </w:p>
          <w:p w:rsidR="00CD057C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AD30D5" w:rsidRDefault="00AD30D5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1A4608" w:rsidP="00290405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2- </w:t>
            </w:r>
            <w:r w:rsidR="007B0D73">
              <w:rPr>
                <w:rFonts w:ascii="Times New Roman" w:hAnsi="Times New Roman" w:cs="Times New Roman"/>
              </w:rPr>
              <w:t>Improved</w:t>
            </w:r>
            <w:r w:rsidR="00543CA6" w:rsidRPr="00290405">
              <w:rPr>
                <w:rFonts w:ascii="Times New Roman" w:hAnsi="Times New Roman" w:cs="Times New Roman"/>
              </w:rPr>
              <w:t xml:space="preserve"> learner focus</w:t>
            </w:r>
          </w:p>
        </w:tc>
      </w:tr>
      <w:tr w:rsidR="001A4608" w:rsidRPr="00290405" w:rsidTr="008C5AFB">
        <w:trPr>
          <w:trHeight w:val="2964"/>
        </w:trPr>
        <w:tc>
          <w:tcPr>
            <w:tcW w:w="1843" w:type="dxa"/>
          </w:tcPr>
          <w:p w:rsidR="00853AD6" w:rsidRPr="00290405" w:rsidRDefault="00853AD6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290405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 </w:t>
            </w:r>
            <w:r w:rsidR="00543CA6" w:rsidRPr="00290405">
              <w:rPr>
                <w:rFonts w:ascii="Times New Roman" w:hAnsi="Times New Roman" w:cs="Times New Roman"/>
              </w:rPr>
              <w:t>Increase learner engagement through interactive activities</w:t>
            </w:r>
          </w:p>
        </w:tc>
        <w:tc>
          <w:tcPr>
            <w:tcW w:w="2628" w:type="dxa"/>
          </w:tcPr>
          <w:p w:rsidR="00AF3596" w:rsidRDefault="00AF3596" w:rsidP="00290405">
            <w:pPr>
              <w:rPr>
                <w:rFonts w:ascii="Times New Roman" w:hAnsi="Times New Roman" w:cs="Times New Roman"/>
              </w:rPr>
            </w:pPr>
          </w:p>
          <w:p w:rsidR="00EB11C2" w:rsidRPr="001A4608" w:rsidRDefault="001A4608" w:rsidP="001A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Incorporate</w:t>
            </w:r>
            <w:r w:rsidR="00EB11C2" w:rsidRPr="001A4608">
              <w:rPr>
                <w:rFonts w:ascii="Times New Roman" w:hAnsi="Times New Roman" w:cs="Times New Roman"/>
              </w:rPr>
              <w:t xml:space="preserve"> role-playing and movement-based tasks</w:t>
            </w:r>
          </w:p>
          <w:p w:rsidR="00AF3596" w:rsidRDefault="00AF3596" w:rsidP="00290405">
            <w:pPr>
              <w:rPr>
                <w:rFonts w:ascii="Times New Roman" w:hAnsi="Times New Roman" w:cs="Times New Roman"/>
              </w:rPr>
            </w:pPr>
          </w:p>
          <w:p w:rsidR="00CD057C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853AD6" w:rsidRDefault="001A4608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 </w:t>
            </w:r>
            <w:r w:rsidR="00EB11C2" w:rsidRPr="00EB11C2">
              <w:rPr>
                <w:rFonts w:ascii="Times New Roman" w:hAnsi="Times New Roman" w:cs="Times New Roman"/>
              </w:rPr>
              <w:t>Use exit tickets and visual aids regularly</w:t>
            </w:r>
          </w:p>
          <w:p w:rsidR="00EB11C2" w:rsidRDefault="00EB11C2" w:rsidP="00290405">
            <w:pPr>
              <w:rPr>
                <w:rFonts w:ascii="Times New Roman" w:hAnsi="Times New Roman" w:cs="Times New Roman"/>
              </w:rPr>
            </w:pPr>
          </w:p>
          <w:p w:rsidR="00EB11C2" w:rsidRPr="00290405" w:rsidRDefault="00EB11C2" w:rsidP="002904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55" w:type="dxa"/>
          </w:tcPr>
          <w:p w:rsidR="00853AD6" w:rsidRPr="00290405" w:rsidRDefault="00853AD6" w:rsidP="00290405">
            <w:pPr>
              <w:rPr>
                <w:rFonts w:ascii="Times New Roman" w:hAnsi="Times New Roman" w:cs="Times New Roman"/>
              </w:rPr>
            </w:pPr>
          </w:p>
          <w:p w:rsidR="00290405" w:rsidRPr="001A4608" w:rsidRDefault="001A4608" w:rsidP="001A46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Tr</w:t>
            </w:r>
            <w:r w:rsidR="00543CA6" w:rsidRPr="001A4608">
              <w:rPr>
                <w:rFonts w:ascii="Times New Roman" w:hAnsi="Times New Roman" w:cs="Times New Roman"/>
              </w:rPr>
              <w:t>ack participation rates</w:t>
            </w:r>
          </w:p>
          <w:p w:rsidR="00290405" w:rsidRDefault="00290405" w:rsidP="00290405">
            <w:pPr>
              <w:rPr>
                <w:rFonts w:ascii="Times New Roman" w:hAnsi="Times New Roman" w:cs="Times New Roman"/>
              </w:rPr>
            </w:pPr>
          </w:p>
          <w:p w:rsidR="00290405" w:rsidRDefault="001A4608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 Gather l</w:t>
            </w:r>
            <w:r w:rsidR="00543CA6" w:rsidRPr="00290405">
              <w:rPr>
                <w:rFonts w:ascii="Times New Roman" w:hAnsi="Times New Roman" w:cs="Times New Roman"/>
              </w:rPr>
              <w:t>earner feedback</w:t>
            </w:r>
          </w:p>
          <w:p w:rsidR="00290405" w:rsidRDefault="00290405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1A4608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3- </w:t>
            </w:r>
            <w:r w:rsidR="00290405">
              <w:rPr>
                <w:rFonts w:ascii="Times New Roman" w:hAnsi="Times New Roman" w:cs="Times New Roman"/>
              </w:rPr>
              <w:t>R</w:t>
            </w:r>
            <w:r w:rsidR="00543CA6" w:rsidRPr="00290405">
              <w:rPr>
                <w:rFonts w:ascii="Times New Roman" w:hAnsi="Times New Roman" w:cs="Times New Roman"/>
              </w:rPr>
              <w:t>eview</w:t>
            </w:r>
            <w:r>
              <w:rPr>
                <w:rFonts w:ascii="Times New Roman" w:hAnsi="Times New Roman" w:cs="Times New Roman"/>
              </w:rPr>
              <w:t xml:space="preserve"> responses from</w:t>
            </w:r>
            <w:r w:rsidR="00543CA6" w:rsidRPr="00290405">
              <w:rPr>
                <w:rFonts w:ascii="Times New Roman" w:hAnsi="Times New Roman" w:cs="Times New Roman"/>
              </w:rPr>
              <w:t xml:space="preserve"> exit ticket</w:t>
            </w:r>
            <w:r w:rsidR="00CD057C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254" w:type="dxa"/>
          </w:tcPr>
          <w:p w:rsidR="00853AD6" w:rsidRPr="00290405" w:rsidRDefault="00853AD6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543CA6" w:rsidP="00290405">
            <w:pPr>
              <w:rPr>
                <w:rFonts w:ascii="Times New Roman" w:hAnsi="Times New Roman" w:cs="Times New Roman"/>
              </w:rPr>
            </w:pPr>
            <w:r w:rsidRPr="00290405">
              <w:rPr>
                <w:rFonts w:ascii="Times New Roman" w:hAnsi="Times New Roman" w:cs="Times New Roman"/>
              </w:rPr>
              <w:t>6 weeks</w:t>
            </w:r>
          </w:p>
        </w:tc>
        <w:tc>
          <w:tcPr>
            <w:tcW w:w="2053" w:type="dxa"/>
          </w:tcPr>
          <w:p w:rsidR="00853AD6" w:rsidRPr="00290405" w:rsidRDefault="00853AD6" w:rsidP="00290405">
            <w:pPr>
              <w:rPr>
                <w:rFonts w:ascii="Times New Roman" w:hAnsi="Times New Roman" w:cs="Times New Roman"/>
              </w:rPr>
            </w:pPr>
          </w:p>
          <w:p w:rsidR="00290405" w:rsidRDefault="00CD057C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Tea</w:t>
            </w:r>
            <w:r w:rsidR="00543CA6" w:rsidRPr="00290405">
              <w:rPr>
                <w:rFonts w:ascii="Times New Roman" w:hAnsi="Times New Roman" w:cs="Times New Roman"/>
              </w:rPr>
              <w:t>ching resource platforms</w:t>
            </w:r>
          </w:p>
          <w:p w:rsidR="00AF3596" w:rsidRDefault="00AF3596" w:rsidP="00290405">
            <w:pPr>
              <w:rPr>
                <w:rFonts w:ascii="Times New Roman" w:hAnsi="Times New Roman" w:cs="Times New Roman"/>
              </w:rPr>
            </w:pPr>
          </w:p>
          <w:p w:rsidR="00290405" w:rsidRDefault="00290405" w:rsidP="00290405">
            <w:pPr>
              <w:rPr>
                <w:rFonts w:ascii="Times New Roman" w:hAnsi="Times New Roman" w:cs="Times New Roman"/>
              </w:rPr>
            </w:pPr>
          </w:p>
          <w:p w:rsidR="00AF3596" w:rsidRDefault="00CD057C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2- </w:t>
            </w:r>
            <w:r w:rsidR="00543CA6" w:rsidRPr="00290405">
              <w:rPr>
                <w:rFonts w:ascii="Times New Roman" w:hAnsi="Times New Roman" w:cs="Times New Roman"/>
              </w:rPr>
              <w:t>CPD on active learning</w:t>
            </w:r>
            <w:r>
              <w:rPr>
                <w:rFonts w:ascii="Times New Roman" w:hAnsi="Times New Roman" w:cs="Times New Roman"/>
              </w:rPr>
              <w:t xml:space="preserve"> strategies</w:t>
            </w:r>
          </w:p>
          <w:p w:rsidR="00AF3596" w:rsidRDefault="00AF3596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CD057C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 P</w:t>
            </w:r>
            <w:r w:rsidR="00543CA6" w:rsidRPr="00290405">
              <w:rPr>
                <w:rFonts w:ascii="Times New Roman" w:hAnsi="Times New Roman" w:cs="Times New Roman"/>
              </w:rPr>
              <w:t>eer collaboration</w:t>
            </w:r>
          </w:p>
        </w:tc>
        <w:tc>
          <w:tcPr>
            <w:tcW w:w="2516" w:type="dxa"/>
          </w:tcPr>
          <w:p w:rsidR="00853AD6" w:rsidRPr="00290405" w:rsidRDefault="00853AD6" w:rsidP="00290405">
            <w:pPr>
              <w:rPr>
                <w:rFonts w:ascii="Times New Roman" w:hAnsi="Times New Roman" w:cs="Times New Roman"/>
              </w:rPr>
            </w:pPr>
          </w:p>
          <w:p w:rsidR="00CD057C" w:rsidRDefault="00CD057C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 Hig</w:t>
            </w:r>
            <w:r w:rsidR="00543CA6" w:rsidRPr="00290405">
              <w:rPr>
                <w:rFonts w:ascii="Times New Roman" w:hAnsi="Times New Roman" w:cs="Times New Roman"/>
              </w:rPr>
              <w:t>her student participation</w:t>
            </w:r>
          </w:p>
          <w:p w:rsidR="00CD057C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CD057C" w:rsidRDefault="00CD057C" w:rsidP="00290405">
            <w:pPr>
              <w:rPr>
                <w:rFonts w:ascii="Times New Roman" w:hAnsi="Times New Roman" w:cs="Times New Roman"/>
              </w:rPr>
            </w:pPr>
          </w:p>
          <w:p w:rsidR="00D553FD" w:rsidRPr="00290405" w:rsidRDefault="00CD057C" w:rsidP="002904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 M</w:t>
            </w:r>
            <w:r w:rsidR="00543CA6" w:rsidRPr="00290405">
              <w:rPr>
                <w:rFonts w:ascii="Times New Roman" w:hAnsi="Times New Roman" w:cs="Times New Roman"/>
              </w:rPr>
              <w:t xml:space="preserve">ore dynamic </w:t>
            </w:r>
            <w:r>
              <w:rPr>
                <w:rFonts w:ascii="Times New Roman" w:hAnsi="Times New Roman" w:cs="Times New Roman"/>
              </w:rPr>
              <w:t xml:space="preserve">and engaging </w:t>
            </w:r>
            <w:r w:rsidR="00543CA6" w:rsidRPr="00290405">
              <w:rPr>
                <w:rFonts w:ascii="Times New Roman" w:hAnsi="Times New Roman" w:cs="Times New Roman"/>
              </w:rPr>
              <w:t>lesson delivery</w:t>
            </w:r>
          </w:p>
        </w:tc>
      </w:tr>
    </w:tbl>
    <w:p w:rsidR="00543CA6" w:rsidRPr="00290405" w:rsidRDefault="00543CA6" w:rsidP="00290405">
      <w:pPr>
        <w:rPr>
          <w:rFonts w:ascii="Times New Roman" w:hAnsi="Times New Roman" w:cs="Times New Roman"/>
        </w:rPr>
      </w:pPr>
    </w:p>
    <w:sectPr w:rsidR="00543CA6" w:rsidRPr="0029040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287" w:usb1="08070000" w:usb2="00000010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30346ED"/>
    <w:multiLevelType w:val="hybridMultilevel"/>
    <w:tmpl w:val="212E6B1E"/>
    <w:lvl w:ilvl="0" w:tplc="C3A4E8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78B1579"/>
    <w:multiLevelType w:val="hybridMultilevel"/>
    <w:tmpl w:val="96C2FF50"/>
    <w:lvl w:ilvl="0" w:tplc="E9A85E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84B6086"/>
    <w:multiLevelType w:val="hybridMultilevel"/>
    <w:tmpl w:val="DF2401B6"/>
    <w:lvl w:ilvl="0" w:tplc="D19012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4C1F79"/>
    <w:multiLevelType w:val="hybridMultilevel"/>
    <w:tmpl w:val="AF168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104F85"/>
    <w:multiLevelType w:val="hybridMultilevel"/>
    <w:tmpl w:val="C4625A34"/>
    <w:lvl w:ilvl="0" w:tplc="B5C038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DE6953"/>
    <w:multiLevelType w:val="hybridMultilevel"/>
    <w:tmpl w:val="83605778"/>
    <w:lvl w:ilvl="0" w:tplc="5E4882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1716E"/>
    <w:multiLevelType w:val="hybridMultilevel"/>
    <w:tmpl w:val="5328A408"/>
    <w:lvl w:ilvl="0" w:tplc="E34436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9D4634"/>
    <w:multiLevelType w:val="hybridMultilevel"/>
    <w:tmpl w:val="B1D4AA66"/>
    <w:lvl w:ilvl="0" w:tplc="065C48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C4942"/>
    <w:multiLevelType w:val="hybridMultilevel"/>
    <w:tmpl w:val="99444878"/>
    <w:lvl w:ilvl="0" w:tplc="D8B42C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AA2F9E"/>
    <w:multiLevelType w:val="hybridMultilevel"/>
    <w:tmpl w:val="12383C02"/>
    <w:lvl w:ilvl="0" w:tplc="421C94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E92227"/>
    <w:multiLevelType w:val="hybridMultilevel"/>
    <w:tmpl w:val="0EC044E6"/>
    <w:lvl w:ilvl="0" w:tplc="DA0C93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9333D"/>
    <w:multiLevelType w:val="hybridMultilevel"/>
    <w:tmpl w:val="2A9C1096"/>
    <w:lvl w:ilvl="0" w:tplc="618CABC4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20"/>
  </w:num>
  <w:num w:numId="11">
    <w:abstractNumId w:val="12"/>
  </w:num>
  <w:num w:numId="12">
    <w:abstractNumId w:val="11"/>
  </w:num>
  <w:num w:numId="13">
    <w:abstractNumId w:val="13"/>
  </w:num>
  <w:num w:numId="14">
    <w:abstractNumId w:val="19"/>
  </w:num>
  <w:num w:numId="15">
    <w:abstractNumId w:val="15"/>
  </w:num>
  <w:num w:numId="16">
    <w:abstractNumId w:val="14"/>
  </w:num>
  <w:num w:numId="17">
    <w:abstractNumId w:val="17"/>
  </w:num>
  <w:num w:numId="18">
    <w:abstractNumId w:val="10"/>
  </w:num>
  <w:num w:numId="19">
    <w:abstractNumId w:val="18"/>
  </w:num>
  <w:num w:numId="20">
    <w:abstractNumId w:val="16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4608"/>
    <w:rsid w:val="00217581"/>
    <w:rsid w:val="00290405"/>
    <w:rsid w:val="0029639D"/>
    <w:rsid w:val="00326F90"/>
    <w:rsid w:val="00543CA6"/>
    <w:rsid w:val="007B0D73"/>
    <w:rsid w:val="0084464C"/>
    <w:rsid w:val="00853AD6"/>
    <w:rsid w:val="008C5AFB"/>
    <w:rsid w:val="00AA1D8D"/>
    <w:rsid w:val="00AD30D5"/>
    <w:rsid w:val="00AF3596"/>
    <w:rsid w:val="00B47730"/>
    <w:rsid w:val="00CB0664"/>
    <w:rsid w:val="00CD057C"/>
    <w:rsid w:val="00D553FD"/>
    <w:rsid w:val="00DA13C9"/>
    <w:rsid w:val="00E851F7"/>
    <w:rsid w:val="00EB11C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01FEBD2"/>
  <w14:defaultImageDpi w14:val="300"/>
  <w15:docId w15:val="{AE984F20-9CC9-445F-A4D7-77F45D00B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3324FC1-E0BC-4997-B66C-F1B703D83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206</Words>
  <Characters>1250</Characters>
  <Application>Microsoft Office Word</Application>
  <DocSecurity>0</DocSecurity>
  <Lines>156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/                                   Student Name:   Elsayed Elhoshi</vt:lpstr>
    </vt:vector>
  </TitlesOfParts>
  <Manager/>
  <Company/>
  <LinksUpToDate>false</LinksUpToDate>
  <CharactersWithSpaces>1406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Elsayed Elhoshi</cp:lastModifiedBy>
  <cp:revision>7</cp:revision>
  <dcterms:created xsi:type="dcterms:W3CDTF">2013-12-23T23:15:00Z</dcterms:created>
  <dcterms:modified xsi:type="dcterms:W3CDTF">2025-05-30T13:46:00Z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c5bd6898-ed97-459d-9c03-467673bca647</vt:lpwstr>
  </property>
</Properties>
</file>