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Marks table for external examiner</w:t>
      </w:r>
    </w:p>
    <w:p/>
    <w:p>
      <w:r>
        <w:t>Main cohort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Last name</w:t>
            </w:r>
          </w:p>
        </w:tc>
        <w:tc>
          <w:tcPr>
            <w:tcW w:type="dxa" w:w="2160"/>
          </w:tcPr>
          <w:p>
            <w:r>
              <w:t>First name</w:t>
            </w:r>
          </w:p>
        </w:tc>
        <w:tc>
          <w:tcPr>
            <w:tcW w:type="dxa" w:w="2160"/>
          </w:tcPr>
          <w:p>
            <w:r>
              <w:t>Assignment 1 (%)</w:t>
            </w:r>
          </w:p>
        </w:tc>
        <w:tc>
          <w:tcPr>
            <w:tcW w:type="dxa" w:w="2160"/>
          </w:tcPr>
          <w:p>
            <w:r>
              <w:t>Assignment 2 (%)</w:t>
            </w:r>
          </w:p>
        </w:tc>
      </w:tr>
      <w:tr>
        <w:tc>
          <w:tcPr>
            <w:tcW w:type="dxa" w:w="2160"/>
          </w:tcPr>
          <w:p>
            <w:r>
              <w:t>Amini</w:t>
            </w:r>
          </w:p>
        </w:tc>
        <w:tc>
          <w:tcPr>
            <w:tcW w:type="dxa" w:w="2160"/>
          </w:tcPr>
          <w:p>
            <w:r>
              <w:t>Nasime</w:t>
            </w:r>
          </w:p>
        </w:tc>
        <w:tc>
          <w:tcPr>
            <w:tcW w:type="dxa" w:w="2160"/>
          </w:tcPr>
          <w:p>
            <w:r>
              <w:t>60</w:t>
            </w:r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>
              <w:t>Ashoor</w:t>
            </w:r>
          </w:p>
        </w:tc>
        <w:tc>
          <w:tcPr>
            <w:tcW w:type="dxa" w:w="2160"/>
          </w:tcPr>
          <w:p>
            <w:r>
              <w:t>Sahra</w:t>
            </w:r>
          </w:p>
        </w:tc>
        <w:tc>
          <w:tcPr>
            <w:tcW w:type="dxa" w:w="2160"/>
          </w:tcPr>
          <w:p>
            <w:r>
              <w:t>58</w:t>
            </w:r>
          </w:p>
        </w:tc>
        <w:tc>
          <w:tcPr>
            <w:tcW w:type="dxa" w:w="2160"/>
          </w:tcPr>
          <w:p>
            <w:r>
              <w:t>42</w:t>
            </w:r>
          </w:p>
        </w:tc>
      </w:tr>
      <w:tr>
        <w:tc>
          <w:tcPr>
            <w:tcW w:type="dxa" w:w="2160"/>
          </w:tcPr>
          <w:p>
            <w:r>
              <w:t>Baqa</w:t>
            </w:r>
          </w:p>
        </w:tc>
        <w:tc>
          <w:tcPr>
            <w:tcW w:type="dxa" w:w="2160"/>
          </w:tcPr>
          <w:p>
            <w:r>
              <w:t>Lula Mebrahtu</w:t>
            </w:r>
          </w:p>
        </w:tc>
        <w:tc>
          <w:tcPr>
            <w:tcW w:type="dxa" w:w="2160"/>
          </w:tcPr>
          <w:p>
            <w:r>
              <w:t>10</w:t>
            </w:r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>
              <w:t>Caliga</w:t>
            </w:r>
          </w:p>
        </w:tc>
        <w:tc>
          <w:tcPr>
            <w:tcW w:type="dxa" w:w="2160"/>
          </w:tcPr>
          <w:p>
            <w:r>
              <w:t>Alexandra</w:t>
            </w:r>
          </w:p>
        </w:tc>
        <w:tc>
          <w:tcPr>
            <w:tcW w:type="dxa" w:w="2160"/>
          </w:tcPr>
          <w:p>
            <w:r>
              <w:t>66</w:t>
            </w:r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>
              <w:t>Ceesay</w:t>
            </w:r>
          </w:p>
        </w:tc>
        <w:tc>
          <w:tcPr>
            <w:tcW w:type="dxa" w:w="2160"/>
          </w:tcPr>
          <w:p>
            <w:r>
              <w:t>Mariama</w:t>
            </w:r>
          </w:p>
        </w:tc>
        <w:tc>
          <w:tcPr>
            <w:tcW w:type="dxa" w:w="2160"/>
          </w:tcPr>
          <w:p>
            <w:r>
              <w:t>55</w:t>
            </w:r>
          </w:p>
        </w:tc>
        <w:tc>
          <w:tcPr>
            <w:tcW w:type="dxa" w:w="2160"/>
          </w:tcPr>
          <w:p>
            <w:r>
              <w:t>48</w:t>
            </w:r>
          </w:p>
        </w:tc>
      </w:tr>
      <w:tr>
        <w:tc>
          <w:tcPr>
            <w:tcW w:type="dxa" w:w="2160"/>
          </w:tcPr>
          <w:p>
            <w:r>
              <w:t>Chahouta</w:t>
            </w:r>
          </w:p>
        </w:tc>
        <w:tc>
          <w:tcPr>
            <w:tcW w:type="dxa" w:w="2160"/>
          </w:tcPr>
          <w:p>
            <w:r>
              <w:t>Elaph</w:t>
            </w:r>
          </w:p>
        </w:tc>
        <w:tc>
          <w:tcPr>
            <w:tcW w:type="dxa" w:w="2160"/>
          </w:tcPr>
          <w:p>
            <w:r>
              <w:t>60</w:t>
            </w:r>
          </w:p>
        </w:tc>
        <w:tc>
          <w:tcPr>
            <w:tcW w:type="dxa" w:w="2160"/>
          </w:tcPr>
          <w:p>
            <w:r>
              <w:t>58</w:t>
            </w:r>
          </w:p>
        </w:tc>
      </w:tr>
      <w:tr>
        <w:tc>
          <w:tcPr>
            <w:tcW w:type="dxa" w:w="2160"/>
          </w:tcPr>
          <w:p>
            <w:r>
              <w:t>Durran</w:t>
            </w:r>
          </w:p>
        </w:tc>
        <w:tc>
          <w:tcPr>
            <w:tcW w:type="dxa" w:w="2160"/>
          </w:tcPr>
          <w:p>
            <w:r>
              <w:t>Nicola</w:t>
            </w:r>
          </w:p>
        </w:tc>
        <w:tc>
          <w:tcPr>
            <w:tcW w:type="dxa" w:w="2160"/>
          </w:tcPr>
          <w:p>
            <w:r>
              <w:t>70</w:t>
            </w:r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>
              <w:t>Edomnonyi</w:t>
            </w:r>
          </w:p>
        </w:tc>
        <w:tc>
          <w:tcPr>
            <w:tcW w:type="dxa" w:w="2160"/>
          </w:tcPr>
          <w:p>
            <w:r>
              <w:t>Victory</w:t>
            </w:r>
          </w:p>
        </w:tc>
        <w:tc>
          <w:tcPr>
            <w:tcW w:type="dxa" w:w="2160"/>
          </w:tcPr>
          <w:p>
            <w:r>
              <w:t>65</w:t>
            </w:r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>
              <w:t>Gardiner</w:t>
            </w:r>
          </w:p>
        </w:tc>
        <w:tc>
          <w:tcPr>
            <w:tcW w:type="dxa" w:w="2160"/>
          </w:tcPr>
          <w:p>
            <w:r>
              <w:t>Charlotte Louise</w:t>
            </w:r>
          </w:p>
        </w:tc>
        <w:tc>
          <w:tcPr>
            <w:tcW w:type="dxa" w:w="2160"/>
          </w:tcPr>
          <w:p>
            <w:r>
              <w:t>66</w:t>
            </w:r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>
              <w:t>Hopkins</w:t>
            </w:r>
          </w:p>
        </w:tc>
        <w:tc>
          <w:tcPr>
            <w:tcW w:type="dxa" w:w="2160"/>
          </w:tcPr>
          <w:p>
            <w:r>
              <w:t>Naomi</w:t>
            </w:r>
          </w:p>
        </w:tc>
        <w:tc>
          <w:tcPr>
            <w:tcW w:type="dxa" w:w="2160"/>
          </w:tcPr>
          <w:p>
            <w:r>
              <w:t>60</w:t>
            </w:r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>
              <w:t>Hoskins</w:t>
            </w:r>
          </w:p>
        </w:tc>
        <w:tc>
          <w:tcPr>
            <w:tcW w:type="dxa" w:w="2160"/>
          </w:tcPr>
          <w:p>
            <w:r>
              <w:t>Molly-May</w:t>
            </w:r>
          </w:p>
        </w:tc>
        <w:tc>
          <w:tcPr>
            <w:tcW w:type="dxa" w:w="2160"/>
          </w:tcPr>
          <w:p>
            <w:r>
              <w:t>60</w:t>
            </w:r>
          </w:p>
        </w:tc>
        <w:tc>
          <w:tcPr>
            <w:tcW w:type="dxa" w:w="2160"/>
          </w:tcPr>
          <w:p>
            <w:r>
              <w:t>65</w:t>
            </w:r>
          </w:p>
        </w:tc>
      </w:tr>
      <w:tr>
        <w:tc>
          <w:tcPr>
            <w:tcW w:type="dxa" w:w="2160"/>
          </w:tcPr>
          <w:p>
            <w:r>
              <w:t>Kacova</w:t>
            </w:r>
          </w:p>
        </w:tc>
        <w:tc>
          <w:tcPr>
            <w:tcW w:type="dxa" w:w="2160"/>
          </w:tcPr>
          <w:p>
            <w:r>
              <w:t>Romana</w:t>
            </w:r>
          </w:p>
        </w:tc>
        <w:tc>
          <w:tcPr>
            <w:tcW w:type="dxa" w:w="2160"/>
          </w:tcPr>
          <w:p>
            <w:r>
              <w:t>47</w:t>
            </w:r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>
              <w:t>Kollerova</w:t>
            </w:r>
          </w:p>
        </w:tc>
        <w:tc>
          <w:tcPr>
            <w:tcW w:type="dxa" w:w="2160"/>
          </w:tcPr>
          <w:p>
            <w:r>
              <w:t>Lucie</w:t>
            </w:r>
          </w:p>
        </w:tc>
        <w:tc>
          <w:tcPr>
            <w:tcW w:type="dxa" w:w="2160"/>
          </w:tcPr>
          <w:p>
            <w:r>
              <w:t>60</w:t>
            </w:r>
          </w:p>
        </w:tc>
        <w:tc>
          <w:tcPr>
            <w:tcW w:type="dxa" w:w="2160"/>
          </w:tcPr>
          <w:p>
            <w:r>
              <w:t>60</w:t>
            </w:r>
          </w:p>
        </w:tc>
      </w:tr>
      <w:tr>
        <w:tc>
          <w:tcPr>
            <w:tcW w:type="dxa" w:w="2160"/>
          </w:tcPr>
          <w:p>
            <w:r>
              <w:t>Leeson</w:t>
            </w:r>
          </w:p>
        </w:tc>
        <w:tc>
          <w:tcPr>
            <w:tcW w:type="dxa" w:w="2160"/>
          </w:tcPr>
          <w:p>
            <w:r>
              <w:t>Kevin Allan</w:t>
            </w:r>
          </w:p>
        </w:tc>
        <w:tc>
          <w:tcPr>
            <w:tcW w:type="dxa" w:w="2160"/>
          </w:tcPr>
          <w:p>
            <w:r>
              <w:t>71</w:t>
            </w:r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>
              <w:t>Lerwell</w:t>
            </w:r>
          </w:p>
        </w:tc>
        <w:tc>
          <w:tcPr>
            <w:tcW w:type="dxa" w:w="2160"/>
          </w:tcPr>
          <w:p>
            <w:r>
              <w:t>Nadia</w:t>
            </w:r>
          </w:p>
        </w:tc>
        <w:tc>
          <w:tcPr>
            <w:tcW w:type="dxa" w:w="2160"/>
          </w:tcPr>
          <w:p>
            <w:r>
              <w:t>66</w:t>
            </w:r>
          </w:p>
        </w:tc>
        <w:tc>
          <w:tcPr>
            <w:tcW w:type="dxa" w:w="2160"/>
          </w:tcPr>
          <w:p>
            <w:r>
              <w:t>70</w:t>
            </w:r>
          </w:p>
        </w:tc>
      </w:tr>
      <w:tr>
        <w:tc>
          <w:tcPr>
            <w:tcW w:type="dxa" w:w="2160"/>
          </w:tcPr>
          <w:p>
            <w:r>
              <w:t>Mamani Torrez</w:t>
            </w:r>
          </w:p>
        </w:tc>
        <w:tc>
          <w:tcPr>
            <w:tcW w:type="dxa" w:w="2160"/>
          </w:tcPr>
          <w:p>
            <w:r>
              <w:t>Yovana</w:t>
            </w:r>
          </w:p>
        </w:tc>
        <w:tc>
          <w:tcPr>
            <w:tcW w:type="dxa" w:w="2160"/>
          </w:tcPr>
          <w:p>
            <w:r>
              <w:t>50</w:t>
            </w:r>
          </w:p>
        </w:tc>
        <w:tc>
          <w:tcPr>
            <w:tcW w:type="dxa" w:w="2160"/>
          </w:tcPr>
          <w:p>
            <w:r>
              <w:t>40</w:t>
            </w:r>
          </w:p>
        </w:tc>
      </w:tr>
      <w:tr>
        <w:tc>
          <w:tcPr>
            <w:tcW w:type="dxa" w:w="2160"/>
          </w:tcPr>
          <w:p>
            <w:r>
              <w:t>Mita</w:t>
            </w:r>
          </w:p>
        </w:tc>
        <w:tc>
          <w:tcPr>
            <w:tcW w:type="dxa" w:w="2160"/>
          </w:tcPr>
          <w:p>
            <w:r>
              <w:t>Catalin</w:t>
            </w:r>
          </w:p>
        </w:tc>
        <w:tc>
          <w:tcPr>
            <w:tcW w:type="dxa" w:w="2160"/>
          </w:tcPr>
          <w:p>
            <w:r>
              <w:t>47</w:t>
            </w:r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>
              <w:t>Njie</w:t>
            </w:r>
          </w:p>
        </w:tc>
        <w:tc>
          <w:tcPr>
            <w:tcW w:type="dxa" w:w="2160"/>
          </w:tcPr>
          <w:p>
            <w:r>
              <w:t>Ebrima</w:t>
            </w:r>
          </w:p>
        </w:tc>
        <w:tc>
          <w:tcPr>
            <w:tcW w:type="dxa" w:w="2160"/>
          </w:tcPr>
          <w:p>
            <w:r>
              <w:t>62</w:t>
            </w:r>
          </w:p>
        </w:tc>
        <w:tc>
          <w:tcPr>
            <w:tcW w:type="dxa" w:w="2160"/>
          </w:tcPr>
          <w:p>
            <w:r>
              <w:t>60</w:t>
            </w:r>
          </w:p>
        </w:tc>
      </w:tr>
      <w:tr>
        <w:tc>
          <w:tcPr>
            <w:tcW w:type="dxa" w:w="2160"/>
          </w:tcPr>
          <w:p>
            <w:r>
              <w:t>Nomba</w:t>
            </w:r>
          </w:p>
        </w:tc>
        <w:tc>
          <w:tcPr>
            <w:tcW w:type="dxa" w:w="2160"/>
          </w:tcPr>
          <w:p>
            <w:r>
              <w:t>Richard</w:t>
            </w:r>
          </w:p>
        </w:tc>
        <w:tc>
          <w:tcPr>
            <w:tcW w:type="dxa" w:w="2160"/>
          </w:tcPr>
          <w:p>
            <w:r>
              <w:t>62</w:t>
            </w:r>
          </w:p>
        </w:tc>
        <w:tc>
          <w:tcPr>
            <w:tcW w:type="dxa" w:w="2160"/>
          </w:tcPr>
          <w:p>
            <w:r>
              <w:t>50</w:t>
            </w:r>
          </w:p>
        </w:tc>
      </w:tr>
      <w:tr>
        <w:tc>
          <w:tcPr>
            <w:tcW w:type="dxa" w:w="2160"/>
          </w:tcPr>
          <w:p>
            <w:r>
              <w:t>Omoare</w:t>
            </w:r>
          </w:p>
        </w:tc>
        <w:tc>
          <w:tcPr>
            <w:tcW w:type="dxa" w:w="2160"/>
          </w:tcPr>
          <w:p>
            <w:r>
              <w:t>Oladele</w:t>
            </w:r>
          </w:p>
        </w:tc>
        <w:tc>
          <w:tcPr>
            <w:tcW w:type="dxa" w:w="2160"/>
          </w:tcPr>
          <w:p>
            <w:r>
              <w:t>60</w:t>
            </w:r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>
              <w:t>Osiptsova</w:t>
            </w:r>
          </w:p>
        </w:tc>
        <w:tc>
          <w:tcPr>
            <w:tcW w:type="dxa" w:w="2160"/>
          </w:tcPr>
          <w:p>
            <w:r>
              <w:t>Svitlana</w:t>
            </w:r>
          </w:p>
        </w:tc>
        <w:tc>
          <w:tcPr>
            <w:tcW w:type="dxa" w:w="2160"/>
          </w:tcPr>
          <w:p>
            <w:r>
              <w:t>80</w:t>
            </w:r>
          </w:p>
        </w:tc>
        <w:tc>
          <w:tcPr>
            <w:tcW w:type="dxa" w:w="2160"/>
          </w:tcPr>
          <w:p>
            <w:r>
              <w:t>65</w:t>
            </w:r>
          </w:p>
        </w:tc>
      </w:tr>
      <w:tr>
        <w:tc>
          <w:tcPr>
            <w:tcW w:type="dxa" w:w="2160"/>
          </w:tcPr>
          <w:p>
            <w:r>
              <w:t>Pintilie</w:t>
            </w:r>
          </w:p>
        </w:tc>
        <w:tc>
          <w:tcPr>
            <w:tcW w:type="dxa" w:w="2160"/>
          </w:tcPr>
          <w:p>
            <w:r>
              <w:t>Elena Diana</w:t>
            </w:r>
          </w:p>
        </w:tc>
        <w:tc>
          <w:tcPr>
            <w:tcW w:type="dxa" w:w="2160"/>
          </w:tcPr>
          <w:p>
            <w:r>
              <w:t>75</w:t>
            </w:r>
          </w:p>
        </w:tc>
        <w:tc>
          <w:tcPr>
            <w:tcW w:type="dxa" w:w="2160"/>
          </w:tcPr>
          <w:p>
            <w:r>
              <w:t>76</w:t>
            </w:r>
          </w:p>
        </w:tc>
      </w:tr>
      <w:tr>
        <w:tc>
          <w:tcPr>
            <w:tcW w:type="dxa" w:w="2160"/>
          </w:tcPr>
          <w:p>
            <w:r>
              <w:t>Rebova</w:t>
            </w:r>
          </w:p>
        </w:tc>
        <w:tc>
          <w:tcPr>
            <w:tcW w:type="dxa" w:w="2160"/>
          </w:tcPr>
          <w:p>
            <w:r>
              <w:t>Denisa</w:t>
            </w:r>
          </w:p>
        </w:tc>
        <w:tc>
          <w:tcPr>
            <w:tcW w:type="dxa" w:w="2160"/>
          </w:tcPr>
          <w:p>
            <w:r>
              <w:t>40</w:t>
            </w:r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>
              <w:t>Saho Saho</w:t>
            </w:r>
          </w:p>
        </w:tc>
        <w:tc>
          <w:tcPr>
            <w:tcW w:type="dxa" w:w="2160"/>
          </w:tcPr>
          <w:p>
            <w:r>
              <w:t>Aisa</w:t>
            </w:r>
          </w:p>
        </w:tc>
        <w:tc>
          <w:tcPr>
            <w:tcW w:type="dxa" w:w="2160"/>
          </w:tcPr>
          <w:p>
            <w:r>
              <w:t>77</w:t>
            </w:r>
          </w:p>
        </w:tc>
        <w:tc>
          <w:tcPr>
            <w:tcW w:type="dxa" w:w="2160"/>
          </w:tcPr>
          <w:p>
            <w:r>
              <w:t>60</w:t>
            </w:r>
          </w:p>
        </w:tc>
      </w:tr>
      <w:tr>
        <w:tc>
          <w:tcPr>
            <w:tcW w:type="dxa" w:w="2160"/>
          </w:tcPr>
          <w:p>
            <w:r>
              <w:t>Service</w:t>
            </w:r>
          </w:p>
        </w:tc>
        <w:tc>
          <w:tcPr>
            <w:tcW w:type="dxa" w:w="2160"/>
          </w:tcPr>
          <w:p>
            <w:r>
              <w:t>Nic</w:t>
            </w:r>
          </w:p>
        </w:tc>
        <w:tc>
          <w:tcPr>
            <w:tcW w:type="dxa" w:w="2160"/>
          </w:tcPr>
          <w:p>
            <w:r>
              <w:t>55</w:t>
            </w:r>
          </w:p>
        </w:tc>
        <w:tc>
          <w:tcPr>
            <w:tcW w:type="dxa" w:w="2160"/>
          </w:tcPr>
          <w:p>
            <w:r>
              <w:t>62</w:t>
            </w:r>
          </w:p>
        </w:tc>
      </w:tr>
      <w:tr>
        <w:tc>
          <w:tcPr>
            <w:tcW w:type="dxa" w:w="2160"/>
          </w:tcPr>
          <w:p>
            <w:r>
              <w:t>Strachan</w:t>
            </w:r>
          </w:p>
        </w:tc>
        <w:tc>
          <w:tcPr>
            <w:tcW w:type="dxa" w:w="2160"/>
          </w:tcPr>
          <w:p>
            <w:r>
              <w:t>Kumari</w:t>
            </w:r>
          </w:p>
        </w:tc>
        <w:tc>
          <w:tcPr>
            <w:tcW w:type="dxa" w:w="2160"/>
          </w:tcPr>
          <w:p>
            <w:r>
              <w:t>58</w:t>
            </w:r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>
              <w:t>Tjipanga</w:t>
            </w:r>
          </w:p>
        </w:tc>
        <w:tc>
          <w:tcPr>
            <w:tcW w:type="dxa" w:w="2160"/>
          </w:tcPr>
          <w:p>
            <w:r>
              <w:t>Susanna</w:t>
            </w:r>
          </w:p>
        </w:tc>
        <w:tc>
          <w:tcPr>
            <w:tcW w:type="dxa" w:w="2160"/>
          </w:tcPr>
          <w:p>
            <w:r>
              <w:t>58</w:t>
            </w:r>
          </w:p>
        </w:tc>
        <w:tc>
          <w:tcPr>
            <w:tcW w:type="dxa" w:w="2160"/>
          </w:tcPr>
          <w:p>
            <w:r>
              <w:t>45</w:t>
            </w:r>
          </w:p>
        </w:tc>
      </w:tr>
      <w:tr>
        <w:tc>
          <w:tcPr>
            <w:tcW w:type="dxa" w:w="2160"/>
          </w:tcPr>
          <w:p>
            <w:r>
              <w:t>Tuliova</w:t>
            </w:r>
          </w:p>
        </w:tc>
        <w:tc>
          <w:tcPr>
            <w:tcW w:type="dxa" w:w="2160"/>
          </w:tcPr>
          <w:p>
            <w:r>
              <w:t>Vanesa</w:t>
            </w:r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>
              <w:t>40</w:t>
            </w:r>
          </w:p>
        </w:tc>
      </w:tr>
      <w:tr>
        <w:tc>
          <w:tcPr>
            <w:tcW w:type="dxa" w:w="2160"/>
          </w:tcPr>
          <w:p>
            <w:r>
              <w:t>Tutuianu</w:t>
            </w:r>
          </w:p>
        </w:tc>
        <w:tc>
          <w:tcPr>
            <w:tcW w:type="dxa" w:w="2160"/>
          </w:tcPr>
          <w:p>
            <w:r>
              <w:t>Andrei</w:t>
            </w:r>
          </w:p>
        </w:tc>
        <w:tc>
          <w:tcPr>
            <w:tcW w:type="dxa" w:w="2160"/>
          </w:tcPr>
          <w:p>
            <w:r>
              <w:t>50</w:t>
            </w:r>
          </w:p>
        </w:tc>
        <w:tc>
          <w:tcPr>
            <w:tcW w:type="dxa" w:w="2160"/>
          </w:tcPr>
          <w:p>
            <w:r>
              <w:t>40</w:t>
            </w:r>
          </w:p>
        </w:tc>
      </w:tr>
      <w:tr>
        <w:tc>
          <w:tcPr>
            <w:tcW w:type="dxa" w:w="2160"/>
          </w:tcPr>
          <w:p>
            <w:r>
              <w:t>Utrata</w:t>
            </w:r>
          </w:p>
        </w:tc>
        <w:tc>
          <w:tcPr>
            <w:tcW w:type="dxa" w:w="2160"/>
          </w:tcPr>
          <w:p>
            <w:r>
              <w:t>Aneta</w:t>
            </w:r>
          </w:p>
        </w:tc>
        <w:tc>
          <w:tcPr>
            <w:tcW w:type="dxa" w:w="2160"/>
          </w:tcPr>
          <w:p>
            <w:r>
              <w:t>70</w:t>
            </w:r>
          </w:p>
        </w:tc>
        <w:tc>
          <w:tcPr>
            <w:tcW w:type="dxa" w:w="2160"/>
          </w:tcPr>
          <w:p>
            <w:r>
              <w:t>50</w:t>
            </w:r>
          </w:p>
        </w:tc>
      </w:tr>
    </w:tbl>
    <w:p/>
    <w:p>
      <w:r>
        <w:t>Carmarthen (Ryan, Sally, Menna)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Last name</w:t>
            </w:r>
          </w:p>
        </w:tc>
        <w:tc>
          <w:tcPr>
            <w:tcW w:type="dxa" w:w="2160"/>
          </w:tcPr>
          <w:p>
            <w:r>
              <w:t>First name</w:t>
            </w:r>
          </w:p>
        </w:tc>
        <w:tc>
          <w:tcPr>
            <w:tcW w:type="dxa" w:w="2160"/>
          </w:tcPr>
          <w:p>
            <w:r>
              <w:t>Assignment 1 (%)</w:t>
            </w:r>
          </w:p>
        </w:tc>
        <w:tc>
          <w:tcPr>
            <w:tcW w:type="dxa" w:w="2160"/>
          </w:tcPr>
          <w:p>
            <w:r>
              <w:t>Assignment 2 (%)</w:t>
            </w:r>
          </w:p>
        </w:tc>
      </w:tr>
      <w:tr>
        <w:tc>
          <w:tcPr>
            <w:tcW w:type="dxa" w:w="2160"/>
          </w:tcPr>
          <w:p>
            <w:r>
              <w:t>Davies</w:t>
            </w:r>
          </w:p>
        </w:tc>
        <w:tc>
          <w:tcPr>
            <w:tcW w:type="dxa" w:w="2160"/>
          </w:tcPr>
          <w:p>
            <w:r>
              <w:t>Menna</w:t>
            </w:r>
          </w:p>
        </w:tc>
        <w:tc>
          <w:tcPr>
            <w:tcW w:type="dxa" w:w="2160"/>
          </w:tcPr>
          <w:p>
            <w:r>
              <w:t>78</w:t>
            </w:r>
          </w:p>
        </w:tc>
        <w:tc>
          <w:tcPr>
            <w:tcW w:type="dxa" w:w="2160"/>
          </w:tcPr>
          <w:p>
            <w:r>
              <w:t>70</w:t>
            </w:r>
          </w:p>
        </w:tc>
      </w:tr>
      <w:tr>
        <w:tc>
          <w:tcPr>
            <w:tcW w:type="dxa" w:w="2160"/>
          </w:tcPr>
          <w:p>
            <w:r>
              <w:t>James</w:t>
            </w:r>
          </w:p>
        </w:tc>
        <w:tc>
          <w:tcPr>
            <w:tcW w:type="dxa" w:w="2160"/>
          </w:tcPr>
          <w:p>
            <w:r>
              <w:t>Sally</w:t>
            </w:r>
          </w:p>
        </w:tc>
        <w:tc>
          <w:tcPr>
            <w:tcW w:type="dxa" w:w="2160"/>
          </w:tcPr>
          <w:p>
            <w:r>
              <w:t>82</w:t>
            </w:r>
          </w:p>
        </w:tc>
        <w:tc>
          <w:tcPr>
            <w:tcW w:type="dxa" w:w="2160"/>
          </w:tcPr>
          <w:p>
            <w:r>
              <w:t>70</w:t>
            </w:r>
          </w:p>
        </w:tc>
      </w:tr>
      <w:tr>
        <w:tc>
          <w:tcPr>
            <w:tcW w:type="dxa" w:w="2160"/>
          </w:tcPr>
          <w:p>
            <w:r>
              <w:t>Maynard</w:t>
            </w:r>
          </w:p>
        </w:tc>
        <w:tc>
          <w:tcPr>
            <w:tcW w:type="dxa" w:w="2160"/>
          </w:tcPr>
          <w:p>
            <w:r>
              <w:t>Ryan</w:t>
            </w:r>
          </w:p>
        </w:tc>
        <w:tc>
          <w:tcPr>
            <w:tcW w:type="dxa" w:w="2160"/>
          </w:tcPr>
          <w:p>
            <w:r>
              <w:t>80</w:t>
            </w:r>
          </w:p>
        </w:tc>
        <w:tc>
          <w:tcPr>
            <w:tcW w:type="dxa" w:w="2160"/>
          </w:tcPr>
          <w:p>
            <w:r>
              <w:t>76</w:t>
            </w:r>
          </w:p>
        </w:tc>
      </w:tr>
    </w:tbl>
    <w:p/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