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8B79B" w14:textId="7B74A162" w:rsidR="00B015C4" w:rsidRPr="0081135D" w:rsidRDefault="00A915C8">
      <w:pPr>
        <w:pStyle w:val="Title"/>
        <w:jc w:val="center"/>
        <w:rPr>
          <w:rFonts w:cstheme="majorHAnsi"/>
        </w:rPr>
      </w:pPr>
      <w:r>
        <w:rPr>
          <w:rFonts w:cstheme="majorHAnsi"/>
          <w:color w:val="006699"/>
          <w:sz w:val="44"/>
        </w:rPr>
        <w:t xml:space="preserve">ASSESSMENT </w:t>
      </w:r>
      <w:r w:rsidR="000D7596">
        <w:rPr>
          <w:rFonts w:cstheme="majorHAnsi"/>
          <w:color w:val="006699"/>
          <w:sz w:val="44"/>
        </w:rPr>
        <w:t>CHECK-IN</w:t>
      </w:r>
      <w:r w:rsidR="00772B06" w:rsidRPr="0081135D">
        <w:rPr>
          <w:rFonts w:cstheme="majorHAnsi"/>
          <w:color w:val="006699"/>
          <w:sz w:val="44"/>
        </w:rPr>
        <w:t xml:space="preserve"> &amp; ACTION PLANNING</w:t>
      </w:r>
    </w:p>
    <w:p w14:paraId="69D887BA" w14:textId="77777777" w:rsidR="00B015C4" w:rsidRPr="0081135D" w:rsidRDefault="00772B06">
      <w:pPr>
        <w:jc w:val="center"/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sz w:val="24"/>
        </w:rPr>
        <w:t>What's Left to Do &amp; What Do You Need?</w:t>
      </w:r>
    </w:p>
    <w:p w14:paraId="23462D31" w14:textId="4B77A802" w:rsidR="00B015C4" w:rsidRPr="0081135D" w:rsidRDefault="00772B06">
      <w:pPr>
        <w:pStyle w:val="Heading1"/>
        <w:rPr>
          <w:rFonts w:cstheme="majorHAnsi"/>
        </w:rPr>
      </w:pPr>
      <w:r w:rsidRPr="0081135D">
        <w:rPr>
          <w:rFonts w:cstheme="majorHAnsi"/>
          <w:color w:val="006699"/>
        </w:rPr>
        <w:t>INSTRUCTIONS</w:t>
      </w:r>
    </w:p>
    <w:p w14:paraId="56408372" w14:textId="1F69A5A6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Work through each section honestly. </w:t>
      </w:r>
      <w:r w:rsidRPr="0081135D">
        <w:rPr>
          <w:rFonts w:asciiTheme="majorHAnsi" w:hAnsiTheme="majorHAnsi" w:cstheme="majorHAnsi"/>
        </w:rPr>
        <w:t>This creates YOUR personali</w:t>
      </w:r>
      <w:r w:rsidR="0081135D" w:rsidRPr="0081135D">
        <w:rPr>
          <w:rFonts w:asciiTheme="majorHAnsi" w:hAnsiTheme="majorHAnsi" w:cstheme="majorHAnsi"/>
        </w:rPr>
        <w:t>s</w:t>
      </w:r>
      <w:r w:rsidRPr="0081135D">
        <w:rPr>
          <w:rFonts w:asciiTheme="majorHAnsi" w:hAnsiTheme="majorHAnsi" w:cstheme="majorHAnsi"/>
        </w:rPr>
        <w:t>ed action plan for finishing the term strong. You'll have time to work individually, then discuss with a partner.</w:t>
      </w:r>
    </w:p>
    <w:p w14:paraId="7ED0C622" w14:textId="77777777" w:rsidR="00B015C4" w:rsidRPr="0081135D" w:rsidRDefault="00772B06">
      <w:pPr>
        <w:pStyle w:val="Heading1"/>
        <w:rPr>
          <w:rFonts w:cstheme="majorHAnsi"/>
        </w:rPr>
      </w:pPr>
      <w:r w:rsidRPr="0081135D">
        <w:rPr>
          <w:rFonts w:cstheme="majorHAnsi"/>
          <w:color w:val="CC0000"/>
        </w:rPr>
        <w:t>SECTION 1: WHAT'S STILL LEFT TO DO?</w:t>
      </w:r>
    </w:p>
    <w:p w14:paraId="2A4DFD57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Purpose: </w:t>
      </w:r>
      <w:r w:rsidRPr="0081135D">
        <w:rPr>
          <w:rFonts w:asciiTheme="majorHAnsi" w:hAnsiTheme="majorHAnsi" w:cstheme="majorHAnsi"/>
        </w:rPr>
        <w:t>Get crystal clear on remaining work and deadlines</w:t>
      </w:r>
    </w:p>
    <w:p w14:paraId="0CFCB72B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560BA7D0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A) List ALL Remaining Assessments: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6"/>
        <w:gridCol w:w="2016"/>
      </w:tblGrid>
      <w:tr w:rsidR="00B015C4" w:rsidRPr="0081135D" w14:paraId="23604A99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D6EAF8"/>
          </w:tcPr>
          <w:p w14:paraId="1831C370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18"/>
              </w:rPr>
              <w:t>Module</w:t>
            </w:r>
          </w:p>
        </w:tc>
        <w:tc>
          <w:tcPr>
            <w:tcW w:w="2016" w:type="dxa"/>
            <w:shd w:val="clear" w:color="auto" w:fill="D6EAF8"/>
          </w:tcPr>
          <w:p w14:paraId="4823503E" w14:textId="77777777" w:rsidR="00B015C4" w:rsidRPr="0081135D" w:rsidRDefault="00772B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  <w:sz w:val="18"/>
              </w:rPr>
              <w:t>Assessment Type</w:t>
            </w:r>
          </w:p>
        </w:tc>
        <w:tc>
          <w:tcPr>
            <w:tcW w:w="2016" w:type="dxa"/>
            <w:shd w:val="clear" w:color="auto" w:fill="D6EAF8"/>
          </w:tcPr>
          <w:p w14:paraId="0DCA28FA" w14:textId="77777777" w:rsidR="00B015C4" w:rsidRPr="0081135D" w:rsidRDefault="00772B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  <w:sz w:val="18"/>
              </w:rPr>
              <w:t>Deadline</w:t>
            </w:r>
          </w:p>
        </w:tc>
        <w:tc>
          <w:tcPr>
            <w:tcW w:w="2016" w:type="dxa"/>
            <w:shd w:val="clear" w:color="auto" w:fill="D6EAF8"/>
          </w:tcPr>
          <w:p w14:paraId="1F92B91E" w14:textId="77777777" w:rsidR="00B015C4" w:rsidRPr="0081135D" w:rsidRDefault="00772B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  <w:sz w:val="18"/>
              </w:rPr>
              <w:t>Current Status</w:t>
            </w:r>
          </w:p>
        </w:tc>
        <w:tc>
          <w:tcPr>
            <w:tcW w:w="2016" w:type="dxa"/>
            <w:shd w:val="clear" w:color="auto" w:fill="D6EAF8"/>
          </w:tcPr>
          <w:p w14:paraId="5AD47383" w14:textId="77777777" w:rsidR="00B015C4" w:rsidRPr="0081135D" w:rsidRDefault="00772B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  <w:sz w:val="18"/>
              </w:rPr>
              <w:t>Next Concrete Step</w:t>
            </w:r>
          </w:p>
        </w:tc>
      </w:tr>
      <w:tr w:rsidR="00B015C4" w:rsidRPr="0081135D" w14:paraId="692EB5D2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01A9989" w14:textId="51B72EBD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</w:rPr>
              <w:t xml:space="preserve">e.g., </w:t>
            </w:r>
            <w:r w:rsidR="0081135D" w:rsidRPr="0081135D">
              <w:rPr>
                <w:rFonts w:cstheme="majorHAnsi"/>
              </w:rPr>
              <w:t>LCLM</w:t>
            </w:r>
            <w:r w:rsidR="00425943">
              <w:rPr>
                <w:rFonts w:cstheme="majorHAnsi"/>
              </w:rPr>
              <w:t>5</w:t>
            </w:r>
            <w:r w:rsidR="0081135D" w:rsidRPr="0081135D">
              <w:rPr>
                <w:rFonts w:cstheme="majorHAnsi"/>
              </w:rPr>
              <w:t>005</w:t>
            </w:r>
          </w:p>
        </w:tc>
        <w:tc>
          <w:tcPr>
            <w:tcW w:w="2016" w:type="dxa"/>
          </w:tcPr>
          <w:p w14:paraId="57810152" w14:textId="77777777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</w:rPr>
              <w:t>Essay</w:t>
            </w:r>
          </w:p>
        </w:tc>
        <w:tc>
          <w:tcPr>
            <w:tcW w:w="2016" w:type="dxa"/>
          </w:tcPr>
          <w:p w14:paraId="0B1C9DDB" w14:textId="71E0443A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</w:rPr>
              <w:t xml:space="preserve">15 </w:t>
            </w:r>
            <w:r w:rsidR="0081135D" w:rsidRPr="0081135D">
              <w:rPr>
                <w:rFonts w:asciiTheme="majorHAnsi" w:hAnsiTheme="majorHAnsi" w:cstheme="majorHAnsi"/>
              </w:rPr>
              <w:t>May</w:t>
            </w:r>
          </w:p>
        </w:tc>
        <w:tc>
          <w:tcPr>
            <w:tcW w:w="2016" w:type="dxa"/>
          </w:tcPr>
          <w:p w14:paraId="63E07FB9" w14:textId="77777777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</w:rPr>
              <w:t>Drafted intro</w:t>
            </w:r>
          </w:p>
        </w:tc>
        <w:tc>
          <w:tcPr>
            <w:tcW w:w="2016" w:type="dxa"/>
          </w:tcPr>
          <w:p w14:paraId="3690B9A5" w14:textId="77777777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</w:rPr>
              <w:t>Add 2 sources, edit conclusion</w:t>
            </w:r>
          </w:p>
        </w:tc>
      </w:tr>
      <w:tr w:rsidR="00B015C4" w:rsidRPr="0081135D" w14:paraId="00ED3CB5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002330C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2F6D3392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B602436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259D9A1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4BFE96D5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51FC270A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283E8F46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030B27A8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5DFD11FD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50A7F0B7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55CA6E73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5FA14334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51728EBC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32DAB5EA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B818FE7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47A45BF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61D26609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214A284F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489C1D39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2819ECCC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59E26D4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1F4448E4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19AD1D4F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02E02333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34F9128D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5249795F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67C21CA8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1CD24F7F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4B407548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68D2FFB0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6BB31F69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51C8EEB7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247ABEB8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13F36353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7B362FC1" w14:textId="77777777" w:rsidR="00B015C4" w:rsidRPr="0081135D" w:rsidRDefault="00B01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0F95062F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</w:tcPr>
          <w:p w14:paraId="01A7F775" w14:textId="77777777" w:rsidR="00B015C4" w:rsidRPr="0081135D" w:rsidRDefault="00B015C4">
            <w:pPr>
              <w:rPr>
                <w:rFonts w:cstheme="majorHAnsi"/>
              </w:rPr>
            </w:pPr>
          </w:p>
        </w:tc>
        <w:tc>
          <w:tcPr>
            <w:tcW w:w="2016" w:type="dxa"/>
          </w:tcPr>
          <w:p w14:paraId="23CCE1ED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06041133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6514972C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  <w:tc>
          <w:tcPr>
            <w:tcW w:w="2016" w:type="dxa"/>
          </w:tcPr>
          <w:p w14:paraId="61F859AC" w14:textId="77777777" w:rsidR="00B015C4" w:rsidRPr="0081135D" w:rsidRDefault="00B015C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</w:tbl>
    <w:p w14:paraId="631B05B9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1EB78372" w14:textId="5D6BEF82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B) Prioriti</w:t>
      </w:r>
      <w:r w:rsidR="0081135D" w:rsidRPr="0081135D">
        <w:rPr>
          <w:rFonts w:cstheme="majorHAnsi"/>
          <w:color w:val="006699"/>
          <w:sz w:val="24"/>
        </w:rPr>
        <w:t>s</w:t>
      </w:r>
      <w:r w:rsidRPr="0081135D">
        <w:rPr>
          <w:rFonts w:cstheme="majorHAnsi"/>
          <w:color w:val="006699"/>
          <w:sz w:val="24"/>
        </w:rPr>
        <w:t>ation:</w:t>
      </w:r>
    </w:p>
    <w:p w14:paraId="013A5BD9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Which assessment is DUE FIRST?</w:t>
      </w:r>
    </w:p>
    <w:p w14:paraId="36E2467C" w14:textId="0E303D8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21B6D4CC" w14:textId="6BB48CD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7E0E5B90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7DBB221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Which assessment is causing you the MOST stress? Why?</w:t>
      </w:r>
    </w:p>
    <w:p w14:paraId="124D578F" w14:textId="088B6A60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3C24CBF0" w14:textId="677C91C1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6AB0787F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F0B96D4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Which assessment do you feel MOST behind on?</w:t>
      </w:r>
    </w:p>
    <w:p w14:paraId="4AA5EBB4" w14:textId="30F091C0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A502411" w14:textId="1814372A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7C46186D" w14:textId="6D0ABD71" w:rsidR="00B015C4" w:rsidRPr="0081135D" w:rsidRDefault="00772B06" w:rsidP="0081135D">
      <w:pPr>
        <w:pStyle w:val="Heading1"/>
        <w:rPr>
          <w:rFonts w:cstheme="majorHAnsi"/>
          <w:color w:val="CC0000"/>
        </w:rPr>
      </w:pPr>
      <w:r w:rsidRPr="0081135D">
        <w:rPr>
          <w:rFonts w:cstheme="majorHAnsi"/>
          <w:color w:val="CC0000"/>
        </w:rPr>
        <w:lastRenderedPageBreak/>
        <w:t>SECTION 2: WHERE ARE YOU STUCK?</w:t>
      </w:r>
    </w:p>
    <w:p w14:paraId="28240D21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Purpose: </w:t>
      </w:r>
      <w:r w:rsidRPr="0081135D">
        <w:rPr>
          <w:rFonts w:asciiTheme="majorHAnsi" w:hAnsiTheme="majorHAnsi" w:cstheme="majorHAnsi"/>
        </w:rPr>
        <w:t>Identify specific challenges and find solutions</w:t>
      </w:r>
    </w:p>
    <w:p w14:paraId="64D2C28E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A) Academic Challenges:</w:t>
      </w:r>
    </w:p>
    <w:p w14:paraId="047EAA90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</w:rPr>
        <w:t>Tick any that apply to you right now: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B015C4" w:rsidRPr="0081135D" w14:paraId="5343FE5F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70DE9C5E" w14:textId="7C7B0B53" w:rsidR="00B015C4" w:rsidRPr="0081135D" w:rsidRDefault="00B015C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40" w:type="dxa"/>
          </w:tcPr>
          <w:p w14:paraId="2721B5B1" w14:textId="67890777" w:rsidR="00B015C4" w:rsidRPr="0081135D" w:rsidRDefault="00B015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81135D" w14:paraId="36C0A34C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72826FC1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Understanding difficult concepts/theories</w:t>
            </w:r>
          </w:p>
        </w:tc>
        <w:tc>
          <w:tcPr>
            <w:tcW w:w="5040" w:type="dxa"/>
          </w:tcPr>
          <w:p w14:paraId="110638E0" w14:textId="3EA3C887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="0081296A">
              <w:rPr>
                <w:rFonts w:asciiTheme="majorHAnsi" w:hAnsiTheme="majorHAnsi" w:cstheme="majorHAnsi"/>
              </w:rPr>
              <w:t xml:space="preserve">Assessment </w:t>
            </w:r>
            <w:r w:rsidRPr="0081135D">
              <w:rPr>
                <w:rFonts w:asciiTheme="majorHAnsi" w:hAnsiTheme="majorHAnsi" w:cstheme="majorHAnsi"/>
              </w:rPr>
              <w:t>preparation and revision</w:t>
            </w:r>
          </w:p>
        </w:tc>
      </w:tr>
      <w:tr w:rsidR="00B015C4" w:rsidRPr="0081135D" w14:paraId="7DCB8D4B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17455DBF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Structuring essays/reports</w:t>
            </w:r>
          </w:p>
        </w:tc>
        <w:tc>
          <w:tcPr>
            <w:tcW w:w="5040" w:type="dxa"/>
          </w:tcPr>
          <w:p w14:paraId="5B2A38A2" w14:textId="77777777" w:rsidR="00B015C4" w:rsidRPr="0081135D" w:rsidRDefault="00772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>Managing stress and anxiety</w:t>
            </w:r>
          </w:p>
        </w:tc>
      </w:tr>
      <w:tr w:rsidR="00B015C4" w:rsidRPr="0081135D" w14:paraId="1250E6B1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04F86C69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Writing academically (style, tone)</w:t>
            </w:r>
          </w:p>
        </w:tc>
        <w:tc>
          <w:tcPr>
            <w:tcW w:w="5040" w:type="dxa"/>
          </w:tcPr>
          <w:p w14:paraId="4963BCDB" w14:textId="2BD256A9" w:rsidR="00B015C4" w:rsidRPr="0081135D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 xml:space="preserve">Balancing </w:t>
            </w:r>
            <w:r w:rsidR="00F212F8">
              <w:rPr>
                <w:rFonts w:asciiTheme="majorHAnsi" w:hAnsiTheme="majorHAnsi" w:cstheme="majorHAnsi"/>
              </w:rPr>
              <w:t xml:space="preserve">academic </w:t>
            </w:r>
            <w:r w:rsidRPr="0081135D">
              <w:rPr>
                <w:rFonts w:asciiTheme="majorHAnsi" w:hAnsiTheme="majorHAnsi" w:cstheme="majorHAnsi"/>
              </w:rPr>
              <w:t xml:space="preserve">workload </w:t>
            </w:r>
          </w:p>
        </w:tc>
      </w:tr>
      <w:tr w:rsidR="00B015C4" w:rsidRPr="0081135D" w14:paraId="44A1E360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44AED291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Referencing and avoiding plagiarism</w:t>
            </w:r>
          </w:p>
        </w:tc>
        <w:tc>
          <w:tcPr>
            <w:tcW w:w="5040" w:type="dxa"/>
          </w:tcPr>
          <w:p w14:paraId="01D0DC59" w14:textId="3E47B490" w:rsidR="00B015C4" w:rsidRPr="0081135D" w:rsidRDefault="00F212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>Understanding what's expected</w:t>
            </w:r>
          </w:p>
        </w:tc>
      </w:tr>
      <w:tr w:rsidR="00B015C4" w:rsidRPr="0081135D" w14:paraId="5B1B270F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119CB7B1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Critical analysis and evaluation</w:t>
            </w:r>
          </w:p>
        </w:tc>
        <w:tc>
          <w:tcPr>
            <w:tcW w:w="5040" w:type="dxa"/>
          </w:tcPr>
          <w:p w14:paraId="443FB54D" w14:textId="54A66379" w:rsidR="00B015C4" w:rsidRPr="0081135D" w:rsidRDefault="00F212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>Finding credible sources</w:t>
            </w:r>
          </w:p>
        </w:tc>
      </w:tr>
      <w:tr w:rsidR="00B015C4" w:rsidRPr="0081135D" w14:paraId="4CD8D9BF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3BB64D5B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Time management and planning</w:t>
            </w:r>
          </w:p>
        </w:tc>
        <w:tc>
          <w:tcPr>
            <w:tcW w:w="5040" w:type="dxa"/>
          </w:tcPr>
          <w:p w14:paraId="5BC26CE8" w14:textId="77777777" w:rsidR="00B015C4" w:rsidRPr="0081135D" w:rsidRDefault="00772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>Presentations/speaking</w:t>
            </w:r>
          </w:p>
        </w:tc>
      </w:tr>
      <w:tr w:rsidR="00B015C4" w:rsidRPr="0081135D" w14:paraId="6BE12530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36264995" w14:textId="77777777" w:rsidR="00B015C4" w:rsidRPr="0081135D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81135D">
              <w:rPr>
                <w:rFonts w:ascii="Segoe UI Symbol" w:hAnsi="Segoe UI Symbol" w:cs="Segoe UI Symbol"/>
                <w:b w:val="0"/>
                <w:bCs w:val="0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b w:val="0"/>
                <w:bCs w:val="0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  <w:b w:val="0"/>
                <w:bCs w:val="0"/>
              </w:rPr>
              <w:t>Staying motivated</w:t>
            </w:r>
          </w:p>
        </w:tc>
        <w:tc>
          <w:tcPr>
            <w:tcW w:w="5040" w:type="dxa"/>
          </w:tcPr>
          <w:p w14:paraId="75E1A0C2" w14:textId="79696EB5" w:rsidR="00B015C4" w:rsidRPr="0081135D" w:rsidRDefault="00F212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="Segoe UI Symbol" w:hAnsi="Segoe UI Symbol" w:cs="Segoe UI Symbol"/>
                <w:sz w:val="24"/>
              </w:rPr>
              <w:t>☐</w:t>
            </w:r>
            <w:r w:rsidRPr="0081135D">
              <w:rPr>
                <w:rFonts w:asciiTheme="majorHAnsi" w:hAnsiTheme="majorHAnsi" w:cstheme="majorHAnsi"/>
                <w:sz w:val="24"/>
              </w:rPr>
              <w:t xml:space="preserve"> </w:t>
            </w:r>
            <w:r w:rsidRPr="0081135D">
              <w:rPr>
                <w:rFonts w:asciiTheme="majorHAnsi" w:hAnsiTheme="majorHAnsi" w:cstheme="majorHAnsi"/>
              </w:rPr>
              <w:t>Other: _______________</w:t>
            </w:r>
          </w:p>
        </w:tc>
      </w:tr>
    </w:tbl>
    <w:p w14:paraId="605F8451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4B640D5D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B) Your #1 Challenge Right Now:</w:t>
      </w:r>
    </w:p>
    <w:p w14:paraId="58617EE0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 specifically is the challenge?</w:t>
      </w:r>
    </w:p>
    <w:p w14:paraId="2F4D4C44" w14:textId="64D42E70" w:rsidR="00B015C4" w:rsidRPr="0081135D" w:rsidRDefault="00772B06" w:rsidP="00525C5E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Be detailed: "I don't know how to </w:t>
      </w:r>
      <w:r w:rsidR="00895294">
        <w:rPr>
          <w:rFonts w:asciiTheme="majorHAnsi" w:hAnsiTheme="majorHAnsi" w:cstheme="majorHAnsi"/>
          <w:i/>
          <w:color w:val="666666"/>
          <w:sz w:val="18"/>
        </w:rPr>
        <w:t xml:space="preserve">go about </w:t>
      </w:r>
      <w:r w:rsidR="00525C5E">
        <w:rPr>
          <w:rFonts w:asciiTheme="majorHAnsi" w:hAnsiTheme="majorHAnsi" w:cstheme="majorHAnsi"/>
          <w:i/>
          <w:color w:val="666666"/>
          <w:sz w:val="18"/>
        </w:rPr>
        <w:t xml:space="preserve">preparing my </w:t>
      </w:r>
      <w:r w:rsidR="00525C5E" w:rsidRPr="00525C5E">
        <w:rPr>
          <w:rFonts w:asciiTheme="majorHAnsi" w:hAnsiTheme="majorHAnsi" w:cstheme="majorHAnsi"/>
          <w:b/>
          <w:bCs/>
          <w:i/>
          <w:color w:val="666666"/>
          <w:sz w:val="18"/>
        </w:rPr>
        <w:t>Project Management</w:t>
      </w: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 </w:t>
      </w:r>
      <w:r w:rsidR="00525C5E">
        <w:rPr>
          <w:rFonts w:asciiTheme="majorHAnsi" w:hAnsiTheme="majorHAnsi" w:cstheme="majorHAnsi"/>
          <w:i/>
          <w:color w:val="666666"/>
          <w:sz w:val="18"/>
        </w:rPr>
        <w:t>assessment</w:t>
      </w:r>
      <w:r w:rsidRPr="0081135D">
        <w:rPr>
          <w:rFonts w:asciiTheme="majorHAnsi" w:hAnsiTheme="majorHAnsi" w:cstheme="majorHAnsi"/>
          <w:i/>
          <w:color w:val="666666"/>
          <w:sz w:val="18"/>
        </w:rPr>
        <w:t>" not just "</w:t>
      </w:r>
      <w:r w:rsidR="00525C5E">
        <w:rPr>
          <w:rFonts w:asciiTheme="majorHAnsi" w:hAnsiTheme="majorHAnsi" w:cstheme="majorHAnsi"/>
          <w:i/>
          <w:color w:val="666666"/>
          <w:sz w:val="18"/>
        </w:rPr>
        <w:t>assessment prep</w:t>
      </w:r>
      <w:r w:rsidRPr="0081135D">
        <w:rPr>
          <w:rFonts w:asciiTheme="majorHAnsi" w:hAnsiTheme="majorHAnsi" w:cstheme="majorHAnsi"/>
          <w:i/>
          <w:color w:val="666666"/>
          <w:sz w:val="18"/>
        </w:rPr>
        <w:t>"</w:t>
      </w:r>
    </w:p>
    <w:p w14:paraId="43738DF7" w14:textId="56F4B19E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431A1E96" w14:textId="044EDEF5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105651D0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Why is this challenging for you?</w:t>
      </w:r>
    </w:p>
    <w:p w14:paraId="5A8D4225" w14:textId="6BF751F9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18"/>
        </w:rPr>
        <w:t>What makes this hard? Lack of knowledge</w:t>
      </w:r>
      <w:r w:rsidR="002A3D73">
        <w:rPr>
          <w:rFonts w:asciiTheme="majorHAnsi" w:hAnsiTheme="majorHAnsi" w:cstheme="majorHAnsi"/>
          <w:i/>
          <w:color w:val="666666"/>
          <w:sz w:val="18"/>
        </w:rPr>
        <w:t>/clarity</w:t>
      </w:r>
      <w:r w:rsidRPr="0081135D">
        <w:rPr>
          <w:rFonts w:asciiTheme="majorHAnsi" w:hAnsiTheme="majorHAnsi" w:cstheme="majorHAnsi"/>
          <w:i/>
          <w:color w:val="666666"/>
          <w:sz w:val="18"/>
        </w:rPr>
        <w:t>? Time? Confidence?</w:t>
      </w:r>
    </w:p>
    <w:p w14:paraId="782F7E5F" w14:textId="236ED5CA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1100928" w14:textId="6E0C6D4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729B3C06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 help/resources could address this?</w:t>
      </w:r>
    </w:p>
    <w:p w14:paraId="485A9C81" w14:textId="0C81E5DD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Be specific: </w:t>
      </w:r>
      <w:r w:rsidR="0081135D">
        <w:rPr>
          <w:rFonts w:asciiTheme="majorHAnsi" w:hAnsiTheme="majorHAnsi" w:cstheme="majorHAnsi"/>
          <w:i/>
          <w:color w:val="666666"/>
          <w:sz w:val="18"/>
        </w:rPr>
        <w:t>your lecturer’s</w:t>
      </w: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 </w:t>
      </w:r>
      <w:r w:rsidR="002A3D73">
        <w:rPr>
          <w:rFonts w:asciiTheme="majorHAnsi" w:hAnsiTheme="majorHAnsi" w:cstheme="majorHAnsi"/>
          <w:i/>
          <w:color w:val="666666"/>
          <w:sz w:val="18"/>
        </w:rPr>
        <w:t>feedback/guidance</w:t>
      </w: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, </w:t>
      </w:r>
      <w:r w:rsidR="0081135D">
        <w:rPr>
          <w:rFonts w:asciiTheme="majorHAnsi" w:hAnsiTheme="majorHAnsi" w:cstheme="majorHAnsi"/>
          <w:i/>
          <w:color w:val="666666"/>
          <w:sz w:val="18"/>
        </w:rPr>
        <w:t>academic support</w:t>
      </w:r>
      <w:r w:rsidRPr="0081135D">
        <w:rPr>
          <w:rFonts w:asciiTheme="majorHAnsi" w:hAnsiTheme="majorHAnsi" w:cstheme="majorHAnsi"/>
          <w:i/>
          <w:color w:val="666666"/>
          <w:sz w:val="18"/>
        </w:rPr>
        <w:t>, YouTube tutorial, study group, textbook chapter?</w:t>
      </w:r>
    </w:p>
    <w:p w14:paraId="5732D11C" w14:textId="6DC89D19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38D0D9E" w14:textId="443FA85D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13C0729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When will you get this help?</w:t>
      </w:r>
    </w:p>
    <w:p w14:paraId="06EB986C" w14:textId="4F3F1F2B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18"/>
        </w:rPr>
        <w:t xml:space="preserve">Specific day/time: "Tuesday 2pm </w:t>
      </w:r>
      <w:r w:rsidR="00EE7496">
        <w:rPr>
          <w:rFonts w:asciiTheme="majorHAnsi" w:hAnsiTheme="majorHAnsi" w:cstheme="majorHAnsi"/>
          <w:i/>
          <w:color w:val="666666"/>
          <w:sz w:val="18"/>
        </w:rPr>
        <w:t>in LH109</w:t>
      </w:r>
      <w:r w:rsidRPr="0081135D">
        <w:rPr>
          <w:rFonts w:asciiTheme="majorHAnsi" w:hAnsiTheme="majorHAnsi" w:cstheme="majorHAnsi"/>
          <w:i/>
          <w:color w:val="666666"/>
          <w:sz w:val="18"/>
        </w:rPr>
        <w:t>" not "sometime this week"</w:t>
      </w:r>
    </w:p>
    <w:p w14:paraId="174329A0" w14:textId="439B9A26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06A0900F" w14:textId="4375825D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8C33403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53AF4981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br w:type="page"/>
      </w:r>
    </w:p>
    <w:p w14:paraId="06A3C1B8" w14:textId="77777777" w:rsidR="00B015C4" w:rsidRPr="0081135D" w:rsidRDefault="00772B06">
      <w:pPr>
        <w:pStyle w:val="Heading1"/>
        <w:rPr>
          <w:rFonts w:cstheme="majorHAnsi"/>
        </w:rPr>
      </w:pPr>
      <w:r w:rsidRPr="0081135D">
        <w:rPr>
          <w:rFonts w:cstheme="majorHAnsi"/>
          <w:color w:val="CC0000"/>
        </w:rPr>
        <w:lastRenderedPageBreak/>
        <w:t>SECTION 3: SKILLS REALITY CHECK</w:t>
      </w:r>
    </w:p>
    <w:p w14:paraId="534B59E1" w14:textId="2546138A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Purpose: </w:t>
      </w:r>
      <w:r w:rsidRPr="0081135D">
        <w:rPr>
          <w:rFonts w:asciiTheme="majorHAnsi" w:hAnsiTheme="majorHAnsi" w:cstheme="majorHAnsi"/>
        </w:rPr>
        <w:t>Recogni</w:t>
      </w:r>
      <w:r w:rsidR="00EE7496">
        <w:rPr>
          <w:rFonts w:asciiTheme="majorHAnsi" w:hAnsiTheme="majorHAnsi" w:cstheme="majorHAnsi"/>
        </w:rPr>
        <w:t>s</w:t>
      </w:r>
      <w:r w:rsidRPr="0081135D">
        <w:rPr>
          <w:rFonts w:asciiTheme="majorHAnsi" w:hAnsiTheme="majorHAnsi" w:cstheme="majorHAnsi"/>
        </w:rPr>
        <w:t>e growth and identify development areas</w:t>
      </w:r>
    </w:p>
    <w:p w14:paraId="0CC3E2C2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51DEF408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A) Rate Your Confidence (1=Low, 5=High):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680"/>
        <w:gridCol w:w="1680"/>
        <w:gridCol w:w="1680"/>
        <w:gridCol w:w="1680"/>
        <w:gridCol w:w="1680"/>
        <w:gridCol w:w="1680"/>
      </w:tblGrid>
      <w:tr w:rsidR="00B015C4" w:rsidRPr="0081135D" w14:paraId="04AB0764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shd w:val="clear" w:color="auto" w:fill="D5F4E6"/>
          </w:tcPr>
          <w:p w14:paraId="7144C2A7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</w:rPr>
              <w:t>Skill</w:t>
            </w:r>
          </w:p>
        </w:tc>
        <w:tc>
          <w:tcPr>
            <w:tcW w:w="1680" w:type="dxa"/>
            <w:shd w:val="clear" w:color="auto" w:fill="D5F4E6"/>
          </w:tcPr>
          <w:p w14:paraId="75EC6226" w14:textId="77777777" w:rsidR="00B015C4" w:rsidRPr="0081135D" w:rsidRDefault="00772B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</w:rPr>
              <w:t>1</w:t>
            </w:r>
          </w:p>
        </w:tc>
        <w:tc>
          <w:tcPr>
            <w:tcW w:w="1680" w:type="dxa"/>
            <w:shd w:val="clear" w:color="auto" w:fill="D5F4E6"/>
          </w:tcPr>
          <w:p w14:paraId="087E31C9" w14:textId="77777777" w:rsidR="00B015C4" w:rsidRPr="0081135D" w:rsidRDefault="00772B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</w:rPr>
              <w:t>2</w:t>
            </w:r>
          </w:p>
        </w:tc>
        <w:tc>
          <w:tcPr>
            <w:tcW w:w="1680" w:type="dxa"/>
            <w:shd w:val="clear" w:color="auto" w:fill="D5F4E6"/>
          </w:tcPr>
          <w:p w14:paraId="6C48A7BC" w14:textId="77777777" w:rsidR="00B015C4" w:rsidRPr="0081135D" w:rsidRDefault="00772B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</w:rPr>
              <w:t>3</w:t>
            </w:r>
          </w:p>
        </w:tc>
        <w:tc>
          <w:tcPr>
            <w:tcW w:w="1680" w:type="dxa"/>
            <w:shd w:val="clear" w:color="auto" w:fill="D5F4E6"/>
          </w:tcPr>
          <w:p w14:paraId="3A57CE95" w14:textId="77777777" w:rsidR="00B015C4" w:rsidRPr="0081135D" w:rsidRDefault="00772B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</w:rPr>
              <w:t>4</w:t>
            </w:r>
          </w:p>
        </w:tc>
        <w:tc>
          <w:tcPr>
            <w:tcW w:w="1680" w:type="dxa"/>
            <w:shd w:val="clear" w:color="auto" w:fill="D5F4E6"/>
          </w:tcPr>
          <w:p w14:paraId="559D0A90" w14:textId="77777777" w:rsidR="00B015C4" w:rsidRPr="0081135D" w:rsidRDefault="00772B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81135D">
              <w:rPr>
                <w:rFonts w:cstheme="majorHAnsi"/>
              </w:rPr>
              <w:t>5</w:t>
            </w:r>
          </w:p>
        </w:tc>
      </w:tr>
      <w:tr w:rsidR="00B015C4" w:rsidRPr="0081135D" w14:paraId="0A4D617A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304728F9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Time management</w:t>
            </w:r>
          </w:p>
        </w:tc>
        <w:tc>
          <w:tcPr>
            <w:tcW w:w="1680" w:type="dxa"/>
          </w:tcPr>
          <w:p w14:paraId="34FBA14A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34675CA4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C59C15D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1A5BF90F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556E7A0E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2C6053B3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55A1387F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Finding sources</w:t>
            </w:r>
          </w:p>
        </w:tc>
        <w:tc>
          <w:tcPr>
            <w:tcW w:w="1680" w:type="dxa"/>
          </w:tcPr>
          <w:p w14:paraId="25013C4D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3B73197C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9A576C6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BCA63C4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E624E3D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0B8474B8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0677D631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Critical analysis</w:t>
            </w:r>
          </w:p>
        </w:tc>
        <w:tc>
          <w:tcPr>
            <w:tcW w:w="1680" w:type="dxa"/>
          </w:tcPr>
          <w:p w14:paraId="3E60D95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47D9ECB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0241853A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6A0AD61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D283BA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5FF5B85F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737E799A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Academic writing</w:t>
            </w:r>
          </w:p>
        </w:tc>
        <w:tc>
          <w:tcPr>
            <w:tcW w:w="1680" w:type="dxa"/>
          </w:tcPr>
          <w:p w14:paraId="560C0314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5DEF31B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521084E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0F488CB4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D4A8C50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30F81DEA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70AEF025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Referencing</w:t>
            </w:r>
          </w:p>
        </w:tc>
        <w:tc>
          <w:tcPr>
            <w:tcW w:w="1680" w:type="dxa"/>
          </w:tcPr>
          <w:p w14:paraId="023FC144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2E6111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F2977F8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4EC37D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552614C8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0ACDF629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39A06B02" w14:textId="187DB304" w:rsidR="00B015C4" w:rsidRPr="0081135D" w:rsidRDefault="000B3C2E">
            <w:pPr>
              <w:rPr>
                <w:rFonts w:cstheme="majorHAnsi"/>
              </w:rPr>
            </w:pPr>
            <w:r>
              <w:rPr>
                <w:rFonts w:cstheme="majorHAnsi"/>
                <w:sz w:val="20"/>
              </w:rPr>
              <w:t>Assessment</w:t>
            </w:r>
            <w:r w:rsidR="00772B06" w:rsidRPr="0081135D">
              <w:rPr>
                <w:rFonts w:cstheme="majorHAnsi"/>
                <w:sz w:val="20"/>
              </w:rPr>
              <w:t xml:space="preserve"> preparation</w:t>
            </w:r>
          </w:p>
        </w:tc>
        <w:tc>
          <w:tcPr>
            <w:tcW w:w="1680" w:type="dxa"/>
          </w:tcPr>
          <w:p w14:paraId="5A35ECC3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1C8E827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37F0EE9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6C6BEC50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0355BA05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3E9A4F17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1A693A0B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Understanding feedback</w:t>
            </w:r>
          </w:p>
        </w:tc>
        <w:tc>
          <w:tcPr>
            <w:tcW w:w="1680" w:type="dxa"/>
          </w:tcPr>
          <w:p w14:paraId="51E485D9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6EFA51B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29DDD63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D432457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03D5DD6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16BD317A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40D90D6E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Asking for help</w:t>
            </w:r>
          </w:p>
        </w:tc>
        <w:tc>
          <w:tcPr>
            <w:tcW w:w="1680" w:type="dxa"/>
          </w:tcPr>
          <w:p w14:paraId="61E51A43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D2D6C5C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2A2CE1A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7AC99CA0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38A9685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35D7AF48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731FE1E5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Managing stress</w:t>
            </w:r>
          </w:p>
        </w:tc>
        <w:tc>
          <w:tcPr>
            <w:tcW w:w="1680" w:type="dxa"/>
          </w:tcPr>
          <w:p w14:paraId="292A0075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B60627E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4BAF5B62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1518FC0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510487B9" w14:textId="77777777" w:rsidR="00B015C4" w:rsidRPr="0081135D" w:rsidRDefault="00772B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  <w:tr w:rsidR="00B015C4" w:rsidRPr="0081135D" w14:paraId="307B34B5" w14:textId="77777777" w:rsidTr="00B015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</w:tcPr>
          <w:p w14:paraId="2E6C264A" w14:textId="77777777" w:rsidR="00B015C4" w:rsidRPr="0081135D" w:rsidRDefault="00772B06">
            <w:pPr>
              <w:rPr>
                <w:rFonts w:cstheme="majorHAnsi"/>
              </w:rPr>
            </w:pPr>
            <w:r w:rsidRPr="0081135D">
              <w:rPr>
                <w:rFonts w:cstheme="majorHAnsi"/>
                <w:sz w:val="20"/>
              </w:rPr>
              <w:t>Staying motivated</w:t>
            </w:r>
          </w:p>
        </w:tc>
        <w:tc>
          <w:tcPr>
            <w:tcW w:w="1680" w:type="dxa"/>
          </w:tcPr>
          <w:p w14:paraId="0605A327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2150C079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31F4A95D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12123299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  <w:tc>
          <w:tcPr>
            <w:tcW w:w="1680" w:type="dxa"/>
          </w:tcPr>
          <w:p w14:paraId="5F2BDAF1" w14:textId="77777777" w:rsidR="00B015C4" w:rsidRPr="0081135D" w:rsidRDefault="00772B06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1135D">
              <w:rPr>
                <w:rFonts w:asciiTheme="majorHAnsi" w:hAnsiTheme="majorHAnsi" w:cstheme="majorHAnsi"/>
                <w:sz w:val="28"/>
              </w:rPr>
              <w:t>○</w:t>
            </w:r>
          </w:p>
        </w:tc>
      </w:tr>
    </w:tbl>
    <w:p w14:paraId="01A1BF7A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353B55E1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B) Skills Reflection:</w:t>
      </w:r>
    </w:p>
    <w:p w14:paraId="405A792C" w14:textId="1304F832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Which THREE skills do you most need to develop before next </w:t>
      </w:r>
      <w:r w:rsidR="00EE7496">
        <w:rPr>
          <w:rFonts w:asciiTheme="majorHAnsi" w:hAnsiTheme="majorHAnsi" w:cstheme="majorHAnsi"/>
          <w:b/>
        </w:rPr>
        <w:t>term</w:t>
      </w:r>
      <w:r w:rsidRPr="0081135D">
        <w:rPr>
          <w:rFonts w:asciiTheme="majorHAnsi" w:hAnsiTheme="majorHAnsi" w:cstheme="majorHAnsi"/>
          <w:b/>
        </w:rPr>
        <w:t>?</w:t>
      </w:r>
    </w:p>
    <w:p w14:paraId="69E7698E" w14:textId="0C68549A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6DC96990" w14:textId="198245A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62E3B89D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552E5040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Which skill has improved the MOST since Week 1?</w:t>
      </w:r>
    </w:p>
    <w:p w14:paraId="6CC992B2" w14:textId="40B259E6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0C0DA2A4" w14:textId="152FAE30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02251751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63FC3891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 helped it improve? (What can you apply to other skills?)</w:t>
      </w:r>
    </w:p>
    <w:p w14:paraId="5E131115" w14:textId="613A34E9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1C832D85" w14:textId="110CC7CF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6F760774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1E08D990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br w:type="page"/>
      </w:r>
    </w:p>
    <w:p w14:paraId="548F3CDB" w14:textId="77777777" w:rsidR="00B015C4" w:rsidRPr="0081135D" w:rsidRDefault="00772B06">
      <w:pPr>
        <w:pStyle w:val="Heading1"/>
        <w:rPr>
          <w:rFonts w:cstheme="majorHAnsi"/>
        </w:rPr>
      </w:pPr>
      <w:r w:rsidRPr="0081135D">
        <w:rPr>
          <w:rFonts w:cstheme="majorHAnsi"/>
          <w:color w:val="CC0000"/>
        </w:rPr>
        <w:lastRenderedPageBreak/>
        <w:t>SECTION 4: RESOURCE REALITY CHECK</w:t>
      </w:r>
    </w:p>
    <w:p w14:paraId="161E8BB5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 xml:space="preserve">Purpose: </w:t>
      </w:r>
      <w:r w:rsidRPr="0081135D">
        <w:rPr>
          <w:rFonts w:asciiTheme="majorHAnsi" w:hAnsiTheme="majorHAnsi" w:cstheme="majorHAnsi"/>
        </w:rPr>
        <w:t>Identify what you've used and what you're missing</w:t>
      </w:r>
    </w:p>
    <w:p w14:paraId="2CE252AE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18AB255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A) What Have You ACTUALLY Used This Term?</w:t>
      </w:r>
    </w:p>
    <w:p w14:paraId="40E8278B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</w:rPr>
        <w:t>Be honest! Tick only what you've genuinely used (not just "know exists"):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5040"/>
        <w:gridCol w:w="5040"/>
      </w:tblGrid>
      <w:tr w:rsidR="00B015C4" w:rsidRPr="0081135D" w14:paraId="77F5CA34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68D4458B" w14:textId="33F4920D" w:rsidR="00B015C4" w:rsidRPr="0081135D" w:rsidRDefault="00B015C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40" w:type="dxa"/>
          </w:tcPr>
          <w:p w14:paraId="327CC747" w14:textId="0AD99F75" w:rsidR="00B015C4" w:rsidRPr="0081135D" w:rsidRDefault="00B015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  <w:tr w:rsidR="00B015C4" w:rsidRPr="00C226F0" w14:paraId="6D842AE4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2B5B1DCF" w14:textId="77777777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Lecture recordings/slides</w:t>
            </w:r>
          </w:p>
        </w:tc>
        <w:tc>
          <w:tcPr>
            <w:tcW w:w="5040" w:type="dxa"/>
          </w:tcPr>
          <w:p w14:paraId="61935DD9" w14:textId="369C5903" w:rsidR="00B015C4" w:rsidRPr="00C226F0" w:rsidRDefault="00C226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Feedback from assignments</w:t>
            </w:r>
          </w:p>
        </w:tc>
      </w:tr>
      <w:tr w:rsidR="00B015C4" w:rsidRPr="00C226F0" w14:paraId="0958BA8E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026E5D99" w14:textId="60B609DA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EE7496"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Online Resources</w:t>
            </w:r>
            <w:r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 xml:space="preserve"> lists</w:t>
            </w:r>
            <w:r w:rsidR="00EE7496"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 xml:space="preserve"> (on Moodle)</w:t>
            </w:r>
          </w:p>
        </w:tc>
        <w:tc>
          <w:tcPr>
            <w:tcW w:w="5040" w:type="dxa"/>
          </w:tcPr>
          <w:p w14:paraId="5F09784B" w14:textId="77777777" w:rsidR="00B015C4" w:rsidRPr="00C226F0" w:rsidRDefault="00772B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University counselling/wellbeing</w:t>
            </w:r>
          </w:p>
        </w:tc>
      </w:tr>
      <w:tr w:rsidR="00B015C4" w:rsidRPr="00C226F0" w14:paraId="5BE0C27C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2BF993E2" w14:textId="230130A5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045BE4">
              <w:rPr>
                <w:rFonts w:asciiTheme="majorHAnsi" w:hAnsiTheme="majorHAnsi" w:cstheme="majorHAnsi"/>
                <w:b w:val="0"/>
                <w:bCs w:val="0"/>
                <w:sz w:val="20"/>
              </w:rPr>
              <w:t xml:space="preserve">Moodle/Online quizzes </w:t>
            </w:r>
          </w:p>
        </w:tc>
        <w:tc>
          <w:tcPr>
            <w:tcW w:w="5040" w:type="dxa"/>
          </w:tcPr>
          <w:p w14:paraId="20AB04B8" w14:textId="64885F21" w:rsidR="00B015C4" w:rsidRPr="00C226F0" w:rsidRDefault="00C226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Essential Skills sessions</w:t>
            </w:r>
          </w:p>
        </w:tc>
      </w:tr>
      <w:tr w:rsidR="00B015C4" w:rsidRPr="00C226F0" w14:paraId="0435154F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5891FF5D" w14:textId="44AB79AE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="00C226F0"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Speaking to your lecturer</w:t>
            </w:r>
          </w:p>
        </w:tc>
        <w:tc>
          <w:tcPr>
            <w:tcW w:w="5040" w:type="dxa"/>
          </w:tcPr>
          <w:p w14:paraId="73FE7756" w14:textId="7420DCCE" w:rsidR="00B015C4" w:rsidRPr="00C226F0" w:rsidRDefault="00C226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Academic Support</w:t>
            </w:r>
            <w:r>
              <w:rPr>
                <w:rFonts w:asciiTheme="majorHAnsi" w:hAnsiTheme="majorHAnsi" w:cstheme="majorHAnsi"/>
                <w:sz w:val="20"/>
              </w:rPr>
              <w:t xml:space="preserve"> sessions</w:t>
            </w:r>
          </w:p>
        </w:tc>
      </w:tr>
      <w:tr w:rsidR="00B015C4" w:rsidRPr="00C226F0" w14:paraId="36DE14FB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037F1CF1" w14:textId="2CBFF306" w:rsidR="00B015C4" w:rsidRPr="00C226F0" w:rsidRDefault="00C226F0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Study apps/tools</w:t>
            </w:r>
          </w:p>
        </w:tc>
        <w:tc>
          <w:tcPr>
            <w:tcW w:w="5040" w:type="dxa"/>
          </w:tcPr>
          <w:p w14:paraId="3E860798" w14:textId="77777777" w:rsidR="00B015C4" w:rsidRPr="00C226F0" w:rsidRDefault="00772B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Online tutorials/guides</w:t>
            </w:r>
          </w:p>
        </w:tc>
      </w:tr>
      <w:tr w:rsidR="00B015C4" w:rsidRPr="00C226F0" w14:paraId="077C5172" w14:textId="77777777" w:rsidTr="00B015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00D7B4F5" w14:textId="77777777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Study groups with peers</w:t>
            </w:r>
          </w:p>
        </w:tc>
        <w:tc>
          <w:tcPr>
            <w:tcW w:w="5040" w:type="dxa"/>
          </w:tcPr>
          <w:p w14:paraId="6E45D153" w14:textId="13B3EA54" w:rsidR="00B015C4" w:rsidRPr="00C226F0" w:rsidRDefault="00C226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Library databases for research</w:t>
            </w:r>
          </w:p>
        </w:tc>
      </w:tr>
      <w:tr w:rsidR="00B015C4" w:rsidRPr="00C226F0" w14:paraId="2481094D" w14:textId="77777777" w:rsidTr="00B015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</w:tcPr>
          <w:p w14:paraId="474D3DD5" w14:textId="77777777" w:rsidR="00B015C4" w:rsidRPr="00C226F0" w:rsidRDefault="00772B06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C226F0">
              <w:rPr>
                <w:rFonts w:ascii="Segoe UI Symbol" w:hAnsi="Segoe UI Symbol" w:cs="Segoe UI Symbol"/>
                <w:b w:val="0"/>
                <w:bCs w:val="0"/>
              </w:rPr>
              <w:t>☐</w:t>
            </w:r>
            <w:r w:rsidRPr="00C226F0">
              <w:rPr>
                <w:rFonts w:asciiTheme="majorHAnsi" w:hAnsiTheme="majorHAnsi" w:cstheme="majorHAnsi"/>
                <w:b w:val="0"/>
                <w:bCs w:val="0"/>
              </w:rPr>
              <w:t xml:space="preserve"> </w:t>
            </w:r>
            <w:r w:rsidRPr="00C226F0">
              <w:rPr>
                <w:rFonts w:asciiTheme="majorHAnsi" w:hAnsiTheme="majorHAnsi" w:cstheme="majorHAnsi"/>
                <w:b w:val="0"/>
                <w:bCs w:val="0"/>
                <w:sz w:val="20"/>
              </w:rPr>
              <w:t>Moodle discussion forums</w:t>
            </w:r>
          </w:p>
        </w:tc>
        <w:tc>
          <w:tcPr>
            <w:tcW w:w="5040" w:type="dxa"/>
          </w:tcPr>
          <w:p w14:paraId="7949EFCA" w14:textId="4BF6DDA9" w:rsidR="00B015C4" w:rsidRPr="00C226F0" w:rsidRDefault="00C226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C226F0">
              <w:rPr>
                <w:rFonts w:ascii="Segoe UI Symbol" w:hAnsi="Segoe UI Symbol" w:cs="Segoe UI Symbol"/>
              </w:rPr>
              <w:t>☐</w:t>
            </w:r>
            <w:r w:rsidRPr="00C226F0">
              <w:rPr>
                <w:rFonts w:asciiTheme="majorHAnsi" w:hAnsiTheme="majorHAnsi" w:cstheme="majorHAnsi"/>
              </w:rPr>
              <w:t xml:space="preserve"> </w:t>
            </w:r>
            <w:r w:rsidRPr="00C226F0">
              <w:rPr>
                <w:rFonts w:asciiTheme="majorHAnsi" w:hAnsiTheme="majorHAnsi" w:cstheme="majorHAnsi"/>
                <w:sz w:val="20"/>
              </w:rPr>
              <w:t>Other: _______________</w:t>
            </w:r>
          </w:p>
        </w:tc>
      </w:tr>
    </w:tbl>
    <w:p w14:paraId="054E9EA0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342816D3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100670F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cstheme="majorHAnsi"/>
          <w:color w:val="006699"/>
          <w:sz w:val="24"/>
        </w:rPr>
        <w:t>B) Resource Gaps &amp; Plans:</w:t>
      </w:r>
    </w:p>
    <w:p w14:paraId="077E6C17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What's ONE resource you haven't used yet but SHOULD try?</w:t>
      </w:r>
    </w:p>
    <w:p w14:paraId="18056655" w14:textId="7FB3FD8C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22337DCB" w14:textId="3712F01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2C6DABB4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660D726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What's been your MOST useful resource? Why?</w:t>
      </w:r>
    </w:p>
    <w:p w14:paraId="4C2A71DB" w14:textId="6C9166C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135EC4BA" w14:textId="212040D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35ADCD6A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67AE3E09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What support do you need that you're NOT currently getting?</w:t>
      </w:r>
    </w:p>
    <w:p w14:paraId="228EDA01" w14:textId="6D63AD66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5D4E2011" w14:textId="24001E96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193125DD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D86422A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br w:type="page"/>
      </w:r>
    </w:p>
    <w:p w14:paraId="72A5058B" w14:textId="77777777" w:rsidR="00B015C4" w:rsidRPr="0081135D" w:rsidRDefault="00772B06">
      <w:pPr>
        <w:pStyle w:val="Heading1"/>
        <w:jc w:val="center"/>
        <w:rPr>
          <w:rFonts w:cstheme="majorHAnsi"/>
        </w:rPr>
      </w:pPr>
      <w:r w:rsidRPr="0081135D">
        <w:rPr>
          <w:rFonts w:cstheme="majorHAnsi"/>
          <w:color w:val="006699"/>
        </w:rPr>
        <w:lastRenderedPageBreak/>
        <w:t>YOUR ACTION PLAN SUMMARY</w:t>
      </w:r>
    </w:p>
    <w:p w14:paraId="3FD29FDB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E4B5FDD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b/>
        </w:rPr>
        <w:t>Review all 4 sections above. Now create your priorities:</w:t>
      </w:r>
    </w:p>
    <w:p w14:paraId="0A4D4A2D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ascii="Segoe UI Emoji" w:hAnsi="Segoe UI Emoji" w:cs="Segoe UI Emoji"/>
          <w:color w:val="006699"/>
          <w:sz w:val="24"/>
        </w:rPr>
        <w:t>🔥</w:t>
      </w:r>
      <w:r w:rsidRPr="0081135D">
        <w:rPr>
          <w:rFonts w:cstheme="majorHAnsi"/>
          <w:color w:val="006699"/>
          <w:sz w:val="24"/>
        </w:rPr>
        <w:t xml:space="preserve"> MY MOST URGENT TASK:</w:t>
      </w:r>
    </w:p>
    <w:p w14:paraId="52234C54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20"/>
        </w:rPr>
        <w:t>(What MUST be done first?)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B015C4" w:rsidRPr="0081135D" w14:paraId="1E1760B4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BF5FB"/>
          </w:tcPr>
          <w:p w14:paraId="2F342442" w14:textId="77777777" w:rsidR="00B015C4" w:rsidRPr="0081135D" w:rsidRDefault="00B015C4">
            <w:pPr>
              <w:rPr>
                <w:rFonts w:cstheme="majorHAnsi"/>
              </w:rPr>
            </w:pPr>
          </w:p>
          <w:p w14:paraId="7E5FC779" w14:textId="77777777" w:rsidR="00B015C4" w:rsidRPr="0081135D" w:rsidRDefault="00B015C4">
            <w:pPr>
              <w:rPr>
                <w:rFonts w:cstheme="majorHAnsi"/>
              </w:rPr>
            </w:pPr>
          </w:p>
          <w:p w14:paraId="3B746272" w14:textId="77777777" w:rsidR="00B015C4" w:rsidRPr="0081135D" w:rsidRDefault="00B015C4">
            <w:pPr>
              <w:rPr>
                <w:rFonts w:cstheme="majorHAnsi"/>
              </w:rPr>
            </w:pPr>
          </w:p>
          <w:p w14:paraId="7AF1820F" w14:textId="77777777" w:rsidR="00B015C4" w:rsidRPr="0081135D" w:rsidRDefault="00B015C4">
            <w:pPr>
              <w:rPr>
                <w:rFonts w:cstheme="majorHAnsi"/>
              </w:rPr>
            </w:pPr>
          </w:p>
        </w:tc>
      </w:tr>
    </w:tbl>
    <w:p w14:paraId="01E5988F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601A5E25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ascii="Segoe UI Emoji" w:hAnsi="Segoe UI Emoji" w:cs="Segoe UI Emoji"/>
          <w:color w:val="006699"/>
          <w:sz w:val="24"/>
        </w:rPr>
        <w:t>💪</w:t>
      </w:r>
      <w:r w:rsidRPr="0081135D">
        <w:rPr>
          <w:rFonts w:cstheme="majorHAnsi"/>
          <w:color w:val="006699"/>
          <w:sz w:val="24"/>
        </w:rPr>
        <w:t xml:space="preserve"> MY BIGGEST CHALLENGE:</w:t>
      </w:r>
    </w:p>
    <w:p w14:paraId="6E9A941F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20"/>
        </w:rPr>
        <w:t>(What's holding me back most?)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B015C4" w:rsidRPr="0081135D" w14:paraId="08FEF3DA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BF5FB"/>
          </w:tcPr>
          <w:p w14:paraId="3B316292" w14:textId="77777777" w:rsidR="00B015C4" w:rsidRPr="0081135D" w:rsidRDefault="00B015C4">
            <w:pPr>
              <w:rPr>
                <w:rFonts w:cstheme="majorHAnsi"/>
              </w:rPr>
            </w:pPr>
          </w:p>
          <w:p w14:paraId="709F57DF" w14:textId="77777777" w:rsidR="00B015C4" w:rsidRPr="0081135D" w:rsidRDefault="00B015C4">
            <w:pPr>
              <w:rPr>
                <w:rFonts w:cstheme="majorHAnsi"/>
              </w:rPr>
            </w:pPr>
          </w:p>
          <w:p w14:paraId="2BFB083D" w14:textId="77777777" w:rsidR="00B015C4" w:rsidRPr="0081135D" w:rsidRDefault="00B015C4">
            <w:pPr>
              <w:rPr>
                <w:rFonts w:cstheme="majorHAnsi"/>
              </w:rPr>
            </w:pPr>
          </w:p>
          <w:p w14:paraId="5877DA4F" w14:textId="77777777" w:rsidR="00B015C4" w:rsidRPr="0081135D" w:rsidRDefault="00B015C4">
            <w:pPr>
              <w:rPr>
                <w:rFonts w:cstheme="majorHAnsi"/>
              </w:rPr>
            </w:pPr>
          </w:p>
        </w:tc>
      </w:tr>
    </w:tbl>
    <w:p w14:paraId="37DD9BEE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4BB3D9F8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ascii="Segoe UI Emoji" w:hAnsi="Segoe UI Emoji" w:cs="Segoe UI Emoji"/>
          <w:color w:val="006699"/>
          <w:sz w:val="24"/>
        </w:rPr>
        <w:t>🎯</w:t>
      </w:r>
      <w:r w:rsidRPr="0081135D">
        <w:rPr>
          <w:rFonts w:cstheme="majorHAnsi"/>
          <w:color w:val="006699"/>
          <w:sz w:val="24"/>
        </w:rPr>
        <w:t xml:space="preserve"> ONE SKILL TO DEVELOP:</w:t>
      </w:r>
    </w:p>
    <w:p w14:paraId="4DBDD722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20"/>
        </w:rPr>
        <w:t>(What will make the biggest difference?)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B015C4" w:rsidRPr="0081135D" w14:paraId="19490884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BF5FB"/>
          </w:tcPr>
          <w:p w14:paraId="06F31D9B" w14:textId="77777777" w:rsidR="00B015C4" w:rsidRPr="0081135D" w:rsidRDefault="00B015C4">
            <w:pPr>
              <w:rPr>
                <w:rFonts w:cstheme="majorHAnsi"/>
              </w:rPr>
            </w:pPr>
          </w:p>
          <w:p w14:paraId="37C36627" w14:textId="77777777" w:rsidR="00B015C4" w:rsidRPr="0081135D" w:rsidRDefault="00B015C4">
            <w:pPr>
              <w:rPr>
                <w:rFonts w:cstheme="majorHAnsi"/>
              </w:rPr>
            </w:pPr>
          </w:p>
          <w:p w14:paraId="5E32AB66" w14:textId="77777777" w:rsidR="00B015C4" w:rsidRPr="0081135D" w:rsidRDefault="00B015C4">
            <w:pPr>
              <w:rPr>
                <w:rFonts w:cstheme="majorHAnsi"/>
              </w:rPr>
            </w:pPr>
          </w:p>
          <w:p w14:paraId="58E661F6" w14:textId="77777777" w:rsidR="00B015C4" w:rsidRPr="0081135D" w:rsidRDefault="00B015C4">
            <w:pPr>
              <w:rPr>
                <w:rFonts w:cstheme="majorHAnsi"/>
              </w:rPr>
            </w:pPr>
          </w:p>
        </w:tc>
      </w:tr>
    </w:tbl>
    <w:p w14:paraId="21D863E1" w14:textId="77777777" w:rsidR="00B015C4" w:rsidRPr="0081135D" w:rsidRDefault="00B015C4">
      <w:pPr>
        <w:rPr>
          <w:rFonts w:asciiTheme="majorHAnsi" w:hAnsiTheme="majorHAnsi" w:cstheme="majorHAnsi"/>
        </w:rPr>
      </w:pPr>
    </w:p>
    <w:p w14:paraId="057C83DC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ascii="Segoe UI Emoji" w:hAnsi="Segoe UI Emoji" w:cs="Segoe UI Emoji"/>
          <w:color w:val="006699"/>
          <w:sz w:val="24"/>
        </w:rPr>
        <w:t>🆘</w:t>
      </w:r>
      <w:r w:rsidRPr="0081135D">
        <w:rPr>
          <w:rFonts w:cstheme="majorHAnsi"/>
          <w:color w:val="006699"/>
          <w:sz w:val="24"/>
        </w:rPr>
        <w:t xml:space="preserve"> HELP I WILL GET:</w:t>
      </w:r>
    </w:p>
    <w:p w14:paraId="14DB4F97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  <w:color w:val="666666"/>
          <w:sz w:val="20"/>
        </w:rPr>
        <w:t>(Specific resource/person + when?)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0080"/>
      </w:tblGrid>
      <w:tr w:rsidR="00B015C4" w:rsidRPr="0081135D" w14:paraId="7EBD54F7" w14:textId="77777777" w:rsidTr="00B01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80" w:type="dxa"/>
            <w:shd w:val="clear" w:color="auto" w:fill="EBF5FB"/>
          </w:tcPr>
          <w:p w14:paraId="3C88FDF7" w14:textId="77777777" w:rsidR="00B015C4" w:rsidRPr="0081135D" w:rsidRDefault="00B015C4">
            <w:pPr>
              <w:rPr>
                <w:rFonts w:cstheme="majorHAnsi"/>
              </w:rPr>
            </w:pPr>
          </w:p>
          <w:p w14:paraId="6E83C9B7" w14:textId="77777777" w:rsidR="00B015C4" w:rsidRPr="0081135D" w:rsidRDefault="00B015C4">
            <w:pPr>
              <w:rPr>
                <w:rFonts w:cstheme="majorHAnsi"/>
              </w:rPr>
            </w:pPr>
          </w:p>
          <w:p w14:paraId="50DE5B47" w14:textId="77777777" w:rsidR="00B015C4" w:rsidRPr="0081135D" w:rsidRDefault="00B015C4">
            <w:pPr>
              <w:rPr>
                <w:rFonts w:cstheme="majorHAnsi"/>
              </w:rPr>
            </w:pPr>
          </w:p>
          <w:p w14:paraId="7D609EE9" w14:textId="77777777" w:rsidR="00B015C4" w:rsidRPr="0081135D" w:rsidRDefault="00B015C4">
            <w:pPr>
              <w:rPr>
                <w:rFonts w:cstheme="majorHAnsi"/>
              </w:rPr>
            </w:pPr>
          </w:p>
        </w:tc>
      </w:tr>
    </w:tbl>
    <w:p w14:paraId="5D36BC0E" w14:textId="77777777" w:rsidR="00B015C4" w:rsidRPr="0081135D" w:rsidRDefault="00772B06">
      <w:pPr>
        <w:pStyle w:val="Heading2"/>
        <w:rPr>
          <w:rFonts w:cstheme="majorHAnsi"/>
        </w:rPr>
      </w:pPr>
      <w:r w:rsidRPr="0081135D">
        <w:rPr>
          <w:rFonts w:ascii="Segoe UI Emoji" w:hAnsi="Segoe UI Emoji" w:cs="Segoe UI Emoji"/>
          <w:color w:val="006699"/>
        </w:rPr>
        <w:t>💭</w:t>
      </w:r>
      <w:r w:rsidRPr="0081135D">
        <w:rPr>
          <w:rFonts w:cstheme="majorHAnsi"/>
          <w:color w:val="006699"/>
        </w:rPr>
        <w:t xml:space="preserve"> FINAL REFLECTION:</w:t>
      </w:r>
    </w:p>
    <w:p w14:paraId="17D946A5" w14:textId="77777777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  <w:i/>
        </w:rPr>
        <w:t>On a scale of 1-10, how in control of your workload do you feel? Why?</w:t>
      </w:r>
    </w:p>
    <w:p w14:paraId="0577EE74" w14:textId="33A23623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650388B1" w14:textId="11FB61EF" w:rsidR="00B015C4" w:rsidRPr="0081135D" w:rsidRDefault="00772B06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</w:p>
    <w:p w14:paraId="0EEC2DC8" w14:textId="072089FD" w:rsidR="00B015C4" w:rsidRPr="0081135D" w:rsidRDefault="00772B06" w:rsidP="0058195F">
      <w:pPr>
        <w:rPr>
          <w:rFonts w:asciiTheme="majorHAnsi" w:hAnsiTheme="majorHAnsi" w:cstheme="majorHAnsi"/>
        </w:rPr>
      </w:pPr>
      <w:r w:rsidRPr="0081135D">
        <w:rPr>
          <w:rFonts w:asciiTheme="majorHAnsi" w:hAnsiTheme="majorHAnsi" w:cstheme="majorHAnsi"/>
        </w:rPr>
        <w:t>___________________________________________________________________________________________</w:t>
      </w:r>
      <w:r w:rsidRPr="0081135D">
        <w:rPr>
          <w:rFonts w:asciiTheme="majorHAnsi" w:hAnsiTheme="majorHAnsi" w:cstheme="majorHAnsi"/>
          <w:b/>
        </w:rPr>
        <w:t xml:space="preserve"> NEXT: </w:t>
      </w:r>
      <w:r w:rsidRPr="0081135D">
        <w:rPr>
          <w:rFonts w:asciiTheme="majorHAnsi" w:hAnsiTheme="majorHAnsi" w:cstheme="majorHAnsi"/>
        </w:rPr>
        <w:t>You'll use these priorities to create your "Three Things Commitment" later in the session. Keep this worksheet!</w:t>
      </w:r>
    </w:p>
    <w:sectPr w:rsidR="00B015C4" w:rsidRPr="0081135D" w:rsidSect="00034616">
      <w:pgSz w:w="12240" w:h="15840"/>
      <w:pgMar w:top="864" w:right="1080" w:bottom="86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95B93" w14:textId="77777777" w:rsidR="00C52DC1" w:rsidRDefault="00C52DC1" w:rsidP="0081135D">
      <w:pPr>
        <w:spacing w:after="0" w:line="240" w:lineRule="auto"/>
      </w:pPr>
      <w:r>
        <w:separator/>
      </w:r>
    </w:p>
  </w:endnote>
  <w:endnote w:type="continuationSeparator" w:id="0">
    <w:p w14:paraId="2395B3D4" w14:textId="77777777" w:rsidR="00C52DC1" w:rsidRDefault="00C52DC1" w:rsidP="008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78311" w14:textId="77777777" w:rsidR="00C52DC1" w:rsidRDefault="00C52DC1" w:rsidP="0081135D">
      <w:pPr>
        <w:spacing w:after="0" w:line="240" w:lineRule="auto"/>
      </w:pPr>
      <w:r>
        <w:separator/>
      </w:r>
    </w:p>
  </w:footnote>
  <w:footnote w:type="continuationSeparator" w:id="0">
    <w:p w14:paraId="5095C2F1" w14:textId="77777777" w:rsidR="00C52DC1" w:rsidRDefault="00C52DC1" w:rsidP="00811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468432">
    <w:abstractNumId w:val="8"/>
  </w:num>
  <w:num w:numId="2" w16cid:durableId="1977176073">
    <w:abstractNumId w:val="6"/>
  </w:num>
  <w:num w:numId="3" w16cid:durableId="810489015">
    <w:abstractNumId w:val="5"/>
  </w:num>
  <w:num w:numId="4" w16cid:durableId="41488749">
    <w:abstractNumId w:val="4"/>
  </w:num>
  <w:num w:numId="5" w16cid:durableId="789662554">
    <w:abstractNumId w:val="7"/>
  </w:num>
  <w:num w:numId="6" w16cid:durableId="1416704081">
    <w:abstractNumId w:val="3"/>
  </w:num>
  <w:num w:numId="7" w16cid:durableId="1072964278">
    <w:abstractNumId w:val="2"/>
  </w:num>
  <w:num w:numId="8" w16cid:durableId="1037320238">
    <w:abstractNumId w:val="1"/>
  </w:num>
  <w:num w:numId="9" w16cid:durableId="32062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5BE4"/>
    <w:rsid w:val="0006063C"/>
    <w:rsid w:val="000B3C2E"/>
    <w:rsid w:val="000D7596"/>
    <w:rsid w:val="000F5165"/>
    <w:rsid w:val="00134B55"/>
    <w:rsid w:val="0015074B"/>
    <w:rsid w:val="00217E56"/>
    <w:rsid w:val="002534BD"/>
    <w:rsid w:val="0026790F"/>
    <w:rsid w:val="0029639D"/>
    <w:rsid w:val="002A3D73"/>
    <w:rsid w:val="00326F90"/>
    <w:rsid w:val="003821DE"/>
    <w:rsid w:val="00425943"/>
    <w:rsid w:val="00525C5E"/>
    <w:rsid w:val="0058195F"/>
    <w:rsid w:val="00772B06"/>
    <w:rsid w:val="0081135D"/>
    <w:rsid w:val="0081296A"/>
    <w:rsid w:val="00895294"/>
    <w:rsid w:val="00905FA2"/>
    <w:rsid w:val="00990E38"/>
    <w:rsid w:val="00A27D19"/>
    <w:rsid w:val="00A915C8"/>
    <w:rsid w:val="00AA1D8D"/>
    <w:rsid w:val="00B015C4"/>
    <w:rsid w:val="00B47730"/>
    <w:rsid w:val="00C226F0"/>
    <w:rsid w:val="00C52DC1"/>
    <w:rsid w:val="00CB0664"/>
    <w:rsid w:val="00D27DF6"/>
    <w:rsid w:val="00EE7496"/>
    <w:rsid w:val="00EF2506"/>
    <w:rsid w:val="00F212F8"/>
    <w:rsid w:val="00FC39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A7CBA26B-0C56-4732-A166-D10C6973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5879</Characters>
  <Application>Microsoft Office Word</Application>
  <DocSecurity>0</DocSecurity>
  <Lines>279</Lines>
  <Paragraphs>203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Sylvia Hoffmann</cp:lastModifiedBy>
  <cp:revision>24</cp:revision>
  <dcterms:created xsi:type="dcterms:W3CDTF">2013-12-23T23:15:00Z</dcterms:created>
  <dcterms:modified xsi:type="dcterms:W3CDTF">2026-03-14T18:12:00Z</dcterms:modified>
  <cp:category/>
</cp:coreProperties>
</file>