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EAB5F" w14:textId="77777777" w:rsidR="00BA683F" w:rsidRDefault="001D43F9">
      <w:pPr>
        <w:pStyle w:val="Heading2"/>
      </w:pPr>
      <w:r>
        <w:t>Example 1: “Crime is down, but we still think it's a mean world” – Sky News</w:t>
      </w:r>
    </w:p>
    <w:p w14:paraId="0128F26A" w14:textId="4BA9232F" w:rsidR="00FD1AE7" w:rsidRPr="00FD1AE7" w:rsidRDefault="00FD1AE7" w:rsidP="00FD1AE7">
      <w:hyperlink r:id="rId6" w:history="1">
        <w:r w:rsidRPr="00FD1AE7">
          <w:rPr>
            <w:rStyle w:val="Hyperlink"/>
          </w:rPr>
          <w:t>Crime is down, but we still think it's a mean world - with some reason | UK News | Sky News</w:t>
        </w:r>
      </w:hyperlink>
    </w:p>
    <w:p w14:paraId="55F13C65" w14:textId="77777777" w:rsidR="00BA683F" w:rsidRDefault="001D43F9">
      <w:pPr>
        <w:pStyle w:val="Heading3"/>
      </w:pPr>
      <w:r>
        <w:t>Headline Analysis:</w:t>
      </w:r>
    </w:p>
    <w:p w14:paraId="22A6C336" w14:textId="43521821" w:rsidR="00BA683F" w:rsidRDefault="001D43F9">
      <w:pPr>
        <w:pStyle w:val="ListBullet"/>
      </w:pPr>
      <w:r>
        <w:t xml:space="preserve">- Language: </w:t>
      </w:r>
    </w:p>
    <w:p w14:paraId="729BC442" w14:textId="3F74797D" w:rsidR="00BA683F" w:rsidRDefault="001D43F9">
      <w:pPr>
        <w:pStyle w:val="ListBullet"/>
      </w:pPr>
      <w:r>
        <w:t xml:space="preserve">- Imagery: </w:t>
      </w:r>
    </w:p>
    <w:p w14:paraId="5CC5096B" w14:textId="3C373F71" w:rsidR="00BA683F" w:rsidRDefault="001D43F9" w:rsidP="001D43F9">
      <w:pPr>
        <w:pStyle w:val="ListBullet"/>
      </w:pPr>
      <w:r>
        <w:t xml:space="preserve">- Framing: </w:t>
      </w:r>
    </w:p>
    <w:p w14:paraId="0E072803" w14:textId="7D00E1F4" w:rsidR="00BA683F" w:rsidRDefault="001D43F9">
      <w:pPr>
        <w:pStyle w:val="ListBullet"/>
      </w:pPr>
      <w:r>
        <w:t xml:space="preserve">- Narrative: </w:t>
      </w:r>
    </w:p>
    <w:p w14:paraId="4396C246" w14:textId="77777777" w:rsidR="00BA683F" w:rsidRDefault="001D43F9">
      <w:pPr>
        <w:pStyle w:val="Heading3"/>
      </w:pPr>
      <w:r>
        <w:t>Discussion Prompts:</w:t>
      </w:r>
    </w:p>
    <w:p w14:paraId="09A7C057" w14:textId="77777777" w:rsidR="00BA683F" w:rsidRDefault="001D43F9">
      <w:pPr>
        <w:pStyle w:val="ListBullet"/>
      </w:pPr>
      <w:r>
        <w:t>- What emotions does the headline evoke?</w:t>
      </w:r>
    </w:p>
    <w:p w14:paraId="038A72F8" w14:textId="77777777" w:rsidR="00BA683F" w:rsidRDefault="001D43F9">
      <w:pPr>
        <w:pStyle w:val="ListBullet"/>
      </w:pPr>
      <w:r>
        <w:t>- How might this framing influence public trust in safety or policing?</w:t>
      </w:r>
    </w:p>
    <w:p w14:paraId="716951C2" w14:textId="77777777" w:rsidR="00BA683F" w:rsidRDefault="001D43F9">
      <w:pPr>
        <w:pStyle w:val="ListBullet"/>
      </w:pPr>
      <w:r>
        <w:t>- Is the article trying to correct misperceptions or reinforce them?</w:t>
      </w:r>
    </w:p>
    <w:p w14:paraId="1DAF7630" w14:textId="77777777" w:rsidR="001D43F9" w:rsidRDefault="001D43F9" w:rsidP="001D43F9">
      <w:pPr>
        <w:pStyle w:val="ListBullet"/>
        <w:numPr>
          <w:ilvl w:val="0"/>
          <w:numId w:val="0"/>
        </w:numPr>
        <w:ind w:left="360"/>
      </w:pPr>
    </w:p>
    <w:p w14:paraId="4AB6A54F" w14:textId="77777777" w:rsidR="00BA683F" w:rsidRDefault="001D43F9">
      <w:pPr>
        <w:pStyle w:val="Heading2"/>
      </w:pPr>
      <w:r>
        <w:t>Example 2: “Most crime has fallen by 90% in 30 years – so why does the public think it’s increased?” – The Conversation</w:t>
      </w:r>
    </w:p>
    <w:p w14:paraId="5EC2EA1B" w14:textId="01E372B7" w:rsidR="00FD1AE7" w:rsidRPr="00FD1AE7" w:rsidRDefault="00FD1AE7" w:rsidP="00FD1AE7">
      <w:hyperlink r:id="rId7" w:history="1">
        <w:r w:rsidRPr="00FD1AE7">
          <w:rPr>
            <w:rStyle w:val="Hyperlink"/>
          </w:rPr>
          <w:t>Most crime has fallen by 90% in 30 years – so why does the public think it’s increased?</w:t>
        </w:r>
      </w:hyperlink>
    </w:p>
    <w:p w14:paraId="5BF0A655" w14:textId="77777777" w:rsidR="00BA683F" w:rsidRDefault="001D43F9">
      <w:pPr>
        <w:pStyle w:val="Heading3"/>
      </w:pPr>
      <w:r>
        <w:t>Headline Analysis:</w:t>
      </w:r>
    </w:p>
    <w:p w14:paraId="3A29F487" w14:textId="78FC8049" w:rsidR="00BA683F" w:rsidRDefault="001D43F9" w:rsidP="001D43F9">
      <w:pPr>
        <w:pStyle w:val="ListBullet"/>
      </w:pPr>
      <w:r>
        <w:t xml:space="preserve">- Language: </w:t>
      </w:r>
    </w:p>
    <w:p w14:paraId="7696BD3A" w14:textId="09D274D9" w:rsidR="00BA683F" w:rsidRDefault="001D43F9">
      <w:pPr>
        <w:pStyle w:val="ListBullet"/>
      </w:pPr>
      <w:r>
        <w:t xml:space="preserve">- Tone: </w:t>
      </w:r>
    </w:p>
    <w:p w14:paraId="0FE64047" w14:textId="69D953EA" w:rsidR="00BA683F" w:rsidRDefault="001D43F9">
      <w:pPr>
        <w:pStyle w:val="ListBullet"/>
      </w:pPr>
      <w:r>
        <w:t xml:space="preserve">- Narrative: </w:t>
      </w:r>
    </w:p>
    <w:p w14:paraId="0F3C8DFB" w14:textId="77777777" w:rsidR="00BA683F" w:rsidRDefault="001D43F9">
      <w:pPr>
        <w:pStyle w:val="Heading3"/>
      </w:pPr>
      <w:r>
        <w:t>Discussion Prompts:</w:t>
      </w:r>
    </w:p>
    <w:p w14:paraId="211F93C7" w14:textId="77777777" w:rsidR="00BA683F" w:rsidRDefault="001D43F9">
      <w:pPr>
        <w:pStyle w:val="ListBullet"/>
      </w:pPr>
      <w:r>
        <w:t>- How does this article differ in tone from mainstream news?</w:t>
      </w:r>
    </w:p>
    <w:p w14:paraId="5374F89B" w14:textId="77777777" w:rsidR="00BA683F" w:rsidRDefault="001D43F9">
      <w:pPr>
        <w:pStyle w:val="ListBullet"/>
      </w:pPr>
      <w:r>
        <w:t>- What role do facts and data play in shaping perception?</w:t>
      </w:r>
    </w:p>
    <w:p w14:paraId="28BFEE97" w14:textId="77777777" w:rsidR="001D43F9" w:rsidRDefault="001D43F9" w:rsidP="001D43F9">
      <w:pPr>
        <w:pStyle w:val="ListBullet"/>
      </w:pPr>
      <w:r>
        <w:t>- Is this kind of reporting effective in changing public opinion?</w:t>
      </w:r>
    </w:p>
    <w:p w14:paraId="6C085918" w14:textId="167C6BB3" w:rsidR="001D43F9" w:rsidRDefault="001D43F9" w:rsidP="001D43F9">
      <w:pPr>
        <w:pStyle w:val="ListBullet"/>
        <w:numPr>
          <w:ilvl w:val="0"/>
          <w:numId w:val="0"/>
        </w:numPr>
      </w:pPr>
    </w:p>
    <w:p w14:paraId="472CB860" w14:textId="70439718" w:rsidR="00BA683F" w:rsidRDefault="001D43F9">
      <w:pPr>
        <w:pStyle w:val="Heading2"/>
      </w:pPr>
      <w:r>
        <w:t>E</w:t>
      </w:r>
      <w:r>
        <w:t>xample 3: “Six of the worst scandals the Metropolitan Police has faced” – Sky News</w:t>
      </w:r>
    </w:p>
    <w:p w14:paraId="040B6ED4" w14:textId="45992557" w:rsidR="00FD1AE7" w:rsidRPr="00FD1AE7" w:rsidRDefault="00FD1AE7" w:rsidP="00FD1AE7">
      <w:hyperlink r:id="rId8" w:history="1">
        <w:r w:rsidRPr="00FD1AE7">
          <w:rPr>
            <w:rStyle w:val="Hyperlink"/>
          </w:rPr>
          <w:t>Metropolitan Police: Six of the worst scandals the force has faced in recent years | UK News | Sky News</w:t>
        </w:r>
      </w:hyperlink>
    </w:p>
    <w:p w14:paraId="19AA1BFC" w14:textId="77777777" w:rsidR="00BA683F" w:rsidRDefault="001D43F9">
      <w:pPr>
        <w:pStyle w:val="Heading3"/>
      </w:pPr>
      <w:r>
        <w:t>Headline Analysis:</w:t>
      </w:r>
    </w:p>
    <w:p w14:paraId="2E00559C" w14:textId="15C70626" w:rsidR="00BA683F" w:rsidRDefault="001D43F9">
      <w:pPr>
        <w:pStyle w:val="ListBullet"/>
      </w:pPr>
      <w:r>
        <w:t xml:space="preserve">- Language: </w:t>
      </w:r>
    </w:p>
    <w:p w14:paraId="5DE10AF3" w14:textId="00C3538A" w:rsidR="00BA683F" w:rsidRDefault="001D43F9" w:rsidP="001D43F9">
      <w:pPr>
        <w:pStyle w:val="ListBullet"/>
      </w:pPr>
      <w:r>
        <w:t xml:space="preserve">- Imagery: </w:t>
      </w:r>
    </w:p>
    <w:p w14:paraId="1D6DFED8" w14:textId="606891F9" w:rsidR="00BA683F" w:rsidRDefault="001D43F9">
      <w:pPr>
        <w:pStyle w:val="ListBullet"/>
      </w:pPr>
      <w:r>
        <w:t xml:space="preserve">- Framing: </w:t>
      </w:r>
    </w:p>
    <w:p w14:paraId="1FD673E5" w14:textId="26B4EA2E" w:rsidR="00BA683F" w:rsidRDefault="001D43F9">
      <w:pPr>
        <w:pStyle w:val="ListBullet"/>
      </w:pPr>
      <w:r>
        <w:t xml:space="preserve">- Narrative: </w:t>
      </w:r>
    </w:p>
    <w:p w14:paraId="0128E05A" w14:textId="77777777" w:rsidR="00BA683F" w:rsidRDefault="001D43F9">
      <w:pPr>
        <w:pStyle w:val="Heading3"/>
      </w:pPr>
      <w:r>
        <w:t>Discussion Prompts:</w:t>
      </w:r>
    </w:p>
    <w:p w14:paraId="18338D1A" w14:textId="77777777" w:rsidR="00BA683F" w:rsidRDefault="001D43F9">
      <w:pPr>
        <w:pStyle w:val="ListBullet"/>
      </w:pPr>
      <w:r>
        <w:t>- How does this article shape public perception of the police?</w:t>
      </w:r>
    </w:p>
    <w:p w14:paraId="0CB8DEF7" w14:textId="77777777" w:rsidR="00BA683F" w:rsidRDefault="001D43F9">
      <w:pPr>
        <w:pStyle w:val="ListBullet"/>
      </w:pPr>
      <w:r>
        <w:lastRenderedPageBreak/>
        <w:t>- Is the media’s role here to inform, provoke, or advocate?</w:t>
      </w:r>
    </w:p>
    <w:p w14:paraId="7695D04B" w14:textId="37972118" w:rsidR="00BA683F" w:rsidRDefault="001D43F9" w:rsidP="001D43F9">
      <w:pPr>
        <w:pStyle w:val="ListBullet"/>
      </w:pPr>
      <w:r>
        <w:t>- What impact might this coverage have on policy or policing?</w:t>
      </w:r>
    </w:p>
    <w:p w14:paraId="31696BF5" w14:textId="1D10BD94" w:rsidR="00BA683F" w:rsidRDefault="00BA683F"/>
    <w:sectPr w:rsidR="00BA683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5172632">
    <w:abstractNumId w:val="8"/>
  </w:num>
  <w:num w:numId="2" w16cid:durableId="1776442462">
    <w:abstractNumId w:val="6"/>
  </w:num>
  <w:num w:numId="3" w16cid:durableId="1713337230">
    <w:abstractNumId w:val="5"/>
  </w:num>
  <w:num w:numId="4" w16cid:durableId="757599127">
    <w:abstractNumId w:val="4"/>
  </w:num>
  <w:num w:numId="5" w16cid:durableId="1667244614">
    <w:abstractNumId w:val="7"/>
  </w:num>
  <w:num w:numId="6" w16cid:durableId="782651410">
    <w:abstractNumId w:val="3"/>
  </w:num>
  <w:num w:numId="7" w16cid:durableId="766775004">
    <w:abstractNumId w:val="2"/>
  </w:num>
  <w:num w:numId="8" w16cid:durableId="466245072">
    <w:abstractNumId w:val="1"/>
  </w:num>
  <w:num w:numId="9" w16cid:durableId="145929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43F9"/>
    <w:rsid w:val="0029639D"/>
    <w:rsid w:val="00326F90"/>
    <w:rsid w:val="00AA1D8D"/>
    <w:rsid w:val="00B47730"/>
    <w:rsid w:val="00BA683F"/>
    <w:rsid w:val="00CB0664"/>
    <w:rsid w:val="00D33D32"/>
    <w:rsid w:val="00FC693F"/>
    <w:rsid w:val="00FD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A46BA1"/>
  <w14:defaultImageDpi w14:val="300"/>
  <w15:docId w15:val="{1396DE93-6880-4BB8-ACA8-24583C14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D1AE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A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ky.com/story/six-of-the-worst-scandals-the-metropolitan-police-has-faced-in-recent-years-as-pressure-grows-on-force-12839492" TargetMode="External"/><Relationship Id="rId3" Type="http://schemas.openxmlformats.org/officeDocument/2006/relationships/styles" Target="styles.xml"/><Relationship Id="rId7" Type="http://schemas.openxmlformats.org/officeDocument/2006/relationships/hyperlink" Target="https://theconversation.com/most-crime-has-fallen-by-90-in-30-years-so-why-does-the-public-think-its-increased-2287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ews.sky.com/story/crime-is-down-but-we-still-think-its-a-mean-world-with-some-reason-1312275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Laura Knight</cp:lastModifiedBy>
  <cp:revision>2</cp:revision>
  <dcterms:created xsi:type="dcterms:W3CDTF">2025-09-12T15:27:00Z</dcterms:created>
  <dcterms:modified xsi:type="dcterms:W3CDTF">2025-09-12T15:27:00Z</dcterms:modified>
  <cp:category/>
</cp:coreProperties>
</file>