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BFADE" w14:textId="0FC8CA62" w:rsidR="00CC1CC1" w:rsidRDefault="00000000">
      <w:pPr>
        <w:pStyle w:val="Heading1"/>
      </w:pPr>
      <w:r>
        <w:t>Activit</w:t>
      </w:r>
      <w:r w:rsidR="002E16FC">
        <w:t xml:space="preserve">ies: </w:t>
      </w:r>
      <w:r>
        <w:t xml:space="preserve"> Organisational Structure, Culture and Communication</w:t>
      </w:r>
    </w:p>
    <w:p w14:paraId="1CDA187F" w14:textId="3434E12E" w:rsidR="00CC1CC1" w:rsidRDefault="00000000" w:rsidP="00257A12">
      <w:r>
        <w:t>Level: 4</w:t>
      </w:r>
      <w:r>
        <w:br/>
      </w:r>
    </w:p>
    <w:p w14:paraId="75EA7E53" w14:textId="77777777" w:rsidR="00CC1CC1" w:rsidRDefault="00000000">
      <w:pPr>
        <w:pStyle w:val="Heading2"/>
      </w:pPr>
      <w:r>
        <w:t>Part 1 – Matching Exercise</w:t>
      </w:r>
    </w:p>
    <w:p w14:paraId="3FFD2D37" w14:textId="77777777" w:rsidR="00CC1CC1" w:rsidRDefault="00000000">
      <w:r>
        <w:t>Match the term with the correct definition: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CC1CC1" w14:paraId="557F9488" w14:textId="77777777" w:rsidTr="00AD03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0" w:type="dxa"/>
          </w:tcPr>
          <w:p w14:paraId="6EBC6295" w14:textId="77777777" w:rsidR="00CC1CC1" w:rsidRDefault="00000000">
            <w:r>
              <w:t>Term</w:t>
            </w:r>
          </w:p>
        </w:tc>
        <w:tc>
          <w:tcPr>
            <w:tcW w:w="4310" w:type="dxa"/>
          </w:tcPr>
          <w:p w14:paraId="4C1ED288" w14:textId="77777777" w:rsidR="00CC1CC1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Definition</w:t>
            </w:r>
          </w:p>
        </w:tc>
      </w:tr>
      <w:tr w:rsidR="00CC1CC1" w14:paraId="220BBCAA" w14:textId="77777777" w:rsidTr="00AD03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0" w:type="dxa"/>
          </w:tcPr>
          <w:p w14:paraId="600AFC21" w14:textId="77777777" w:rsidR="00CC1CC1" w:rsidRDefault="00000000">
            <w:r>
              <w:t>Organisational Structure</w:t>
            </w:r>
          </w:p>
        </w:tc>
        <w:tc>
          <w:tcPr>
            <w:tcW w:w="4310" w:type="dxa"/>
          </w:tcPr>
          <w:p w14:paraId="2077768D" w14:textId="77777777" w:rsidR="00CC1CC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a) The shared values, beliefs, and behaviours in a workplace</w:t>
            </w:r>
          </w:p>
        </w:tc>
      </w:tr>
      <w:tr w:rsidR="00CC1CC1" w14:paraId="08323C11" w14:textId="77777777" w:rsidTr="00AD03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0" w:type="dxa"/>
          </w:tcPr>
          <w:p w14:paraId="37519D80" w14:textId="77777777" w:rsidR="00CC1CC1" w:rsidRDefault="00000000">
            <w:r>
              <w:t>Organisational Culture</w:t>
            </w:r>
          </w:p>
        </w:tc>
        <w:tc>
          <w:tcPr>
            <w:tcW w:w="4310" w:type="dxa"/>
          </w:tcPr>
          <w:p w14:paraId="511405E0" w14:textId="77777777" w:rsidR="00CC1CC1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b) The way information is shared between people and teams</w:t>
            </w:r>
          </w:p>
        </w:tc>
      </w:tr>
      <w:tr w:rsidR="00CC1CC1" w14:paraId="6CEFC044" w14:textId="77777777" w:rsidTr="00AD03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0" w:type="dxa"/>
          </w:tcPr>
          <w:p w14:paraId="0A371BEA" w14:textId="77777777" w:rsidR="00CC1CC1" w:rsidRDefault="00000000">
            <w:r>
              <w:t>Communication</w:t>
            </w:r>
          </w:p>
        </w:tc>
        <w:tc>
          <w:tcPr>
            <w:tcW w:w="4310" w:type="dxa"/>
          </w:tcPr>
          <w:p w14:paraId="7F369B46" w14:textId="77777777" w:rsidR="00CC1CC1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c) The way roles and responsibilities are arranged in an organisation</w:t>
            </w:r>
          </w:p>
        </w:tc>
      </w:tr>
    </w:tbl>
    <w:p w14:paraId="2BB151ED" w14:textId="77777777" w:rsidR="00CC1CC1" w:rsidRDefault="00000000">
      <w:pPr>
        <w:pStyle w:val="Heading2"/>
      </w:pPr>
      <w:r>
        <w:t>Part 2 – Short Scenario</w:t>
      </w:r>
    </w:p>
    <w:p w14:paraId="4CA0CCF6" w14:textId="77777777" w:rsidR="00CC1CC1" w:rsidRDefault="00000000">
      <w:r>
        <w:t>Read this example:</w:t>
      </w:r>
    </w:p>
    <w:p w14:paraId="4FE3C75E" w14:textId="77777777" w:rsidR="00CC1CC1" w:rsidRDefault="00000000">
      <w:r>
        <w:t>In a care home, a new care worker is unsure who to report to. Some staff are friendly and supportive, while others are dismissive. Information about residents is sometimes not shared properly between shifts.</w:t>
      </w:r>
    </w:p>
    <w:p w14:paraId="70643E5B" w14:textId="77777777" w:rsidR="00CC1CC1" w:rsidRDefault="00000000">
      <w:pPr>
        <w:pStyle w:val="ListNumber"/>
      </w:pPr>
      <w:r>
        <w:t>Questions:</w:t>
      </w:r>
    </w:p>
    <w:p w14:paraId="50B927C3" w14:textId="77777777" w:rsidR="00CC1CC1" w:rsidRDefault="00000000">
      <w:pPr>
        <w:pStyle w:val="ListBullet"/>
      </w:pPr>
      <w:r>
        <w:t>What structure problem do you notice?</w:t>
      </w:r>
    </w:p>
    <w:p w14:paraId="6A3743AC" w14:textId="77777777" w:rsidR="00CC1CC1" w:rsidRDefault="00000000">
      <w:pPr>
        <w:pStyle w:val="ListBullet"/>
      </w:pPr>
      <w:r>
        <w:t>What does the culture of this workplace seem like?</w:t>
      </w:r>
    </w:p>
    <w:p w14:paraId="652C0389" w14:textId="77777777" w:rsidR="00CC1CC1" w:rsidRDefault="00000000">
      <w:pPr>
        <w:pStyle w:val="ListBullet"/>
      </w:pPr>
      <w:r>
        <w:t>What communication issue is happening?</w:t>
      </w:r>
    </w:p>
    <w:p w14:paraId="649087BE" w14:textId="77777777" w:rsidR="00CC1CC1" w:rsidRDefault="00000000">
      <w:r>
        <w:t>Write your answers below:</w:t>
      </w:r>
      <w:r>
        <w:br/>
        <w:t>______________________________________________________</w:t>
      </w:r>
      <w:r>
        <w:br/>
        <w:t>______________________________________________________</w:t>
      </w:r>
      <w:r>
        <w:br/>
        <w:t>______________________________________________________</w:t>
      </w:r>
      <w:r>
        <w:br/>
      </w:r>
    </w:p>
    <w:p w14:paraId="17B47039" w14:textId="77777777" w:rsidR="00CC1CC1" w:rsidRDefault="00000000">
      <w:pPr>
        <w:pStyle w:val="Heading2"/>
      </w:pPr>
      <w:r>
        <w:t>Part 3 – Quick Reflection</w:t>
      </w:r>
    </w:p>
    <w:p w14:paraId="0041F947" w14:textId="77777777" w:rsidR="00CC1CC1" w:rsidRDefault="00000000">
      <w:r>
        <w:t>Think about your own experience (school, college, work, or volunteering).</w:t>
      </w:r>
    </w:p>
    <w:p w14:paraId="7E04BF9A" w14:textId="77777777" w:rsidR="00CC1CC1" w:rsidRDefault="00000000">
      <w:r>
        <w:t>Write down one positive example of good communication or teamwork, and explain how it helped.</w:t>
      </w:r>
    </w:p>
    <w:p w14:paraId="17377A99" w14:textId="77777777" w:rsidR="00CC1CC1" w:rsidRDefault="00000000">
      <w:r>
        <w:t>Your reflection:</w:t>
      </w:r>
      <w:r>
        <w:br/>
        <w:t>______________________________________________________</w:t>
      </w:r>
      <w:r>
        <w:br/>
        <w:t>______________________________________________________</w:t>
      </w:r>
      <w:r>
        <w:br/>
      </w:r>
      <w:r>
        <w:lastRenderedPageBreak/>
        <w:t>______________________________________________________</w:t>
      </w:r>
      <w:r>
        <w:br/>
      </w:r>
    </w:p>
    <w:p w14:paraId="1ABC08E8" w14:textId="07CE8230" w:rsidR="00CC1CC1" w:rsidRDefault="00CC1CC1"/>
    <w:sectPr w:rsidR="00CC1CC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C8785E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8475951">
    <w:abstractNumId w:val="8"/>
  </w:num>
  <w:num w:numId="2" w16cid:durableId="205409676">
    <w:abstractNumId w:val="6"/>
  </w:num>
  <w:num w:numId="3" w16cid:durableId="1157187663">
    <w:abstractNumId w:val="5"/>
  </w:num>
  <w:num w:numId="4" w16cid:durableId="649866620">
    <w:abstractNumId w:val="4"/>
  </w:num>
  <w:num w:numId="5" w16cid:durableId="1123038694">
    <w:abstractNumId w:val="7"/>
  </w:num>
  <w:num w:numId="6" w16cid:durableId="1714305314">
    <w:abstractNumId w:val="3"/>
  </w:num>
  <w:num w:numId="7" w16cid:durableId="1145900111">
    <w:abstractNumId w:val="2"/>
  </w:num>
  <w:num w:numId="8" w16cid:durableId="1940672614">
    <w:abstractNumId w:val="1"/>
  </w:num>
  <w:num w:numId="9" w16cid:durableId="1161969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7A12"/>
    <w:rsid w:val="0029639D"/>
    <w:rsid w:val="002E16FC"/>
    <w:rsid w:val="00326F90"/>
    <w:rsid w:val="004E475C"/>
    <w:rsid w:val="005672B3"/>
    <w:rsid w:val="00AA1D8D"/>
    <w:rsid w:val="00AD0361"/>
    <w:rsid w:val="00B47730"/>
    <w:rsid w:val="00CB0664"/>
    <w:rsid w:val="00CC1CC1"/>
    <w:rsid w:val="00F25A4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CE438D"/>
  <w14:defaultImageDpi w14:val="300"/>
  <w15:docId w15:val="{0EC8D51E-6325-45B0-8D9A-D499CCB5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Stephanie John</cp:lastModifiedBy>
  <cp:revision>5</cp:revision>
  <dcterms:created xsi:type="dcterms:W3CDTF">2025-09-29T09:09:00Z</dcterms:created>
  <dcterms:modified xsi:type="dcterms:W3CDTF">2025-10-01T11:22:00Z</dcterms:modified>
  <cp:category/>
</cp:coreProperties>
</file>