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60100" w14:textId="290B7E87" w:rsidR="005704F0" w:rsidRDefault="005704F0" w:rsidP="005704F0">
      <w:pPr>
        <w:rPr>
          <w:rFonts w:asciiTheme="minorBidi" w:hAnsiTheme="minorBidi"/>
          <w:b/>
          <w:color w:val="00265A"/>
          <w:sz w:val="36"/>
        </w:rPr>
      </w:pPr>
      <w:r w:rsidRPr="00A406E5">
        <w:rPr>
          <w:rFonts w:cs="Arial"/>
          <w:noProof/>
        </w:rPr>
        <w:drawing>
          <wp:anchor distT="0" distB="0" distL="114300" distR="114300" simplePos="0" relativeHeight="251659264" behindDoc="0" locked="0" layoutInCell="1" allowOverlap="1" wp14:anchorId="544D296D" wp14:editId="2F3B151D">
            <wp:simplePos x="0" y="0"/>
            <wp:positionH relativeFrom="column">
              <wp:posOffset>0</wp:posOffset>
            </wp:positionH>
            <wp:positionV relativeFrom="paragraph">
              <wp:posOffset>597535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17E5C">
        <w:rPr>
          <w:rFonts w:asciiTheme="minorBidi" w:hAnsiTheme="minorBidi"/>
          <w:b/>
          <w:color w:val="00265A"/>
          <w:sz w:val="36"/>
        </w:rPr>
        <w:br/>
      </w:r>
    </w:p>
    <w:p w14:paraId="6832D04B" w14:textId="77777777" w:rsidR="005704F0" w:rsidRDefault="005704F0">
      <w:pPr>
        <w:jc w:val="center"/>
        <w:rPr>
          <w:rFonts w:asciiTheme="minorBidi" w:hAnsiTheme="minorBidi"/>
          <w:b/>
          <w:color w:val="00265A"/>
          <w:sz w:val="36"/>
        </w:rPr>
      </w:pPr>
    </w:p>
    <w:p w14:paraId="0EE2ACCA" w14:textId="77777777" w:rsidR="005704F0" w:rsidRDefault="005704F0">
      <w:pPr>
        <w:jc w:val="center"/>
        <w:rPr>
          <w:rFonts w:asciiTheme="minorBidi" w:hAnsiTheme="minorBidi"/>
          <w:b/>
          <w:color w:val="00265A"/>
          <w:sz w:val="36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5704F0" w:rsidRPr="005704F0" w14:paraId="0E23E732" w14:textId="77777777" w:rsidTr="00DB7F1D">
        <w:tc>
          <w:tcPr>
            <w:tcW w:w="2093" w:type="dxa"/>
          </w:tcPr>
          <w:p w14:paraId="0B864332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/>
              </w:rPr>
            </w:pPr>
            <w:r w:rsidRPr="005704F0">
              <w:rPr>
                <w:rFonts w:asciiTheme="minorBidi" w:hAnsiTheme="minorBidi"/>
                <w:b/>
              </w:rPr>
              <w:t>Student name:</w:t>
            </w:r>
          </w:p>
        </w:tc>
        <w:tc>
          <w:tcPr>
            <w:tcW w:w="3293" w:type="dxa"/>
          </w:tcPr>
          <w:p w14:paraId="38CC82DF" w14:textId="7EC830A7" w:rsidR="005704F0" w:rsidRPr="002C5FEB" w:rsidRDefault="002C5FEB" w:rsidP="002C5FEB">
            <w:pPr>
              <w:spacing w:before="120" w:after="120" w:line="360" w:lineRule="auto"/>
              <w:jc w:val="both"/>
              <w:rPr>
                <w:rFonts w:asciiTheme="minorBidi" w:hAnsiTheme="minorBidi"/>
                <w:lang w:val="en-PK"/>
              </w:rPr>
            </w:pPr>
            <w:r w:rsidRPr="002C5FEB">
              <w:rPr>
                <w:rFonts w:asciiTheme="minorBidi" w:hAnsiTheme="minorBidi"/>
                <w:lang w:val="en-PK"/>
              </w:rPr>
              <w:t>Munir Hussain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8C57736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/>
              </w:rPr>
            </w:pPr>
            <w:r w:rsidRPr="005704F0">
              <w:rPr>
                <w:rFonts w:asciiTheme="minorBidi" w:hAnsiTheme="minorBidi"/>
                <w:b/>
              </w:rPr>
              <w:t>Student ID number:</w:t>
            </w:r>
          </w:p>
        </w:tc>
        <w:tc>
          <w:tcPr>
            <w:tcW w:w="2268" w:type="dxa"/>
          </w:tcPr>
          <w:p w14:paraId="6A7B100E" w14:textId="348700A4" w:rsidR="005704F0" w:rsidRPr="00261AA1" w:rsidRDefault="002801B8" w:rsidP="002801B8">
            <w:pPr>
              <w:spacing w:before="120" w:after="120" w:line="360" w:lineRule="auto"/>
              <w:jc w:val="both"/>
              <w:rPr>
                <w:rFonts w:asciiTheme="minorBidi" w:hAnsiTheme="minorBidi"/>
                <w:bCs/>
              </w:rPr>
            </w:pPr>
            <w:r w:rsidRPr="00261AA1">
              <w:rPr>
                <w:rFonts w:asciiTheme="minorBidi" w:hAnsiTheme="minorBidi"/>
                <w:bCs/>
              </w:rPr>
              <w:t>2531367</w:t>
            </w:r>
          </w:p>
        </w:tc>
      </w:tr>
      <w:tr w:rsidR="005704F0" w:rsidRPr="005704F0" w14:paraId="0EC7D45F" w14:textId="77777777" w:rsidTr="00DB7F1D">
        <w:tc>
          <w:tcPr>
            <w:tcW w:w="2093" w:type="dxa"/>
          </w:tcPr>
          <w:p w14:paraId="1269112E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/>
              </w:rPr>
            </w:pPr>
            <w:proofErr w:type="spellStart"/>
            <w:r w:rsidRPr="005704F0">
              <w:rPr>
                <w:rFonts w:asciiTheme="minorBidi" w:hAnsiTheme="minorBidi"/>
                <w:b/>
              </w:rPr>
              <w:t>Programme</w:t>
            </w:r>
            <w:proofErr w:type="spellEnd"/>
            <w:r w:rsidRPr="005704F0">
              <w:rPr>
                <w:rFonts w:asciiTheme="minorBidi" w:hAnsiTheme="minorBidi"/>
                <w:b/>
              </w:rPr>
              <w:t>:</w:t>
            </w:r>
          </w:p>
        </w:tc>
        <w:tc>
          <w:tcPr>
            <w:tcW w:w="7829" w:type="dxa"/>
            <w:gridSpan w:val="3"/>
          </w:tcPr>
          <w:p w14:paraId="63C4C509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/>
                <w:bCs/>
              </w:rPr>
            </w:pPr>
            <w:proofErr w:type="spellStart"/>
            <w:r w:rsidRPr="005704F0">
              <w:rPr>
                <w:rFonts w:asciiTheme="minorBidi" w:hAnsiTheme="minorBidi"/>
                <w:b/>
                <w:bCs/>
              </w:rPr>
              <w:t>CertHE</w:t>
            </w:r>
            <w:proofErr w:type="spellEnd"/>
            <w:r w:rsidRPr="005704F0">
              <w:rPr>
                <w:rFonts w:asciiTheme="minorBidi" w:hAnsiTheme="minorBidi"/>
                <w:b/>
                <w:bCs/>
              </w:rPr>
              <w:t xml:space="preserve"> Computing Skill for Workplace</w:t>
            </w:r>
          </w:p>
        </w:tc>
      </w:tr>
      <w:tr w:rsidR="005704F0" w:rsidRPr="005704F0" w14:paraId="700DEC25" w14:textId="77777777" w:rsidTr="00DB7F1D">
        <w:tc>
          <w:tcPr>
            <w:tcW w:w="2093" w:type="dxa"/>
          </w:tcPr>
          <w:p w14:paraId="232AFBC8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/>
              </w:rPr>
            </w:pPr>
            <w:r w:rsidRPr="005704F0">
              <w:rPr>
                <w:rFonts w:asciiTheme="minorBidi" w:hAnsiTheme="minorBidi"/>
                <w:b/>
              </w:rPr>
              <w:t>Module:</w:t>
            </w:r>
          </w:p>
        </w:tc>
        <w:tc>
          <w:tcPr>
            <w:tcW w:w="7829" w:type="dxa"/>
            <w:gridSpan w:val="3"/>
          </w:tcPr>
          <w:p w14:paraId="4309F522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Cs/>
              </w:rPr>
            </w:pPr>
            <w:r w:rsidRPr="005704F0">
              <w:rPr>
                <w:rFonts w:asciiTheme="minorBidi" w:hAnsiTheme="minorBidi"/>
                <w:bCs/>
              </w:rPr>
              <w:t>Learning in the Digital Era</w:t>
            </w:r>
          </w:p>
        </w:tc>
      </w:tr>
      <w:tr w:rsidR="005704F0" w:rsidRPr="005704F0" w14:paraId="7F9F843C" w14:textId="77777777" w:rsidTr="00DB7F1D">
        <w:tc>
          <w:tcPr>
            <w:tcW w:w="2093" w:type="dxa"/>
          </w:tcPr>
          <w:p w14:paraId="61293CA1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/>
              </w:rPr>
            </w:pPr>
            <w:r w:rsidRPr="005704F0">
              <w:rPr>
                <w:rFonts w:asciiTheme="minorBidi" w:hAnsiTheme="minorBidi"/>
                <w:b/>
              </w:rPr>
              <w:t>Module code:</w:t>
            </w:r>
          </w:p>
        </w:tc>
        <w:tc>
          <w:tcPr>
            <w:tcW w:w="3293" w:type="dxa"/>
          </w:tcPr>
          <w:p w14:paraId="0607C9A1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Cs/>
              </w:rPr>
            </w:pPr>
            <w:r w:rsidRPr="005704F0">
              <w:rPr>
                <w:rFonts w:asciiTheme="minorBidi" w:hAnsiTheme="minorBidi"/>
                <w:bCs/>
              </w:rPr>
              <w:t>ACCA4025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3CED07F" w14:textId="77777777" w:rsidR="005704F0" w:rsidRPr="005704F0" w:rsidRDefault="005704F0" w:rsidP="005704F0">
            <w:pPr>
              <w:spacing w:line="360" w:lineRule="auto"/>
              <w:rPr>
                <w:rFonts w:asciiTheme="minorBidi" w:hAnsiTheme="minorBidi"/>
                <w:b/>
              </w:rPr>
            </w:pPr>
            <w:bookmarkStart w:id="0" w:name="_Toc48725199"/>
            <w:r w:rsidRPr="005704F0">
              <w:rPr>
                <w:rFonts w:asciiTheme="minorBidi" w:hAnsiTheme="minorBidi"/>
                <w:b/>
              </w:rPr>
              <w:t>Contribution to Overall Module Assessment (%):</w:t>
            </w:r>
            <w:bookmarkEnd w:id="0"/>
          </w:p>
        </w:tc>
        <w:tc>
          <w:tcPr>
            <w:tcW w:w="2268" w:type="dxa"/>
          </w:tcPr>
          <w:p w14:paraId="60217C04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Cs/>
              </w:rPr>
            </w:pPr>
            <w:r w:rsidRPr="005704F0">
              <w:rPr>
                <w:rFonts w:asciiTheme="minorBidi" w:hAnsiTheme="minorBidi"/>
                <w:bCs/>
              </w:rPr>
              <w:t>50%</w:t>
            </w:r>
          </w:p>
        </w:tc>
      </w:tr>
      <w:tr w:rsidR="005704F0" w:rsidRPr="005704F0" w14:paraId="5FD72143" w14:textId="77777777" w:rsidTr="00DB7F1D">
        <w:tc>
          <w:tcPr>
            <w:tcW w:w="2093" w:type="dxa"/>
          </w:tcPr>
          <w:p w14:paraId="25A0E962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/>
              </w:rPr>
            </w:pPr>
            <w:r w:rsidRPr="005704F0">
              <w:rPr>
                <w:rFonts w:asciiTheme="minorBidi" w:hAnsiTheme="minorBidi"/>
                <w:b/>
              </w:rPr>
              <w:t>Lecturer:</w:t>
            </w:r>
          </w:p>
        </w:tc>
        <w:tc>
          <w:tcPr>
            <w:tcW w:w="3293" w:type="dxa"/>
          </w:tcPr>
          <w:p w14:paraId="29262A8C" w14:textId="77777777" w:rsidR="005704F0" w:rsidRPr="005704F0" w:rsidRDefault="005704F0" w:rsidP="005704F0">
            <w:pPr>
              <w:spacing w:before="120" w:after="120" w:line="360" w:lineRule="auto"/>
              <w:rPr>
                <w:rFonts w:asciiTheme="minorBidi" w:eastAsia="Arial" w:hAnsiTheme="minorBidi"/>
              </w:rPr>
            </w:pPr>
            <w:r w:rsidRPr="005704F0">
              <w:rPr>
                <w:rFonts w:asciiTheme="minorBidi" w:eastAsia="Arial" w:hAnsiTheme="minorBidi"/>
              </w:rPr>
              <w:t>Martin Svejda, Malik Mehmood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83AFD73" w14:textId="77777777" w:rsidR="005704F0" w:rsidRPr="005704F0" w:rsidRDefault="005704F0" w:rsidP="005704F0">
            <w:pPr>
              <w:spacing w:before="120" w:after="120" w:line="360" w:lineRule="auto"/>
              <w:rPr>
                <w:rFonts w:asciiTheme="minorBidi" w:hAnsiTheme="minorBidi"/>
                <w:b/>
              </w:rPr>
            </w:pPr>
            <w:r w:rsidRPr="005704F0">
              <w:rPr>
                <w:rFonts w:asciiTheme="minorBidi" w:hAnsiTheme="minorBidi"/>
                <w:b/>
              </w:rPr>
              <w:t>Internal Verifier:</w:t>
            </w:r>
          </w:p>
        </w:tc>
        <w:tc>
          <w:tcPr>
            <w:tcW w:w="2268" w:type="dxa"/>
          </w:tcPr>
          <w:p w14:paraId="4A19EE48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</w:rPr>
            </w:pPr>
            <w:r w:rsidRPr="005704F0">
              <w:rPr>
                <w:rFonts w:asciiTheme="minorBidi" w:hAnsiTheme="minorBidi"/>
              </w:rPr>
              <w:t>Sadhana Jha</w:t>
            </w:r>
          </w:p>
        </w:tc>
      </w:tr>
      <w:tr w:rsidR="005704F0" w:rsidRPr="005704F0" w14:paraId="67A7A400" w14:textId="77777777" w:rsidTr="00DB7F1D">
        <w:tc>
          <w:tcPr>
            <w:tcW w:w="2093" w:type="dxa"/>
          </w:tcPr>
          <w:p w14:paraId="5B23F0C3" w14:textId="77777777" w:rsidR="005704F0" w:rsidRPr="005704F0" w:rsidRDefault="005704F0" w:rsidP="005704F0">
            <w:pPr>
              <w:spacing w:before="120" w:after="120" w:line="360" w:lineRule="auto"/>
              <w:jc w:val="both"/>
              <w:rPr>
                <w:rFonts w:asciiTheme="minorBidi" w:hAnsiTheme="minorBidi"/>
                <w:b/>
              </w:rPr>
            </w:pPr>
            <w:r w:rsidRPr="005704F0">
              <w:rPr>
                <w:rFonts w:asciiTheme="minorBidi" w:hAnsiTheme="minorBidi"/>
                <w:b/>
              </w:rPr>
              <w:t>Assignment Title:</w:t>
            </w:r>
          </w:p>
        </w:tc>
        <w:tc>
          <w:tcPr>
            <w:tcW w:w="3293" w:type="dxa"/>
          </w:tcPr>
          <w:p w14:paraId="0CD8587D" w14:textId="77777777" w:rsidR="005704F0" w:rsidRPr="005704F0" w:rsidRDefault="005704F0" w:rsidP="005704F0">
            <w:pPr>
              <w:spacing w:before="120" w:after="120" w:line="360" w:lineRule="auto"/>
              <w:rPr>
                <w:rFonts w:asciiTheme="minorBidi" w:hAnsiTheme="minorBidi"/>
                <w:bCs/>
              </w:rPr>
            </w:pPr>
            <w:r w:rsidRPr="005704F0">
              <w:rPr>
                <w:rFonts w:asciiTheme="minorBidi" w:hAnsiTheme="minorBidi"/>
                <w:bCs/>
              </w:rPr>
              <w:t>Assignment 1: E-Portfolio</w:t>
            </w:r>
          </w:p>
        </w:tc>
        <w:tc>
          <w:tcPr>
            <w:tcW w:w="2268" w:type="dxa"/>
          </w:tcPr>
          <w:p w14:paraId="62C7593F" w14:textId="77777777" w:rsidR="005704F0" w:rsidRPr="005704F0" w:rsidRDefault="005704F0" w:rsidP="005704F0">
            <w:pPr>
              <w:spacing w:before="120" w:after="120" w:line="360" w:lineRule="auto"/>
              <w:rPr>
                <w:rFonts w:asciiTheme="minorBidi" w:hAnsiTheme="minorBidi"/>
                <w:b/>
              </w:rPr>
            </w:pPr>
            <w:r w:rsidRPr="005704F0">
              <w:rPr>
                <w:rFonts w:asciiTheme="minorBidi" w:hAnsiTheme="minorBidi"/>
                <w:b/>
              </w:rPr>
              <w:t>Word count (or equivalent):</w:t>
            </w:r>
          </w:p>
        </w:tc>
        <w:tc>
          <w:tcPr>
            <w:tcW w:w="2268" w:type="dxa"/>
          </w:tcPr>
          <w:p w14:paraId="14B7BBAD" w14:textId="77777777" w:rsidR="005704F0" w:rsidRPr="005704F0" w:rsidRDefault="005704F0" w:rsidP="005704F0">
            <w:pPr>
              <w:spacing w:before="120" w:after="120" w:line="360" w:lineRule="auto"/>
              <w:rPr>
                <w:rFonts w:asciiTheme="minorBidi" w:hAnsiTheme="minorBidi"/>
                <w:bCs/>
              </w:rPr>
            </w:pPr>
            <w:r w:rsidRPr="005704F0">
              <w:rPr>
                <w:rFonts w:asciiTheme="minorBidi" w:hAnsiTheme="minorBidi"/>
                <w:bCs/>
              </w:rPr>
              <w:t>See 4 tasks below</w:t>
            </w:r>
          </w:p>
        </w:tc>
      </w:tr>
    </w:tbl>
    <w:p w14:paraId="614E79F8" w14:textId="1F7CA302" w:rsidR="008C0F65" w:rsidRPr="00C17E5C" w:rsidRDefault="008C0F65">
      <w:pPr>
        <w:jc w:val="both"/>
        <w:rPr>
          <w:rFonts w:asciiTheme="minorBidi" w:hAnsiTheme="minorBidi"/>
        </w:rPr>
      </w:pPr>
    </w:p>
    <w:p w14:paraId="64ACF5B6" w14:textId="77777777" w:rsidR="00695E1A" w:rsidRDefault="00A45CB1" w:rsidP="00BE3A45">
      <w:pPr>
        <w:rPr>
          <w:rFonts w:asciiTheme="minorBidi" w:hAnsiTheme="minorBidi"/>
        </w:rPr>
      </w:pPr>
      <w:r w:rsidRPr="00A45CB1">
        <w:rPr>
          <w:rFonts w:asciiTheme="minorBidi" w:hAnsiTheme="minorBidi"/>
          <w:b/>
          <w:bCs/>
        </w:rPr>
        <w:t>Site Link:</w:t>
      </w:r>
      <w:r>
        <w:rPr>
          <w:rFonts w:asciiTheme="minorBidi" w:hAnsiTheme="minorBidi"/>
        </w:rPr>
        <w:t xml:space="preserve"> </w:t>
      </w:r>
      <w:hyperlink r:id="rId10" w:history="1">
        <w:r w:rsidRPr="00CC5333">
          <w:rPr>
            <w:rStyle w:val="Hyperlink"/>
            <w:rFonts w:asciiTheme="minorBidi" w:hAnsiTheme="minorBidi"/>
          </w:rPr>
          <w:t>https://sites.google.com/view/level-4-e-portfolio/task-1-academic-and-employment-skills</w:t>
        </w:r>
      </w:hyperlink>
      <w:r>
        <w:rPr>
          <w:rFonts w:asciiTheme="minorBidi" w:hAnsiTheme="minorBidi"/>
        </w:rPr>
        <w:t xml:space="preserve"> </w:t>
      </w:r>
    </w:p>
    <w:p w14:paraId="791F99BA" w14:textId="77777777" w:rsidR="00695E1A" w:rsidRDefault="00695E1A">
      <w:pPr>
        <w:rPr>
          <w:rFonts w:asciiTheme="minorBidi" w:hAnsiTheme="minorBidi"/>
        </w:rPr>
      </w:pPr>
      <w:r>
        <w:rPr>
          <w:rFonts w:asciiTheme="minorBidi" w:hAnsiTheme="minorBidi"/>
        </w:rPr>
        <w:br w:type="page"/>
      </w:r>
    </w:p>
    <w:sdt>
      <w:sdtPr>
        <w:rPr>
          <w:rFonts w:ascii="Aptos" w:eastAsia="Times New Roman" w:hAnsi="Aptos" w:cstheme="minorBidi"/>
          <w:b w:val="0"/>
          <w:bCs w:val="0"/>
          <w:color w:val="auto"/>
          <w:sz w:val="24"/>
          <w:szCs w:val="24"/>
        </w:rPr>
        <w:id w:val="978499610"/>
        <w:docPartObj>
          <w:docPartGallery w:val="Table of Contents"/>
          <w:docPartUnique/>
        </w:docPartObj>
      </w:sdtPr>
      <w:sdtEndPr>
        <w:rPr>
          <w:rFonts w:asciiTheme="minorBidi" w:hAnsiTheme="minorBidi"/>
          <w:noProof/>
        </w:rPr>
      </w:sdtEndPr>
      <w:sdtContent>
        <w:p w14:paraId="1AE7DBEA" w14:textId="62818072" w:rsidR="00695E1A" w:rsidRPr="007E51F7" w:rsidRDefault="00695E1A" w:rsidP="00695E1A">
          <w:pPr>
            <w:pStyle w:val="TOCHeading"/>
            <w:spacing w:line="360" w:lineRule="auto"/>
            <w:jc w:val="center"/>
            <w:rPr>
              <w:rFonts w:asciiTheme="minorBidi" w:hAnsiTheme="minorBidi" w:cstheme="minorBidi"/>
              <w:sz w:val="24"/>
              <w:szCs w:val="24"/>
            </w:rPr>
          </w:pPr>
          <w:r w:rsidRPr="007E51F7">
            <w:rPr>
              <w:rFonts w:asciiTheme="minorBidi" w:hAnsiTheme="minorBidi" w:cstheme="minorBidi"/>
              <w:sz w:val="24"/>
              <w:szCs w:val="24"/>
            </w:rPr>
            <w:t>Contents</w:t>
          </w:r>
        </w:p>
        <w:p w14:paraId="46F5FBA6" w14:textId="2D0EC22C" w:rsidR="00695E1A" w:rsidRPr="007E51F7" w:rsidRDefault="00695E1A" w:rsidP="00695E1A">
          <w:pPr>
            <w:pStyle w:val="TOC1"/>
            <w:tabs>
              <w:tab w:val="right" w:leader="dot" w:pos="10070"/>
            </w:tabs>
            <w:spacing w:line="360" w:lineRule="auto"/>
            <w:jc w:val="center"/>
            <w:rPr>
              <w:rFonts w:asciiTheme="minorBidi" w:eastAsiaTheme="minorEastAsia" w:hAnsiTheme="minorBidi"/>
              <w:noProof/>
              <w:kern w:val="2"/>
              <w:sz w:val="24"/>
              <w:szCs w:val="24"/>
              <w:lang w:val="en-PK" w:eastAsia="en-PK"/>
              <w14:ligatures w14:val="standardContextual"/>
            </w:rPr>
          </w:pPr>
          <w:r w:rsidRPr="007E51F7">
            <w:rPr>
              <w:rFonts w:asciiTheme="minorBidi" w:hAnsiTheme="minorBidi"/>
              <w:sz w:val="24"/>
              <w:szCs w:val="24"/>
            </w:rPr>
            <w:fldChar w:fldCharType="begin"/>
          </w:r>
          <w:r w:rsidRPr="007E51F7">
            <w:rPr>
              <w:rFonts w:asciiTheme="minorBidi" w:hAnsiTheme="minorBidi"/>
              <w:sz w:val="24"/>
              <w:szCs w:val="24"/>
            </w:rPr>
            <w:instrText xml:space="preserve"> TOC \o "1-3" \h \z \u </w:instrText>
          </w:r>
          <w:r w:rsidRPr="007E51F7">
            <w:rPr>
              <w:rFonts w:asciiTheme="minorBidi" w:hAnsiTheme="minorBidi"/>
              <w:sz w:val="24"/>
              <w:szCs w:val="24"/>
            </w:rPr>
            <w:fldChar w:fldCharType="separate"/>
          </w:r>
          <w:hyperlink w:anchor="_Toc233660550" w:history="1">
            <w:r w:rsidRPr="007E51F7">
              <w:rPr>
                <w:rStyle w:val="Hyperlink"/>
                <w:rFonts w:asciiTheme="minorBidi" w:hAnsiTheme="minorBidi"/>
                <w:noProof/>
                <w:sz w:val="24"/>
                <w:szCs w:val="24"/>
              </w:rPr>
              <w:t>1. E-Portfolio Homepage Link and Screenshot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tab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begin"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instrText xml:space="preserve"> PAGEREF _Toc233660550 \h </w:instrTex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separate"/>
            </w:r>
            <w:r w:rsidR="00AC7E40">
              <w:rPr>
                <w:rFonts w:asciiTheme="minorBidi" w:hAnsiTheme="minorBidi"/>
                <w:noProof/>
                <w:webHidden/>
                <w:sz w:val="24"/>
                <w:szCs w:val="24"/>
              </w:rPr>
              <w:t>3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C3F342" w14:textId="587C67B1" w:rsidR="00695E1A" w:rsidRPr="007E51F7" w:rsidRDefault="00695E1A" w:rsidP="00695E1A">
          <w:pPr>
            <w:pStyle w:val="TOC1"/>
            <w:tabs>
              <w:tab w:val="right" w:leader="dot" w:pos="10070"/>
            </w:tabs>
            <w:spacing w:line="360" w:lineRule="auto"/>
            <w:jc w:val="center"/>
            <w:rPr>
              <w:rFonts w:asciiTheme="minorBidi" w:eastAsiaTheme="minorEastAsia" w:hAnsiTheme="minorBidi"/>
              <w:noProof/>
              <w:kern w:val="2"/>
              <w:sz w:val="24"/>
              <w:szCs w:val="24"/>
              <w:lang w:val="en-PK" w:eastAsia="en-PK"/>
              <w14:ligatures w14:val="standardContextual"/>
            </w:rPr>
          </w:pPr>
          <w:hyperlink w:anchor="_Toc233660551" w:history="1">
            <w:r w:rsidRPr="007E51F7">
              <w:rPr>
                <w:rStyle w:val="Hyperlink"/>
                <w:rFonts w:asciiTheme="minorBidi" w:hAnsiTheme="minorBidi"/>
                <w:noProof/>
                <w:sz w:val="24"/>
                <w:szCs w:val="24"/>
              </w:rPr>
              <w:t>2. Task 1 - Written Summary Evidence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tab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begin"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instrText xml:space="preserve"> PAGEREF _Toc233660551 \h </w:instrTex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separate"/>
            </w:r>
            <w:r w:rsidR="00AC7E40">
              <w:rPr>
                <w:rFonts w:asciiTheme="minorBidi" w:hAnsiTheme="minorBidi"/>
                <w:noProof/>
                <w:webHidden/>
                <w:sz w:val="24"/>
                <w:szCs w:val="24"/>
              </w:rPr>
              <w:t>4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95810A8" w14:textId="7F152AAE" w:rsidR="00695E1A" w:rsidRPr="007E51F7" w:rsidRDefault="00695E1A" w:rsidP="00695E1A">
          <w:pPr>
            <w:pStyle w:val="TOC2"/>
            <w:tabs>
              <w:tab w:val="right" w:leader="dot" w:pos="10070"/>
            </w:tabs>
            <w:spacing w:line="360" w:lineRule="auto"/>
            <w:jc w:val="center"/>
            <w:rPr>
              <w:rFonts w:asciiTheme="minorBidi" w:eastAsiaTheme="minorEastAsia" w:hAnsiTheme="minorBidi"/>
              <w:noProof/>
              <w:kern w:val="2"/>
              <w:sz w:val="24"/>
              <w:szCs w:val="24"/>
              <w:lang w:val="en-PK" w:eastAsia="en-PK"/>
              <w14:ligatures w14:val="standardContextual"/>
            </w:rPr>
          </w:pPr>
          <w:hyperlink w:anchor="_Toc233660552" w:history="1">
            <w:r w:rsidRPr="007E51F7">
              <w:rPr>
                <w:rStyle w:val="Hyperlink"/>
                <w:rFonts w:asciiTheme="minorBidi" w:hAnsiTheme="minorBidi"/>
                <w:noProof/>
                <w:sz w:val="24"/>
                <w:szCs w:val="24"/>
              </w:rPr>
              <w:t>2.1 Screenshot Evidence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tab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begin"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instrText xml:space="preserve"> PAGEREF _Toc233660552 \h </w:instrTex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separate"/>
            </w:r>
            <w:r w:rsidR="00AC7E40">
              <w:rPr>
                <w:rFonts w:asciiTheme="minorBidi" w:hAnsiTheme="minorBidi"/>
                <w:noProof/>
                <w:webHidden/>
                <w:sz w:val="24"/>
                <w:szCs w:val="24"/>
              </w:rPr>
              <w:t>4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83C32A" w14:textId="03FFA6FA" w:rsidR="00695E1A" w:rsidRPr="007E51F7" w:rsidRDefault="00695E1A" w:rsidP="00695E1A">
          <w:pPr>
            <w:pStyle w:val="TOC1"/>
            <w:tabs>
              <w:tab w:val="right" w:leader="dot" w:pos="10070"/>
            </w:tabs>
            <w:spacing w:line="360" w:lineRule="auto"/>
            <w:jc w:val="center"/>
            <w:rPr>
              <w:rFonts w:asciiTheme="minorBidi" w:eastAsiaTheme="minorEastAsia" w:hAnsiTheme="minorBidi"/>
              <w:noProof/>
              <w:kern w:val="2"/>
              <w:sz w:val="24"/>
              <w:szCs w:val="24"/>
              <w:lang w:val="en-PK" w:eastAsia="en-PK"/>
              <w14:ligatures w14:val="standardContextual"/>
            </w:rPr>
          </w:pPr>
          <w:hyperlink w:anchor="_Toc233660553" w:history="1">
            <w:r w:rsidRPr="007E51F7">
              <w:rPr>
                <w:rStyle w:val="Hyperlink"/>
                <w:rFonts w:asciiTheme="minorBidi" w:hAnsiTheme="minorBidi"/>
                <w:noProof/>
                <w:sz w:val="24"/>
                <w:szCs w:val="24"/>
              </w:rPr>
              <w:t>3. Task 2 - Mind Map and Academic Poster Evidence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tab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begin"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instrText xml:space="preserve"> PAGEREF _Toc233660553 \h </w:instrTex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separate"/>
            </w:r>
            <w:r w:rsidR="00AC7E40">
              <w:rPr>
                <w:rFonts w:asciiTheme="minorBidi" w:hAnsiTheme="minorBidi"/>
                <w:noProof/>
                <w:webHidden/>
                <w:sz w:val="24"/>
                <w:szCs w:val="24"/>
              </w:rPr>
              <w:t>6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3E2FCB3" w14:textId="2C4A50F6" w:rsidR="00695E1A" w:rsidRPr="007E51F7" w:rsidRDefault="00695E1A" w:rsidP="00695E1A">
          <w:pPr>
            <w:pStyle w:val="TOC2"/>
            <w:tabs>
              <w:tab w:val="right" w:leader="dot" w:pos="10070"/>
            </w:tabs>
            <w:spacing w:line="360" w:lineRule="auto"/>
            <w:jc w:val="center"/>
            <w:rPr>
              <w:rFonts w:asciiTheme="minorBidi" w:eastAsiaTheme="minorEastAsia" w:hAnsiTheme="minorBidi"/>
              <w:noProof/>
              <w:kern w:val="2"/>
              <w:sz w:val="24"/>
              <w:szCs w:val="24"/>
              <w:lang w:val="en-PK" w:eastAsia="en-PK"/>
              <w14:ligatures w14:val="standardContextual"/>
            </w:rPr>
          </w:pPr>
          <w:hyperlink w:anchor="_Toc233660554" w:history="1">
            <w:r w:rsidRPr="007E51F7">
              <w:rPr>
                <w:rStyle w:val="Hyperlink"/>
                <w:rFonts w:asciiTheme="minorBidi" w:hAnsiTheme="minorBidi"/>
                <w:noProof/>
                <w:sz w:val="24"/>
                <w:szCs w:val="24"/>
              </w:rPr>
              <w:t>3.1 Team Activity and Collaboration Tools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tab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begin"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instrText xml:space="preserve"> PAGEREF _Toc233660554 \h </w:instrTex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separate"/>
            </w:r>
            <w:r w:rsidR="00AC7E40">
              <w:rPr>
                <w:rFonts w:asciiTheme="minorBidi" w:hAnsiTheme="minorBidi"/>
                <w:noProof/>
                <w:webHidden/>
                <w:sz w:val="24"/>
                <w:szCs w:val="24"/>
              </w:rPr>
              <w:t>6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6051BB8" w14:textId="2DA0A87F" w:rsidR="00695E1A" w:rsidRPr="007E51F7" w:rsidRDefault="00695E1A" w:rsidP="00695E1A">
          <w:pPr>
            <w:pStyle w:val="TOC1"/>
            <w:tabs>
              <w:tab w:val="right" w:leader="dot" w:pos="10070"/>
            </w:tabs>
            <w:spacing w:line="360" w:lineRule="auto"/>
            <w:jc w:val="center"/>
            <w:rPr>
              <w:rFonts w:asciiTheme="minorBidi" w:eastAsiaTheme="minorEastAsia" w:hAnsiTheme="minorBidi"/>
              <w:noProof/>
              <w:kern w:val="2"/>
              <w:sz w:val="24"/>
              <w:szCs w:val="24"/>
              <w:lang w:val="en-PK" w:eastAsia="en-PK"/>
              <w14:ligatures w14:val="standardContextual"/>
            </w:rPr>
          </w:pPr>
          <w:hyperlink w:anchor="_Toc233660555" w:history="1">
            <w:r w:rsidRPr="007E51F7">
              <w:rPr>
                <w:rStyle w:val="Hyperlink"/>
                <w:rFonts w:asciiTheme="minorBidi" w:hAnsiTheme="minorBidi"/>
                <w:noProof/>
                <w:sz w:val="24"/>
                <w:szCs w:val="24"/>
              </w:rPr>
              <w:t>4. Task 3 - Automatic Referencing Tool Evidence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tab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begin"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instrText xml:space="preserve"> PAGEREF _Toc233660555 \h </w:instrTex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separate"/>
            </w:r>
            <w:r w:rsidR="00AC7E40">
              <w:rPr>
                <w:rFonts w:asciiTheme="minorBidi" w:hAnsiTheme="minorBidi"/>
                <w:noProof/>
                <w:webHidden/>
                <w:sz w:val="24"/>
                <w:szCs w:val="24"/>
              </w:rPr>
              <w:t>8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0540A0" w14:textId="74485C4E" w:rsidR="00695E1A" w:rsidRPr="007E51F7" w:rsidRDefault="00695E1A" w:rsidP="00695E1A">
          <w:pPr>
            <w:pStyle w:val="TOC1"/>
            <w:tabs>
              <w:tab w:val="right" w:leader="dot" w:pos="10070"/>
            </w:tabs>
            <w:spacing w:line="360" w:lineRule="auto"/>
            <w:jc w:val="center"/>
            <w:rPr>
              <w:rFonts w:asciiTheme="minorBidi" w:eastAsiaTheme="minorEastAsia" w:hAnsiTheme="minorBidi"/>
              <w:noProof/>
              <w:kern w:val="2"/>
              <w:sz w:val="24"/>
              <w:szCs w:val="24"/>
              <w:lang w:val="en-PK" w:eastAsia="en-PK"/>
              <w14:ligatures w14:val="standardContextual"/>
            </w:rPr>
          </w:pPr>
          <w:hyperlink w:anchor="_Toc233660556" w:history="1">
            <w:r w:rsidRPr="007E51F7">
              <w:rPr>
                <w:rStyle w:val="Hyperlink"/>
                <w:rFonts w:asciiTheme="minorBidi" w:hAnsiTheme="minorBidi"/>
                <w:noProof/>
                <w:sz w:val="24"/>
                <w:szCs w:val="24"/>
              </w:rPr>
              <w:t>5. Task 4 - E-Portfolio Creation and Review Evidence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tab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begin"/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instrText xml:space="preserve"> PAGEREF _Toc233660556 \h </w:instrTex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separate"/>
            </w:r>
            <w:r w:rsidR="00AC7E40">
              <w:rPr>
                <w:rFonts w:asciiTheme="minorBidi" w:hAnsiTheme="minorBidi"/>
                <w:noProof/>
                <w:webHidden/>
                <w:sz w:val="24"/>
                <w:szCs w:val="24"/>
              </w:rPr>
              <w:t>11</w:t>
            </w:r>
            <w:r w:rsidRPr="007E51F7">
              <w:rPr>
                <w:rFonts w:asciiTheme="minorBidi" w:hAnsiTheme="min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EC702E" w14:textId="0D1B11AB" w:rsidR="00695E1A" w:rsidRPr="007E51F7" w:rsidRDefault="00695E1A" w:rsidP="00695E1A">
          <w:pPr>
            <w:spacing w:line="360" w:lineRule="auto"/>
            <w:jc w:val="center"/>
            <w:rPr>
              <w:rFonts w:asciiTheme="minorBidi" w:hAnsiTheme="minorBidi"/>
              <w:sz w:val="24"/>
              <w:szCs w:val="24"/>
            </w:rPr>
          </w:pPr>
          <w:r w:rsidRPr="007E51F7">
            <w:rPr>
              <w:rFonts w:asciiTheme="minorBidi" w:hAnsiTheme="minorBidi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46B9F21" w14:textId="5A5B3C27" w:rsidR="005704F0" w:rsidRPr="007E51F7" w:rsidRDefault="00A45CB1" w:rsidP="00BE3A45">
      <w:pPr>
        <w:rPr>
          <w:rFonts w:asciiTheme="minorBidi" w:hAnsiTheme="minorBidi"/>
        </w:rPr>
      </w:pPr>
      <w:r w:rsidRPr="007E51F7">
        <w:rPr>
          <w:rFonts w:asciiTheme="minorBidi" w:hAnsiTheme="minorBidi"/>
        </w:rPr>
        <w:br w:type="page"/>
      </w:r>
    </w:p>
    <w:p w14:paraId="177B233E" w14:textId="77777777" w:rsidR="008C0F65" w:rsidRPr="00C17E5C" w:rsidRDefault="001A062D">
      <w:pPr>
        <w:pStyle w:val="Heading1"/>
        <w:rPr>
          <w:rFonts w:asciiTheme="minorBidi" w:hAnsiTheme="minorBidi" w:cstheme="minorBidi"/>
          <w:sz w:val="22"/>
          <w:szCs w:val="22"/>
        </w:rPr>
      </w:pPr>
      <w:bookmarkStart w:id="1" w:name="_Toc232267110"/>
      <w:bookmarkStart w:id="2" w:name="_Toc233660550"/>
      <w:r w:rsidRPr="00C17E5C">
        <w:rPr>
          <w:rFonts w:asciiTheme="minorBidi" w:eastAsia="Times New Roman" w:hAnsiTheme="minorBidi" w:cstheme="minorBidi"/>
          <w:color w:val="00265A"/>
          <w:sz w:val="22"/>
          <w:szCs w:val="22"/>
        </w:rPr>
        <w:lastRenderedPageBreak/>
        <w:t>1. E-Portfolio Homepage Link and Screenshot</w:t>
      </w:r>
      <w:bookmarkEnd w:id="1"/>
      <w:bookmarkEnd w:id="2"/>
    </w:p>
    <w:p w14:paraId="6A03C1F6" w14:textId="77777777" w:rsidR="008C0F65" w:rsidRPr="00C17E5C" w:rsidRDefault="001A062D">
      <w:pPr>
        <w:jc w:val="both"/>
        <w:rPr>
          <w:rFonts w:asciiTheme="minorBidi" w:hAnsiTheme="minorBidi"/>
        </w:rPr>
      </w:pPr>
      <w:r w:rsidRPr="00C17E5C">
        <w:rPr>
          <w:rFonts w:asciiTheme="minorBidi" w:hAnsiTheme="minorBidi"/>
          <w:b/>
        </w:rPr>
        <w:t xml:space="preserve">Online e-portfolio homepage: </w:t>
      </w:r>
      <w:hyperlink r:id="rId11">
        <w:r w:rsidR="008C0F65" w:rsidRPr="00C17E5C">
          <w:rPr>
            <w:rFonts w:asciiTheme="minorBidi" w:hAnsiTheme="minorBidi"/>
            <w:color w:val="0563C1"/>
            <w:u w:val="single"/>
          </w:rPr>
          <w:t>https://sites.google.com/view/level-4-e-portfolio/home</w:t>
        </w:r>
      </w:hyperlink>
    </w:p>
    <w:p w14:paraId="2D34DC4D" w14:textId="77777777" w:rsidR="008C0F65" w:rsidRPr="00C17E5C" w:rsidRDefault="001A062D">
      <w:pPr>
        <w:jc w:val="both"/>
        <w:rPr>
          <w:rFonts w:asciiTheme="minorBidi" w:hAnsiTheme="minorBidi"/>
        </w:rPr>
      </w:pPr>
      <w:r w:rsidRPr="00C17E5C">
        <w:rPr>
          <w:rFonts w:asciiTheme="minorBidi" w:hAnsiTheme="minorBidi"/>
        </w:rPr>
        <w:t>The homepage identifies the student, course, module and e-portfolio navigation structure. The site contains separate pages for Task 1, Task 2, Task 3 and Task 4.</w:t>
      </w:r>
    </w:p>
    <w:p w14:paraId="5FF438F5" w14:textId="5C63B074" w:rsidR="008C0F65" w:rsidRPr="00C17E5C" w:rsidRDefault="00C17E5C">
      <w:pPr>
        <w:jc w:val="center"/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77752EF9" wp14:editId="7B2B06FB">
            <wp:extent cx="6400800" cy="2816860"/>
            <wp:effectExtent l="0" t="0" r="0" b="2540"/>
            <wp:docPr id="9042024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20244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81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F9E89" w14:textId="0B3A2D78" w:rsidR="008C0F65" w:rsidRPr="00C17E5C" w:rsidRDefault="001A062D" w:rsidP="00C17E5C">
      <w:pPr>
        <w:jc w:val="center"/>
        <w:rPr>
          <w:rFonts w:asciiTheme="minorBidi" w:hAnsiTheme="minorBidi"/>
        </w:rPr>
      </w:pPr>
      <w:r w:rsidRPr="00C17E5C">
        <w:rPr>
          <w:rFonts w:asciiTheme="minorBidi" w:hAnsiTheme="minorBidi"/>
          <w:b/>
          <w:color w:val="00265A"/>
        </w:rPr>
        <w:t>Screenshot - Home Page</w:t>
      </w:r>
    </w:p>
    <w:p w14:paraId="2ED1BCD2" w14:textId="77777777" w:rsidR="008C0F65" w:rsidRPr="00C17E5C" w:rsidRDefault="001A062D">
      <w:pPr>
        <w:jc w:val="center"/>
        <w:rPr>
          <w:rFonts w:asciiTheme="minorBidi" w:hAnsiTheme="minorBidi"/>
        </w:rPr>
      </w:pPr>
      <w:r w:rsidRPr="00C17E5C">
        <w:rPr>
          <w:rFonts w:asciiTheme="minorBidi" w:hAnsiTheme="minorBidi"/>
          <w:b/>
          <w:color w:val="00265A"/>
        </w:rPr>
        <w:t>Screenshot - Google Sites Homepage Design / Editing Evidence</w:t>
      </w:r>
    </w:p>
    <w:p w14:paraId="3F458FF8" w14:textId="3CB7CAF0" w:rsidR="008C0F65" w:rsidRDefault="008C0F65">
      <w:pPr>
        <w:jc w:val="center"/>
        <w:rPr>
          <w:rFonts w:asciiTheme="minorBidi" w:hAnsiTheme="minorBidi"/>
          <w:noProof/>
        </w:rPr>
      </w:pPr>
    </w:p>
    <w:p w14:paraId="4B84B921" w14:textId="38AC14C2" w:rsidR="00C17E5C" w:rsidRPr="00C17E5C" w:rsidRDefault="00C17E5C">
      <w:pPr>
        <w:jc w:val="center"/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3CA5236E" wp14:editId="3AE28207">
            <wp:extent cx="6400800" cy="2985135"/>
            <wp:effectExtent l="0" t="0" r="0" b="5715"/>
            <wp:docPr id="1312301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30195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0E21A" w14:textId="77777777" w:rsidR="008C0F65" w:rsidRPr="00C17E5C" w:rsidRDefault="001A062D">
      <w:pPr>
        <w:jc w:val="center"/>
        <w:rPr>
          <w:rFonts w:asciiTheme="minorBidi" w:hAnsiTheme="minorBidi"/>
        </w:rPr>
      </w:pPr>
      <w:r w:rsidRPr="00C17E5C">
        <w:rPr>
          <w:rFonts w:asciiTheme="minorBidi" w:hAnsiTheme="minorBidi"/>
          <w:b/>
          <w:color w:val="00265A"/>
        </w:rPr>
        <w:t>Screenshot - Published Site Access Test in Incognito/Private Browser</w:t>
      </w:r>
    </w:p>
    <w:p w14:paraId="1EDEE473" w14:textId="77777777" w:rsidR="008C0F65" w:rsidRPr="00C17E5C" w:rsidRDefault="001A062D">
      <w:pPr>
        <w:rPr>
          <w:rFonts w:asciiTheme="minorBidi" w:hAnsiTheme="minorBidi"/>
        </w:rPr>
      </w:pPr>
      <w:r w:rsidRPr="00C17E5C">
        <w:rPr>
          <w:rFonts w:asciiTheme="minorBidi" w:hAnsiTheme="minorBidi"/>
        </w:rPr>
        <w:br w:type="page"/>
      </w:r>
    </w:p>
    <w:p w14:paraId="67EEE3EB" w14:textId="77777777" w:rsidR="008C0F65" w:rsidRPr="00C17E5C" w:rsidRDefault="001A062D">
      <w:pPr>
        <w:pStyle w:val="Heading1"/>
        <w:rPr>
          <w:rFonts w:asciiTheme="minorBidi" w:hAnsiTheme="minorBidi" w:cstheme="minorBidi"/>
          <w:sz w:val="22"/>
          <w:szCs w:val="22"/>
        </w:rPr>
      </w:pPr>
      <w:bookmarkStart w:id="3" w:name="_Toc232267111"/>
      <w:bookmarkStart w:id="4" w:name="_Toc233660551"/>
      <w:r w:rsidRPr="00C17E5C">
        <w:rPr>
          <w:rFonts w:asciiTheme="minorBidi" w:eastAsia="Times New Roman" w:hAnsiTheme="minorBidi" w:cstheme="minorBidi"/>
          <w:color w:val="00265A"/>
          <w:sz w:val="22"/>
          <w:szCs w:val="22"/>
        </w:rPr>
        <w:lastRenderedPageBreak/>
        <w:t>2. Task 1 - Written Summary Evidence</w:t>
      </w:r>
      <w:bookmarkEnd w:id="3"/>
      <w:bookmarkEnd w:id="4"/>
    </w:p>
    <w:p w14:paraId="52AAADE6" w14:textId="77777777" w:rsidR="008C0F65" w:rsidRPr="00C17E5C" w:rsidRDefault="001A062D">
      <w:pPr>
        <w:jc w:val="both"/>
        <w:rPr>
          <w:rFonts w:asciiTheme="minorBidi" w:hAnsiTheme="minorBidi"/>
        </w:rPr>
      </w:pPr>
      <w:r w:rsidRPr="00C17E5C">
        <w:rPr>
          <w:rFonts w:asciiTheme="minorBidi" w:hAnsiTheme="minorBidi"/>
          <w:b/>
        </w:rPr>
        <w:t xml:space="preserve">Task 1 page link: </w:t>
      </w:r>
      <w:hyperlink r:id="rId14">
        <w:r w:rsidR="008C0F65" w:rsidRPr="00C17E5C">
          <w:rPr>
            <w:rFonts w:asciiTheme="minorBidi" w:hAnsiTheme="minorBidi"/>
            <w:color w:val="0563C1"/>
            <w:u w:val="single"/>
          </w:rPr>
          <w:t>https://sites.google.com/view/level-4-e-portfolio/task-1-academic-and-employment-skills</w:t>
        </w:r>
      </w:hyperlink>
    </w:p>
    <w:p w14:paraId="78DE303C" w14:textId="77777777" w:rsidR="008C0F65" w:rsidRPr="00C17E5C" w:rsidRDefault="001A062D" w:rsidP="00294909">
      <w:pPr>
        <w:pStyle w:val="Heading2"/>
      </w:pPr>
      <w:bookmarkStart w:id="5" w:name="_Toc232267112"/>
      <w:bookmarkStart w:id="6" w:name="_Toc233660552"/>
      <w:r w:rsidRPr="00C17E5C">
        <w:t>2.1 Screenshot Evidence</w:t>
      </w:r>
      <w:bookmarkEnd w:id="5"/>
      <w:bookmarkEnd w:id="6"/>
    </w:p>
    <w:p w14:paraId="7EED6C46" w14:textId="58BE62B2" w:rsidR="008C0F65" w:rsidRDefault="00C17E5C">
      <w:pPr>
        <w:jc w:val="center"/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1ADD2766" wp14:editId="4F079757">
            <wp:extent cx="6000750" cy="2742009"/>
            <wp:effectExtent l="0" t="0" r="0" b="1270"/>
            <wp:docPr id="1234356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35692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01498" cy="2742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18487" w14:textId="54B9725D" w:rsidR="00C17E5C" w:rsidRDefault="00C17E5C">
      <w:pPr>
        <w:jc w:val="center"/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69653FAF" wp14:editId="3A989205">
            <wp:extent cx="5876925" cy="1662797"/>
            <wp:effectExtent l="0" t="0" r="0" b="0"/>
            <wp:docPr id="269939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93947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98249" cy="166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6D262" w14:textId="4887B0FC" w:rsidR="00C17E5C" w:rsidRDefault="00C17E5C">
      <w:pPr>
        <w:jc w:val="center"/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189D7F4D" wp14:editId="319C649B">
            <wp:extent cx="5619750" cy="2897962"/>
            <wp:effectExtent l="0" t="0" r="0" b="0"/>
            <wp:docPr id="5563663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36637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24977" cy="2900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4CEB0" w14:textId="2D15CA50" w:rsidR="00C17E5C" w:rsidRPr="00C17E5C" w:rsidRDefault="00C17E5C">
      <w:pPr>
        <w:jc w:val="center"/>
        <w:rPr>
          <w:rFonts w:asciiTheme="minorBidi" w:hAnsiTheme="minorBidi"/>
        </w:rPr>
      </w:pPr>
      <w:r>
        <w:rPr>
          <w:noProof/>
        </w:rPr>
        <w:lastRenderedPageBreak/>
        <w:drawing>
          <wp:inline distT="0" distB="0" distL="0" distR="0" wp14:anchorId="37FF3142" wp14:editId="42A4CFEA">
            <wp:extent cx="5667375" cy="2304058"/>
            <wp:effectExtent l="0" t="0" r="0" b="1270"/>
            <wp:docPr id="1438080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08007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75006" cy="230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FAAA5" w14:textId="77777777" w:rsidR="008C0F65" w:rsidRPr="00C17E5C" w:rsidRDefault="001A062D">
      <w:pPr>
        <w:jc w:val="center"/>
        <w:rPr>
          <w:rFonts w:asciiTheme="minorBidi" w:hAnsiTheme="minorBidi"/>
        </w:rPr>
      </w:pPr>
      <w:r w:rsidRPr="00C17E5C">
        <w:rPr>
          <w:rFonts w:asciiTheme="minorBidi" w:hAnsiTheme="minorBidi"/>
          <w:b/>
          <w:color w:val="00265A"/>
        </w:rPr>
        <w:t>Screenshot - Task 1 Page: Academic and Employment Skills</w:t>
      </w:r>
    </w:p>
    <w:p w14:paraId="203A7DB7" w14:textId="77777777" w:rsidR="008C0F65" w:rsidRPr="00C17E5C" w:rsidRDefault="001A062D">
      <w:pPr>
        <w:rPr>
          <w:rFonts w:asciiTheme="minorBidi" w:hAnsiTheme="minorBidi"/>
        </w:rPr>
      </w:pPr>
      <w:r w:rsidRPr="00C17E5C">
        <w:rPr>
          <w:rFonts w:asciiTheme="minorBidi" w:hAnsiTheme="minorBidi"/>
        </w:rPr>
        <w:br w:type="page"/>
      </w:r>
    </w:p>
    <w:p w14:paraId="7EF59730" w14:textId="77777777" w:rsidR="008C0F65" w:rsidRPr="00C17E5C" w:rsidRDefault="001A062D">
      <w:pPr>
        <w:pStyle w:val="Heading1"/>
        <w:rPr>
          <w:rFonts w:asciiTheme="minorBidi" w:hAnsiTheme="minorBidi" w:cstheme="minorBidi"/>
          <w:sz w:val="22"/>
          <w:szCs w:val="22"/>
        </w:rPr>
      </w:pPr>
      <w:bookmarkStart w:id="7" w:name="_Toc232267115"/>
      <w:bookmarkStart w:id="8" w:name="_Toc233660553"/>
      <w:r w:rsidRPr="00C17E5C">
        <w:rPr>
          <w:rFonts w:asciiTheme="minorBidi" w:eastAsia="Times New Roman" w:hAnsiTheme="minorBidi" w:cstheme="minorBidi"/>
          <w:color w:val="00265A"/>
          <w:sz w:val="22"/>
          <w:szCs w:val="22"/>
        </w:rPr>
        <w:lastRenderedPageBreak/>
        <w:t>3. Task 2 - Mind Map and Academic Poster Evidence</w:t>
      </w:r>
      <w:bookmarkEnd w:id="7"/>
      <w:bookmarkEnd w:id="8"/>
    </w:p>
    <w:p w14:paraId="2EB6181B" w14:textId="45688646" w:rsidR="008C0F65" w:rsidRPr="00C17E5C" w:rsidRDefault="001A062D">
      <w:pPr>
        <w:jc w:val="both"/>
        <w:rPr>
          <w:rFonts w:asciiTheme="minorBidi" w:hAnsiTheme="minorBidi"/>
        </w:rPr>
      </w:pPr>
      <w:r w:rsidRPr="00C17E5C">
        <w:rPr>
          <w:rFonts w:asciiTheme="minorBidi" w:hAnsiTheme="minorBidi"/>
          <w:b/>
        </w:rPr>
        <w:t xml:space="preserve">Task </w:t>
      </w:r>
      <w:r w:rsidR="00C17E5C" w:rsidRPr="00C17E5C">
        <w:rPr>
          <w:rFonts w:asciiTheme="minorBidi" w:hAnsiTheme="minorBidi"/>
          <w:b/>
        </w:rPr>
        <w:t>2-page</w:t>
      </w:r>
      <w:r w:rsidRPr="00C17E5C">
        <w:rPr>
          <w:rFonts w:asciiTheme="minorBidi" w:hAnsiTheme="minorBidi"/>
          <w:b/>
        </w:rPr>
        <w:t xml:space="preserve"> link: </w:t>
      </w:r>
      <w:hyperlink r:id="rId19">
        <w:r w:rsidR="008C0F65" w:rsidRPr="00C17E5C">
          <w:rPr>
            <w:rFonts w:asciiTheme="minorBidi" w:hAnsiTheme="minorBidi"/>
            <w:color w:val="0563C1"/>
            <w:u w:val="single"/>
          </w:rPr>
          <w:t>https://sites.google.com/view/level-4-e-portfolio/task-2-teamwork-mind-map-and-academic-poster</w:t>
        </w:r>
      </w:hyperlink>
    </w:p>
    <w:p w14:paraId="1AC78D77" w14:textId="77777777" w:rsidR="008C0F65" w:rsidRPr="00294909" w:rsidRDefault="001A062D" w:rsidP="00294909">
      <w:pPr>
        <w:pStyle w:val="Heading2"/>
      </w:pPr>
      <w:bookmarkStart w:id="9" w:name="_Toc232267116"/>
      <w:bookmarkStart w:id="10" w:name="_Toc233660554"/>
      <w:r w:rsidRPr="00294909">
        <w:t>3.1 Team Activity and Collaboration Tools</w:t>
      </w:r>
      <w:bookmarkEnd w:id="9"/>
      <w:bookmarkEnd w:id="10"/>
    </w:p>
    <w:p w14:paraId="3EAB541F" w14:textId="0D7922AB" w:rsidR="008C0F65" w:rsidRDefault="00C17E5C">
      <w:pPr>
        <w:jc w:val="both"/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7B33BCF4" wp14:editId="1204FE96">
            <wp:extent cx="6400800" cy="1605915"/>
            <wp:effectExtent l="0" t="0" r="0" b="0"/>
            <wp:docPr id="8090422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04226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60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FD7B1" w14:textId="6D1E73D9" w:rsidR="00C17E5C" w:rsidRDefault="00BE3A45" w:rsidP="00C17E5C">
      <w:pPr>
        <w:jc w:val="both"/>
        <w:rPr>
          <w:rFonts w:asciiTheme="minorBidi" w:hAnsiTheme="minorBidi"/>
          <w:lang w:val="en-PK"/>
        </w:rPr>
      </w:pPr>
      <w:r>
        <w:rPr>
          <w:noProof/>
        </w:rPr>
        <w:drawing>
          <wp:inline distT="0" distB="0" distL="0" distR="0" wp14:anchorId="444F3BED" wp14:editId="6003347F">
            <wp:extent cx="6400800" cy="1164590"/>
            <wp:effectExtent l="0" t="0" r="0" b="0"/>
            <wp:docPr id="14218635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863517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13E63" w14:textId="277E8800" w:rsidR="00C17E5C" w:rsidRPr="00C17E5C" w:rsidRDefault="00C17E5C" w:rsidP="00C17E5C">
      <w:pPr>
        <w:jc w:val="center"/>
        <w:rPr>
          <w:rFonts w:asciiTheme="minorBidi" w:hAnsiTheme="minorBidi"/>
          <w:lang w:val="en-PK"/>
        </w:rPr>
      </w:pPr>
      <w:r>
        <w:rPr>
          <w:noProof/>
        </w:rPr>
        <w:drawing>
          <wp:inline distT="0" distB="0" distL="0" distR="0" wp14:anchorId="3C3441EA" wp14:editId="2602CD89">
            <wp:extent cx="4143375" cy="3376083"/>
            <wp:effectExtent l="0" t="0" r="0" b="0"/>
            <wp:docPr id="1171676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67679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46884" cy="3378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F6050" w14:textId="77777777" w:rsidR="00C17E5C" w:rsidRPr="00C17E5C" w:rsidRDefault="00C17E5C">
      <w:pPr>
        <w:jc w:val="both"/>
        <w:rPr>
          <w:rFonts w:asciiTheme="minorBidi" w:hAnsiTheme="minorBidi"/>
          <w:lang w:val="en-PK"/>
        </w:rPr>
      </w:pPr>
    </w:p>
    <w:p w14:paraId="0F0C07B3" w14:textId="512EB7EB" w:rsidR="00D275B3" w:rsidRDefault="00D275B3" w:rsidP="00C17E5C">
      <w:pPr>
        <w:jc w:val="center"/>
        <w:rPr>
          <w:rFonts w:asciiTheme="minorBidi" w:hAnsiTheme="minorBidi"/>
          <w:b/>
          <w:color w:val="00265A"/>
        </w:rPr>
      </w:pPr>
      <w:r>
        <w:rPr>
          <w:rFonts w:asciiTheme="minorBidi" w:hAnsiTheme="minorBidi"/>
          <w:b/>
          <w:color w:val="00265A"/>
        </w:rPr>
        <w:t xml:space="preserve">Mind Map Link: </w:t>
      </w:r>
      <w:hyperlink r:id="rId23" w:history="1">
        <w:r w:rsidRPr="00E646BA">
          <w:rPr>
            <w:rStyle w:val="Hyperlink"/>
            <w:rFonts w:asciiTheme="minorBidi" w:hAnsiTheme="minorBidi"/>
            <w:b/>
          </w:rPr>
          <w:t>https://drive.google.com/file/d/1AbQr29psKBLfoMEafhH-P4A147e__9CP/view?usp=sharing</w:t>
        </w:r>
      </w:hyperlink>
      <w:r>
        <w:rPr>
          <w:rFonts w:asciiTheme="minorBidi" w:hAnsiTheme="minorBidi"/>
          <w:b/>
          <w:color w:val="00265A"/>
        </w:rPr>
        <w:t xml:space="preserve"> </w:t>
      </w:r>
    </w:p>
    <w:p w14:paraId="3403D7C3" w14:textId="77777777" w:rsidR="008C0F65" w:rsidRPr="00C17E5C" w:rsidRDefault="001A062D">
      <w:pPr>
        <w:jc w:val="center"/>
        <w:rPr>
          <w:rFonts w:asciiTheme="minorBidi" w:hAnsiTheme="minorBidi"/>
        </w:rPr>
      </w:pPr>
      <w:r w:rsidRPr="00C17E5C">
        <w:rPr>
          <w:rFonts w:asciiTheme="minorBidi" w:hAnsiTheme="minorBidi"/>
          <w:noProof/>
        </w:rPr>
        <w:lastRenderedPageBreak/>
        <w:drawing>
          <wp:inline distT="0" distB="0" distL="0" distR="0" wp14:anchorId="2E6DAB57" wp14:editId="4052E1A0">
            <wp:extent cx="5852160" cy="468339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(544)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468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92285" w14:textId="5F0F3ACD" w:rsidR="008C0F65" w:rsidRPr="00C17E5C" w:rsidRDefault="00B21679">
      <w:pPr>
        <w:jc w:val="center"/>
        <w:rPr>
          <w:rFonts w:asciiTheme="minorBidi" w:hAnsiTheme="minorBidi"/>
        </w:rPr>
      </w:pPr>
      <w:r>
        <w:rPr>
          <w:rFonts w:asciiTheme="minorBidi" w:hAnsiTheme="minorBidi"/>
          <w:b/>
          <w:color w:val="00265A"/>
        </w:rPr>
        <w:t xml:space="preserve">Poster Link: </w:t>
      </w:r>
      <w:hyperlink r:id="rId25" w:history="1">
        <w:r w:rsidRPr="00E646BA">
          <w:rPr>
            <w:rStyle w:val="Hyperlink"/>
            <w:rFonts w:asciiTheme="minorBidi" w:hAnsiTheme="minorBidi"/>
            <w:b/>
          </w:rPr>
          <w:t>https://drive.google.com/file/d/1pknW0LZPCT-8xipEyoJywfHZipHQ-Hw1/view?usp=sharing</w:t>
        </w:r>
      </w:hyperlink>
      <w:r>
        <w:rPr>
          <w:rFonts w:asciiTheme="minorBidi" w:hAnsiTheme="minorBidi"/>
          <w:b/>
          <w:color w:val="00265A"/>
        </w:rPr>
        <w:t xml:space="preserve"> </w:t>
      </w:r>
    </w:p>
    <w:p w14:paraId="41C14001" w14:textId="76EAC52C" w:rsidR="008C0F65" w:rsidRPr="00C17E5C" w:rsidRDefault="008C0F65">
      <w:pPr>
        <w:jc w:val="both"/>
        <w:rPr>
          <w:rFonts w:asciiTheme="minorBidi" w:hAnsiTheme="minorBidi"/>
        </w:rPr>
      </w:pPr>
    </w:p>
    <w:p w14:paraId="2DC13ACF" w14:textId="77777777" w:rsidR="008C0F65" w:rsidRPr="00C17E5C" w:rsidRDefault="001A062D">
      <w:pPr>
        <w:rPr>
          <w:rFonts w:asciiTheme="minorBidi" w:hAnsiTheme="minorBidi"/>
        </w:rPr>
      </w:pPr>
      <w:r w:rsidRPr="00C17E5C">
        <w:rPr>
          <w:rFonts w:asciiTheme="minorBidi" w:hAnsiTheme="minorBidi"/>
        </w:rPr>
        <w:br w:type="page"/>
      </w:r>
    </w:p>
    <w:p w14:paraId="68F9E5DF" w14:textId="77777777" w:rsidR="008C0F65" w:rsidRPr="00C17E5C" w:rsidRDefault="001A062D">
      <w:pPr>
        <w:pStyle w:val="Heading1"/>
        <w:rPr>
          <w:rFonts w:asciiTheme="minorBidi" w:hAnsiTheme="minorBidi" w:cstheme="minorBidi"/>
          <w:sz w:val="22"/>
          <w:szCs w:val="22"/>
        </w:rPr>
      </w:pPr>
      <w:bookmarkStart w:id="11" w:name="_Toc232267119"/>
      <w:bookmarkStart w:id="12" w:name="_Toc233660555"/>
      <w:r w:rsidRPr="00C17E5C">
        <w:rPr>
          <w:rFonts w:asciiTheme="minorBidi" w:eastAsia="Times New Roman" w:hAnsiTheme="minorBidi" w:cstheme="minorBidi"/>
          <w:color w:val="00265A"/>
          <w:sz w:val="22"/>
          <w:szCs w:val="22"/>
        </w:rPr>
        <w:lastRenderedPageBreak/>
        <w:t>4. Task 3 - Automatic Referencing Tool Evidence</w:t>
      </w:r>
      <w:bookmarkEnd w:id="11"/>
      <w:bookmarkEnd w:id="12"/>
    </w:p>
    <w:p w14:paraId="55F49193" w14:textId="0BFF8AD0" w:rsidR="008C0F65" w:rsidRDefault="001A062D">
      <w:pPr>
        <w:jc w:val="both"/>
        <w:rPr>
          <w:rFonts w:asciiTheme="minorBidi" w:hAnsiTheme="minorBidi"/>
        </w:rPr>
      </w:pPr>
      <w:r w:rsidRPr="00C17E5C">
        <w:rPr>
          <w:rFonts w:asciiTheme="minorBidi" w:hAnsiTheme="minorBidi"/>
          <w:b/>
        </w:rPr>
        <w:t xml:space="preserve">Task </w:t>
      </w:r>
      <w:r w:rsidR="00C17E5C" w:rsidRPr="00C17E5C">
        <w:rPr>
          <w:rFonts w:asciiTheme="minorBidi" w:hAnsiTheme="minorBidi"/>
          <w:b/>
        </w:rPr>
        <w:t>3-page</w:t>
      </w:r>
      <w:r w:rsidRPr="00C17E5C">
        <w:rPr>
          <w:rFonts w:asciiTheme="minorBidi" w:hAnsiTheme="minorBidi"/>
          <w:b/>
        </w:rPr>
        <w:t xml:space="preserve"> link: </w:t>
      </w:r>
      <w:hyperlink r:id="rId26">
        <w:r w:rsidR="008C0F65" w:rsidRPr="00C17E5C">
          <w:rPr>
            <w:rFonts w:asciiTheme="minorBidi" w:hAnsiTheme="minorBidi"/>
            <w:color w:val="0563C1"/>
            <w:u w:val="single"/>
          </w:rPr>
          <w:t>https://sites.google.com/view/level-4-e-portfolio/task-3-virtual-collaboration-and-refworks</w:t>
        </w:r>
      </w:hyperlink>
    </w:p>
    <w:p w14:paraId="684B7114" w14:textId="4960279A" w:rsidR="00C17E5C" w:rsidRPr="00C17E5C" w:rsidRDefault="00C17E5C">
      <w:pPr>
        <w:jc w:val="both"/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08DC200E" wp14:editId="331AB5C0">
            <wp:extent cx="6400800" cy="1294130"/>
            <wp:effectExtent l="0" t="0" r="0" b="1270"/>
            <wp:docPr id="4308665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86658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29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FBF46" w14:textId="77777777" w:rsidR="00682372" w:rsidRDefault="00682372">
      <w:pPr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22DA081E" wp14:editId="2176229E">
            <wp:extent cx="6400800" cy="2214880"/>
            <wp:effectExtent l="0" t="0" r="0" b="0"/>
            <wp:docPr id="15156376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637682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21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1D67D" w14:textId="77777777" w:rsidR="00682372" w:rsidRDefault="00682372">
      <w:pPr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1C1A572C" wp14:editId="212336FE">
            <wp:extent cx="6400800" cy="2174240"/>
            <wp:effectExtent l="0" t="0" r="0" b="0"/>
            <wp:docPr id="1945414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41424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1DD91" w14:textId="77777777" w:rsidR="002638C2" w:rsidRDefault="002638C2">
      <w:pPr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20E59B28" wp14:editId="3B01CB4A">
            <wp:extent cx="6400800" cy="1712595"/>
            <wp:effectExtent l="0" t="0" r="0" b="1905"/>
            <wp:docPr id="1241863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863109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A3EE0" w14:textId="77777777" w:rsidR="00125596" w:rsidRDefault="00125596">
      <w:pPr>
        <w:rPr>
          <w:rFonts w:asciiTheme="minorBidi" w:hAnsiTheme="minorBidi"/>
        </w:rPr>
      </w:pPr>
      <w:r>
        <w:rPr>
          <w:noProof/>
        </w:rPr>
        <w:lastRenderedPageBreak/>
        <w:drawing>
          <wp:inline distT="0" distB="0" distL="0" distR="0" wp14:anchorId="0351051E" wp14:editId="319169AF">
            <wp:extent cx="6400800" cy="1984375"/>
            <wp:effectExtent l="0" t="0" r="0" b="0"/>
            <wp:docPr id="646502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502063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98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54D39" w14:textId="77777777" w:rsidR="00125596" w:rsidRDefault="00125596">
      <w:pPr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4E34C0EC" wp14:editId="5466B1A2">
            <wp:extent cx="6400800" cy="1225550"/>
            <wp:effectExtent l="0" t="0" r="0" b="0"/>
            <wp:docPr id="1799779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779492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E9A54" w14:textId="77777777" w:rsidR="00FB78DD" w:rsidRDefault="00FB78DD">
      <w:pPr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65F7EABB" wp14:editId="3619B6A0">
            <wp:extent cx="6400800" cy="2300605"/>
            <wp:effectExtent l="0" t="0" r="0" b="4445"/>
            <wp:docPr id="1007025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025932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30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018BE" w14:textId="77777777" w:rsidR="00B52675" w:rsidRDefault="00FB78DD">
      <w:pPr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3657AC03" wp14:editId="27CC6BC2">
            <wp:extent cx="6400800" cy="1931670"/>
            <wp:effectExtent l="0" t="0" r="0" b="0"/>
            <wp:docPr id="19300681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068149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5FFCC" w14:textId="77777777" w:rsidR="00B52675" w:rsidRDefault="00B52675">
      <w:pPr>
        <w:rPr>
          <w:rFonts w:asciiTheme="minorBidi" w:hAnsiTheme="minorBidi"/>
        </w:rPr>
      </w:pPr>
      <w:r>
        <w:rPr>
          <w:noProof/>
        </w:rPr>
        <w:lastRenderedPageBreak/>
        <w:drawing>
          <wp:inline distT="0" distB="0" distL="0" distR="0" wp14:anchorId="2C6B3BE6" wp14:editId="08766C51">
            <wp:extent cx="6400800" cy="2854325"/>
            <wp:effectExtent l="0" t="0" r="0" b="3175"/>
            <wp:docPr id="9218644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64457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270B4" w14:textId="2605F07E" w:rsidR="008C0F65" w:rsidRPr="00C17E5C" w:rsidRDefault="00B52675">
      <w:pPr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4CE7DBE1" wp14:editId="6EEA922A">
            <wp:extent cx="6400800" cy="696595"/>
            <wp:effectExtent l="0" t="0" r="0" b="8255"/>
            <wp:docPr id="15836865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686523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9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2372" w:rsidRPr="00C17E5C">
        <w:rPr>
          <w:rFonts w:asciiTheme="minorBidi" w:hAnsiTheme="minorBidi"/>
        </w:rPr>
        <w:t xml:space="preserve"> </w:t>
      </w:r>
      <w:r w:rsidR="001A062D" w:rsidRPr="00C17E5C">
        <w:rPr>
          <w:rFonts w:asciiTheme="minorBidi" w:hAnsiTheme="minorBidi"/>
        </w:rPr>
        <w:br w:type="page"/>
      </w:r>
    </w:p>
    <w:p w14:paraId="7D2A98E1" w14:textId="77777777" w:rsidR="008C0F65" w:rsidRPr="00C17E5C" w:rsidRDefault="001A062D">
      <w:pPr>
        <w:pStyle w:val="Heading1"/>
        <w:rPr>
          <w:rFonts w:asciiTheme="minorBidi" w:hAnsiTheme="minorBidi" w:cstheme="minorBidi"/>
          <w:sz w:val="22"/>
          <w:szCs w:val="22"/>
        </w:rPr>
      </w:pPr>
      <w:bookmarkStart w:id="13" w:name="_Toc232267123"/>
      <w:bookmarkStart w:id="14" w:name="_Toc233660556"/>
      <w:r w:rsidRPr="00C17E5C">
        <w:rPr>
          <w:rFonts w:asciiTheme="minorBidi" w:eastAsia="Times New Roman" w:hAnsiTheme="minorBidi" w:cstheme="minorBidi"/>
          <w:color w:val="00265A"/>
          <w:sz w:val="22"/>
          <w:szCs w:val="22"/>
        </w:rPr>
        <w:lastRenderedPageBreak/>
        <w:t>5. Task 4 - E-Portfolio Creation and Review Evidence</w:t>
      </w:r>
      <w:bookmarkEnd w:id="13"/>
      <w:bookmarkEnd w:id="14"/>
    </w:p>
    <w:p w14:paraId="6637FABA" w14:textId="7424F0D2" w:rsidR="008C0F65" w:rsidRDefault="001A062D">
      <w:pPr>
        <w:jc w:val="both"/>
        <w:rPr>
          <w:rFonts w:asciiTheme="minorBidi" w:hAnsiTheme="minorBidi"/>
        </w:rPr>
      </w:pPr>
      <w:r w:rsidRPr="00C17E5C">
        <w:rPr>
          <w:rFonts w:asciiTheme="minorBidi" w:hAnsiTheme="minorBidi"/>
          <w:b/>
        </w:rPr>
        <w:t xml:space="preserve">Task </w:t>
      </w:r>
      <w:r w:rsidR="00294909" w:rsidRPr="00C17E5C">
        <w:rPr>
          <w:rFonts w:asciiTheme="minorBidi" w:hAnsiTheme="minorBidi"/>
          <w:b/>
        </w:rPr>
        <w:t>4-page</w:t>
      </w:r>
      <w:r w:rsidRPr="00C17E5C">
        <w:rPr>
          <w:rFonts w:asciiTheme="minorBidi" w:hAnsiTheme="minorBidi"/>
          <w:b/>
        </w:rPr>
        <w:t xml:space="preserve"> link: </w:t>
      </w:r>
      <w:hyperlink r:id="rId37">
        <w:r w:rsidR="008C0F65" w:rsidRPr="00C17E5C">
          <w:rPr>
            <w:rFonts w:asciiTheme="minorBidi" w:hAnsiTheme="minorBidi"/>
            <w:color w:val="0563C1"/>
            <w:u w:val="single"/>
          </w:rPr>
          <w:t>https://sites.google.com/view/level-4-e-portfolio/task-4-e-portfolio-review-and-evidence</w:t>
        </w:r>
      </w:hyperlink>
    </w:p>
    <w:p w14:paraId="3FD61E79" w14:textId="3B71F9BA" w:rsidR="00294909" w:rsidRPr="00C17E5C" w:rsidRDefault="00294909">
      <w:pPr>
        <w:jc w:val="both"/>
        <w:rPr>
          <w:rFonts w:asciiTheme="minorBidi" w:hAnsiTheme="minorBidi"/>
        </w:rPr>
      </w:pPr>
      <w:r>
        <w:rPr>
          <w:noProof/>
        </w:rPr>
        <w:drawing>
          <wp:inline distT="0" distB="0" distL="0" distR="0" wp14:anchorId="1E8634EE" wp14:editId="76EFC0B0">
            <wp:extent cx="6400800" cy="1270000"/>
            <wp:effectExtent l="0" t="0" r="0" b="6350"/>
            <wp:docPr id="10789007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900726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89946" w14:textId="49195839" w:rsidR="00294909" w:rsidRDefault="002E5432" w:rsidP="00294909">
      <w:pPr>
        <w:jc w:val="both"/>
        <w:rPr>
          <w:rFonts w:asciiTheme="minorBidi" w:hAnsiTheme="minorBidi"/>
          <w:lang w:val="en-PK"/>
        </w:rPr>
      </w:pPr>
      <w:r>
        <w:rPr>
          <w:noProof/>
        </w:rPr>
        <w:drawing>
          <wp:inline distT="0" distB="0" distL="0" distR="0" wp14:anchorId="6C5A4FCE" wp14:editId="077AC0BF">
            <wp:extent cx="6400800" cy="1863090"/>
            <wp:effectExtent l="0" t="0" r="0" b="3810"/>
            <wp:docPr id="1096394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394086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186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E6229" w14:textId="0E8F3456" w:rsidR="002E5432" w:rsidRPr="00294909" w:rsidRDefault="00A55D35" w:rsidP="00294909">
      <w:pPr>
        <w:jc w:val="both"/>
        <w:rPr>
          <w:rFonts w:asciiTheme="minorBidi" w:hAnsiTheme="minorBidi"/>
          <w:lang w:val="en-PK"/>
        </w:rPr>
      </w:pPr>
      <w:r>
        <w:rPr>
          <w:noProof/>
        </w:rPr>
        <w:drawing>
          <wp:inline distT="0" distB="0" distL="0" distR="0" wp14:anchorId="26D778C6" wp14:editId="56A36E98">
            <wp:extent cx="6400800" cy="2573655"/>
            <wp:effectExtent l="0" t="0" r="0" b="0"/>
            <wp:docPr id="1332570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570514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A6338" w14:textId="3DE1A6CA" w:rsidR="008C0F65" w:rsidRPr="00C17E5C" w:rsidRDefault="008C0F65" w:rsidP="00294909">
      <w:pPr>
        <w:rPr>
          <w:rFonts w:asciiTheme="minorBidi" w:hAnsiTheme="minorBidi"/>
        </w:rPr>
      </w:pPr>
    </w:p>
    <w:sectPr w:rsidR="008C0F65" w:rsidRPr="00C17E5C" w:rsidSect="00034616">
      <w:footerReference w:type="default" r:id="rId41"/>
      <w:pgSz w:w="12240" w:h="15840"/>
      <w:pgMar w:top="1008" w:right="1080" w:bottom="1008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BFB9E" w14:textId="77777777" w:rsidR="007208DC" w:rsidRDefault="007208DC">
      <w:pPr>
        <w:spacing w:after="0" w:line="240" w:lineRule="auto"/>
      </w:pPr>
      <w:r>
        <w:separator/>
      </w:r>
    </w:p>
  </w:endnote>
  <w:endnote w:type="continuationSeparator" w:id="0">
    <w:p w14:paraId="72DE2C9A" w14:textId="77777777" w:rsidR="007208DC" w:rsidRDefault="00720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46CF8" w14:textId="1887B0C2" w:rsidR="008C0F65" w:rsidRDefault="008C0F6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ECEB4" w14:textId="77777777" w:rsidR="007208DC" w:rsidRDefault="007208DC">
      <w:pPr>
        <w:spacing w:after="0" w:line="240" w:lineRule="auto"/>
      </w:pPr>
      <w:r>
        <w:separator/>
      </w:r>
    </w:p>
  </w:footnote>
  <w:footnote w:type="continuationSeparator" w:id="0">
    <w:p w14:paraId="1FD590A3" w14:textId="77777777" w:rsidR="007208DC" w:rsidRDefault="007208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6412968">
    <w:abstractNumId w:val="8"/>
  </w:num>
  <w:num w:numId="2" w16cid:durableId="1993243687">
    <w:abstractNumId w:val="6"/>
  </w:num>
  <w:num w:numId="3" w16cid:durableId="1521965623">
    <w:abstractNumId w:val="5"/>
  </w:num>
  <w:num w:numId="4" w16cid:durableId="737943244">
    <w:abstractNumId w:val="4"/>
  </w:num>
  <w:num w:numId="5" w16cid:durableId="1528055297">
    <w:abstractNumId w:val="7"/>
  </w:num>
  <w:num w:numId="6" w16cid:durableId="458839648">
    <w:abstractNumId w:val="3"/>
  </w:num>
  <w:num w:numId="7" w16cid:durableId="506679985">
    <w:abstractNumId w:val="2"/>
  </w:num>
  <w:num w:numId="8" w16cid:durableId="325595413">
    <w:abstractNumId w:val="1"/>
  </w:num>
  <w:num w:numId="9" w16cid:durableId="1876503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1329"/>
    <w:rsid w:val="0006063C"/>
    <w:rsid w:val="00125596"/>
    <w:rsid w:val="0015074B"/>
    <w:rsid w:val="001A062D"/>
    <w:rsid w:val="00261AA1"/>
    <w:rsid w:val="002638C2"/>
    <w:rsid w:val="002801B8"/>
    <w:rsid w:val="00294909"/>
    <w:rsid w:val="0029639D"/>
    <w:rsid w:val="002C5FEB"/>
    <w:rsid w:val="002E5432"/>
    <w:rsid w:val="00326F90"/>
    <w:rsid w:val="00347580"/>
    <w:rsid w:val="00521180"/>
    <w:rsid w:val="005704F0"/>
    <w:rsid w:val="00682372"/>
    <w:rsid w:val="00694263"/>
    <w:rsid w:val="00695E1A"/>
    <w:rsid w:val="006B5B99"/>
    <w:rsid w:val="006F334E"/>
    <w:rsid w:val="007208DC"/>
    <w:rsid w:val="007D7DD7"/>
    <w:rsid w:val="007E51F7"/>
    <w:rsid w:val="007F4DC4"/>
    <w:rsid w:val="008C0F65"/>
    <w:rsid w:val="008C71C6"/>
    <w:rsid w:val="009A06CC"/>
    <w:rsid w:val="00A45CB1"/>
    <w:rsid w:val="00A55D35"/>
    <w:rsid w:val="00AA1D8D"/>
    <w:rsid w:val="00AB23E2"/>
    <w:rsid w:val="00AC7E40"/>
    <w:rsid w:val="00AD3095"/>
    <w:rsid w:val="00B21679"/>
    <w:rsid w:val="00B47730"/>
    <w:rsid w:val="00B52675"/>
    <w:rsid w:val="00BE3A45"/>
    <w:rsid w:val="00C17E5C"/>
    <w:rsid w:val="00C53043"/>
    <w:rsid w:val="00CB0664"/>
    <w:rsid w:val="00D275B3"/>
    <w:rsid w:val="00D34F32"/>
    <w:rsid w:val="00FB78DD"/>
    <w:rsid w:val="00FC693F"/>
    <w:rsid w:val="00FE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AFF8F2"/>
  <w14:defaultImageDpi w14:val="300"/>
  <w15:docId w15:val="{5349E2F0-18C5-4706-85DA-EB74E04C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4909"/>
    <w:pPr>
      <w:keepNext/>
      <w:keepLines/>
      <w:spacing w:before="200" w:after="0"/>
      <w:outlineLvl w:val="1"/>
    </w:pPr>
    <w:rPr>
      <w:rFonts w:asciiTheme="minorBidi" w:hAnsiTheme="minorBidi"/>
      <w:b/>
      <w:bCs/>
      <w:color w:val="00265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94909"/>
    <w:rPr>
      <w:rFonts w:asciiTheme="minorBidi" w:eastAsia="Times New Roman" w:hAnsiTheme="minorBidi"/>
      <w:b/>
      <w:bCs/>
      <w:color w:val="00265A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5704F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704F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704F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5C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hyperlink" Target="https://sites.google.com/view/level-4-e-portfolio/task-3-virtual-collaboration-and-refworks" TargetMode="External"/><Relationship Id="rId39" Type="http://schemas.openxmlformats.org/officeDocument/2006/relationships/image" Target="media/image23.png"/><Relationship Id="rId21" Type="http://schemas.openxmlformats.org/officeDocument/2006/relationships/image" Target="media/image9.png"/><Relationship Id="rId34" Type="http://schemas.openxmlformats.org/officeDocument/2006/relationships/image" Target="media/image19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image" Target="media/image14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tes.google.com/view/level-4-e-portfolio/home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7.png"/><Relationship Id="rId37" Type="http://schemas.openxmlformats.org/officeDocument/2006/relationships/hyperlink" Target="https://sites.google.com/view/level-4-e-portfolio/task-4-e-portfolio-review-and-evidence" TargetMode="External"/><Relationship Id="rId40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s://drive.google.com/file/d/1AbQr29psKBLfoMEafhH-P4A147e__9CP/view?usp=sharing" TargetMode="External"/><Relationship Id="rId28" Type="http://schemas.openxmlformats.org/officeDocument/2006/relationships/image" Target="media/image13.png"/><Relationship Id="rId36" Type="http://schemas.openxmlformats.org/officeDocument/2006/relationships/image" Target="media/image21.png"/><Relationship Id="rId10" Type="http://schemas.openxmlformats.org/officeDocument/2006/relationships/hyperlink" Target="https://sites.google.com/view/level-4-e-portfolio/task-1-academic-and-employment-skills" TargetMode="External"/><Relationship Id="rId19" Type="http://schemas.openxmlformats.org/officeDocument/2006/relationships/hyperlink" Target="https://sites.google.com/view/level-4-e-portfolio/task-2-teamwork-mind-map-and-academic-poster" TargetMode="External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sites.google.com/view/level-4-e-portfolio/task-1-academic-and-employment-skills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hyperlink" Target="https://drive.google.com/file/d/1pknW0LZPCT-8xipEyoJywfHZipHQ-Hw1/view?usp=sharing" TargetMode="External"/><Relationship Id="rId33" Type="http://schemas.openxmlformats.org/officeDocument/2006/relationships/image" Target="media/image18.png"/><Relationship Id="rId38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01-134222-134</cp:lastModifiedBy>
  <cp:revision>26</cp:revision>
  <dcterms:created xsi:type="dcterms:W3CDTF">2026-06-13T13:19:00Z</dcterms:created>
  <dcterms:modified xsi:type="dcterms:W3CDTF">2026-06-29T17:28:00Z</dcterms:modified>
  <cp:category/>
</cp:coreProperties>
</file>