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C3B47" w14:textId="77777777" w:rsidR="000C111D" w:rsidRDefault="00000000">
      <w:pPr>
        <w:pStyle w:val="Title"/>
      </w:pPr>
      <w:r>
        <w:t>Participation Improvement Action Plan</w:t>
      </w:r>
    </w:p>
    <w:p w14:paraId="17AAD69B" w14:textId="77777777" w:rsidR="000C111D" w:rsidRDefault="00000000">
      <w:r>
        <w:t>Post-session improvement planning aligned to rights-based leadership and quality improvement.</w:t>
      </w:r>
    </w:p>
    <w:p w14:paraId="0FF7BA8C" w14:textId="77777777" w:rsidR="000C111D" w:rsidRDefault="00000000">
      <w:pPr>
        <w:pStyle w:val="Heading1"/>
      </w:pPr>
      <w:r>
        <w:t>Improvement Priority 1</w:t>
      </w:r>
    </w:p>
    <w:p w14:paraId="2DBC5637" w14:textId="77777777" w:rsidR="000C111D" w:rsidRDefault="00000000">
      <w:r>
        <w:t>Area identified from audit: ______________________________________________</w:t>
      </w:r>
    </w:p>
    <w:p w14:paraId="2D444F27" w14:textId="77777777" w:rsidR="000C111D" w:rsidRDefault="00000000">
      <w:r>
        <w:t>What do children currently experience?: ______________________________________________</w:t>
      </w:r>
    </w:p>
    <w:p w14:paraId="309D5679" w14:textId="77777777" w:rsidR="000C111D" w:rsidRDefault="00000000">
      <w:r>
        <w:t>What would effective participation look like?: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</w:tblGrid>
      <w:tr w:rsidR="000C111D" w14:paraId="5A24097D" w14:textId="77777777">
        <w:tc>
          <w:tcPr>
            <w:tcW w:w="1440" w:type="dxa"/>
          </w:tcPr>
          <w:p w14:paraId="1F0B287D" w14:textId="77777777" w:rsidR="000C111D" w:rsidRDefault="00000000">
            <w:r>
              <w:t>Action</w:t>
            </w:r>
          </w:p>
        </w:tc>
        <w:tc>
          <w:tcPr>
            <w:tcW w:w="1440" w:type="dxa"/>
          </w:tcPr>
          <w:p w14:paraId="0A1D16A9" w14:textId="77777777" w:rsidR="000C111D" w:rsidRDefault="00000000">
            <w:r>
              <w:t>Lead Person</w:t>
            </w:r>
          </w:p>
        </w:tc>
        <w:tc>
          <w:tcPr>
            <w:tcW w:w="1440" w:type="dxa"/>
          </w:tcPr>
          <w:p w14:paraId="18FAFD4E" w14:textId="77777777" w:rsidR="000C111D" w:rsidRDefault="00000000">
            <w:r>
              <w:t>Timescale</w:t>
            </w:r>
          </w:p>
        </w:tc>
        <w:tc>
          <w:tcPr>
            <w:tcW w:w="1440" w:type="dxa"/>
          </w:tcPr>
          <w:p w14:paraId="6FD45DBE" w14:textId="77777777" w:rsidR="000C111D" w:rsidRDefault="00000000">
            <w:r>
              <w:t>Resources</w:t>
            </w:r>
          </w:p>
        </w:tc>
        <w:tc>
          <w:tcPr>
            <w:tcW w:w="1440" w:type="dxa"/>
          </w:tcPr>
          <w:p w14:paraId="411D3C02" w14:textId="77777777" w:rsidR="000C111D" w:rsidRDefault="00000000">
            <w:r>
              <w:t>Success Measure</w:t>
            </w:r>
          </w:p>
        </w:tc>
        <w:tc>
          <w:tcPr>
            <w:tcW w:w="1440" w:type="dxa"/>
          </w:tcPr>
          <w:p w14:paraId="1993E77B" w14:textId="77777777" w:rsidR="000C111D" w:rsidRDefault="00000000">
            <w:r>
              <w:t>Framework Alignment</w:t>
            </w:r>
          </w:p>
        </w:tc>
      </w:tr>
      <w:tr w:rsidR="000C111D" w14:paraId="2674CF8A" w14:textId="77777777">
        <w:tc>
          <w:tcPr>
            <w:tcW w:w="1440" w:type="dxa"/>
          </w:tcPr>
          <w:p w14:paraId="338CD5E8" w14:textId="77777777" w:rsidR="000C111D" w:rsidRDefault="000C111D"/>
        </w:tc>
        <w:tc>
          <w:tcPr>
            <w:tcW w:w="1440" w:type="dxa"/>
          </w:tcPr>
          <w:p w14:paraId="3CF6E26C" w14:textId="77777777" w:rsidR="000C111D" w:rsidRDefault="000C111D"/>
        </w:tc>
        <w:tc>
          <w:tcPr>
            <w:tcW w:w="1440" w:type="dxa"/>
          </w:tcPr>
          <w:p w14:paraId="66592B77" w14:textId="77777777" w:rsidR="000C111D" w:rsidRDefault="000C111D"/>
        </w:tc>
        <w:tc>
          <w:tcPr>
            <w:tcW w:w="1440" w:type="dxa"/>
          </w:tcPr>
          <w:p w14:paraId="05E55318" w14:textId="77777777" w:rsidR="000C111D" w:rsidRDefault="000C111D"/>
        </w:tc>
        <w:tc>
          <w:tcPr>
            <w:tcW w:w="1440" w:type="dxa"/>
          </w:tcPr>
          <w:p w14:paraId="49B1718C" w14:textId="77777777" w:rsidR="000C111D" w:rsidRDefault="000C111D"/>
        </w:tc>
        <w:tc>
          <w:tcPr>
            <w:tcW w:w="1440" w:type="dxa"/>
          </w:tcPr>
          <w:p w14:paraId="375DD9AF" w14:textId="77777777" w:rsidR="000C111D" w:rsidRDefault="000C111D"/>
        </w:tc>
      </w:tr>
      <w:tr w:rsidR="000C111D" w14:paraId="6BEBB1A1" w14:textId="77777777">
        <w:tc>
          <w:tcPr>
            <w:tcW w:w="1440" w:type="dxa"/>
          </w:tcPr>
          <w:p w14:paraId="6A4AA71D" w14:textId="77777777" w:rsidR="000C111D" w:rsidRDefault="000C111D"/>
        </w:tc>
        <w:tc>
          <w:tcPr>
            <w:tcW w:w="1440" w:type="dxa"/>
          </w:tcPr>
          <w:p w14:paraId="4CF9F666" w14:textId="77777777" w:rsidR="000C111D" w:rsidRDefault="000C111D"/>
        </w:tc>
        <w:tc>
          <w:tcPr>
            <w:tcW w:w="1440" w:type="dxa"/>
          </w:tcPr>
          <w:p w14:paraId="2C6E925B" w14:textId="77777777" w:rsidR="000C111D" w:rsidRDefault="000C111D"/>
        </w:tc>
        <w:tc>
          <w:tcPr>
            <w:tcW w:w="1440" w:type="dxa"/>
          </w:tcPr>
          <w:p w14:paraId="28F164BB" w14:textId="77777777" w:rsidR="000C111D" w:rsidRDefault="000C111D"/>
        </w:tc>
        <w:tc>
          <w:tcPr>
            <w:tcW w:w="1440" w:type="dxa"/>
          </w:tcPr>
          <w:p w14:paraId="4FB23233" w14:textId="77777777" w:rsidR="000C111D" w:rsidRDefault="000C111D"/>
        </w:tc>
        <w:tc>
          <w:tcPr>
            <w:tcW w:w="1440" w:type="dxa"/>
          </w:tcPr>
          <w:p w14:paraId="023CA752" w14:textId="77777777" w:rsidR="000C111D" w:rsidRDefault="000C111D"/>
        </w:tc>
      </w:tr>
      <w:tr w:rsidR="000C111D" w14:paraId="6C7BA2A6" w14:textId="77777777">
        <w:tc>
          <w:tcPr>
            <w:tcW w:w="1440" w:type="dxa"/>
          </w:tcPr>
          <w:p w14:paraId="4C0A5A36" w14:textId="77777777" w:rsidR="000C111D" w:rsidRDefault="000C111D"/>
        </w:tc>
        <w:tc>
          <w:tcPr>
            <w:tcW w:w="1440" w:type="dxa"/>
          </w:tcPr>
          <w:p w14:paraId="4433A99A" w14:textId="77777777" w:rsidR="000C111D" w:rsidRDefault="000C111D"/>
        </w:tc>
        <w:tc>
          <w:tcPr>
            <w:tcW w:w="1440" w:type="dxa"/>
          </w:tcPr>
          <w:p w14:paraId="0CFE4693" w14:textId="77777777" w:rsidR="000C111D" w:rsidRDefault="000C111D"/>
        </w:tc>
        <w:tc>
          <w:tcPr>
            <w:tcW w:w="1440" w:type="dxa"/>
          </w:tcPr>
          <w:p w14:paraId="11E62FC6" w14:textId="77777777" w:rsidR="000C111D" w:rsidRDefault="000C111D"/>
        </w:tc>
        <w:tc>
          <w:tcPr>
            <w:tcW w:w="1440" w:type="dxa"/>
          </w:tcPr>
          <w:p w14:paraId="46C38583" w14:textId="77777777" w:rsidR="000C111D" w:rsidRDefault="000C111D"/>
        </w:tc>
        <w:tc>
          <w:tcPr>
            <w:tcW w:w="1440" w:type="dxa"/>
          </w:tcPr>
          <w:p w14:paraId="55E5D079" w14:textId="77777777" w:rsidR="000C111D" w:rsidRDefault="000C111D"/>
        </w:tc>
      </w:tr>
      <w:tr w:rsidR="000C111D" w14:paraId="2849E198" w14:textId="77777777">
        <w:tc>
          <w:tcPr>
            <w:tcW w:w="1440" w:type="dxa"/>
          </w:tcPr>
          <w:p w14:paraId="5E1B9B56" w14:textId="77777777" w:rsidR="000C111D" w:rsidRDefault="000C111D"/>
        </w:tc>
        <w:tc>
          <w:tcPr>
            <w:tcW w:w="1440" w:type="dxa"/>
          </w:tcPr>
          <w:p w14:paraId="642314C5" w14:textId="77777777" w:rsidR="000C111D" w:rsidRDefault="000C111D"/>
        </w:tc>
        <w:tc>
          <w:tcPr>
            <w:tcW w:w="1440" w:type="dxa"/>
          </w:tcPr>
          <w:p w14:paraId="30E0C44D" w14:textId="77777777" w:rsidR="000C111D" w:rsidRDefault="000C111D"/>
        </w:tc>
        <w:tc>
          <w:tcPr>
            <w:tcW w:w="1440" w:type="dxa"/>
          </w:tcPr>
          <w:p w14:paraId="39D785AE" w14:textId="77777777" w:rsidR="000C111D" w:rsidRDefault="000C111D"/>
        </w:tc>
        <w:tc>
          <w:tcPr>
            <w:tcW w:w="1440" w:type="dxa"/>
          </w:tcPr>
          <w:p w14:paraId="1C303789" w14:textId="77777777" w:rsidR="000C111D" w:rsidRDefault="000C111D"/>
        </w:tc>
        <w:tc>
          <w:tcPr>
            <w:tcW w:w="1440" w:type="dxa"/>
          </w:tcPr>
          <w:p w14:paraId="00CF35A6" w14:textId="77777777" w:rsidR="000C111D" w:rsidRDefault="000C111D"/>
        </w:tc>
      </w:tr>
    </w:tbl>
    <w:p w14:paraId="35605837" w14:textId="77777777" w:rsidR="000C111D" w:rsidRDefault="00000000">
      <w:pPr>
        <w:pStyle w:val="Heading1"/>
      </w:pPr>
      <w:r>
        <w:t>Improvement Priority 2</w:t>
      </w:r>
    </w:p>
    <w:p w14:paraId="4C250CB6" w14:textId="77777777" w:rsidR="000C111D" w:rsidRDefault="00000000">
      <w:r>
        <w:t>Area identified from audit: ______________________________________________</w:t>
      </w:r>
    </w:p>
    <w:p w14:paraId="44657254" w14:textId="77777777" w:rsidR="000C111D" w:rsidRDefault="00000000">
      <w:r>
        <w:t>What do children currently experience?: ______________________________________________</w:t>
      </w:r>
    </w:p>
    <w:p w14:paraId="02DFD856" w14:textId="77777777" w:rsidR="000C111D" w:rsidRDefault="00000000">
      <w:r>
        <w:t>What would effective participation look like?: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</w:tblGrid>
      <w:tr w:rsidR="000C111D" w14:paraId="736A353A" w14:textId="77777777">
        <w:tc>
          <w:tcPr>
            <w:tcW w:w="1440" w:type="dxa"/>
          </w:tcPr>
          <w:p w14:paraId="607B0A38" w14:textId="77777777" w:rsidR="000C111D" w:rsidRDefault="00000000">
            <w:r>
              <w:t>Action</w:t>
            </w:r>
          </w:p>
        </w:tc>
        <w:tc>
          <w:tcPr>
            <w:tcW w:w="1440" w:type="dxa"/>
          </w:tcPr>
          <w:p w14:paraId="6B440246" w14:textId="77777777" w:rsidR="000C111D" w:rsidRDefault="00000000">
            <w:r>
              <w:t>Lead Person</w:t>
            </w:r>
          </w:p>
        </w:tc>
        <w:tc>
          <w:tcPr>
            <w:tcW w:w="1440" w:type="dxa"/>
          </w:tcPr>
          <w:p w14:paraId="2B1838E8" w14:textId="77777777" w:rsidR="000C111D" w:rsidRDefault="00000000">
            <w:r>
              <w:t>Timescale</w:t>
            </w:r>
          </w:p>
        </w:tc>
        <w:tc>
          <w:tcPr>
            <w:tcW w:w="1440" w:type="dxa"/>
          </w:tcPr>
          <w:p w14:paraId="5B4BF153" w14:textId="77777777" w:rsidR="000C111D" w:rsidRDefault="00000000">
            <w:r>
              <w:t>Resources</w:t>
            </w:r>
          </w:p>
        </w:tc>
        <w:tc>
          <w:tcPr>
            <w:tcW w:w="1440" w:type="dxa"/>
          </w:tcPr>
          <w:p w14:paraId="0B75DD37" w14:textId="77777777" w:rsidR="000C111D" w:rsidRDefault="00000000">
            <w:r>
              <w:t>Success Measure</w:t>
            </w:r>
          </w:p>
        </w:tc>
        <w:tc>
          <w:tcPr>
            <w:tcW w:w="1440" w:type="dxa"/>
          </w:tcPr>
          <w:p w14:paraId="43B43536" w14:textId="77777777" w:rsidR="000C111D" w:rsidRDefault="00000000">
            <w:r>
              <w:t>Framework Alignment</w:t>
            </w:r>
          </w:p>
        </w:tc>
      </w:tr>
      <w:tr w:rsidR="000C111D" w14:paraId="3062AD11" w14:textId="77777777">
        <w:tc>
          <w:tcPr>
            <w:tcW w:w="1440" w:type="dxa"/>
          </w:tcPr>
          <w:p w14:paraId="4C88DF64" w14:textId="77777777" w:rsidR="000C111D" w:rsidRDefault="000C111D"/>
        </w:tc>
        <w:tc>
          <w:tcPr>
            <w:tcW w:w="1440" w:type="dxa"/>
          </w:tcPr>
          <w:p w14:paraId="39EED9C4" w14:textId="77777777" w:rsidR="000C111D" w:rsidRDefault="000C111D"/>
        </w:tc>
        <w:tc>
          <w:tcPr>
            <w:tcW w:w="1440" w:type="dxa"/>
          </w:tcPr>
          <w:p w14:paraId="1B251743" w14:textId="77777777" w:rsidR="000C111D" w:rsidRDefault="000C111D"/>
        </w:tc>
        <w:tc>
          <w:tcPr>
            <w:tcW w:w="1440" w:type="dxa"/>
          </w:tcPr>
          <w:p w14:paraId="78FA1DC2" w14:textId="77777777" w:rsidR="000C111D" w:rsidRDefault="000C111D"/>
        </w:tc>
        <w:tc>
          <w:tcPr>
            <w:tcW w:w="1440" w:type="dxa"/>
          </w:tcPr>
          <w:p w14:paraId="2E549310" w14:textId="77777777" w:rsidR="000C111D" w:rsidRDefault="000C111D"/>
        </w:tc>
        <w:tc>
          <w:tcPr>
            <w:tcW w:w="1440" w:type="dxa"/>
          </w:tcPr>
          <w:p w14:paraId="7D9AA2C0" w14:textId="77777777" w:rsidR="000C111D" w:rsidRDefault="000C111D"/>
        </w:tc>
      </w:tr>
      <w:tr w:rsidR="000C111D" w14:paraId="15444E47" w14:textId="77777777">
        <w:tc>
          <w:tcPr>
            <w:tcW w:w="1440" w:type="dxa"/>
          </w:tcPr>
          <w:p w14:paraId="54962ED4" w14:textId="77777777" w:rsidR="000C111D" w:rsidRDefault="000C111D"/>
        </w:tc>
        <w:tc>
          <w:tcPr>
            <w:tcW w:w="1440" w:type="dxa"/>
          </w:tcPr>
          <w:p w14:paraId="208F6A10" w14:textId="77777777" w:rsidR="000C111D" w:rsidRDefault="000C111D"/>
        </w:tc>
        <w:tc>
          <w:tcPr>
            <w:tcW w:w="1440" w:type="dxa"/>
          </w:tcPr>
          <w:p w14:paraId="38E4A2A2" w14:textId="77777777" w:rsidR="000C111D" w:rsidRDefault="000C111D"/>
        </w:tc>
        <w:tc>
          <w:tcPr>
            <w:tcW w:w="1440" w:type="dxa"/>
          </w:tcPr>
          <w:p w14:paraId="363FEAE2" w14:textId="77777777" w:rsidR="000C111D" w:rsidRDefault="000C111D"/>
        </w:tc>
        <w:tc>
          <w:tcPr>
            <w:tcW w:w="1440" w:type="dxa"/>
          </w:tcPr>
          <w:p w14:paraId="4D22A543" w14:textId="77777777" w:rsidR="000C111D" w:rsidRDefault="000C111D"/>
        </w:tc>
        <w:tc>
          <w:tcPr>
            <w:tcW w:w="1440" w:type="dxa"/>
          </w:tcPr>
          <w:p w14:paraId="452AC7EB" w14:textId="77777777" w:rsidR="000C111D" w:rsidRDefault="000C111D"/>
        </w:tc>
      </w:tr>
      <w:tr w:rsidR="000C111D" w14:paraId="6F3D9B81" w14:textId="77777777">
        <w:tc>
          <w:tcPr>
            <w:tcW w:w="1440" w:type="dxa"/>
          </w:tcPr>
          <w:p w14:paraId="787BAD57" w14:textId="77777777" w:rsidR="000C111D" w:rsidRDefault="000C111D"/>
        </w:tc>
        <w:tc>
          <w:tcPr>
            <w:tcW w:w="1440" w:type="dxa"/>
          </w:tcPr>
          <w:p w14:paraId="3BB5E19C" w14:textId="77777777" w:rsidR="000C111D" w:rsidRDefault="000C111D"/>
        </w:tc>
        <w:tc>
          <w:tcPr>
            <w:tcW w:w="1440" w:type="dxa"/>
          </w:tcPr>
          <w:p w14:paraId="4B9CF304" w14:textId="77777777" w:rsidR="000C111D" w:rsidRDefault="000C111D"/>
        </w:tc>
        <w:tc>
          <w:tcPr>
            <w:tcW w:w="1440" w:type="dxa"/>
          </w:tcPr>
          <w:p w14:paraId="5F23B605" w14:textId="77777777" w:rsidR="000C111D" w:rsidRDefault="000C111D"/>
        </w:tc>
        <w:tc>
          <w:tcPr>
            <w:tcW w:w="1440" w:type="dxa"/>
          </w:tcPr>
          <w:p w14:paraId="780AC849" w14:textId="77777777" w:rsidR="000C111D" w:rsidRDefault="000C111D"/>
        </w:tc>
        <w:tc>
          <w:tcPr>
            <w:tcW w:w="1440" w:type="dxa"/>
          </w:tcPr>
          <w:p w14:paraId="50B29CFE" w14:textId="77777777" w:rsidR="000C111D" w:rsidRDefault="000C111D"/>
        </w:tc>
      </w:tr>
      <w:tr w:rsidR="000C111D" w14:paraId="5C05990F" w14:textId="77777777">
        <w:tc>
          <w:tcPr>
            <w:tcW w:w="1440" w:type="dxa"/>
          </w:tcPr>
          <w:p w14:paraId="29839EE6" w14:textId="77777777" w:rsidR="000C111D" w:rsidRDefault="000C111D"/>
        </w:tc>
        <w:tc>
          <w:tcPr>
            <w:tcW w:w="1440" w:type="dxa"/>
          </w:tcPr>
          <w:p w14:paraId="39739AEC" w14:textId="77777777" w:rsidR="000C111D" w:rsidRDefault="000C111D"/>
        </w:tc>
        <w:tc>
          <w:tcPr>
            <w:tcW w:w="1440" w:type="dxa"/>
          </w:tcPr>
          <w:p w14:paraId="230B2082" w14:textId="77777777" w:rsidR="000C111D" w:rsidRDefault="000C111D"/>
        </w:tc>
        <w:tc>
          <w:tcPr>
            <w:tcW w:w="1440" w:type="dxa"/>
          </w:tcPr>
          <w:p w14:paraId="7CEAEDB8" w14:textId="77777777" w:rsidR="000C111D" w:rsidRDefault="000C111D"/>
        </w:tc>
        <w:tc>
          <w:tcPr>
            <w:tcW w:w="1440" w:type="dxa"/>
          </w:tcPr>
          <w:p w14:paraId="5BAEAB85" w14:textId="77777777" w:rsidR="000C111D" w:rsidRDefault="000C111D"/>
        </w:tc>
        <w:tc>
          <w:tcPr>
            <w:tcW w:w="1440" w:type="dxa"/>
          </w:tcPr>
          <w:p w14:paraId="56F6FAEF" w14:textId="77777777" w:rsidR="000C111D" w:rsidRDefault="000C111D"/>
        </w:tc>
      </w:tr>
    </w:tbl>
    <w:p w14:paraId="5DCDC66A" w14:textId="77777777" w:rsidR="000C111D" w:rsidRDefault="00000000">
      <w:pPr>
        <w:pStyle w:val="Heading1"/>
      </w:pPr>
      <w:r>
        <w:t>Improvement Priority 3</w:t>
      </w:r>
    </w:p>
    <w:p w14:paraId="3A41B4EA" w14:textId="77777777" w:rsidR="000C111D" w:rsidRDefault="00000000">
      <w:r>
        <w:t>Area identified from audit: ______________________________________________</w:t>
      </w:r>
    </w:p>
    <w:p w14:paraId="05C637C6" w14:textId="77777777" w:rsidR="000C111D" w:rsidRDefault="00000000">
      <w:r>
        <w:t>What do children currently experience?: ______________________________________________</w:t>
      </w:r>
    </w:p>
    <w:p w14:paraId="20565457" w14:textId="77777777" w:rsidR="000C111D" w:rsidRDefault="00000000">
      <w:r>
        <w:t>What would effective participation look like?: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</w:tblGrid>
      <w:tr w:rsidR="000C111D" w14:paraId="42F8D909" w14:textId="77777777">
        <w:tc>
          <w:tcPr>
            <w:tcW w:w="1440" w:type="dxa"/>
          </w:tcPr>
          <w:p w14:paraId="2AEE43EE" w14:textId="77777777" w:rsidR="000C111D" w:rsidRDefault="00000000">
            <w:r>
              <w:t>Action</w:t>
            </w:r>
          </w:p>
        </w:tc>
        <w:tc>
          <w:tcPr>
            <w:tcW w:w="1440" w:type="dxa"/>
          </w:tcPr>
          <w:p w14:paraId="11B0CF64" w14:textId="77777777" w:rsidR="000C111D" w:rsidRDefault="00000000">
            <w:r>
              <w:t>Lead Person</w:t>
            </w:r>
          </w:p>
        </w:tc>
        <w:tc>
          <w:tcPr>
            <w:tcW w:w="1440" w:type="dxa"/>
          </w:tcPr>
          <w:p w14:paraId="4710DF35" w14:textId="77777777" w:rsidR="000C111D" w:rsidRDefault="00000000">
            <w:r>
              <w:t>Timescale</w:t>
            </w:r>
          </w:p>
        </w:tc>
        <w:tc>
          <w:tcPr>
            <w:tcW w:w="1440" w:type="dxa"/>
          </w:tcPr>
          <w:p w14:paraId="6D4FD0B7" w14:textId="77777777" w:rsidR="000C111D" w:rsidRDefault="00000000">
            <w:r>
              <w:t>Resources</w:t>
            </w:r>
          </w:p>
        </w:tc>
        <w:tc>
          <w:tcPr>
            <w:tcW w:w="1440" w:type="dxa"/>
          </w:tcPr>
          <w:p w14:paraId="2A06DBDE" w14:textId="77777777" w:rsidR="000C111D" w:rsidRDefault="00000000">
            <w:r>
              <w:t>Success Measure</w:t>
            </w:r>
          </w:p>
        </w:tc>
        <w:tc>
          <w:tcPr>
            <w:tcW w:w="1440" w:type="dxa"/>
          </w:tcPr>
          <w:p w14:paraId="642D8FF7" w14:textId="77777777" w:rsidR="000C111D" w:rsidRDefault="00000000">
            <w:r>
              <w:t>Framework Alignment</w:t>
            </w:r>
          </w:p>
        </w:tc>
      </w:tr>
      <w:tr w:rsidR="000C111D" w14:paraId="6DA1ABB1" w14:textId="77777777">
        <w:tc>
          <w:tcPr>
            <w:tcW w:w="1440" w:type="dxa"/>
          </w:tcPr>
          <w:p w14:paraId="5FAB1418" w14:textId="77777777" w:rsidR="000C111D" w:rsidRDefault="000C111D"/>
        </w:tc>
        <w:tc>
          <w:tcPr>
            <w:tcW w:w="1440" w:type="dxa"/>
          </w:tcPr>
          <w:p w14:paraId="412ED727" w14:textId="77777777" w:rsidR="000C111D" w:rsidRDefault="000C111D"/>
        </w:tc>
        <w:tc>
          <w:tcPr>
            <w:tcW w:w="1440" w:type="dxa"/>
          </w:tcPr>
          <w:p w14:paraId="3D00C55D" w14:textId="77777777" w:rsidR="000C111D" w:rsidRDefault="000C111D"/>
        </w:tc>
        <w:tc>
          <w:tcPr>
            <w:tcW w:w="1440" w:type="dxa"/>
          </w:tcPr>
          <w:p w14:paraId="61A06497" w14:textId="77777777" w:rsidR="000C111D" w:rsidRDefault="000C111D"/>
        </w:tc>
        <w:tc>
          <w:tcPr>
            <w:tcW w:w="1440" w:type="dxa"/>
          </w:tcPr>
          <w:p w14:paraId="613FCC98" w14:textId="77777777" w:rsidR="000C111D" w:rsidRDefault="000C111D"/>
        </w:tc>
        <w:tc>
          <w:tcPr>
            <w:tcW w:w="1440" w:type="dxa"/>
          </w:tcPr>
          <w:p w14:paraId="6798D7F4" w14:textId="77777777" w:rsidR="000C111D" w:rsidRDefault="000C111D"/>
        </w:tc>
      </w:tr>
      <w:tr w:rsidR="000C111D" w14:paraId="30BC6BA6" w14:textId="77777777">
        <w:tc>
          <w:tcPr>
            <w:tcW w:w="1440" w:type="dxa"/>
          </w:tcPr>
          <w:p w14:paraId="6E448F66" w14:textId="77777777" w:rsidR="000C111D" w:rsidRDefault="000C111D"/>
        </w:tc>
        <w:tc>
          <w:tcPr>
            <w:tcW w:w="1440" w:type="dxa"/>
          </w:tcPr>
          <w:p w14:paraId="573E1DAF" w14:textId="77777777" w:rsidR="000C111D" w:rsidRDefault="000C111D"/>
        </w:tc>
        <w:tc>
          <w:tcPr>
            <w:tcW w:w="1440" w:type="dxa"/>
          </w:tcPr>
          <w:p w14:paraId="0505B67E" w14:textId="77777777" w:rsidR="000C111D" w:rsidRDefault="000C111D"/>
        </w:tc>
        <w:tc>
          <w:tcPr>
            <w:tcW w:w="1440" w:type="dxa"/>
          </w:tcPr>
          <w:p w14:paraId="4736B32D" w14:textId="77777777" w:rsidR="000C111D" w:rsidRDefault="000C111D"/>
        </w:tc>
        <w:tc>
          <w:tcPr>
            <w:tcW w:w="1440" w:type="dxa"/>
          </w:tcPr>
          <w:p w14:paraId="1884900E" w14:textId="77777777" w:rsidR="000C111D" w:rsidRDefault="000C111D"/>
        </w:tc>
        <w:tc>
          <w:tcPr>
            <w:tcW w:w="1440" w:type="dxa"/>
          </w:tcPr>
          <w:p w14:paraId="3097203C" w14:textId="77777777" w:rsidR="000C111D" w:rsidRDefault="000C111D"/>
        </w:tc>
      </w:tr>
      <w:tr w:rsidR="000C111D" w14:paraId="05053716" w14:textId="77777777">
        <w:tc>
          <w:tcPr>
            <w:tcW w:w="1440" w:type="dxa"/>
          </w:tcPr>
          <w:p w14:paraId="477A8E94" w14:textId="77777777" w:rsidR="000C111D" w:rsidRDefault="000C111D"/>
        </w:tc>
        <w:tc>
          <w:tcPr>
            <w:tcW w:w="1440" w:type="dxa"/>
          </w:tcPr>
          <w:p w14:paraId="43BCA459" w14:textId="77777777" w:rsidR="000C111D" w:rsidRDefault="000C111D"/>
        </w:tc>
        <w:tc>
          <w:tcPr>
            <w:tcW w:w="1440" w:type="dxa"/>
          </w:tcPr>
          <w:p w14:paraId="36F9C958" w14:textId="77777777" w:rsidR="000C111D" w:rsidRDefault="000C111D"/>
        </w:tc>
        <w:tc>
          <w:tcPr>
            <w:tcW w:w="1440" w:type="dxa"/>
          </w:tcPr>
          <w:p w14:paraId="27ADF4BC" w14:textId="77777777" w:rsidR="000C111D" w:rsidRDefault="000C111D"/>
        </w:tc>
        <w:tc>
          <w:tcPr>
            <w:tcW w:w="1440" w:type="dxa"/>
          </w:tcPr>
          <w:p w14:paraId="579299E0" w14:textId="77777777" w:rsidR="000C111D" w:rsidRDefault="000C111D"/>
        </w:tc>
        <w:tc>
          <w:tcPr>
            <w:tcW w:w="1440" w:type="dxa"/>
          </w:tcPr>
          <w:p w14:paraId="2E260E74" w14:textId="77777777" w:rsidR="000C111D" w:rsidRDefault="000C111D"/>
        </w:tc>
      </w:tr>
      <w:tr w:rsidR="000C111D" w14:paraId="5530DC9A" w14:textId="77777777">
        <w:tc>
          <w:tcPr>
            <w:tcW w:w="1440" w:type="dxa"/>
          </w:tcPr>
          <w:p w14:paraId="341EEA49" w14:textId="77777777" w:rsidR="000C111D" w:rsidRDefault="000C111D"/>
        </w:tc>
        <w:tc>
          <w:tcPr>
            <w:tcW w:w="1440" w:type="dxa"/>
          </w:tcPr>
          <w:p w14:paraId="210EBB34" w14:textId="77777777" w:rsidR="000C111D" w:rsidRDefault="000C111D"/>
        </w:tc>
        <w:tc>
          <w:tcPr>
            <w:tcW w:w="1440" w:type="dxa"/>
          </w:tcPr>
          <w:p w14:paraId="4D3074B5" w14:textId="77777777" w:rsidR="000C111D" w:rsidRDefault="000C111D"/>
        </w:tc>
        <w:tc>
          <w:tcPr>
            <w:tcW w:w="1440" w:type="dxa"/>
          </w:tcPr>
          <w:p w14:paraId="56FA3425" w14:textId="77777777" w:rsidR="000C111D" w:rsidRDefault="000C111D"/>
        </w:tc>
        <w:tc>
          <w:tcPr>
            <w:tcW w:w="1440" w:type="dxa"/>
          </w:tcPr>
          <w:p w14:paraId="57AF5AF6" w14:textId="77777777" w:rsidR="000C111D" w:rsidRDefault="000C111D"/>
        </w:tc>
        <w:tc>
          <w:tcPr>
            <w:tcW w:w="1440" w:type="dxa"/>
          </w:tcPr>
          <w:p w14:paraId="7D41824E" w14:textId="77777777" w:rsidR="000C111D" w:rsidRDefault="000C111D"/>
        </w:tc>
      </w:tr>
    </w:tbl>
    <w:p w14:paraId="4E8BD9EF" w14:textId="77777777" w:rsidR="000C111D" w:rsidRDefault="00000000">
      <w:pPr>
        <w:pStyle w:val="Heading1"/>
      </w:pPr>
      <w:r>
        <w:t>Leadership Reflection</w:t>
      </w:r>
    </w:p>
    <w:p w14:paraId="6634856E" w14:textId="77777777" w:rsidR="000C111D" w:rsidRDefault="00000000">
      <w:r>
        <w:t>What have I learned about participation in my setting?</w:t>
      </w:r>
    </w:p>
    <w:p w14:paraId="07EFC47A" w14:textId="77777777" w:rsidR="000C111D" w:rsidRDefault="00000000">
      <w:r>
        <w:t>____________________________________________________________</w:t>
      </w:r>
    </w:p>
    <w:p w14:paraId="145124EF" w14:textId="77777777" w:rsidR="000C111D" w:rsidRDefault="00000000">
      <w:r>
        <w:t>How has this influenced my leadership practice?</w:t>
      </w:r>
    </w:p>
    <w:p w14:paraId="0802A98A" w14:textId="77777777" w:rsidR="000C111D" w:rsidRDefault="00000000">
      <w:r>
        <w:t>____________________________________________________________</w:t>
      </w:r>
    </w:p>
    <w:p w14:paraId="692EB5E6" w14:textId="77777777" w:rsidR="000C111D" w:rsidRDefault="00000000">
      <w:r>
        <w:t>What barriers might prevent improvement?</w:t>
      </w:r>
    </w:p>
    <w:p w14:paraId="40051D2F" w14:textId="77777777" w:rsidR="000C111D" w:rsidRDefault="00000000">
      <w:r>
        <w:t>____________________________________________________________</w:t>
      </w:r>
    </w:p>
    <w:p w14:paraId="1F3D6BBE" w14:textId="77777777" w:rsidR="000C111D" w:rsidRDefault="00000000">
      <w:r>
        <w:t>How will I sustain participation over time?</w:t>
      </w:r>
    </w:p>
    <w:p w14:paraId="125B1F6F" w14:textId="77777777" w:rsidR="000C111D" w:rsidRDefault="00000000">
      <w:r>
        <w:t>____________________________________________________________</w:t>
      </w:r>
    </w:p>
    <w:p w14:paraId="4CD19CC5" w14:textId="77777777" w:rsidR="000C111D" w:rsidRDefault="00000000">
      <w:pPr>
        <w:pStyle w:val="Heading1"/>
      </w:pPr>
      <w:r>
        <w:t>Three-Month Impact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0C111D" w14:paraId="5168FA5A" w14:textId="77777777">
        <w:tc>
          <w:tcPr>
            <w:tcW w:w="4320" w:type="dxa"/>
          </w:tcPr>
          <w:p w14:paraId="20781B4B" w14:textId="77777777" w:rsidR="000C111D" w:rsidRDefault="00000000">
            <w:r>
              <w:t>What actions have been completed?</w:t>
            </w:r>
          </w:p>
        </w:tc>
        <w:tc>
          <w:tcPr>
            <w:tcW w:w="4320" w:type="dxa"/>
          </w:tcPr>
          <w:p w14:paraId="3ABBCB09" w14:textId="77777777" w:rsidR="000C111D" w:rsidRDefault="000C111D"/>
        </w:tc>
      </w:tr>
      <w:tr w:rsidR="000C111D" w14:paraId="323E4C74" w14:textId="77777777">
        <w:tc>
          <w:tcPr>
            <w:tcW w:w="4320" w:type="dxa"/>
          </w:tcPr>
          <w:p w14:paraId="43591F9E" w14:textId="77777777" w:rsidR="000C111D" w:rsidRDefault="00000000">
            <w:r>
              <w:t>What changes have children noticed?</w:t>
            </w:r>
          </w:p>
        </w:tc>
        <w:tc>
          <w:tcPr>
            <w:tcW w:w="4320" w:type="dxa"/>
          </w:tcPr>
          <w:p w14:paraId="4D1ED0D5" w14:textId="77777777" w:rsidR="000C111D" w:rsidRDefault="000C111D"/>
        </w:tc>
      </w:tr>
      <w:tr w:rsidR="000C111D" w14:paraId="5F3FFDF8" w14:textId="77777777">
        <w:tc>
          <w:tcPr>
            <w:tcW w:w="4320" w:type="dxa"/>
          </w:tcPr>
          <w:p w14:paraId="1B07C626" w14:textId="77777777" w:rsidR="000C111D" w:rsidRDefault="00000000">
            <w:r>
              <w:t>What evidence demonstrates improved participation?</w:t>
            </w:r>
          </w:p>
        </w:tc>
        <w:tc>
          <w:tcPr>
            <w:tcW w:w="4320" w:type="dxa"/>
          </w:tcPr>
          <w:p w14:paraId="144968A3" w14:textId="77777777" w:rsidR="000C111D" w:rsidRDefault="000C111D"/>
        </w:tc>
      </w:tr>
      <w:tr w:rsidR="000C111D" w14:paraId="5EC308A4" w14:textId="77777777">
        <w:tc>
          <w:tcPr>
            <w:tcW w:w="4320" w:type="dxa"/>
          </w:tcPr>
          <w:p w14:paraId="34FEFB3F" w14:textId="77777777" w:rsidR="000C111D" w:rsidRDefault="00000000">
            <w:r>
              <w:t>What still requires development?</w:t>
            </w:r>
          </w:p>
        </w:tc>
        <w:tc>
          <w:tcPr>
            <w:tcW w:w="4320" w:type="dxa"/>
          </w:tcPr>
          <w:p w14:paraId="34F965CC" w14:textId="77777777" w:rsidR="000C111D" w:rsidRDefault="000C111D"/>
        </w:tc>
      </w:tr>
      <w:tr w:rsidR="000C111D" w14:paraId="611ABD8B" w14:textId="77777777">
        <w:tc>
          <w:tcPr>
            <w:tcW w:w="4320" w:type="dxa"/>
          </w:tcPr>
          <w:p w14:paraId="7B2F6AFE" w14:textId="77777777" w:rsidR="000C111D" w:rsidRDefault="00000000">
            <w:r>
              <w:t>What is the next leadership priority?</w:t>
            </w:r>
          </w:p>
        </w:tc>
        <w:tc>
          <w:tcPr>
            <w:tcW w:w="4320" w:type="dxa"/>
          </w:tcPr>
          <w:p w14:paraId="6528964C" w14:textId="77777777" w:rsidR="000C111D" w:rsidRDefault="000C111D"/>
        </w:tc>
      </w:tr>
      <w:tr w:rsidR="000C111D" w14:paraId="5E468286" w14:textId="77777777">
        <w:tc>
          <w:tcPr>
            <w:tcW w:w="4320" w:type="dxa"/>
          </w:tcPr>
          <w:p w14:paraId="59E678D4" w14:textId="77777777" w:rsidR="000C111D" w:rsidRDefault="00000000">
            <w:r>
              <w:t>How does this evidence Article 12 and CIW improvement?</w:t>
            </w:r>
          </w:p>
        </w:tc>
        <w:tc>
          <w:tcPr>
            <w:tcW w:w="4320" w:type="dxa"/>
          </w:tcPr>
          <w:p w14:paraId="79B6361A" w14:textId="77777777" w:rsidR="000C111D" w:rsidRDefault="000C111D"/>
        </w:tc>
      </w:tr>
    </w:tbl>
    <w:p w14:paraId="520A2AEA" w14:textId="77777777" w:rsidR="00000000" w:rsidRDefault="00000000"/>
    <w:p w14:paraId="68B22965" w14:textId="2F5B5424" w:rsidR="00CE72BE" w:rsidRDefault="00CE72BE"/>
    <w:sectPr w:rsidR="00CE72B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3817710">
    <w:abstractNumId w:val="8"/>
  </w:num>
  <w:num w:numId="2" w16cid:durableId="1931044377">
    <w:abstractNumId w:val="6"/>
  </w:num>
  <w:num w:numId="3" w16cid:durableId="1672027740">
    <w:abstractNumId w:val="5"/>
  </w:num>
  <w:num w:numId="4" w16cid:durableId="2053000731">
    <w:abstractNumId w:val="4"/>
  </w:num>
  <w:num w:numId="5" w16cid:durableId="177815338">
    <w:abstractNumId w:val="7"/>
  </w:num>
  <w:num w:numId="6" w16cid:durableId="1957980505">
    <w:abstractNumId w:val="3"/>
  </w:num>
  <w:num w:numId="7" w16cid:durableId="1942570822">
    <w:abstractNumId w:val="2"/>
  </w:num>
  <w:num w:numId="8" w16cid:durableId="1686402544">
    <w:abstractNumId w:val="1"/>
  </w:num>
  <w:num w:numId="9" w16cid:durableId="314382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111D"/>
    <w:rsid w:val="0015074B"/>
    <w:rsid w:val="0029639D"/>
    <w:rsid w:val="00326F90"/>
    <w:rsid w:val="005C5CFA"/>
    <w:rsid w:val="00AA1D8D"/>
    <w:rsid w:val="00B47730"/>
    <w:rsid w:val="00CB0664"/>
    <w:rsid w:val="00CE72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2AB1F5"/>
  <w14:defaultImageDpi w14:val="300"/>
  <w15:docId w15:val="{7A008461-CA8F-42A7-A191-F62ABC82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>generated by python-docx</dc:description>
  <cp:lastModifiedBy>Natalie MacDonald</cp:lastModifiedBy>
  <cp:revision>2</cp:revision>
  <dcterms:created xsi:type="dcterms:W3CDTF">2026-08-24T13:12:00Z</dcterms:created>
  <dcterms:modified xsi:type="dcterms:W3CDTF">2026-08-24T13:22:00Z</dcterms:modified>
  <cp:category/>
</cp:coreProperties>
</file>