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2286000" cy="756791"/>
            <wp:docPr id="1" name="Picture 1"/>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2286000" cy="756791"/>
                    </a:xfrm>
                    <a:prstGeom prst="rect"/>
                  </pic:spPr>
                </pic:pic>
              </a:graphicData>
            </a:graphic>
          </wp:inline>
        </w:drawing>
      </w:r>
    </w:p>
    <w:p>
      <w:pPr>
        <w:jc w:val="center"/>
      </w:pPr>
      <w:r>
        <w:t>Mădălina Lacatusu – Poster</w:t>
      </w:r>
    </w:p>
    <w:p>
      <w:pPr>
        <w:jc w:val="center"/>
      </w:pPr>
      <w:r>
        <w:rPr>
          <w:b/>
          <w:sz w:val="52"/>
        </w:rPr>
        <w:br/>
        <w:t>Digital Skills</w:t>
        <w:br/>
      </w:r>
    </w:p>
    <w:p>
      <w:pPr>
        <w:jc w:val="center"/>
      </w:pPr>
      <w:r>
        <w:rPr>
          <w:sz w:val="28"/>
        </w:rPr>
        <w:t>Student Name: Mădălina Lacatusu</w:t>
        <w:br/>
      </w:r>
      <w:r>
        <w:rPr>
          <w:sz w:val="28"/>
        </w:rPr>
        <w:t>Student Number: 2528731</w:t>
        <w:br/>
        <w:br/>
      </w:r>
      <w:r>
        <w:rPr>
          <w:b/>
          <w:sz w:val="32"/>
        </w:rPr>
        <w:t>How to Create a Chart in Excel</w:t>
      </w:r>
    </w:p>
    <w:p>
      <w:r>
        <w:br w:type="page"/>
      </w:r>
    </w:p>
    <w:p>
      <w:pPr>
        <w:pStyle w:val="Heading1"/>
      </w:pPr>
      <w:r>
        <w:t>Contents</w:t>
      </w:r>
    </w:p>
    <w:p>
      <w:r>
        <w:t>Introduction</w:t>
        <w:br/>
        <w:t>Steps</w:t>
        <w:br/>
        <w:t>Advantages</w:t>
        <w:br/>
        <w:t>Disadvantages</w:t>
        <w:br/>
        <w:t>Conclusion</w:t>
        <w:br/>
        <w:t>References</w:t>
      </w:r>
    </w:p>
    <w:p>
      <w:r>
        <w:br w:type="page"/>
      </w:r>
    </w:p>
    <w:p>
      <w:pPr>
        <w:pStyle w:val="Heading1"/>
      </w:pPr>
      <w:r>
        <w:t>Introduction</w:t>
      </w:r>
    </w:p>
    <w:p>
      <w:r>
        <w:t>Microsoft Excel is widely used in workplaces to organise and analyse data. Charts are visual tools that help present data clearly and make it easier to understand. They allow users to identify trends, compare values and communicate information effectively.</w:t>
      </w:r>
    </w:p>
    <w:p>
      <w:pPr>
        <w:pStyle w:val="Heading1"/>
      </w:pPr>
      <w:r>
        <w:t>Steps</w:t>
      </w:r>
    </w:p>
    <w:p>
      <w:r>
        <w:t>1. Open Excel</w:t>
        <w:br/>
        <w:t>2. Select data</w:t>
        <w:br/>
        <w:t>3. Insert chart</w:t>
        <w:br/>
        <w:t>4. Choose type</w:t>
        <w:br/>
        <w:t>5. Customize</w:t>
      </w:r>
    </w:p>
    <w:p>
      <w:pPr>
        <w:pStyle w:val="Heading1"/>
      </w:pPr>
      <w:r>
        <w:t>Advantages</w:t>
      </w:r>
    </w:p>
    <w:p>
      <w:r>
        <w:t>Charts make data easier to understand.</w:t>
        <w:br/>
        <w:t>They help identify patterns and trends.</w:t>
        <w:br/>
        <w:t>They improve communication and decision-making.</w:t>
      </w:r>
    </w:p>
    <w:p>
      <w:pPr>
        <w:pStyle w:val="Heading1"/>
      </w:pPr>
      <w:r>
        <w:t>Disadvantages</w:t>
      </w:r>
    </w:p>
    <w:p>
      <w:r>
        <w:t>Can be confusing for beginners.</w:t>
        <w:br/>
        <w:t>Incorrect chart choice can mislead.</w:t>
        <w:br/>
        <w:t>Requires accurate data.</w:t>
      </w:r>
    </w:p>
    <w:p>
      <w:pPr>
        <w:pStyle w:val="Heading1"/>
      </w:pPr>
      <w:r>
        <w:t>Conclusion</w:t>
      </w:r>
    </w:p>
    <w:p>
      <w:r>
        <w:t>Charts improve how data is presented and understood in the workplace.</w:t>
      </w:r>
    </w:p>
    <w:p>
      <w:pPr>
        <w:pStyle w:val="Heading1"/>
      </w:pPr>
      <w:r>
        <w:t>References</w:t>
      </w:r>
    </w:p>
    <w:p>
      <w:r>
        <w:t>Microsoft Corporation (2024). Create a chart in Excel. https://support.microsoft.com</w:t>
        <w:br/>
        <w:t>Microsoft Excel Help (2024). https://www.microsoft.com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