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rPr>
          <w:rFonts w:asciiTheme="majorHAnsi" w:eastAsiaTheme="majorEastAsia" w:hAnsiTheme="majorHAnsi" w:cstheme="majorBidi"/>
          <w:color w:val="17365D" w:themeColor="text2" w:themeShade="BF"/>
          <w:spacing w:val="5"/>
          <w:kern w:val="28"/>
          <w:sz w:val="52"/>
          <w:szCs w:val="52"/>
        </w:rPr>
        <w:id w:val="577259705"/>
        <w:docPartObj>
          <w:docPartGallery w:val="Cover Pages"/>
          <w:docPartUnique/>
        </w:docPartObj>
      </w:sdtPr>
      <w:sdtEndPr/>
      <w:sdtContent>
        <w:p w14:paraId="65566E67" w14:textId="1288AE70" w:rsidR="0004004F" w:rsidRDefault="0004004F">
          <w:pPr>
            <w:pStyle w:val="NoSpacing"/>
          </w:pPr>
          <w:r>
            <w:rPr>
              <w:noProof/>
            </w:rPr>
            <mc:AlternateContent>
              <mc:Choice Requires="wpg">
                <w:drawing>
                  <wp:anchor distT="0" distB="0" distL="114300" distR="114300" simplePos="0" relativeHeight="251580928" behindDoc="1" locked="0" layoutInCell="1" allowOverlap="1" wp14:anchorId="3FD6562F" wp14:editId="459C21CE">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557780" cy="9125712"/>
                    <wp:effectExtent l="0" t="0" r="0" b="7620"/>
                    <wp:wrapNone/>
                    <wp:docPr id="2" name="Group 26"/>
                    <wp:cNvGraphicFramePr/>
                    <a:graphic xmlns:a="http://schemas.openxmlformats.org/drawingml/2006/main">
                      <a:graphicData uri="http://schemas.microsoft.com/office/word/2010/wordprocessingGroup">
                        <wpg:wgp>
                          <wpg:cNvGrpSpPr/>
                          <wpg:grpSpPr>
                            <a:xfrm>
                              <a:off x="0" y="0"/>
                              <a:ext cx="2557780" cy="9125712"/>
                              <a:chOff x="0" y="0"/>
                              <a:chExt cx="255778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57150" y="1534705"/>
                                <a:ext cx="250063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3770AFB" w14:textId="0707DC04" w:rsidR="0004004F" w:rsidRDefault="0004004F" w:rsidP="0004004F">
                                      <w:pPr>
                                        <w:pStyle w:val="NoSpacing"/>
                                        <w:rPr>
                                          <w:color w:val="FFFFFF" w:themeColor="background1"/>
                                          <w:sz w:val="28"/>
                                          <w:szCs w:val="28"/>
                                        </w:rPr>
                                      </w:pPr>
                                      <w:r>
                                        <w:rPr>
                                          <w:color w:val="FFFFFF" w:themeColor="background1"/>
                                          <w:sz w:val="28"/>
                                          <w:szCs w:val="28"/>
                                        </w:rPr>
                                        <w:t>Assignment 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FD6562F" id="Group 26" o:spid="_x0000_s1026" style="position:absolute;margin-left:0;margin-top:0;width:201.4pt;height:718.55pt;z-index:-251735552;mso-height-percent:950;mso-left-percent:40;mso-position-horizontal-relative:page;mso-position-vertical:center;mso-position-vertical-relative:page;mso-height-percent:950;mso-left-percent:40" coordsize="25577,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3VYXyQAAGI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571;top:15347;width:25006;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" adj="19216"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3770AFB" w14:textId="0707DC04" w:rsidR="0004004F" w:rsidRDefault="0004004F" w:rsidP="0004004F">
                                <w:pPr>
                                  <w:pStyle w:val="NoSpacing"/>
                                  <w:rPr>
                                    <w:color w:val="FFFFFF" w:themeColor="background1"/>
                                    <w:sz w:val="28"/>
                                    <w:szCs w:val="28"/>
                                  </w:rPr>
                                </w:pPr>
                                <w:r>
                                  <w:rPr>
                                    <w:color w:val="FFFFFF" w:themeColor="background1"/>
                                    <w:sz w:val="28"/>
                                    <w:szCs w:val="28"/>
                                  </w:rPr>
                                  <w:t>Assignment 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589120" behindDoc="0" locked="0" layoutInCell="1" allowOverlap="1" wp14:anchorId="6E28843C" wp14:editId="2365E5F0">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6C59C" w14:textId="695D3E70" w:rsidR="0004004F" w:rsidRDefault="00DE11DB">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4004F">
                                      <w:rPr>
                                        <w:color w:val="4F81BD" w:themeColor="accent1"/>
                                        <w:sz w:val="26"/>
                                        <w:szCs w:val="26"/>
                                      </w:rPr>
                                      <w:t>python-docx</w:t>
                                    </w:r>
                                  </w:sdtContent>
                                </w:sdt>
                              </w:p>
                              <w:p w14:paraId="3C57CA9D" w14:textId="77777777" w:rsidR="0004004F" w:rsidRDefault="00DE11D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4004F">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E28843C" id="_x0000_t202" coordsize="21600,21600" o:spt="202" path="m,l,21600r21600,l21600,xe">
                    <v:stroke joinstyle="miter"/>
                    <v:path gradientshapeok="t" o:connecttype="rect"/>
                  </v:shapetype>
                  <v:shape id="Text Box 28" o:spid="_x0000_s1055" type="#_x0000_t202" style="position:absolute;margin-left:0;margin-top:0;width:4in;height:28.8pt;z-index:25158912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86C59C" w14:textId="695D3E70" w:rsidR="0004004F" w:rsidRDefault="00DE11DB">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4004F">
                                <w:rPr>
                                  <w:color w:val="4F81BD" w:themeColor="accent1"/>
                                  <w:sz w:val="26"/>
                                  <w:szCs w:val="26"/>
                                </w:rPr>
                                <w:t>python-docx</w:t>
                              </w:r>
                            </w:sdtContent>
                          </w:sdt>
                        </w:p>
                        <w:p w14:paraId="3C57CA9D" w14:textId="77777777" w:rsidR="0004004F" w:rsidRDefault="00DE11D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4004F">
                                <w:rPr>
                                  <w:caps/>
                                  <w:color w:val="595959" w:themeColor="text1" w:themeTint="A6"/>
                                  <w:sz w:val="20"/>
                                  <w:szCs w:val="20"/>
                                </w:rPr>
                                <w:t>[company name]</w:t>
                              </w:r>
                            </w:sdtContent>
                          </w:sdt>
                        </w:p>
                      </w:txbxContent>
                    </v:textbox>
                    <w10:wrap anchorx="page" anchory="page"/>
                  </v:shape>
                </w:pict>
              </mc:Fallback>
            </mc:AlternateContent>
          </w:r>
        </w:p>
        <w:p w14:paraId="5DD1DB10" w14:textId="092CAE2C" w:rsidR="0004004F" w:rsidRDefault="0004004F" w:rsidP="0004004F">
          <w:pPr>
            <w:pStyle w:val="Title"/>
          </w:pPr>
          <w:r>
            <w:rPr>
              <w:noProof/>
            </w:rPr>
            <mc:AlternateContent>
              <mc:Choice Requires="wps">
                <w:drawing>
                  <wp:anchor distT="0" distB="0" distL="114300" distR="114300" simplePos="0" relativeHeight="251587072" behindDoc="0" locked="0" layoutInCell="1" allowOverlap="1" wp14:anchorId="1732F0A5" wp14:editId="1750855A">
                    <wp:simplePos x="0" y="0"/>
                    <wp:positionH relativeFrom="page">
                      <wp:posOffset>3381375</wp:posOffset>
                    </wp:positionH>
                    <wp:positionV relativeFrom="page">
                      <wp:posOffset>1428750</wp:posOffset>
                    </wp:positionV>
                    <wp:extent cx="3771900" cy="223837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771900" cy="2238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73170B" w14:textId="4B810E62" w:rsidR="0004004F" w:rsidRDefault="0004004F">
                                <w:pPr>
                                  <w:pStyle w:val="NoSpacing"/>
                                  <w:rPr>
                                    <w:rFonts w:asciiTheme="majorHAnsi" w:eastAsiaTheme="majorEastAsia" w:hAnsiTheme="majorHAnsi" w:cstheme="majorBidi"/>
                                    <w:color w:val="262626" w:themeColor="text1" w:themeTint="D9"/>
                                    <w:sz w:val="36"/>
                                    <w:szCs w:val="36"/>
                                  </w:rPr>
                                </w:pPr>
                                <w:r w:rsidRPr="0004004F">
                                  <w:rPr>
                                    <w:rFonts w:asciiTheme="majorHAnsi" w:eastAsiaTheme="majorEastAsia" w:hAnsiTheme="majorHAnsi" w:cstheme="majorBidi"/>
                                    <w:b/>
                                    <w:bCs/>
                                    <w:i/>
                                    <w:iCs/>
                                    <w:color w:val="262626" w:themeColor="text1" w:themeTint="D9"/>
                                    <w:sz w:val="36"/>
                                    <w:szCs w:val="36"/>
                                    <w:u w:val="single"/>
                                  </w:rPr>
                                  <w:t>Module Name:</w:t>
                                </w:r>
                                <w:r>
                                  <w:rPr>
                                    <w:rFonts w:asciiTheme="majorHAnsi" w:eastAsiaTheme="majorEastAsia" w:hAnsiTheme="majorHAnsi" w:cstheme="majorBidi"/>
                                    <w:color w:val="262626" w:themeColor="text1" w:themeTint="D9"/>
                                    <w:sz w:val="44"/>
                                    <w:szCs w:val="44"/>
                                  </w:rPr>
                                  <w:t xml:space="preserve"> </w:t>
                                </w:r>
                                <w:r w:rsidRPr="0004004F">
                                  <w:rPr>
                                    <w:rFonts w:asciiTheme="majorHAnsi" w:eastAsiaTheme="majorEastAsia" w:hAnsiTheme="majorHAnsi" w:cstheme="majorBidi"/>
                                    <w:color w:val="262626" w:themeColor="text1" w:themeTint="D9"/>
                                    <w:sz w:val="36"/>
                                    <w:szCs w:val="36"/>
                                  </w:rPr>
                                  <w:t>Introduction to Web and Database Concepts</w:t>
                                </w:r>
                              </w:p>
                              <w:p w14:paraId="5DD35A29" w14:textId="2244DD38" w:rsidR="0004004F" w:rsidRDefault="0004004F">
                                <w:pPr>
                                  <w:pStyle w:val="NoSpacing"/>
                                  <w:rPr>
                                    <w:rFonts w:asciiTheme="majorHAnsi" w:eastAsiaTheme="majorEastAsia" w:hAnsiTheme="majorHAnsi" w:cstheme="majorBidi"/>
                                    <w:color w:val="262626" w:themeColor="text1" w:themeTint="D9"/>
                                    <w:sz w:val="36"/>
                                    <w:szCs w:val="36"/>
                                  </w:rPr>
                                </w:pPr>
                                <w:r w:rsidRPr="0004004F">
                                  <w:rPr>
                                    <w:rFonts w:asciiTheme="majorHAnsi" w:eastAsiaTheme="majorEastAsia" w:hAnsiTheme="majorHAnsi" w:cstheme="majorBidi"/>
                                    <w:b/>
                                    <w:bCs/>
                                    <w:i/>
                                    <w:iCs/>
                                    <w:color w:val="262626" w:themeColor="text1" w:themeTint="D9"/>
                                    <w:sz w:val="36"/>
                                    <w:szCs w:val="36"/>
                                    <w:u w:val="single"/>
                                  </w:rPr>
                                  <w:t>Module Code:</w:t>
                                </w:r>
                                <w:r>
                                  <w:rPr>
                                    <w:rFonts w:asciiTheme="majorHAnsi" w:eastAsiaTheme="majorEastAsia" w:hAnsiTheme="majorHAnsi" w:cstheme="majorBidi"/>
                                    <w:color w:val="262626" w:themeColor="text1" w:themeTint="D9"/>
                                    <w:sz w:val="36"/>
                                    <w:szCs w:val="36"/>
                                  </w:rPr>
                                  <w:t xml:space="preserve"> ACCA4023</w:t>
                                </w:r>
                              </w:p>
                              <w:p w14:paraId="365D3FBF" w14:textId="12FAE43A" w:rsidR="0004004F" w:rsidRDefault="0004004F">
                                <w:pPr>
                                  <w:pStyle w:val="NoSpacing"/>
                                  <w:rPr>
                                    <w:rFonts w:asciiTheme="majorHAnsi" w:eastAsiaTheme="majorEastAsia" w:hAnsiTheme="majorHAnsi" w:cstheme="majorBidi"/>
                                    <w:color w:val="262626" w:themeColor="text1" w:themeTint="D9"/>
                                    <w:sz w:val="36"/>
                                    <w:szCs w:val="36"/>
                                  </w:rPr>
                                </w:pPr>
                                <w:r w:rsidRPr="0004004F">
                                  <w:rPr>
                                    <w:rFonts w:asciiTheme="majorHAnsi" w:eastAsiaTheme="majorEastAsia" w:hAnsiTheme="majorHAnsi" w:cstheme="majorBidi"/>
                                    <w:b/>
                                    <w:bCs/>
                                    <w:i/>
                                    <w:iCs/>
                                    <w:color w:val="262626" w:themeColor="text1" w:themeTint="D9"/>
                                    <w:sz w:val="36"/>
                                    <w:szCs w:val="36"/>
                                    <w:u w:val="single"/>
                                  </w:rPr>
                                  <w:t>Student Name:</w:t>
                                </w:r>
                                <w:r>
                                  <w:rPr>
                                    <w:rFonts w:asciiTheme="majorHAnsi" w:eastAsiaTheme="majorEastAsia" w:hAnsiTheme="majorHAnsi" w:cstheme="majorBidi"/>
                                    <w:color w:val="262626" w:themeColor="text1" w:themeTint="D9"/>
                                    <w:sz w:val="36"/>
                                    <w:szCs w:val="36"/>
                                  </w:rPr>
                                  <w:t xml:space="preserve"> Daniel Fernandes</w:t>
                                </w:r>
                              </w:p>
                              <w:p w14:paraId="1AE20833" w14:textId="617E85A5" w:rsidR="0004004F" w:rsidRDefault="0004004F">
                                <w:pPr>
                                  <w:pStyle w:val="NoSpacing"/>
                                  <w:rPr>
                                    <w:rFonts w:asciiTheme="majorHAnsi" w:eastAsiaTheme="majorEastAsia" w:hAnsiTheme="majorHAnsi" w:cstheme="majorBidi"/>
                                    <w:color w:val="262626" w:themeColor="text1" w:themeTint="D9"/>
                                    <w:sz w:val="36"/>
                                    <w:szCs w:val="36"/>
                                  </w:rPr>
                                </w:pPr>
                                <w:r w:rsidRPr="0004004F">
                                  <w:rPr>
                                    <w:rFonts w:asciiTheme="majorHAnsi" w:eastAsiaTheme="majorEastAsia" w:hAnsiTheme="majorHAnsi" w:cstheme="majorBidi"/>
                                    <w:b/>
                                    <w:bCs/>
                                    <w:i/>
                                    <w:iCs/>
                                    <w:color w:val="262626" w:themeColor="text1" w:themeTint="D9"/>
                                    <w:sz w:val="36"/>
                                    <w:szCs w:val="36"/>
                                    <w:u w:val="single"/>
                                  </w:rPr>
                                  <w:t>Student ID:</w:t>
                                </w:r>
                                <w:r>
                                  <w:rPr>
                                    <w:rFonts w:asciiTheme="majorHAnsi" w:eastAsiaTheme="majorEastAsia" w:hAnsiTheme="majorHAnsi" w:cstheme="majorBidi"/>
                                    <w:color w:val="262626" w:themeColor="text1" w:themeTint="D9"/>
                                    <w:sz w:val="36"/>
                                    <w:szCs w:val="36"/>
                                  </w:rPr>
                                  <w:t xml:space="preserve"> 2510885</w:t>
                                </w:r>
                              </w:p>
                              <w:p w14:paraId="3AE8814E" w14:textId="595039B5" w:rsidR="0004004F" w:rsidRDefault="0004004F">
                                <w:pPr>
                                  <w:pStyle w:val="NoSpacing"/>
                                  <w:rPr>
                                    <w:rFonts w:asciiTheme="majorHAnsi" w:eastAsiaTheme="majorEastAsia" w:hAnsiTheme="majorHAnsi" w:cstheme="majorBidi"/>
                                    <w:color w:val="262626" w:themeColor="text1" w:themeTint="D9"/>
                                    <w:sz w:val="36"/>
                                    <w:szCs w:val="36"/>
                                  </w:rPr>
                                </w:pPr>
                                <w:r w:rsidRPr="0004004F">
                                  <w:rPr>
                                    <w:rFonts w:asciiTheme="majorHAnsi" w:eastAsiaTheme="majorEastAsia" w:hAnsiTheme="majorHAnsi" w:cstheme="majorBidi"/>
                                    <w:b/>
                                    <w:bCs/>
                                    <w:i/>
                                    <w:iCs/>
                                    <w:color w:val="262626" w:themeColor="text1" w:themeTint="D9"/>
                                    <w:sz w:val="36"/>
                                    <w:szCs w:val="36"/>
                                    <w:u w:val="single"/>
                                  </w:rPr>
                                  <w:t>Group:</w:t>
                                </w:r>
                                <w:r>
                                  <w:rPr>
                                    <w:rFonts w:asciiTheme="majorHAnsi" w:eastAsiaTheme="majorEastAsia" w:hAnsiTheme="majorHAnsi" w:cstheme="majorBidi"/>
                                    <w:color w:val="262626" w:themeColor="text1" w:themeTint="D9"/>
                                    <w:sz w:val="36"/>
                                    <w:szCs w:val="36"/>
                                  </w:rPr>
                                  <w:t xml:space="preserve"> 1</w:t>
                                </w:r>
                              </w:p>
                              <w:p w14:paraId="5DF02EEF" w14:textId="77777777" w:rsidR="0004004F" w:rsidRPr="0004004F" w:rsidRDefault="0004004F">
                                <w:pPr>
                                  <w:pStyle w:val="NoSpacing"/>
                                  <w:rPr>
                                    <w:rFonts w:asciiTheme="majorHAnsi" w:eastAsiaTheme="majorEastAsia" w:hAnsiTheme="majorHAnsi" w:cstheme="majorBidi"/>
                                    <w:color w:val="262626" w:themeColor="text1" w:themeTint="D9"/>
                                    <w:sz w:val="44"/>
                                    <w:szCs w:val="44"/>
                                  </w:rPr>
                                </w:pPr>
                              </w:p>
                              <w:p w14:paraId="5447CABA" w14:textId="5914C28E" w:rsidR="0004004F" w:rsidRDefault="0004004F" w:rsidP="0004004F">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732F0A5" id="Text Box 30" o:spid="_x0000_s1056" type="#_x0000_t202" style="position:absolute;margin-left:266.25pt;margin-top:112.5pt;width:297pt;height:176.25pt;z-index:25158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" filled="f" stroked="f" strokeweight=".5pt">
                    <v:textbox inset="0,0,0,0">
                      <w:txbxContent>
                        <w:p w14:paraId="4273170B" w14:textId="4B810E62" w:rsidR="0004004F" w:rsidRDefault="0004004F">
                          <w:pPr>
                            <w:pStyle w:val="NoSpacing"/>
                            <w:rPr>
                              <w:rFonts w:asciiTheme="majorHAnsi" w:eastAsiaTheme="majorEastAsia" w:hAnsiTheme="majorHAnsi" w:cstheme="majorBidi"/>
                              <w:color w:val="262626" w:themeColor="text1" w:themeTint="D9"/>
                              <w:sz w:val="36"/>
                              <w:szCs w:val="36"/>
                            </w:rPr>
                          </w:pPr>
                          <w:r w:rsidRPr="0004004F">
                            <w:rPr>
                              <w:rFonts w:asciiTheme="majorHAnsi" w:eastAsiaTheme="majorEastAsia" w:hAnsiTheme="majorHAnsi" w:cstheme="majorBidi"/>
                              <w:b/>
                              <w:bCs/>
                              <w:i/>
                              <w:iCs/>
                              <w:color w:val="262626" w:themeColor="text1" w:themeTint="D9"/>
                              <w:sz w:val="36"/>
                              <w:szCs w:val="36"/>
                              <w:u w:val="single"/>
                            </w:rPr>
                            <w:t>Module Name:</w:t>
                          </w:r>
                          <w:r>
                            <w:rPr>
                              <w:rFonts w:asciiTheme="majorHAnsi" w:eastAsiaTheme="majorEastAsia" w:hAnsiTheme="majorHAnsi" w:cstheme="majorBidi"/>
                              <w:color w:val="262626" w:themeColor="text1" w:themeTint="D9"/>
                              <w:sz w:val="44"/>
                              <w:szCs w:val="44"/>
                            </w:rPr>
                            <w:t xml:space="preserve"> </w:t>
                          </w:r>
                          <w:r w:rsidRPr="0004004F">
                            <w:rPr>
                              <w:rFonts w:asciiTheme="majorHAnsi" w:eastAsiaTheme="majorEastAsia" w:hAnsiTheme="majorHAnsi" w:cstheme="majorBidi"/>
                              <w:color w:val="262626" w:themeColor="text1" w:themeTint="D9"/>
                              <w:sz w:val="36"/>
                              <w:szCs w:val="36"/>
                            </w:rPr>
                            <w:t>Introduction to Web and Database Concepts</w:t>
                          </w:r>
                        </w:p>
                        <w:p w14:paraId="5DD35A29" w14:textId="2244DD38" w:rsidR="0004004F" w:rsidRDefault="0004004F">
                          <w:pPr>
                            <w:pStyle w:val="NoSpacing"/>
                            <w:rPr>
                              <w:rFonts w:asciiTheme="majorHAnsi" w:eastAsiaTheme="majorEastAsia" w:hAnsiTheme="majorHAnsi" w:cstheme="majorBidi"/>
                              <w:color w:val="262626" w:themeColor="text1" w:themeTint="D9"/>
                              <w:sz w:val="36"/>
                              <w:szCs w:val="36"/>
                            </w:rPr>
                          </w:pPr>
                          <w:r w:rsidRPr="0004004F">
                            <w:rPr>
                              <w:rFonts w:asciiTheme="majorHAnsi" w:eastAsiaTheme="majorEastAsia" w:hAnsiTheme="majorHAnsi" w:cstheme="majorBidi"/>
                              <w:b/>
                              <w:bCs/>
                              <w:i/>
                              <w:iCs/>
                              <w:color w:val="262626" w:themeColor="text1" w:themeTint="D9"/>
                              <w:sz w:val="36"/>
                              <w:szCs w:val="36"/>
                              <w:u w:val="single"/>
                            </w:rPr>
                            <w:t>Module Code:</w:t>
                          </w:r>
                          <w:r>
                            <w:rPr>
                              <w:rFonts w:asciiTheme="majorHAnsi" w:eastAsiaTheme="majorEastAsia" w:hAnsiTheme="majorHAnsi" w:cstheme="majorBidi"/>
                              <w:color w:val="262626" w:themeColor="text1" w:themeTint="D9"/>
                              <w:sz w:val="36"/>
                              <w:szCs w:val="36"/>
                            </w:rPr>
                            <w:t xml:space="preserve"> ACCA4023</w:t>
                          </w:r>
                        </w:p>
                        <w:p w14:paraId="365D3FBF" w14:textId="12FAE43A" w:rsidR="0004004F" w:rsidRDefault="0004004F">
                          <w:pPr>
                            <w:pStyle w:val="NoSpacing"/>
                            <w:rPr>
                              <w:rFonts w:asciiTheme="majorHAnsi" w:eastAsiaTheme="majorEastAsia" w:hAnsiTheme="majorHAnsi" w:cstheme="majorBidi"/>
                              <w:color w:val="262626" w:themeColor="text1" w:themeTint="D9"/>
                              <w:sz w:val="36"/>
                              <w:szCs w:val="36"/>
                            </w:rPr>
                          </w:pPr>
                          <w:r w:rsidRPr="0004004F">
                            <w:rPr>
                              <w:rFonts w:asciiTheme="majorHAnsi" w:eastAsiaTheme="majorEastAsia" w:hAnsiTheme="majorHAnsi" w:cstheme="majorBidi"/>
                              <w:b/>
                              <w:bCs/>
                              <w:i/>
                              <w:iCs/>
                              <w:color w:val="262626" w:themeColor="text1" w:themeTint="D9"/>
                              <w:sz w:val="36"/>
                              <w:szCs w:val="36"/>
                              <w:u w:val="single"/>
                            </w:rPr>
                            <w:t>Student Name:</w:t>
                          </w:r>
                          <w:r>
                            <w:rPr>
                              <w:rFonts w:asciiTheme="majorHAnsi" w:eastAsiaTheme="majorEastAsia" w:hAnsiTheme="majorHAnsi" w:cstheme="majorBidi"/>
                              <w:color w:val="262626" w:themeColor="text1" w:themeTint="D9"/>
                              <w:sz w:val="36"/>
                              <w:szCs w:val="36"/>
                            </w:rPr>
                            <w:t xml:space="preserve"> Daniel Fernandes</w:t>
                          </w:r>
                        </w:p>
                        <w:p w14:paraId="1AE20833" w14:textId="617E85A5" w:rsidR="0004004F" w:rsidRDefault="0004004F">
                          <w:pPr>
                            <w:pStyle w:val="NoSpacing"/>
                            <w:rPr>
                              <w:rFonts w:asciiTheme="majorHAnsi" w:eastAsiaTheme="majorEastAsia" w:hAnsiTheme="majorHAnsi" w:cstheme="majorBidi"/>
                              <w:color w:val="262626" w:themeColor="text1" w:themeTint="D9"/>
                              <w:sz w:val="36"/>
                              <w:szCs w:val="36"/>
                            </w:rPr>
                          </w:pPr>
                          <w:r w:rsidRPr="0004004F">
                            <w:rPr>
                              <w:rFonts w:asciiTheme="majorHAnsi" w:eastAsiaTheme="majorEastAsia" w:hAnsiTheme="majorHAnsi" w:cstheme="majorBidi"/>
                              <w:b/>
                              <w:bCs/>
                              <w:i/>
                              <w:iCs/>
                              <w:color w:val="262626" w:themeColor="text1" w:themeTint="D9"/>
                              <w:sz w:val="36"/>
                              <w:szCs w:val="36"/>
                              <w:u w:val="single"/>
                            </w:rPr>
                            <w:t>Student ID:</w:t>
                          </w:r>
                          <w:r>
                            <w:rPr>
                              <w:rFonts w:asciiTheme="majorHAnsi" w:eastAsiaTheme="majorEastAsia" w:hAnsiTheme="majorHAnsi" w:cstheme="majorBidi"/>
                              <w:color w:val="262626" w:themeColor="text1" w:themeTint="D9"/>
                              <w:sz w:val="36"/>
                              <w:szCs w:val="36"/>
                            </w:rPr>
                            <w:t xml:space="preserve"> 2510885</w:t>
                          </w:r>
                        </w:p>
                        <w:p w14:paraId="3AE8814E" w14:textId="595039B5" w:rsidR="0004004F" w:rsidRDefault="0004004F">
                          <w:pPr>
                            <w:pStyle w:val="NoSpacing"/>
                            <w:rPr>
                              <w:rFonts w:asciiTheme="majorHAnsi" w:eastAsiaTheme="majorEastAsia" w:hAnsiTheme="majorHAnsi" w:cstheme="majorBidi"/>
                              <w:color w:val="262626" w:themeColor="text1" w:themeTint="D9"/>
                              <w:sz w:val="36"/>
                              <w:szCs w:val="36"/>
                            </w:rPr>
                          </w:pPr>
                          <w:r w:rsidRPr="0004004F">
                            <w:rPr>
                              <w:rFonts w:asciiTheme="majorHAnsi" w:eastAsiaTheme="majorEastAsia" w:hAnsiTheme="majorHAnsi" w:cstheme="majorBidi"/>
                              <w:b/>
                              <w:bCs/>
                              <w:i/>
                              <w:iCs/>
                              <w:color w:val="262626" w:themeColor="text1" w:themeTint="D9"/>
                              <w:sz w:val="36"/>
                              <w:szCs w:val="36"/>
                              <w:u w:val="single"/>
                            </w:rPr>
                            <w:t>Group:</w:t>
                          </w:r>
                          <w:r>
                            <w:rPr>
                              <w:rFonts w:asciiTheme="majorHAnsi" w:eastAsiaTheme="majorEastAsia" w:hAnsiTheme="majorHAnsi" w:cstheme="majorBidi"/>
                              <w:color w:val="262626" w:themeColor="text1" w:themeTint="D9"/>
                              <w:sz w:val="36"/>
                              <w:szCs w:val="36"/>
                            </w:rPr>
                            <w:t xml:space="preserve"> 1</w:t>
                          </w:r>
                        </w:p>
                        <w:p w14:paraId="5DF02EEF" w14:textId="77777777" w:rsidR="0004004F" w:rsidRPr="0004004F" w:rsidRDefault="0004004F">
                          <w:pPr>
                            <w:pStyle w:val="NoSpacing"/>
                            <w:rPr>
                              <w:rFonts w:asciiTheme="majorHAnsi" w:eastAsiaTheme="majorEastAsia" w:hAnsiTheme="majorHAnsi" w:cstheme="majorBidi"/>
                              <w:color w:val="262626" w:themeColor="text1" w:themeTint="D9"/>
                              <w:sz w:val="44"/>
                              <w:szCs w:val="44"/>
                            </w:rPr>
                          </w:pPr>
                        </w:p>
                        <w:p w14:paraId="5447CABA" w14:textId="5914C28E" w:rsidR="0004004F" w:rsidRDefault="0004004F" w:rsidP="0004004F">
                          <w:pPr>
                            <w:spacing w:before="120"/>
                            <w:rPr>
                              <w:color w:val="404040" w:themeColor="text1" w:themeTint="BF"/>
                              <w:sz w:val="36"/>
                              <w:szCs w:val="36"/>
                            </w:rPr>
                          </w:pPr>
                        </w:p>
                      </w:txbxContent>
                    </v:textbox>
                    <w10:wrap anchorx="page" anchory="page"/>
                  </v:shape>
                </w:pict>
              </mc:Fallback>
            </mc:AlternateContent>
          </w:r>
          <w:r>
            <w:rPr>
              <w:rFonts w:asciiTheme="minorHAnsi" w:eastAsiaTheme="minorEastAsia" w:hAnsiTheme="minorHAnsi" w:cstheme="minorBidi"/>
              <w:color w:val="auto"/>
              <w:spacing w:val="0"/>
              <w:kern w:val="0"/>
              <w:sz w:val="22"/>
              <w:szCs w:val="22"/>
            </w:rPr>
            <w:br w:type="page"/>
          </w:r>
        </w:p>
      </w:sdtContent>
    </w:sdt>
    <w:p w14:paraId="5542C9AF" w14:textId="69F6FB20" w:rsidR="00D36633" w:rsidRDefault="00D36633"/>
    <w:sdt>
      <w:sdtPr>
        <w:rPr>
          <w:rFonts w:asciiTheme="minorHAnsi" w:eastAsiaTheme="minorEastAsia" w:hAnsiTheme="minorHAnsi" w:cstheme="minorBidi"/>
          <w:b w:val="0"/>
          <w:bCs w:val="0"/>
          <w:color w:val="auto"/>
          <w:sz w:val="22"/>
          <w:szCs w:val="22"/>
        </w:rPr>
        <w:id w:val="-1733842119"/>
        <w:docPartObj>
          <w:docPartGallery w:val="Table of Contents"/>
          <w:docPartUnique/>
        </w:docPartObj>
      </w:sdtPr>
      <w:sdtEndPr>
        <w:rPr>
          <w:noProof/>
        </w:rPr>
      </w:sdtEndPr>
      <w:sdtContent>
        <w:p w14:paraId="19E7B422" w14:textId="0350C2F7" w:rsidR="0004004F" w:rsidRDefault="0004004F">
          <w:pPr>
            <w:pStyle w:val="TOCHeading"/>
          </w:pPr>
          <w:r>
            <w:t>Table of Contents</w:t>
          </w:r>
        </w:p>
        <w:p w14:paraId="72AD5488" w14:textId="4DA717C9" w:rsidR="0004004F" w:rsidRDefault="0004004F">
          <w:pPr>
            <w:pStyle w:val="TOC1"/>
            <w:tabs>
              <w:tab w:val="right" w:leader="dot" w:pos="8630"/>
            </w:tabs>
            <w:rPr>
              <w:noProof/>
            </w:rPr>
          </w:pPr>
          <w:r>
            <w:fldChar w:fldCharType="begin"/>
          </w:r>
          <w:r>
            <w:instrText xml:space="preserve"> TOC \o "1-3" \h \z \u </w:instrText>
          </w:r>
          <w:r>
            <w:fldChar w:fldCharType="separate"/>
          </w:r>
          <w:hyperlink w:anchor="_Toc227856680" w:history="1">
            <w:r w:rsidRPr="00937932">
              <w:rPr>
                <w:rStyle w:val="Hyperlink"/>
                <w:noProof/>
              </w:rPr>
              <w:t>Table of Contents</w:t>
            </w:r>
            <w:r>
              <w:rPr>
                <w:noProof/>
                <w:webHidden/>
              </w:rPr>
              <w:tab/>
            </w:r>
            <w:r>
              <w:rPr>
                <w:noProof/>
                <w:webHidden/>
              </w:rPr>
              <w:fldChar w:fldCharType="begin"/>
            </w:r>
            <w:r>
              <w:rPr>
                <w:noProof/>
                <w:webHidden/>
              </w:rPr>
              <w:instrText xml:space="preserve"> PAGEREF _Toc227856680 \h </w:instrText>
            </w:r>
            <w:r>
              <w:rPr>
                <w:noProof/>
                <w:webHidden/>
              </w:rPr>
            </w:r>
            <w:r>
              <w:rPr>
                <w:noProof/>
                <w:webHidden/>
              </w:rPr>
              <w:fldChar w:fldCharType="separate"/>
            </w:r>
            <w:r>
              <w:rPr>
                <w:noProof/>
                <w:webHidden/>
              </w:rPr>
              <w:t>1</w:t>
            </w:r>
            <w:r>
              <w:rPr>
                <w:noProof/>
                <w:webHidden/>
              </w:rPr>
              <w:fldChar w:fldCharType="end"/>
            </w:r>
          </w:hyperlink>
        </w:p>
        <w:p w14:paraId="7E90EC80" w14:textId="562AE316" w:rsidR="0004004F" w:rsidRDefault="0004004F">
          <w:pPr>
            <w:pStyle w:val="TOC1"/>
            <w:tabs>
              <w:tab w:val="right" w:leader="dot" w:pos="8630"/>
            </w:tabs>
            <w:rPr>
              <w:noProof/>
            </w:rPr>
          </w:pPr>
          <w:hyperlink w:anchor="_Toc227856681" w:history="1">
            <w:r w:rsidRPr="00937932">
              <w:rPr>
                <w:rStyle w:val="Hyperlink"/>
                <w:noProof/>
              </w:rPr>
              <w:t>1. Introduction (Abstract)</w:t>
            </w:r>
            <w:r>
              <w:rPr>
                <w:noProof/>
                <w:webHidden/>
              </w:rPr>
              <w:tab/>
            </w:r>
            <w:r>
              <w:rPr>
                <w:noProof/>
                <w:webHidden/>
              </w:rPr>
              <w:fldChar w:fldCharType="begin"/>
            </w:r>
            <w:r>
              <w:rPr>
                <w:noProof/>
                <w:webHidden/>
              </w:rPr>
              <w:instrText xml:space="preserve"> PAGEREF _Toc227856681 \h </w:instrText>
            </w:r>
            <w:r>
              <w:rPr>
                <w:noProof/>
                <w:webHidden/>
              </w:rPr>
            </w:r>
            <w:r>
              <w:rPr>
                <w:noProof/>
                <w:webHidden/>
              </w:rPr>
              <w:fldChar w:fldCharType="separate"/>
            </w:r>
            <w:r>
              <w:rPr>
                <w:noProof/>
                <w:webHidden/>
              </w:rPr>
              <w:t>1</w:t>
            </w:r>
            <w:r>
              <w:rPr>
                <w:noProof/>
                <w:webHidden/>
              </w:rPr>
              <w:fldChar w:fldCharType="end"/>
            </w:r>
          </w:hyperlink>
        </w:p>
        <w:p w14:paraId="18CDD786" w14:textId="05CDF1E8" w:rsidR="0004004F" w:rsidRDefault="0004004F">
          <w:pPr>
            <w:pStyle w:val="TOC1"/>
            <w:tabs>
              <w:tab w:val="right" w:leader="dot" w:pos="8630"/>
            </w:tabs>
            <w:rPr>
              <w:noProof/>
            </w:rPr>
          </w:pPr>
          <w:hyperlink w:anchor="_Toc227856682" w:history="1">
            <w:r w:rsidRPr="00937932">
              <w:rPr>
                <w:rStyle w:val="Hyperlink"/>
                <w:noProof/>
              </w:rPr>
              <w:t>2. Requirements</w:t>
            </w:r>
            <w:r>
              <w:rPr>
                <w:noProof/>
                <w:webHidden/>
              </w:rPr>
              <w:tab/>
            </w:r>
            <w:r>
              <w:rPr>
                <w:noProof/>
                <w:webHidden/>
              </w:rPr>
              <w:fldChar w:fldCharType="begin"/>
            </w:r>
            <w:r>
              <w:rPr>
                <w:noProof/>
                <w:webHidden/>
              </w:rPr>
              <w:instrText xml:space="preserve"> PAGEREF _Toc227856682 \h </w:instrText>
            </w:r>
            <w:r>
              <w:rPr>
                <w:noProof/>
                <w:webHidden/>
              </w:rPr>
            </w:r>
            <w:r>
              <w:rPr>
                <w:noProof/>
                <w:webHidden/>
              </w:rPr>
              <w:fldChar w:fldCharType="separate"/>
            </w:r>
            <w:r>
              <w:rPr>
                <w:noProof/>
                <w:webHidden/>
              </w:rPr>
              <w:t>1</w:t>
            </w:r>
            <w:r>
              <w:rPr>
                <w:noProof/>
                <w:webHidden/>
              </w:rPr>
              <w:fldChar w:fldCharType="end"/>
            </w:r>
          </w:hyperlink>
        </w:p>
        <w:p w14:paraId="2BD1EE3F" w14:textId="6E4FC80E" w:rsidR="0004004F" w:rsidRDefault="0004004F">
          <w:pPr>
            <w:pStyle w:val="TOC1"/>
            <w:tabs>
              <w:tab w:val="right" w:leader="dot" w:pos="8630"/>
            </w:tabs>
            <w:rPr>
              <w:noProof/>
            </w:rPr>
          </w:pPr>
          <w:hyperlink w:anchor="_Toc227856683" w:history="1">
            <w:r w:rsidRPr="00937932">
              <w:rPr>
                <w:rStyle w:val="Hyperlink"/>
                <w:noProof/>
              </w:rPr>
              <w:t>3. Implementation</w:t>
            </w:r>
            <w:r>
              <w:rPr>
                <w:noProof/>
                <w:webHidden/>
              </w:rPr>
              <w:tab/>
            </w:r>
            <w:r>
              <w:rPr>
                <w:noProof/>
                <w:webHidden/>
              </w:rPr>
              <w:fldChar w:fldCharType="begin"/>
            </w:r>
            <w:r>
              <w:rPr>
                <w:noProof/>
                <w:webHidden/>
              </w:rPr>
              <w:instrText xml:space="preserve"> PAGEREF _Toc227856683 \h </w:instrText>
            </w:r>
            <w:r>
              <w:rPr>
                <w:noProof/>
                <w:webHidden/>
              </w:rPr>
            </w:r>
            <w:r>
              <w:rPr>
                <w:noProof/>
                <w:webHidden/>
              </w:rPr>
              <w:fldChar w:fldCharType="separate"/>
            </w:r>
            <w:r>
              <w:rPr>
                <w:noProof/>
                <w:webHidden/>
              </w:rPr>
              <w:t>1</w:t>
            </w:r>
            <w:r>
              <w:rPr>
                <w:noProof/>
                <w:webHidden/>
              </w:rPr>
              <w:fldChar w:fldCharType="end"/>
            </w:r>
          </w:hyperlink>
        </w:p>
        <w:p w14:paraId="2FADB410" w14:textId="63FE5A99" w:rsidR="0004004F" w:rsidRDefault="0004004F">
          <w:pPr>
            <w:pStyle w:val="TOC1"/>
            <w:tabs>
              <w:tab w:val="right" w:leader="dot" w:pos="8630"/>
            </w:tabs>
            <w:rPr>
              <w:noProof/>
            </w:rPr>
          </w:pPr>
          <w:hyperlink w:anchor="_Toc227856684" w:history="1">
            <w:r w:rsidRPr="00937932">
              <w:rPr>
                <w:rStyle w:val="Hyperlink"/>
                <w:noProof/>
              </w:rPr>
              <w:t>4. Evaluation</w:t>
            </w:r>
            <w:r>
              <w:rPr>
                <w:noProof/>
                <w:webHidden/>
              </w:rPr>
              <w:tab/>
            </w:r>
            <w:r>
              <w:rPr>
                <w:noProof/>
                <w:webHidden/>
              </w:rPr>
              <w:fldChar w:fldCharType="begin"/>
            </w:r>
            <w:r>
              <w:rPr>
                <w:noProof/>
                <w:webHidden/>
              </w:rPr>
              <w:instrText xml:space="preserve"> PAGEREF _Toc227856684 \h </w:instrText>
            </w:r>
            <w:r>
              <w:rPr>
                <w:noProof/>
                <w:webHidden/>
              </w:rPr>
            </w:r>
            <w:r>
              <w:rPr>
                <w:noProof/>
                <w:webHidden/>
              </w:rPr>
              <w:fldChar w:fldCharType="separate"/>
            </w:r>
            <w:r>
              <w:rPr>
                <w:noProof/>
                <w:webHidden/>
              </w:rPr>
              <w:t>1</w:t>
            </w:r>
            <w:r>
              <w:rPr>
                <w:noProof/>
                <w:webHidden/>
              </w:rPr>
              <w:fldChar w:fldCharType="end"/>
            </w:r>
          </w:hyperlink>
        </w:p>
        <w:p w14:paraId="35E1A719" w14:textId="397382E5" w:rsidR="0004004F" w:rsidRDefault="0004004F">
          <w:pPr>
            <w:pStyle w:val="TOC1"/>
            <w:tabs>
              <w:tab w:val="right" w:leader="dot" w:pos="8630"/>
            </w:tabs>
            <w:rPr>
              <w:noProof/>
            </w:rPr>
          </w:pPr>
          <w:hyperlink w:anchor="_Toc227856685" w:history="1">
            <w:r w:rsidRPr="00937932">
              <w:rPr>
                <w:rStyle w:val="Hyperlink"/>
                <w:noProof/>
              </w:rPr>
              <w:t>5. Conclusion</w:t>
            </w:r>
            <w:r>
              <w:rPr>
                <w:noProof/>
                <w:webHidden/>
              </w:rPr>
              <w:tab/>
            </w:r>
            <w:r>
              <w:rPr>
                <w:noProof/>
                <w:webHidden/>
              </w:rPr>
              <w:fldChar w:fldCharType="begin"/>
            </w:r>
            <w:r>
              <w:rPr>
                <w:noProof/>
                <w:webHidden/>
              </w:rPr>
              <w:instrText xml:space="preserve"> PAGEREF _Toc227856685 \h </w:instrText>
            </w:r>
            <w:r>
              <w:rPr>
                <w:noProof/>
                <w:webHidden/>
              </w:rPr>
            </w:r>
            <w:r>
              <w:rPr>
                <w:noProof/>
                <w:webHidden/>
              </w:rPr>
              <w:fldChar w:fldCharType="separate"/>
            </w:r>
            <w:r>
              <w:rPr>
                <w:noProof/>
                <w:webHidden/>
              </w:rPr>
              <w:t>2</w:t>
            </w:r>
            <w:r>
              <w:rPr>
                <w:noProof/>
                <w:webHidden/>
              </w:rPr>
              <w:fldChar w:fldCharType="end"/>
            </w:r>
          </w:hyperlink>
        </w:p>
        <w:p w14:paraId="2CD44964" w14:textId="5D600884" w:rsidR="0004004F" w:rsidRDefault="0004004F">
          <w:pPr>
            <w:pStyle w:val="TOC1"/>
            <w:tabs>
              <w:tab w:val="right" w:leader="dot" w:pos="8630"/>
            </w:tabs>
            <w:rPr>
              <w:noProof/>
            </w:rPr>
          </w:pPr>
          <w:hyperlink w:anchor="_Toc227856686" w:history="1">
            <w:r w:rsidRPr="00937932">
              <w:rPr>
                <w:rStyle w:val="Hyperlink"/>
                <w:noProof/>
              </w:rPr>
              <w:t>6. References (IEEE Format)</w:t>
            </w:r>
            <w:r>
              <w:rPr>
                <w:noProof/>
                <w:webHidden/>
              </w:rPr>
              <w:tab/>
            </w:r>
            <w:r>
              <w:rPr>
                <w:noProof/>
                <w:webHidden/>
              </w:rPr>
              <w:fldChar w:fldCharType="begin"/>
            </w:r>
            <w:r>
              <w:rPr>
                <w:noProof/>
                <w:webHidden/>
              </w:rPr>
              <w:instrText xml:space="preserve"> PAGEREF _Toc227856686 \h </w:instrText>
            </w:r>
            <w:r>
              <w:rPr>
                <w:noProof/>
                <w:webHidden/>
              </w:rPr>
            </w:r>
            <w:r>
              <w:rPr>
                <w:noProof/>
                <w:webHidden/>
              </w:rPr>
              <w:fldChar w:fldCharType="separate"/>
            </w:r>
            <w:r>
              <w:rPr>
                <w:noProof/>
                <w:webHidden/>
              </w:rPr>
              <w:t>2</w:t>
            </w:r>
            <w:r>
              <w:rPr>
                <w:noProof/>
                <w:webHidden/>
              </w:rPr>
              <w:fldChar w:fldCharType="end"/>
            </w:r>
          </w:hyperlink>
        </w:p>
        <w:p w14:paraId="67105CF7" w14:textId="7D06193B" w:rsidR="0004004F" w:rsidRDefault="0004004F">
          <w:pPr>
            <w:pStyle w:val="TOC1"/>
            <w:tabs>
              <w:tab w:val="right" w:leader="dot" w:pos="8630"/>
            </w:tabs>
            <w:rPr>
              <w:noProof/>
            </w:rPr>
          </w:pPr>
          <w:hyperlink w:anchor="_Toc227856687" w:history="1">
            <w:r w:rsidRPr="00937932">
              <w:rPr>
                <w:rStyle w:val="Hyperlink"/>
                <w:noProof/>
              </w:rPr>
              <w:t>7. Appendices</w:t>
            </w:r>
            <w:r>
              <w:rPr>
                <w:noProof/>
                <w:webHidden/>
              </w:rPr>
              <w:tab/>
            </w:r>
            <w:r>
              <w:rPr>
                <w:noProof/>
                <w:webHidden/>
              </w:rPr>
              <w:fldChar w:fldCharType="begin"/>
            </w:r>
            <w:r>
              <w:rPr>
                <w:noProof/>
                <w:webHidden/>
              </w:rPr>
              <w:instrText xml:space="preserve"> PAGEREF _Toc227856687 \h </w:instrText>
            </w:r>
            <w:r>
              <w:rPr>
                <w:noProof/>
                <w:webHidden/>
              </w:rPr>
            </w:r>
            <w:r>
              <w:rPr>
                <w:noProof/>
                <w:webHidden/>
              </w:rPr>
              <w:fldChar w:fldCharType="separate"/>
            </w:r>
            <w:r>
              <w:rPr>
                <w:noProof/>
                <w:webHidden/>
              </w:rPr>
              <w:t>2</w:t>
            </w:r>
            <w:r>
              <w:rPr>
                <w:noProof/>
                <w:webHidden/>
              </w:rPr>
              <w:fldChar w:fldCharType="end"/>
            </w:r>
          </w:hyperlink>
        </w:p>
        <w:p w14:paraId="68F64735" w14:textId="6E02FA7F" w:rsidR="0004004F" w:rsidRDefault="0004004F">
          <w:r>
            <w:rPr>
              <w:b/>
              <w:bCs/>
              <w:noProof/>
            </w:rPr>
            <w:fldChar w:fldCharType="end"/>
          </w:r>
        </w:p>
      </w:sdtContent>
    </w:sdt>
    <w:p w14:paraId="7F9BA225" w14:textId="52618995" w:rsidR="00D36633" w:rsidRDefault="00DE11DB">
      <w:r>
        <w:br/>
      </w:r>
    </w:p>
    <w:p w14:paraId="10A868A5" w14:textId="77777777" w:rsidR="00D36633" w:rsidRDefault="00DE11DB">
      <w:pPr>
        <w:pStyle w:val="Heading1"/>
      </w:pPr>
      <w:bookmarkStart w:id="0" w:name="_Toc227856681"/>
      <w:r>
        <w:t>1. Introduction (Abstract)</w:t>
      </w:r>
      <w:bookmarkEnd w:id="0"/>
    </w:p>
    <w:p w14:paraId="27C33784" w14:textId="7ECEDB9B" w:rsidR="00D36633" w:rsidRDefault="007251AB">
      <w:r>
        <w:t>So this project is about us creating a website of your choice, and the topic I chose was games because I feel like everyone needs a little rest after a bad day at work or just a bad day in general, so I created the website with some games categorized as shooting, horror, adventure, sports and rhythm games. Every single page was created using HTML and CSS.</w:t>
      </w:r>
      <w:r w:rsidR="00DE11DB">
        <w:br/>
      </w:r>
    </w:p>
    <w:p w14:paraId="073597ED" w14:textId="77777777" w:rsidR="00D36633" w:rsidRDefault="00DE11DB">
      <w:pPr>
        <w:pStyle w:val="Heading1"/>
      </w:pPr>
      <w:bookmarkStart w:id="1" w:name="_Toc227856682"/>
      <w:r>
        <w:t>2. Requirements</w:t>
      </w:r>
      <w:bookmarkEnd w:id="1"/>
    </w:p>
    <w:p w14:paraId="390CEC6B" w14:textId="6186BDA2" w:rsidR="007251AB" w:rsidRDefault="007251AB" w:rsidP="007251AB">
      <w:pPr>
        <w:pStyle w:val="ListParagraph"/>
        <w:numPr>
          <w:ilvl w:val="0"/>
          <w:numId w:val="11"/>
        </w:numPr>
      </w:pPr>
      <w:r>
        <w:t>The website contains a home page</w:t>
      </w:r>
    </w:p>
    <w:p w14:paraId="0C46BF7D" w14:textId="2A5DDCC5" w:rsidR="007251AB" w:rsidRDefault="007251AB" w:rsidP="007251AB">
      <w:pPr>
        <w:pStyle w:val="ListParagraph"/>
        <w:numPr>
          <w:ilvl w:val="0"/>
          <w:numId w:val="11"/>
        </w:numPr>
      </w:pPr>
      <w:r>
        <w:t>It includes 3 pages</w:t>
      </w:r>
      <w:r w:rsidR="00B4095E">
        <w:t xml:space="preserve"> </w:t>
      </w:r>
      <w:r>
        <w:t>(main page, page 2 and 3)</w:t>
      </w:r>
    </w:p>
    <w:p w14:paraId="70631C04" w14:textId="77BE4B6E" w:rsidR="007251AB" w:rsidRDefault="007251AB" w:rsidP="007251AB">
      <w:pPr>
        <w:pStyle w:val="ListParagraph"/>
        <w:numPr>
          <w:ilvl w:val="0"/>
          <w:numId w:val="11"/>
        </w:numPr>
      </w:pPr>
      <w:r>
        <w:t>It allows you to navigate through the pages</w:t>
      </w:r>
    </w:p>
    <w:p w14:paraId="0087803F" w14:textId="7C07F301" w:rsidR="00B4095E" w:rsidRDefault="00B4095E" w:rsidP="007251AB">
      <w:pPr>
        <w:pStyle w:val="ListParagraph"/>
        <w:numPr>
          <w:ilvl w:val="0"/>
          <w:numId w:val="11"/>
        </w:numPr>
      </w:pPr>
      <w:r>
        <w:t>All links must function correctly</w:t>
      </w:r>
    </w:p>
    <w:p w14:paraId="6DD3A0A2" w14:textId="01F52625" w:rsidR="00B4095E" w:rsidRDefault="00B4095E" w:rsidP="007251AB">
      <w:pPr>
        <w:pStyle w:val="ListParagraph"/>
        <w:numPr>
          <w:ilvl w:val="0"/>
          <w:numId w:val="11"/>
        </w:numPr>
      </w:pPr>
      <w:r>
        <w:t>The website needs to be created by using HTML and CSS</w:t>
      </w:r>
    </w:p>
    <w:p w14:paraId="07F794C1" w14:textId="28CFA7BD" w:rsidR="00B4095E" w:rsidRDefault="00B4095E" w:rsidP="007251AB">
      <w:pPr>
        <w:pStyle w:val="ListParagraph"/>
        <w:numPr>
          <w:ilvl w:val="0"/>
          <w:numId w:val="11"/>
        </w:numPr>
      </w:pPr>
      <w:r>
        <w:t>Every page follows a good HTML structure</w:t>
      </w:r>
    </w:p>
    <w:p w14:paraId="04012892" w14:textId="059B1AC0" w:rsidR="00B4095E" w:rsidRDefault="00B4095E" w:rsidP="007251AB">
      <w:pPr>
        <w:pStyle w:val="ListParagraph"/>
        <w:numPr>
          <w:ilvl w:val="0"/>
          <w:numId w:val="11"/>
        </w:numPr>
      </w:pPr>
      <w:r>
        <w:t>The website has different layouts on every page</w:t>
      </w:r>
    </w:p>
    <w:p w14:paraId="33452879" w14:textId="12D53ED2" w:rsidR="00B4095E" w:rsidRDefault="00B4095E" w:rsidP="007251AB">
      <w:pPr>
        <w:pStyle w:val="ListParagraph"/>
        <w:numPr>
          <w:ilvl w:val="0"/>
          <w:numId w:val="11"/>
        </w:numPr>
      </w:pPr>
      <w:r>
        <w:t>Letters readable after applying the image or background color</w:t>
      </w:r>
    </w:p>
    <w:p w14:paraId="052CE276" w14:textId="554D4C64" w:rsidR="00B4095E" w:rsidRPr="007251AB" w:rsidRDefault="00B4095E" w:rsidP="007251AB">
      <w:pPr>
        <w:pStyle w:val="ListParagraph"/>
        <w:numPr>
          <w:ilvl w:val="0"/>
          <w:numId w:val="11"/>
        </w:numPr>
      </w:pPr>
      <w:r>
        <w:t>Website easy to navigate and find what you are looking for</w:t>
      </w:r>
    </w:p>
    <w:p w14:paraId="4E8C9909" w14:textId="77777777" w:rsidR="00990E25" w:rsidRDefault="00990E25">
      <w:pPr>
        <w:pStyle w:val="Heading1"/>
      </w:pPr>
      <w:bookmarkStart w:id="2" w:name="_Toc227856683"/>
    </w:p>
    <w:p w14:paraId="12FD7FD1" w14:textId="77777777" w:rsidR="00990E25" w:rsidRDefault="00990E25">
      <w:pPr>
        <w:pStyle w:val="Heading1"/>
      </w:pPr>
    </w:p>
    <w:p w14:paraId="526A772F" w14:textId="77777777" w:rsidR="00990E25" w:rsidRDefault="00990E25">
      <w:pPr>
        <w:pStyle w:val="Heading1"/>
      </w:pPr>
    </w:p>
    <w:p w14:paraId="0642A45F" w14:textId="221D203D" w:rsidR="00D36633" w:rsidRDefault="00DE11DB">
      <w:pPr>
        <w:pStyle w:val="Heading1"/>
      </w:pPr>
      <w:r>
        <w:t>3. Implementation</w:t>
      </w:r>
      <w:bookmarkEnd w:id="2"/>
    </w:p>
    <w:p w14:paraId="75B7A64A" w14:textId="77777777" w:rsidR="00990E25" w:rsidRDefault="00990E25"/>
    <w:p w14:paraId="66BA5DB0" w14:textId="5E5004BC" w:rsidR="00B4095E" w:rsidRDefault="00DE11DB">
      <w:r>
        <w:t>• Include screenshots of all website pages.</w:t>
      </w:r>
      <w:r w:rsidR="00B4095E" w:rsidRPr="00B4095E">
        <w:rPr>
          <w:noProof/>
        </w:rPr>
        <w:drawing>
          <wp:anchor distT="0" distB="0" distL="114300" distR="114300" simplePos="0" relativeHeight="251595264" behindDoc="0" locked="0" layoutInCell="1" allowOverlap="1" wp14:anchorId="2A94CA35" wp14:editId="589D4F00">
            <wp:simplePos x="0" y="0"/>
            <wp:positionH relativeFrom="column">
              <wp:posOffset>-1152525</wp:posOffset>
            </wp:positionH>
            <wp:positionV relativeFrom="paragraph">
              <wp:posOffset>2166620</wp:posOffset>
            </wp:positionV>
            <wp:extent cx="7762875" cy="5838825"/>
            <wp:effectExtent l="0" t="0" r="9525" b="9525"/>
            <wp:wrapTopAndBottom/>
            <wp:docPr id="421674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674646" name=""/>
                    <pic:cNvPicPr/>
                  </pic:nvPicPr>
                  <pic:blipFill>
                    <a:blip r:embed="rId10"/>
                    <a:stretch>
                      <a:fillRect/>
                    </a:stretch>
                  </pic:blipFill>
                  <pic:spPr>
                    <a:xfrm>
                      <a:off x="0" y="0"/>
                      <a:ext cx="7762875" cy="5838825"/>
                    </a:xfrm>
                    <a:prstGeom prst="rect">
                      <a:avLst/>
                    </a:prstGeom>
                  </pic:spPr>
                </pic:pic>
              </a:graphicData>
            </a:graphic>
            <wp14:sizeRelH relativeFrom="margin">
              <wp14:pctWidth>0</wp14:pctWidth>
            </wp14:sizeRelH>
            <wp14:sizeRelV relativeFrom="margin">
              <wp14:pctHeight>0</wp14:pctHeight>
            </wp14:sizeRelV>
          </wp:anchor>
        </w:drawing>
      </w:r>
    </w:p>
    <w:p w14:paraId="1FE6B583" w14:textId="1D9B9AA2" w:rsidR="00B4095E" w:rsidRDefault="00990E25">
      <w:r w:rsidRPr="00B4095E">
        <w:rPr>
          <w:noProof/>
        </w:rPr>
        <w:lastRenderedPageBreak/>
        <w:drawing>
          <wp:anchor distT="0" distB="0" distL="114300" distR="114300" simplePos="0" relativeHeight="251628032" behindDoc="0" locked="0" layoutInCell="1" allowOverlap="1" wp14:anchorId="237E008A" wp14:editId="3FC70C9E">
            <wp:simplePos x="0" y="0"/>
            <wp:positionH relativeFrom="column">
              <wp:posOffset>-866775</wp:posOffset>
            </wp:positionH>
            <wp:positionV relativeFrom="paragraph">
              <wp:posOffset>4486275</wp:posOffset>
            </wp:positionV>
            <wp:extent cx="7772400" cy="4648200"/>
            <wp:effectExtent l="0" t="0" r="0" b="0"/>
            <wp:wrapTopAndBottom/>
            <wp:docPr id="2006386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386012" name=""/>
                    <pic:cNvPicPr/>
                  </pic:nvPicPr>
                  <pic:blipFill>
                    <a:blip r:embed="rId11"/>
                    <a:stretch>
                      <a:fillRect/>
                    </a:stretch>
                  </pic:blipFill>
                  <pic:spPr>
                    <a:xfrm>
                      <a:off x="0" y="0"/>
                      <a:ext cx="7772400" cy="4648200"/>
                    </a:xfrm>
                    <a:prstGeom prst="rect">
                      <a:avLst/>
                    </a:prstGeom>
                  </pic:spPr>
                </pic:pic>
              </a:graphicData>
            </a:graphic>
            <wp14:sizeRelH relativeFrom="margin">
              <wp14:pctWidth>0</wp14:pctWidth>
            </wp14:sizeRelH>
            <wp14:sizeRelV relativeFrom="margin">
              <wp14:pctHeight>0</wp14:pctHeight>
            </wp14:sizeRelV>
          </wp:anchor>
        </w:drawing>
      </w:r>
      <w:r w:rsidRPr="00B4095E">
        <w:rPr>
          <w:noProof/>
        </w:rPr>
        <w:drawing>
          <wp:anchor distT="0" distB="0" distL="114300" distR="114300" simplePos="0" relativeHeight="251607552" behindDoc="0" locked="0" layoutInCell="1" allowOverlap="1" wp14:anchorId="33A52C6B" wp14:editId="7F2C3B0D">
            <wp:simplePos x="0" y="0"/>
            <wp:positionH relativeFrom="column">
              <wp:posOffset>-1133475</wp:posOffset>
            </wp:positionH>
            <wp:positionV relativeFrom="paragraph">
              <wp:posOffset>-914400</wp:posOffset>
            </wp:positionV>
            <wp:extent cx="7743825" cy="5419725"/>
            <wp:effectExtent l="0" t="0" r="9525" b="9525"/>
            <wp:wrapTopAndBottom/>
            <wp:docPr id="551681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681327" name=""/>
                    <pic:cNvPicPr/>
                  </pic:nvPicPr>
                  <pic:blipFill>
                    <a:blip r:embed="rId12"/>
                    <a:stretch>
                      <a:fillRect/>
                    </a:stretch>
                  </pic:blipFill>
                  <pic:spPr>
                    <a:xfrm>
                      <a:off x="0" y="0"/>
                      <a:ext cx="7743825" cy="5419725"/>
                    </a:xfrm>
                    <a:prstGeom prst="rect">
                      <a:avLst/>
                    </a:prstGeom>
                  </pic:spPr>
                </pic:pic>
              </a:graphicData>
            </a:graphic>
            <wp14:sizeRelH relativeFrom="margin">
              <wp14:pctWidth>0</wp14:pctWidth>
            </wp14:sizeRelH>
            <wp14:sizeRelV relativeFrom="margin">
              <wp14:pctHeight>0</wp14:pctHeight>
            </wp14:sizeRelV>
          </wp:anchor>
        </w:drawing>
      </w:r>
    </w:p>
    <w:p w14:paraId="1F92230C" w14:textId="003F6F96" w:rsidR="00B4095E" w:rsidRDefault="00990E25">
      <w:r w:rsidRPr="00B4095E">
        <w:rPr>
          <w:noProof/>
        </w:rPr>
        <w:lastRenderedPageBreak/>
        <w:drawing>
          <wp:anchor distT="0" distB="0" distL="114300" distR="114300" simplePos="0" relativeHeight="251643392" behindDoc="0" locked="0" layoutInCell="1" allowOverlap="1" wp14:anchorId="108286D8" wp14:editId="78944806">
            <wp:simplePos x="0" y="0"/>
            <wp:positionH relativeFrom="column">
              <wp:posOffset>-1143000</wp:posOffset>
            </wp:positionH>
            <wp:positionV relativeFrom="paragraph">
              <wp:posOffset>-914400</wp:posOffset>
            </wp:positionV>
            <wp:extent cx="7762875" cy="5257800"/>
            <wp:effectExtent l="0" t="0" r="9525" b="0"/>
            <wp:wrapTopAndBottom/>
            <wp:docPr id="623198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198630" name=""/>
                    <pic:cNvPicPr/>
                  </pic:nvPicPr>
                  <pic:blipFill>
                    <a:blip r:embed="rId13"/>
                    <a:stretch>
                      <a:fillRect/>
                    </a:stretch>
                  </pic:blipFill>
                  <pic:spPr>
                    <a:xfrm>
                      <a:off x="0" y="0"/>
                      <a:ext cx="7762875" cy="5257800"/>
                    </a:xfrm>
                    <a:prstGeom prst="rect">
                      <a:avLst/>
                    </a:prstGeom>
                  </pic:spPr>
                </pic:pic>
              </a:graphicData>
            </a:graphic>
            <wp14:sizeRelH relativeFrom="margin">
              <wp14:pctWidth>0</wp14:pctWidth>
            </wp14:sizeRelH>
            <wp14:sizeRelV relativeFrom="margin">
              <wp14:pctHeight>0</wp14:pctHeight>
            </wp14:sizeRelV>
          </wp:anchor>
        </w:drawing>
      </w:r>
      <w:r w:rsidRPr="00990E25">
        <w:rPr>
          <w:noProof/>
        </w:rPr>
        <w:drawing>
          <wp:anchor distT="0" distB="0" distL="114300" distR="114300" simplePos="0" relativeHeight="251654656" behindDoc="0" locked="0" layoutInCell="1" allowOverlap="1" wp14:anchorId="06A0C701" wp14:editId="67A16A8E">
            <wp:simplePos x="0" y="0"/>
            <wp:positionH relativeFrom="column">
              <wp:posOffset>-1143000</wp:posOffset>
            </wp:positionH>
            <wp:positionV relativeFrom="paragraph">
              <wp:posOffset>4352925</wp:posOffset>
            </wp:positionV>
            <wp:extent cx="7762875" cy="4772025"/>
            <wp:effectExtent l="0" t="0" r="9525" b="9525"/>
            <wp:wrapTopAndBottom/>
            <wp:docPr id="1823023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023066" name=""/>
                    <pic:cNvPicPr/>
                  </pic:nvPicPr>
                  <pic:blipFill>
                    <a:blip r:embed="rId14"/>
                    <a:stretch>
                      <a:fillRect/>
                    </a:stretch>
                  </pic:blipFill>
                  <pic:spPr>
                    <a:xfrm>
                      <a:off x="0" y="0"/>
                      <a:ext cx="7762875" cy="4772025"/>
                    </a:xfrm>
                    <a:prstGeom prst="rect">
                      <a:avLst/>
                    </a:prstGeom>
                  </pic:spPr>
                </pic:pic>
              </a:graphicData>
            </a:graphic>
            <wp14:sizeRelH relativeFrom="margin">
              <wp14:pctWidth>0</wp14:pctWidth>
            </wp14:sizeRelH>
            <wp14:sizeRelV relativeFrom="margin">
              <wp14:pctHeight>0</wp14:pctHeight>
            </wp14:sizeRelV>
          </wp:anchor>
        </w:drawing>
      </w:r>
    </w:p>
    <w:p w14:paraId="1D51B9A0" w14:textId="006D92C1" w:rsidR="00F628EF" w:rsidRDefault="00A069E3" w:rsidP="00144ECF">
      <w:r w:rsidRPr="00A069E3">
        <w:rPr>
          <w:noProof/>
        </w:rPr>
        <w:lastRenderedPageBreak/>
        <w:drawing>
          <wp:anchor distT="0" distB="0" distL="114300" distR="114300" simplePos="0" relativeHeight="251720192" behindDoc="0" locked="0" layoutInCell="1" allowOverlap="1" wp14:anchorId="66ABF22F" wp14:editId="083A793F">
            <wp:simplePos x="0" y="0"/>
            <wp:positionH relativeFrom="column">
              <wp:posOffset>-1085850</wp:posOffset>
            </wp:positionH>
            <wp:positionV relativeFrom="paragraph">
              <wp:posOffset>2847975</wp:posOffset>
            </wp:positionV>
            <wp:extent cx="7600950" cy="6038850"/>
            <wp:effectExtent l="0" t="0" r="0" b="0"/>
            <wp:wrapTopAndBottom/>
            <wp:docPr id="152811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1736" name=""/>
                    <pic:cNvPicPr/>
                  </pic:nvPicPr>
                  <pic:blipFill>
                    <a:blip r:embed="rId15"/>
                    <a:stretch>
                      <a:fillRect/>
                    </a:stretch>
                  </pic:blipFill>
                  <pic:spPr>
                    <a:xfrm>
                      <a:off x="0" y="0"/>
                      <a:ext cx="7600950" cy="6038850"/>
                    </a:xfrm>
                    <a:prstGeom prst="rect">
                      <a:avLst/>
                    </a:prstGeom>
                  </pic:spPr>
                </pic:pic>
              </a:graphicData>
            </a:graphic>
            <wp14:sizeRelH relativeFrom="margin">
              <wp14:pctWidth>0</wp14:pctWidth>
            </wp14:sizeRelH>
            <wp14:sizeRelV relativeFrom="margin">
              <wp14:pctHeight>0</wp14:pctHeight>
            </wp14:sizeRelV>
          </wp:anchor>
        </w:drawing>
      </w:r>
      <w:r w:rsidR="00F628EF" w:rsidRPr="00990E25">
        <w:rPr>
          <w:noProof/>
        </w:rPr>
        <w:drawing>
          <wp:anchor distT="0" distB="0" distL="114300" distR="114300" simplePos="0" relativeHeight="251660800" behindDoc="0" locked="0" layoutInCell="1" allowOverlap="1" wp14:anchorId="79240F35" wp14:editId="0901B812">
            <wp:simplePos x="0" y="0"/>
            <wp:positionH relativeFrom="column">
              <wp:posOffset>-1143000</wp:posOffset>
            </wp:positionH>
            <wp:positionV relativeFrom="paragraph">
              <wp:posOffset>-913130</wp:posOffset>
            </wp:positionV>
            <wp:extent cx="7762875" cy="3571875"/>
            <wp:effectExtent l="0" t="0" r="9525" b="9525"/>
            <wp:wrapTopAndBottom/>
            <wp:docPr id="2026049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049290" name=""/>
                    <pic:cNvPicPr/>
                  </pic:nvPicPr>
                  <pic:blipFill>
                    <a:blip r:embed="rId16"/>
                    <a:stretch>
                      <a:fillRect/>
                    </a:stretch>
                  </pic:blipFill>
                  <pic:spPr>
                    <a:xfrm>
                      <a:off x="0" y="0"/>
                      <a:ext cx="7762875" cy="3571875"/>
                    </a:xfrm>
                    <a:prstGeom prst="rect">
                      <a:avLst/>
                    </a:prstGeom>
                  </pic:spPr>
                </pic:pic>
              </a:graphicData>
            </a:graphic>
            <wp14:sizeRelH relativeFrom="margin">
              <wp14:pctWidth>0</wp14:pctWidth>
            </wp14:sizeRelH>
            <wp14:sizeRelV relativeFrom="margin">
              <wp14:pctHeight>0</wp14:pctHeight>
            </wp14:sizeRelV>
          </wp:anchor>
        </w:drawing>
      </w:r>
    </w:p>
    <w:p w14:paraId="2E3F4462" w14:textId="7055E8F5" w:rsidR="00A069E3" w:rsidRDefault="00A069E3" w:rsidP="00144ECF">
      <w:r w:rsidRPr="00A069E3">
        <w:rPr>
          <w:noProof/>
        </w:rPr>
        <w:lastRenderedPageBreak/>
        <w:drawing>
          <wp:anchor distT="0" distB="0" distL="114300" distR="114300" simplePos="0" relativeHeight="251723264" behindDoc="0" locked="0" layoutInCell="1" allowOverlap="1" wp14:anchorId="44780D83" wp14:editId="5E204AF4">
            <wp:simplePos x="0" y="0"/>
            <wp:positionH relativeFrom="column">
              <wp:posOffset>-1133475</wp:posOffset>
            </wp:positionH>
            <wp:positionV relativeFrom="paragraph">
              <wp:posOffset>-895350</wp:posOffset>
            </wp:positionV>
            <wp:extent cx="7753350" cy="4629150"/>
            <wp:effectExtent l="0" t="0" r="0" b="0"/>
            <wp:wrapTopAndBottom/>
            <wp:docPr id="2036229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229440" name=""/>
                    <pic:cNvPicPr/>
                  </pic:nvPicPr>
                  <pic:blipFill>
                    <a:blip r:embed="rId17"/>
                    <a:stretch>
                      <a:fillRect/>
                    </a:stretch>
                  </pic:blipFill>
                  <pic:spPr>
                    <a:xfrm>
                      <a:off x="0" y="0"/>
                      <a:ext cx="7753350" cy="4629150"/>
                    </a:xfrm>
                    <a:prstGeom prst="rect">
                      <a:avLst/>
                    </a:prstGeom>
                  </pic:spPr>
                </pic:pic>
              </a:graphicData>
            </a:graphic>
            <wp14:sizeRelH relativeFrom="margin">
              <wp14:pctWidth>0</wp14:pctWidth>
            </wp14:sizeRelH>
            <wp14:sizeRelV relativeFrom="margin">
              <wp14:pctHeight>0</wp14:pctHeight>
            </wp14:sizeRelV>
          </wp:anchor>
        </w:drawing>
      </w:r>
    </w:p>
    <w:p w14:paraId="4BB6A553" w14:textId="2AD701C1" w:rsidR="00A069E3" w:rsidRDefault="00A069E3" w:rsidP="00144ECF">
      <w:r w:rsidRPr="00A069E3">
        <w:rPr>
          <w:noProof/>
        </w:rPr>
        <w:drawing>
          <wp:anchor distT="0" distB="0" distL="114300" distR="114300" simplePos="0" relativeHeight="251726336" behindDoc="0" locked="0" layoutInCell="1" allowOverlap="1" wp14:anchorId="0EE32182" wp14:editId="64A4ED8F">
            <wp:simplePos x="0" y="0"/>
            <wp:positionH relativeFrom="column">
              <wp:posOffset>-1143000</wp:posOffset>
            </wp:positionH>
            <wp:positionV relativeFrom="paragraph">
              <wp:posOffset>513080</wp:posOffset>
            </wp:positionV>
            <wp:extent cx="7743825" cy="4343400"/>
            <wp:effectExtent l="0" t="0" r="9525" b="0"/>
            <wp:wrapTopAndBottom/>
            <wp:docPr id="1365035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035034" name=""/>
                    <pic:cNvPicPr/>
                  </pic:nvPicPr>
                  <pic:blipFill>
                    <a:blip r:embed="rId18"/>
                    <a:stretch>
                      <a:fillRect/>
                    </a:stretch>
                  </pic:blipFill>
                  <pic:spPr>
                    <a:xfrm>
                      <a:off x="0" y="0"/>
                      <a:ext cx="7743825" cy="4343400"/>
                    </a:xfrm>
                    <a:prstGeom prst="rect">
                      <a:avLst/>
                    </a:prstGeom>
                  </pic:spPr>
                </pic:pic>
              </a:graphicData>
            </a:graphic>
            <wp14:sizeRelH relativeFrom="margin">
              <wp14:pctWidth>0</wp14:pctWidth>
            </wp14:sizeRelH>
            <wp14:sizeRelV relativeFrom="margin">
              <wp14:pctHeight>0</wp14:pctHeight>
            </wp14:sizeRelV>
          </wp:anchor>
        </w:drawing>
      </w:r>
    </w:p>
    <w:p w14:paraId="5E5DC2D5" w14:textId="77777777" w:rsidR="00A069E3" w:rsidRDefault="00A069E3" w:rsidP="00A069E3">
      <w:r w:rsidRPr="00A069E3">
        <w:rPr>
          <w:noProof/>
        </w:rPr>
        <w:lastRenderedPageBreak/>
        <w:drawing>
          <wp:inline distT="0" distB="0" distL="0" distR="0" wp14:anchorId="3E6A76B9" wp14:editId="15596549">
            <wp:extent cx="5177790" cy="8229600"/>
            <wp:effectExtent l="0" t="0" r="3810" b="0"/>
            <wp:docPr id="79375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75790" name=""/>
                    <pic:cNvPicPr/>
                  </pic:nvPicPr>
                  <pic:blipFill>
                    <a:blip r:embed="rId19"/>
                    <a:stretch>
                      <a:fillRect/>
                    </a:stretch>
                  </pic:blipFill>
                  <pic:spPr>
                    <a:xfrm>
                      <a:off x="0" y="0"/>
                      <a:ext cx="5177790" cy="8229600"/>
                    </a:xfrm>
                    <a:prstGeom prst="rect">
                      <a:avLst/>
                    </a:prstGeom>
                  </pic:spPr>
                </pic:pic>
              </a:graphicData>
            </a:graphic>
          </wp:inline>
        </w:drawing>
      </w:r>
    </w:p>
    <w:p w14:paraId="738A14E2" w14:textId="77777777" w:rsidR="00A069E3" w:rsidRDefault="00A069E3" w:rsidP="00A069E3">
      <w:r>
        <w:lastRenderedPageBreak/>
        <w:t>• Provide validation results (HTML &amp; CSS).</w:t>
      </w:r>
    </w:p>
    <w:p w14:paraId="064BA379" w14:textId="4DE6F507" w:rsidR="00A069E3" w:rsidRDefault="00A069E3" w:rsidP="00A069E3"/>
    <w:p w14:paraId="2799B570" w14:textId="68CE0A01" w:rsidR="00A069E3" w:rsidRDefault="00A069E3" w:rsidP="00144ECF">
      <w:r w:rsidRPr="00144ECF">
        <w:rPr>
          <w:noProof/>
        </w:rPr>
        <w:drawing>
          <wp:anchor distT="0" distB="0" distL="114300" distR="114300" simplePos="0" relativeHeight="251718144" behindDoc="0" locked="0" layoutInCell="1" allowOverlap="1" wp14:anchorId="4B0764F0" wp14:editId="0CD990E9">
            <wp:simplePos x="0" y="0"/>
            <wp:positionH relativeFrom="column">
              <wp:posOffset>-1143000</wp:posOffset>
            </wp:positionH>
            <wp:positionV relativeFrom="paragraph">
              <wp:posOffset>387985</wp:posOffset>
            </wp:positionV>
            <wp:extent cx="7772400" cy="3590925"/>
            <wp:effectExtent l="0" t="0" r="0" b="9525"/>
            <wp:wrapTopAndBottom/>
            <wp:docPr id="807939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021085" name=""/>
                    <pic:cNvPicPr/>
                  </pic:nvPicPr>
                  <pic:blipFill>
                    <a:blip r:embed="rId20"/>
                    <a:stretch>
                      <a:fillRect/>
                    </a:stretch>
                  </pic:blipFill>
                  <pic:spPr>
                    <a:xfrm>
                      <a:off x="0" y="0"/>
                      <a:ext cx="7772400" cy="3590925"/>
                    </a:xfrm>
                    <a:prstGeom prst="rect">
                      <a:avLst/>
                    </a:prstGeom>
                  </pic:spPr>
                </pic:pic>
              </a:graphicData>
            </a:graphic>
            <wp14:sizeRelH relativeFrom="margin">
              <wp14:pctWidth>0</wp14:pctWidth>
            </wp14:sizeRelH>
            <wp14:sizeRelV relativeFrom="margin">
              <wp14:pctHeight>0</wp14:pctHeight>
            </wp14:sizeRelV>
          </wp:anchor>
        </w:drawing>
      </w:r>
    </w:p>
    <w:p w14:paraId="41A64D31" w14:textId="284E5661" w:rsidR="00A069E3" w:rsidRDefault="00A069E3" w:rsidP="00144ECF">
      <w:r w:rsidRPr="00144ECF">
        <w:rPr>
          <w:noProof/>
        </w:rPr>
        <w:drawing>
          <wp:anchor distT="0" distB="0" distL="114300" distR="114300" simplePos="0" relativeHeight="251737600" behindDoc="0" locked="0" layoutInCell="1" allowOverlap="1" wp14:anchorId="1ECB0AA3" wp14:editId="4FB66EF3">
            <wp:simplePos x="0" y="0"/>
            <wp:positionH relativeFrom="column">
              <wp:posOffset>-1143000</wp:posOffset>
            </wp:positionH>
            <wp:positionV relativeFrom="paragraph">
              <wp:posOffset>4178300</wp:posOffset>
            </wp:positionV>
            <wp:extent cx="7753350" cy="4000500"/>
            <wp:effectExtent l="0" t="0" r="0" b="0"/>
            <wp:wrapTopAndBottom/>
            <wp:docPr id="367188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021085" name=""/>
                    <pic:cNvPicPr/>
                  </pic:nvPicPr>
                  <pic:blipFill>
                    <a:blip r:embed="rId20"/>
                    <a:stretch>
                      <a:fillRect/>
                    </a:stretch>
                  </pic:blipFill>
                  <pic:spPr>
                    <a:xfrm>
                      <a:off x="0" y="0"/>
                      <a:ext cx="7753350" cy="4000500"/>
                    </a:xfrm>
                    <a:prstGeom prst="rect">
                      <a:avLst/>
                    </a:prstGeom>
                  </pic:spPr>
                </pic:pic>
              </a:graphicData>
            </a:graphic>
            <wp14:sizeRelH relativeFrom="margin">
              <wp14:pctWidth>0</wp14:pctWidth>
            </wp14:sizeRelH>
            <wp14:sizeRelV relativeFrom="margin">
              <wp14:pctHeight>0</wp14:pctHeight>
            </wp14:sizeRelV>
          </wp:anchor>
        </w:drawing>
      </w:r>
    </w:p>
    <w:p w14:paraId="1B5374EA" w14:textId="7BA0468E" w:rsidR="00F628EF" w:rsidRDefault="00F628EF" w:rsidP="00F628EF">
      <w:r w:rsidRPr="00F628EF">
        <w:rPr>
          <w:noProof/>
        </w:rPr>
        <w:lastRenderedPageBreak/>
        <w:drawing>
          <wp:anchor distT="0" distB="0" distL="114300" distR="114300" simplePos="0" relativeHeight="251694592" behindDoc="0" locked="0" layoutInCell="1" allowOverlap="1" wp14:anchorId="05921E69" wp14:editId="551FC556">
            <wp:simplePos x="0" y="0"/>
            <wp:positionH relativeFrom="column">
              <wp:posOffset>-1143000</wp:posOffset>
            </wp:positionH>
            <wp:positionV relativeFrom="paragraph">
              <wp:posOffset>-876300</wp:posOffset>
            </wp:positionV>
            <wp:extent cx="7772400" cy="5391150"/>
            <wp:effectExtent l="0" t="0" r="0" b="0"/>
            <wp:wrapTopAndBottom/>
            <wp:docPr id="32923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3596" name=""/>
                    <pic:cNvPicPr/>
                  </pic:nvPicPr>
                  <pic:blipFill>
                    <a:blip r:embed="rId21"/>
                    <a:stretch>
                      <a:fillRect/>
                    </a:stretch>
                  </pic:blipFill>
                  <pic:spPr>
                    <a:xfrm>
                      <a:off x="0" y="0"/>
                      <a:ext cx="7772400" cy="5391150"/>
                    </a:xfrm>
                    <a:prstGeom prst="rect">
                      <a:avLst/>
                    </a:prstGeom>
                  </pic:spPr>
                </pic:pic>
              </a:graphicData>
            </a:graphic>
            <wp14:sizeRelH relativeFrom="margin">
              <wp14:pctWidth>0</wp14:pctWidth>
            </wp14:sizeRelH>
            <wp14:sizeRelV relativeFrom="margin">
              <wp14:pctHeight>0</wp14:pctHeight>
            </wp14:sizeRelV>
          </wp:anchor>
        </w:drawing>
      </w:r>
      <w:r w:rsidRPr="00F628EF">
        <w:rPr>
          <w:noProof/>
        </w:rPr>
        <w:drawing>
          <wp:anchor distT="0" distB="0" distL="114300" distR="114300" simplePos="0" relativeHeight="251702784" behindDoc="0" locked="0" layoutInCell="1" allowOverlap="1" wp14:anchorId="139E2F0E" wp14:editId="238C504A">
            <wp:simplePos x="0" y="0"/>
            <wp:positionH relativeFrom="column">
              <wp:posOffset>-1095375</wp:posOffset>
            </wp:positionH>
            <wp:positionV relativeFrom="paragraph">
              <wp:posOffset>4562475</wp:posOffset>
            </wp:positionV>
            <wp:extent cx="7753350" cy="4572000"/>
            <wp:effectExtent l="0" t="0" r="0" b="0"/>
            <wp:wrapTopAndBottom/>
            <wp:docPr id="699140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140797" name=""/>
                    <pic:cNvPicPr/>
                  </pic:nvPicPr>
                  <pic:blipFill>
                    <a:blip r:embed="rId22"/>
                    <a:stretch>
                      <a:fillRect/>
                    </a:stretch>
                  </pic:blipFill>
                  <pic:spPr>
                    <a:xfrm>
                      <a:off x="0" y="0"/>
                      <a:ext cx="7753350" cy="4572000"/>
                    </a:xfrm>
                    <a:prstGeom prst="rect">
                      <a:avLst/>
                    </a:prstGeom>
                  </pic:spPr>
                </pic:pic>
              </a:graphicData>
            </a:graphic>
            <wp14:sizeRelH relativeFrom="margin">
              <wp14:pctWidth>0</wp14:pctWidth>
            </wp14:sizeRelH>
            <wp14:sizeRelV relativeFrom="margin">
              <wp14:pctHeight>0</wp14:pctHeight>
            </wp14:sizeRelV>
          </wp:anchor>
        </w:drawing>
      </w:r>
    </w:p>
    <w:p w14:paraId="09957BEB" w14:textId="08D1A762" w:rsidR="00F628EF" w:rsidRDefault="00F628EF" w:rsidP="00F628EF">
      <w:r w:rsidRPr="00144ECF">
        <w:rPr>
          <w:noProof/>
        </w:rPr>
        <w:lastRenderedPageBreak/>
        <w:drawing>
          <wp:anchor distT="0" distB="0" distL="114300" distR="114300" simplePos="0" relativeHeight="251704832" behindDoc="0" locked="0" layoutInCell="1" allowOverlap="1" wp14:anchorId="43D5D3C2" wp14:editId="5522F423">
            <wp:simplePos x="0" y="0"/>
            <wp:positionH relativeFrom="column">
              <wp:posOffset>-1123950</wp:posOffset>
            </wp:positionH>
            <wp:positionV relativeFrom="paragraph">
              <wp:posOffset>-914400</wp:posOffset>
            </wp:positionV>
            <wp:extent cx="7753350" cy="4838700"/>
            <wp:effectExtent l="0" t="0" r="0" b="0"/>
            <wp:wrapTopAndBottom/>
            <wp:docPr id="81780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80736" name=""/>
                    <pic:cNvPicPr/>
                  </pic:nvPicPr>
                  <pic:blipFill>
                    <a:blip r:embed="rId23"/>
                    <a:stretch>
                      <a:fillRect/>
                    </a:stretch>
                  </pic:blipFill>
                  <pic:spPr>
                    <a:xfrm>
                      <a:off x="0" y="0"/>
                      <a:ext cx="7753350" cy="4838700"/>
                    </a:xfrm>
                    <a:prstGeom prst="rect">
                      <a:avLst/>
                    </a:prstGeom>
                  </pic:spPr>
                </pic:pic>
              </a:graphicData>
            </a:graphic>
            <wp14:sizeRelH relativeFrom="margin">
              <wp14:pctWidth>0</wp14:pctWidth>
            </wp14:sizeRelH>
            <wp14:sizeRelV relativeFrom="margin">
              <wp14:pctHeight>0</wp14:pctHeight>
            </wp14:sizeRelV>
          </wp:anchor>
        </w:drawing>
      </w:r>
    </w:p>
    <w:p w14:paraId="4038C319" w14:textId="325F306E" w:rsidR="00F628EF" w:rsidRDefault="00F628EF" w:rsidP="00F628EF"/>
    <w:p w14:paraId="528B8891" w14:textId="2397FF8D" w:rsidR="00F628EF" w:rsidRDefault="00DE11DB" w:rsidP="00F628EF">
      <w:r>
        <w:t>• Explain errors and fixes.</w:t>
      </w:r>
      <w:r>
        <w:br/>
      </w:r>
      <w:r w:rsidR="00F628EF">
        <w:t xml:space="preserve">So with this validation there </w:t>
      </w:r>
      <w:r w:rsidR="001C0C58">
        <w:t>were</w:t>
      </w:r>
      <w:r w:rsidR="00F628EF">
        <w:t xml:space="preserve"> 3 errors and I solved it by removing the slash inside the code, that is what </w:t>
      </w:r>
      <w:proofErr w:type="gramStart"/>
      <w:r w:rsidR="00F628EF">
        <w:t>was giving</w:t>
      </w:r>
      <w:proofErr w:type="gramEnd"/>
      <w:r w:rsidR="00F628EF">
        <w:t xml:space="preserve"> me the error.</w:t>
      </w:r>
    </w:p>
    <w:p w14:paraId="02E4FE62" w14:textId="6AF90C5B" w:rsidR="00F628EF" w:rsidRDefault="00F628EF" w:rsidP="00F628EF">
      <w:r>
        <w:t xml:space="preserve">No errors </w:t>
      </w:r>
      <w:r w:rsidR="001C0C58">
        <w:t>in</w:t>
      </w:r>
      <w:r>
        <w:t xml:space="preserve"> these that I have submitted apart from the one I have already explained.</w:t>
      </w:r>
    </w:p>
    <w:p w14:paraId="45A88663" w14:textId="27A2A108" w:rsidR="00D36633" w:rsidRDefault="00D36633"/>
    <w:p w14:paraId="14808F9A" w14:textId="7D398D74" w:rsidR="00F628EF" w:rsidRDefault="00F628EF">
      <w:pPr>
        <w:pStyle w:val="Heading1"/>
      </w:pPr>
      <w:bookmarkStart w:id="3" w:name="_Toc227856684"/>
    </w:p>
    <w:p w14:paraId="6D384E71" w14:textId="2A835332" w:rsidR="00D36633" w:rsidRDefault="00DE11DB">
      <w:pPr>
        <w:pStyle w:val="Heading1"/>
      </w:pPr>
      <w:r>
        <w:t>4. Evaluation</w:t>
      </w:r>
      <w:bookmarkEnd w:id="3"/>
    </w:p>
    <w:p w14:paraId="1C5C2730" w14:textId="77777777" w:rsidR="001A45CE" w:rsidRDefault="00DE11DB">
      <w:r>
        <w:t>a) Research:</w:t>
      </w:r>
      <w:r>
        <w:br/>
        <w:t>- Usability</w:t>
      </w:r>
    </w:p>
    <w:p w14:paraId="33F86BE9" w14:textId="0CBE1CA9" w:rsidR="001A45CE" w:rsidRDefault="001A45CE">
      <w:pPr>
        <w:rPr>
          <w:lang w:val="en-GB"/>
        </w:rPr>
      </w:pPr>
      <w:r w:rsidRPr="001A45CE">
        <w:rPr>
          <w:lang w:val="en-GB"/>
        </w:rPr>
        <w:t>Usability refers to a website's ease of use. A good website should be easy to use, easy to read, and provide fast information retrieval. Usability encompasses user happiness, efficiency, and simplicity of learning, according to Nielsen</w:t>
      </w:r>
      <w:sdt>
        <w:sdtPr>
          <w:rPr>
            <w:lang w:val="en-GB"/>
          </w:rPr>
          <w:id w:val="-1976131213"/>
          <w:citation/>
        </w:sdtPr>
        <w:sdtEndPr/>
        <w:sdtContent>
          <w:r w:rsidR="001C0C58">
            <w:rPr>
              <w:lang w:val="en-GB"/>
            </w:rPr>
            <w:fldChar w:fldCharType="begin"/>
          </w:r>
          <w:r w:rsidR="001C0C58">
            <w:rPr>
              <w:lang w:val="en-GB"/>
            </w:rPr>
            <w:instrText xml:space="preserve"> CITATION Jak94 \l 2057 </w:instrText>
          </w:r>
          <w:r w:rsidR="001C0C58">
            <w:rPr>
              <w:lang w:val="en-GB"/>
            </w:rPr>
            <w:fldChar w:fldCharType="separate"/>
          </w:r>
          <w:r w:rsidR="001C0C58">
            <w:rPr>
              <w:noProof/>
              <w:lang w:val="en-GB"/>
            </w:rPr>
            <w:t xml:space="preserve"> </w:t>
          </w:r>
          <w:r w:rsidR="001C0C58" w:rsidRPr="001C0C58">
            <w:rPr>
              <w:noProof/>
              <w:lang w:val="en-GB"/>
            </w:rPr>
            <w:t>[1]</w:t>
          </w:r>
          <w:r w:rsidR="001C0C58">
            <w:rPr>
              <w:lang w:val="en-GB"/>
            </w:rPr>
            <w:fldChar w:fldCharType="end"/>
          </w:r>
        </w:sdtContent>
      </w:sdt>
      <w:r w:rsidR="001C0C58">
        <w:rPr>
          <w:lang w:val="en-GB"/>
        </w:rPr>
        <w:t>.</w:t>
      </w:r>
    </w:p>
    <w:p w14:paraId="38834567" w14:textId="77777777" w:rsidR="001A45CE" w:rsidRDefault="001A45CE"/>
    <w:p w14:paraId="194CA3DF" w14:textId="1A187D15" w:rsidR="001A45CE" w:rsidRDefault="00DE11DB">
      <w:r>
        <w:lastRenderedPageBreak/>
        <w:t>- Accessibility</w:t>
      </w:r>
    </w:p>
    <w:p w14:paraId="53188EC3" w14:textId="21521E8C" w:rsidR="001A45CE" w:rsidRPr="001A45CE" w:rsidRDefault="001A45CE" w:rsidP="001A45CE">
      <w:pPr>
        <w:rPr>
          <w:lang w:val="en-GB"/>
        </w:rPr>
      </w:pPr>
      <w:r w:rsidRPr="001A45CE">
        <w:rPr>
          <w:lang w:val="en-GB"/>
        </w:rPr>
        <w:t>Making a website useful for all users, including those with disabilities, is known as accessibility. The W3C's WCAG rules suggest features like keyboard navigation, high colour contrast, and alt text for images</w:t>
      </w:r>
      <w:sdt>
        <w:sdtPr>
          <w:rPr>
            <w:lang w:val="en-GB"/>
          </w:rPr>
          <w:id w:val="-970987555"/>
          <w:citation/>
        </w:sdtPr>
        <w:sdtEndPr/>
        <w:sdtContent>
          <w:r w:rsidR="001C0C58">
            <w:rPr>
              <w:lang w:val="en-GB"/>
            </w:rPr>
            <w:fldChar w:fldCharType="begin"/>
          </w:r>
          <w:r w:rsidR="001C0C58">
            <w:rPr>
              <w:lang w:val="en-GB"/>
            </w:rPr>
            <w:instrText xml:space="preserve"> CITATION Web18 \l 2057 </w:instrText>
          </w:r>
          <w:r w:rsidR="001C0C58">
            <w:rPr>
              <w:lang w:val="en-GB"/>
            </w:rPr>
            <w:fldChar w:fldCharType="separate"/>
          </w:r>
          <w:r w:rsidR="001C0C58">
            <w:rPr>
              <w:noProof/>
              <w:lang w:val="en-GB"/>
            </w:rPr>
            <w:t xml:space="preserve"> </w:t>
          </w:r>
          <w:r w:rsidR="001C0C58" w:rsidRPr="001C0C58">
            <w:rPr>
              <w:noProof/>
              <w:lang w:val="en-GB"/>
            </w:rPr>
            <w:t>[2]</w:t>
          </w:r>
          <w:r w:rsidR="001C0C58">
            <w:rPr>
              <w:lang w:val="en-GB"/>
            </w:rPr>
            <w:fldChar w:fldCharType="end"/>
          </w:r>
        </w:sdtContent>
      </w:sdt>
      <w:r w:rsidR="001C0C58">
        <w:rPr>
          <w:lang w:val="en-GB"/>
        </w:rPr>
        <w:t>.</w:t>
      </w:r>
    </w:p>
    <w:p w14:paraId="65BCE134" w14:textId="77777777" w:rsidR="001A45CE" w:rsidRDefault="001A45CE"/>
    <w:p w14:paraId="5620D8A9" w14:textId="77777777" w:rsidR="001A45CE" w:rsidRDefault="00DE11DB">
      <w:r>
        <w:br/>
        <w:t>- SEO</w:t>
      </w:r>
    </w:p>
    <w:p w14:paraId="3BD0B131" w14:textId="48B789EB" w:rsidR="001A45CE" w:rsidRPr="001A45CE" w:rsidRDefault="001A45CE" w:rsidP="001A45CE">
      <w:pPr>
        <w:rPr>
          <w:lang w:val="en-GB"/>
        </w:rPr>
      </w:pPr>
      <w:r w:rsidRPr="001A45CE">
        <w:rPr>
          <w:lang w:val="en-GB"/>
        </w:rPr>
        <w:t>SEO is the process of making a website better so that it ranks higher in search results</w:t>
      </w:r>
      <w:sdt>
        <w:sdtPr>
          <w:rPr>
            <w:lang w:val="en-GB"/>
          </w:rPr>
          <w:id w:val="1596433886"/>
          <w:citation/>
        </w:sdtPr>
        <w:sdtEndPr/>
        <w:sdtContent>
          <w:r w:rsidR="001C0C58">
            <w:rPr>
              <w:lang w:val="en-GB"/>
            </w:rPr>
            <w:fldChar w:fldCharType="begin"/>
          </w:r>
          <w:r w:rsidR="001C0C58">
            <w:rPr>
              <w:lang w:val="en-GB"/>
            </w:rPr>
            <w:instrText xml:space="preserve"> CITATION EEn12 \l 2057 </w:instrText>
          </w:r>
          <w:r w:rsidR="001C0C58">
            <w:rPr>
              <w:lang w:val="en-GB"/>
            </w:rPr>
            <w:fldChar w:fldCharType="separate"/>
          </w:r>
          <w:r w:rsidR="001C0C58">
            <w:rPr>
              <w:noProof/>
              <w:lang w:val="en-GB"/>
            </w:rPr>
            <w:t xml:space="preserve"> </w:t>
          </w:r>
          <w:r w:rsidR="001C0C58" w:rsidRPr="001C0C58">
            <w:rPr>
              <w:noProof/>
              <w:lang w:val="en-GB"/>
            </w:rPr>
            <w:t>[3]</w:t>
          </w:r>
          <w:r w:rsidR="001C0C58">
            <w:rPr>
              <w:lang w:val="en-GB"/>
            </w:rPr>
            <w:fldChar w:fldCharType="end"/>
          </w:r>
        </w:sdtContent>
      </w:sdt>
      <w:r w:rsidRPr="001A45CE">
        <w:rPr>
          <w:lang w:val="en-GB"/>
        </w:rPr>
        <w:t>. This entails employing appropriate headings, meta tags, keywords, and making the website quick and mobile-friendly.</w:t>
      </w:r>
    </w:p>
    <w:p w14:paraId="24263406" w14:textId="7F4A07F9" w:rsidR="00D36633" w:rsidRPr="001A45CE" w:rsidRDefault="00DE11DB">
      <w:pPr>
        <w:rPr>
          <w:lang w:val="en-GB"/>
        </w:rPr>
      </w:pPr>
      <w:r>
        <w:br/>
        <w:t>(Include academic sources)</w:t>
      </w:r>
      <w:r>
        <w:br/>
      </w:r>
    </w:p>
    <w:p w14:paraId="1065D3D6" w14:textId="015F52A6" w:rsidR="00F628EF" w:rsidRDefault="00F628EF"/>
    <w:p w14:paraId="1D1086D3" w14:textId="314F7C1A" w:rsidR="00F628EF" w:rsidRDefault="00F628EF"/>
    <w:p w14:paraId="098D1B4C" w14:textId="77777777" w:rsidR="00F6399F" w:rsidRDefault="00DE11DB">
      <w:r>
        <w:t>b) Website Evaluation:</w:t>
      </w:r>
      <w:r>
        <w:br/>
        <w:t>- Usability &amp; Utility</w:t>
      </w:r>
    </w:p>
    <w:p w14:paraId="5E916287" w14:textId="3387F9B2" w:rsidR="00F6399F" w:rsidRPr="00F6399F" w:rsidRDefault="00F6399F" w:rsidP="00F6399F">
      <w:pPr>
        <w:rPr>
          <w:lang w:val="en-GB"/>
        </w:rPr>
      </w:pPr>
      <w:r w:rsidRPr="00F6399F">
        <w:rPr>
          <w:lang w:val="en-GB"/>
        </w:rPr>
        <w:t>Navigating and using the website is simple. It is easy for people to find information because of its straightforward style and consistent pages. The logical organi</w:t>
      </w:r>
      <w:r>
        <w:rPr>
          <w:lang w:val="en-GB"/>
        </w:rPr>
        <w:t>s</w:t>
      </w:r>
      <w:r w:rsidRPr="00F6399F">
        <w:rPr>
          <w:lang w:val="en-GB"/>
        </w:rPr>
        <w:t xml:space="preserve">ation of headings and menus enhances </w:t>
      </w:r>
      <w:r w:rsidR="009A4B12" w:rsidRPr="00F6399F">
        <w:rPr>
          <w:lang w:val="en-GB"/>
        </w:rPr>
        <w:t>usability,</w:t>
      </w:r>
      <w:r>
        <w:rPr>
          <w:lang w:val="en-GB"/>
        </w:rPr>
        <w:t xml:space="preserve"> so users get more familiar with it</w:t>
      </w:r>
      <w:r w:rsidRPr="00F6399F">
        <w:rPr>
          <w:lang w:val="en-GB"/>
        </w:rPr>
        <w:t>. The website is helpful because it offers pertinent content in a structured manner.</w:t>
      </w:r>
    </w:p>
    <w:p w14:paraId="5308A964" w14:textId="77777777" w:rsidR="009A4B12" w:rsidRDefault="00DE11DB" w:rsidP="009A4B12">
      <w:r>
        <w:br/>
        <w:t>- SEO Techniques Used</w:t>
      </w:r>
    </w:p>
    <w:p w14:paraId="46A7AE36" w14:textId="77777777" w:rsidR="009A4B12" w:rsidRDefault="00F6399F" w:rsidP="009A4B12">
      <w:pPr>
        <w:rPr>
          <w:lang w:val="en-GB"/>
        </w:rPr>
      </w:pPr>
      <w:r w:rsidRPr="009A4B12">
        <w:rPr>
          <w:lang w:val="en-GB"/>
        </w:rPr>
        <w:t>To increase search exposure, the website employs fundamental SEO strategies. Among them are:</w:t>
      </w:r>
    </w:p>
    <w:p w14:paraId="7557B72C" w14:textId="77777777" w:rsidR="009A4B12" w:rsidRPr="009A4B12" w:rsidRDefault="00F6399F" w:rsidP="009A4B12">
      <w:pPr>
        <w:pStyle w:val="ListParagraph"/>
        <w:numPr>
          <w:ilvl w:val="0"/>
          <w:numId w:val="19"/>
        </w:numPr>
      </w:pPr>
      <w:r w:rsidRPr="009A4B12">
        <w:rPr>
          <w:lang w:val="en-GB"/>
        </w:rPr>
        <w:t>Using</w:t>
      </w:r>
      <w:r w:rsidR="009A4B12" w:rsidRPr="009A4B12">
        <w:rPr>
          <w:lang w:val="en-GB"/>
        </w:rPr>
        <w:t xml:space="preserve"> </w:t>
      </w:r>
      <w:r w:rsidRPr="009A4B12">
        <w:rPr>
          <w:lang w:val="en-GB"/>
        </w:rPr>
        <w:t>headings (h1, h2) correctly</w:t>
      </w:r>
      <w:r w:rsidRPr="009A4B12">
        <w:rPr>
          <w:lang w:val="en-GB"/>
        </w:rPr>
        <w:br/>
      </w:r>
    </w:p>
    <w:p w14:paraId="6D4569A5" w14:textId="4DFCC67E" w:rsidR="00F6399F" w:rsidRPr="009A4B12" w:rsidRDefault="00F6399F" w:rsidP="009A4B12">
      <w:pPr>
        <w:pStyle w:val="ListParagraph"/>
        <w:numPr>
          <w:ilvl w:val="0"/>
          <w:numId w:val="19"/>
        </w:numPr>
      </w:pPr>
      <w:r w:rsidRPr="009A4B12">
        <w:rPr>
          <w:lang w:val="en-GB"/>
        </w:rPr>
        <w:t>Page titles that are descriptive</w:t>
      </w:r>
    </w:p>
    <w:p w14:paraId="085E8595" w14:textId="5CC56B13" w:rsidR="009A4B12" w:rsidRDefault="009A4B12" w:rsidP="009A4B12">
      <w:pPr>
        <w:spacing w:after="0" w:line="24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p>
    <w:p w14:paraId="244C9E0D" w14:textId="47A6A2D4" w:rsidR="009A4B12" w:rsidRPr="009A4B12" w:rsidRDefault="009A4B12" w:rsidP="009A4B12">
      <w:pPr>
        <w:spacing w:after="0" w:line="240" w:lineRule="auto"/>
        <w:jc w:val="both"/>
        <w:rPr>
          <w:rFonts w:ascii="Times New Roman" w:eastAsia="Times New Roman" w:hAnsi="Times New Roman" w:cs="Times New Roman"/>
          <w:sz w:val="24"/>
          <w:szCs w:val="24"/>
          <w:lang w:val="en-GB" w:eastAsia="en-GB"/>
        </w:rPr>
      </w:pPr>
      <w:r w:rsidRPr="009A4B12">
        <w:rPr>
          <w:rFonts w:ascii="Times New Roman" w:eastAsia="Times New Roman" w:hAnsi="Times New Roman" w:cs="Times New Roman"/>
          <w:sz w:val="24"/>
          <w:szCs w:val="24"/>
          <w:lang w:val="en-GB" w:eastAsia="en-GB"/>
        </w:rPr>
        <w:t xml:space="preserve">These characteristics make it easier for search engines to </w:t>
      </w:r>
      <w:r>
        <w:rPr>
          <w:rFonts w:ascii="Times New Roman" w:eastAsia="Times New Roman" w:hAnsi="Times New Roman" w:cs="Times New Roman"/>
          <w:sz w:val="24"/>
          <w:szCs w:val="24"/>
          <w:lang w:val="en-GB" w:eastAsia="en-GB"/>
        </w:rPr>
        <w:t>understand the webpage.</w:t>
      </w:r>
    </w:p>
    <w:p w14:paraId="31150E84" w14:textId="77777777" w:rsidR="009A4B12" w:rsidRPr="009A4B12" w:rsidRDefault="009A4B12" w:rsidP="009A4B12">
      <w:pPr>
        <w:spacing w:after="0" w:line="240" w:lineRule="auto"/>
        <w:jc w:val="both"/>
        <w:rPr>
          <w:rFonts w:ascii="Times New Roman" w:eastAsia="Times New Roman" w:hAnsi="Times New Roman" w:cs="Times New Roman"/>
          <w:sz w:val="24"/>
          <w:szCs w:val="24"/>
          <w:lang w:val="en-GB" w:eastAsia="en-GB"/>
        </w:rPr>
      </w:pPr>
    </w:p>
    <w:p w14:paraId="02B0CA16" w14:textId="77777777" w:rsidR="009A4B12" w:rsidRDefault="009A4B12"/>
    <w:p w14:paraId="259402F9" w14:textId="77777777" w:rsidR="009A4B12" w:rsidRDefault="009A4B12"/>
    <w:p w14:paraId="3E23E84B" w14:textId="77777777" w:rsidR="009A4B12" w:rsidRDefault="00DE11DB">
      <w:r>
        <w:lastRenderedPageBreak/>
        <w:t>- Accessibility (WCAG 2.1)</w:t>
      </w:r>
    </w:p>
    <w:p w14:paraId="10C5FFE2" w14:textId="7713960B" w:rsidR="009A4B12" w:rsidRDefault="009A4B12" w:rsidP="009A4B12">
      <w:pPr>
        <w:rPr>
          <w:lang w:val="en-GB"/>
        </w:rPr>
      </w:pPr>
      <w:r w:rsidRPr="009A4B12">
        <w:rPr>
          <w:lang w:val="en-GB"/>
        </w:rPr>
        <w:t xml:space="preserve">To increase accessibility, the website </w:t>
      </w:r>
      <w:r>
        <w:rPr>
          <w:lang w:val="en-GB"/>
        </w:rPr>
        <w:t xml:space="preserve">goes </w:t>
      </w:r>
      <w:r w:rsidRPr="009A4B12">
        <w:rPr>
          <w:lang w:val="en-GB"/>
        </w:rPr>
        <w:t>to fundamental WCAG 2.1 principles. Among these are:</w:t>
      </w:r>
    </w:p>
    <w:p w14:paraId="71841CBD" w14:textId="77777777" w:rsidR="009A4B12" w:rsidRDefault="009A4B12" w:rsidP="009A4B12">
      <w:pPr>
        <w:pStyle w:val="ListParagraph"/>
        <w:numPr>
          <w:ilvl w:val="0"/>
          <w:numId w:val="20"/>
        </w:numPr>
        <w:spacing w:after="0" w:line="240" w:lineRule="auto"/>
        <w:rPr>
          <w:rFonts w:ascii="Times New Roman" w:eastAsia="Times New Roman" w:hAnsi="Times New Roman" w:cs="Times New Roman"/>
          <w:sz w:val="24"/>
          <w:szCs w:val="24"/>
          <w:lang w:val="en-GB" w:eastAsia="en-GB"/>
        </w:rPr>
      </w:pPr>
      <w:r w:rsidRPr="009A4B12">
        <w:rPr>
          <w:rFonts w:ascii="Times New Roman" w:eastAsia="Times New Roman" w:hAnsi="Times New Roman" w:cs="Times New Roman"/>
          <w:sz w:val="24"/>
          <w:szCs w:val="24"/>
          <w:lang w:val="en-GB" w:eastAsia="en-GB"/>
        </w:rPr>
        <w:t>Including alt text in pictures</w:t>
      </w:r>
      <w:r w:rsidRPr="009A4B12">
        <w:rPr>
          <w:rFonts w:ascii="Times New Roman" w:eastAsia="Times New Roman" w:hAnsi="Times New Roman" w:cs="Times New Roman"/>
          <w:sz w:val="24"/>
          <w:szCs w:val="24"/>
          <w:lang w:val="en-GB" w:eastAsia="en-GB"/>
        </w:rPr>
        <w:br/>
      </w:r>
    </w:p>
    <w:p w14:paraId="28A31762" w14:textId="77777777" w:rsidR="009A4B12" w:rsidRDefault="009A4B12" w:rsidP="009A4B12">
      <w:pPr>
        <w:pStyle w:val="ListParagraph"/>
        <w:numPr>
          <w:ilvl w:val="0"/>
          <w:numId w:val="20"/>
        </w:numPr>
        <w:spacing w:after="0" w:line="240" w:lineRule="auto"/>
        <w:rPr>
          <w:rFonts w:ascii="Times New Roman" w:eastAsia="Times New Roman" w:hAnsi="Times New Roman" w:cs="Times New Roman"/>
          <w:sz w:val="24"/>
          <w:szCs w:val="24"/>
          <w:lang w:val="en-GB" w:eastAsia="en-GB"/>
        </w:rPr>
      </w:pPr>
      <w:r w:rsidRPr="009A4B12">
        <w:rPr>
          <w:rFonts w:ascii="Times New Roman" w:eastAsia="Times New Roman" w:hAnsi="Times New Roman" w:cs="Times New Roman"/>
          <w:sz w:val="24"/>
          <w:szCs w:val="24"/>
          <w:lang w:val="en-GB" w:eastAsia="en-GB"/>
        </w:rPr>
        <w:t>Using distinct headings as a framework</w:t>
      </w:r>
      <w:r w:rsidRPr="009A4B12">
        <w:rPr>
          <w:rFonts w:ascii="Times New Roman" w:eastAsia="Times New Roman" w:hAnsi="Times New Roman" w:cs="Times New Roman"/>
          <w:sz w:val="24"/>
          <w:szCs w:val="24"/>
          <w:lang w:val="en-GB" w:eastAsia="en-GB"/>
        </w:rPr>
        <w:br/>
      </w:r>
    </w:p>
    <w:p w14:paraId="7EB9CB8E" w14:textId="77777777" w:rsidR="009A4B12" w:rsidRDefault="009A4B12" w:rsidP="009A4B12">
      <w:pPr>
        <w:pStyle w:val="ListParagraph"/>
        <w:numPr>
          <w:ilvl w:val="0"/>
          <w:numId w:val="20"/>
        </w:numPr>
        <w:spacing w:after="0" w:line="240" w:lineRule="auto"/>
        <w:rPr>
          <w:rFonts w:ascii="Times New Roman" w:eastAsia="Times New Roman" w:hAnsi="Times New Roman" w:cs="Times New Roman"/>
          <w:sz w:val="24"/>
          <w:szCs w:val="24"/>
          <w:lang w:val="en-GB" w:eastAsia="en-GB"/>
        </w:rPr>
      </w:pPr>
      <w:r w:rsidRPr="009A4B12">
        <w:rPr>
          <w:rFonts w:ascii="Times New Roman" w:eastAsia="Times New Roman" w:hAnsi="Times New Roman" w:cs="Times New Roman"/>
          <w:sz w:val="24"/>
          <w:szCs w:val="24"/>
          <w:lang w:val="en-GB" w:eastAsia="en-GB"/>
        </w:rPr>
        <w:t>For readability, use a strong colour contrast.</w:t>
      </w:r>
      <w:r w:rsidRPr="009A4B12">
        <w:rPr>
          <w:rFonts w:ascii="Times New Roman" w:eastAsia="Times New Roman" w:hAnsi="Times New Roman" w:cs="Times New Roman"/>
          <w:sz w:val="24"/>
          <w:szCs w:val="24"/>
          <w:lang w:val="en-GB" w:eastAsia="en-GB"/>
        </w:rPr>
        <w:br/>
      </w:r>
    </w:p>
    <w:p w14:paraId="0BE6C9AB" w14:textId="13C4C4AD" w:rsidR="009A4B12" w:rsidRDefault="009A4B12" w:rsidP="009A4B12">
      <w:pPr>
        <w:pStyle w:val="ListParagraph"/>
        <w:numPr>
          <w:ilvl w:val="0"/>
          <w:numId w:val="20"/>
        </w:numPr>
        <w:spacing w:after="0" w:line="240" w:lineRule="auto"/>
        <w:rPr>
          <w:rFonts w:ascii="Times New Roman" w:eastAsia="Times New Roman" w:hAnsi="Times New Roman" w:cs="Times New Roman"/>
          <w:sz w:val="24"/>
          <w:szCs w:val="24"/>
          <w:lang w:val="en-GB" w:eastAsia="en-GB"/>
        </w:rPr>
      </w:pPr>
      <w:r w:rsidRPr="009A4B12">
        <w:rPr>
          <w:rFonts w:ascii="Times New Roman" w:eastAsia="Times New Roman" w:hAnsi="Times New Roman" w:cs="Times New Roman"/>
          <w:sz w:val="24"/>
          <w:szCs w:val="24"/>
          <w:lang w:val="en-GB" w:eastAsia="en-GB"/>
        </w:rPr>
        <w:t>Making sure the website supports keyboard navigation</w:t>
      </w:r>
    </w:p>
    <w:p w14:paraId="2A3C23E9" w14:textId="77777777" w:rsidR="009A4B12" w:rsidRDefault="009A4B12" w:rsidP="009A4B12">
      <w:pPr>
        <w:spacing w:after="0" w:line="240" w:lineRule="auto"/>
        <w:rPr>
          <w:rFonts w:ascii="Times New Roman" w:eastAsia="Times New Roman" w:hAnsi="Times New Roman" w:cs="Times New Roman"/>
          <w:sz w:val="24"/>
          <w:szCs w:val="24"/>
          <w:lang w:val="en-GB" w:eastAsia="en-GB"/>
        </w:rPr>
      </w:pPr>
    </w:p>
    <w:p w14:paraId="15842F3E" w14:textId="77777777" w:rsidR="009A4B12" w:rsidRPr="009A4B12" w:rsidRDefault="009A4B12" w:rsidP="009A4B12">
      <w:pPr>
        <w:spacing w:after="0" w:line="240" w:lineRule="auto"/>
        <w:rPr>
          <w:rFonts w:ascii="Times New Roman" w:eastAsia="Times New Roman" w:hAnsi="Times New Roman" w:cs="Times New Roman"/>
          <w:sz w:val="24"/>
          <w:szCs w:val="24"/>
          <w:lang w:val="en-GB" w:eastAsia="en-GB"/>
        </w:rPr>
      </w:pPr>
      <w:r w:rsidRPr="009A4B12">
        <w:rPr>
          <w:rFonts w:ascii="Times New Roman" w:eastAsia="Times New Roman" w:hAnsi="Times New Roman" w:cs="Times New Roman"/>
          <w:sz w:val="24"/>
          <w:szCs w:val="24"/>
          <w:lang w:val="en-GB" w:eastAsia="en-GB"/>
        </w:rPr>
        <w:t>These enhancements improve the website's usability for people with disabilities.</w:t>
      </w:r>
    </w:p>
    <w:p w14:paraId="1C777506" w14:textId="77777777" w:rsidR="009A4B12" w:rsidRPr="009A4B12" w:rsidRDefault="009A4B12" w:rsidP="009A4B12">
      <w:pPr>
        <w:spacing w:after="0" w:line="240" w:lineRule="auto"/>
        <w:rPr>
          <w:rFonts w:ascii="Times New Roman" w:eastAsia="Times New Roman" w:hAnsi="Times New Roman" w:cs="Times New Roman"/>
          <w:sz w:val="24"/>
          <w:szCs w:val="24"/>
          <w:lang w:val="en-GB" w:eastAsia="en-GB"/>
        </w:rPr>
      </w:pPr>
    </w:p>
    <w:p w14:paraId="759599EE" w14:textId="6B6C0088" w:rsidR="009A4B12" w:rsidRDefault="00DE11DB">
      <w:r>
        <w:t>c) Website Comparison:</w:t>
      </w:r>
      <w:r>
        <w:br/>
        <w:t>- Usability</w:t>
      </w:r>
    </w:p>
    <w:p w14:paraId="098F8320" w14:textId="617958A7" w:rsidR="009A4B12" w:rsidRPr="009A4B12" w:rsidRDefault="009A4B12" w:rsidP="009A4B12">
      <w:pPr>
        <w:rPr>
          <w:lang w:val="en-GB"/>
        </w:rPr>
      </w:pPr>
      <w:r w:rsidRPr="009A4B12">
        <w:rPr>
          <w:lang w:val="en-GB"/>
        </w:rPr>
        <w:t>The website is easy to use because</w:t>
      </w:r>
      <w:r>
        <w:rPr>
          <w:lang w:val="en-GB"/>
        </w:rPr>
        <w:t xml:space="preserve"> of</w:t>
      </w:r>
      <w:r w:rsidRPr="009A4B12">
        <w:rPr>
          <w:lang w:val="en-GB"/>
        </w:rPr>
        <w:t xml:space="preserve"> its simple layout and design. Information is available </w:t>
      </w:r>
      <w:r>
        <w:rPr>
          <w:lang w:val="en-GB"/>
        </w:rPr>
        <w:t xml:space="preserve">straight away </w:t>
      </w:r>
      <w:r w:rsidRPr="009A4B12">
        <w:rPr>
          <w:lang w:val="en-GB"/>
        </w:rPr>
        <w:t xml:space="preserve">since pages are </w:t>
      </w:r>
      <w:r>
        <w:rPr>
          <w:lang w:val="en-GB"/>
        </w:rPr>
        <w:t>organised</w:t>
      </w:r>
      <w:r w:rsidRPr="009A4B12">
        <w:rPr>
          <w:lang w:val="en-GB"/>
        </w:rPr>
        <w:t>. Even while usability is largely passable, more interactive features and easier-to-understand navigation menus could improve it.</w:t>
      </w:r>
    </w:p>
    <w:p w14:paraId="52579783" w14:textId="77777777" w:rsidR="009A4B12" w:rsidRDefault="00DE11DB">
      <w:r>
        <w:t>- Accessibility</w:t>
      </w:r>
    </w:p>
    <w:p w14:paraId="0EBC383E" w14:textId="5602D80A" w:rsidR="0079029D" w:rsidRPr="0079029D" w:rsidRDefault="0079029D" w:rsidP="0079029D">
      <w:pPr>
        <w:rPr>
          <w:lang w:val="en-GB"/>
        </w:rPr>
      </w:pPr>
      <w:r w:rsidRPr="0079029D">
        <w:rPr>
          <w:lang w:val="en-GB"/>
        </w:rPr>
        <w:t>The website uses clear headings and alt text for images to comply with basic accessibility requirements. Better colour contrast and making sure every piece is completely adapted for screen readers in accordance with WCAG 2.1 rules</w:t>
      </w:r>
      <w:r>
        <w:rPr>
          <w:lang w:val="en-GB"/>
        </w:rPr>
        <w:t xml:space="preserve"> it </w:t>
      </w:r>
      <w:r w:rsidRPr="0079029D">
        <w:rPr>
          <w:lang w:val="en-GB"/>
        </w:rPr>
        <w:t>could make it better.</w:t>
      </w:r>
    </w:p>
    <w:p w14:paraId="5C3E899C" w14:textId="6631FA6A" w:rsidR="0079029D" w:rsidRDefault="00DE11DB">
      <w:r>
        <w:t>- SEO</w:t>
      </w:r>
    </w:p>
    <w:p w14:paraId="78972DBD" w14:textId="1CC813EC" w:rsidR="0079029D" w:rsidRPr="0079029D" w:rsidRDefault="0079029D" w:rsidP="0079029D">
      <w:pPr>
        <w:rPr>
          <w:lang w:val="en-GB"/>
        </w:rPr>
      </w:pPr>
      <w:r w:rsidRPr="0079029D">
        <w:rPr>
          <w:lang w:val="en-GB"/>
        </w:rPr>
        <w:t xml:space="preserve">Descriptive page titles, appropriate heading structure, and pertinent content are examples of basic SEO tactics. However, </w:t>
      </w:r>
      <w:r>
        <w:rPr>
          <w:lang w:val="en-GB"/>
        </w:rPr>
        <w:t xml:space="preserve">very much greater </w:t>
      </w:r>
      <w:r w:rsidRPr="0079029D">
        <w:rPr>
          <w:lang w:val="en-GB"/>
        </w:rPr>
        <w:t>optimisation, better image optimisation, and the addition of meta descriptions could enhance SEO</w:t>
      </w:r>
      <w:r>
        <w:rPr>
          <w:lang w:val="en-GB"/>
        </w:rPr>
        <w:t>’.</w:t>
      </w:r>
    </w:p>
    <w:p w14:paraId="12202CA8" w14:textId="77777777" w:rsidR="0079029D" w:rsidRDefault="00DE11DB">
      <w:r>
        <w:t>- Mobile Friendliness</w:t>
      </w:r>
    </w:p>
    <w:p w14:paraId="05DDD1D7" w14:textId="2B54D7A0" w:rsidR="0079029D" w:rsidRPr="0079029D" w:rsidRDefault="0079029D" w:rsidP="0079029D">
      <w:pPr>
        <w:rPr>
          <w:lang w:val="en-GB"/>
        </w:rPr>
      </w:pPr>
      <w:r w:rsidRPr="0079029D">
        <w:rPr>
          <w:lang w:val="en-GB"/>
        </w:rPr>
        <w:t>Although the website functions on mobile devices and is mostly responsive, some parts might not scale flawlessly on smaller displays. The mobile experience would be improved by utilising media and flexible layouts in responsive design.</w:t>
      </w:r>
    </w:p>
    <w:p w14:paraId="45D39F36" w14:textId="77777777" w:rsidR="003E5878" w:rsidRDefault="00DE11DB">
      <w:r>
        <w:t>- Conclusion</w:t>
      </w:r>
    </w:p>
    <w:p w14:paraId="5640A6ED" w14:textId="5A2E2807" w:rsidR="00D36633" w:rsidRDefault="003E5878">
      <w:proofErr w:type="gramStart"/>
      <w:r>
        <w:t>Overall</w:t>
      </w:r>
      <w:proofErr w:type="gramEnd"/>
      <w:r>
        <w:t xml:space="preserve"> I would say the website is useful and satisfies fundamental design standards for SEO, usability and accessibility. But there is still space for </w:t>
      </w:r>
      <w:proofErr w:type="gramStart"/>
      <w:r>
        <w:t>development</w:t>
      </w:r>
      <w:proofErr w:type="gramEnd"/>
      <w:r>
        <w:t xml:space="preserve"> particularly in mobile responsiveness.</w:t>
      </w:r>
      <w:r w:rsidR="00DE11DB">
        <w:br/>
      </w:r>
    </w:p>
    <w:p w14:paraId="7A09E25F" w14:textId="77777777" w:rsidR="0079029D" w:rsidRDefault="0079029D">
      <w:pPr>
        <w:pStyle w:val="Heading1"/>
      </w:pPr>
      <w:bookmarkStart w:id="4" w:name="_Toc227856685"/>
    </w:p>
    <w:p w14:paraId="0950B921" w14:textId="295D4417" w:rsidR="00D36633" w:rsidRDefault="00DE11DB">
      <w:pPr>
        <w:pStyle w:val="Heading1"/>
      </w:pPr>
      <w:r>
        <w:t>5. Conclusion</w:t>
      </w:r>
      <w:bookmarkEnd w:id="4"/>
    </w:p>
    <w:p w14:paraId="61E66819" w14:textId="16DBF1CC" w:rsidR="003E5878" w:rsidRPr="003E5878" w:rsidRDefault="003E5878" w:rsidP="003E5878">
      <w:r>
        <w:t>So I came to a conclusion where I think I did well but there will surely be a lot of improvement as this was one of my first times creating a website using codes, this was a whole different kind of world for me, but with dedication and focus I feel like I can do better next time, so I think I deserve a 50/60% nothing too much and not too less.</w:t>
      </w:r>
    </w:p>
    <w:p w14:paraId="3B436E07" w14:textId="77777777" w:rsidR="003E5878" w:rsidRDefault="003E5878">
      <w:pPr>
        <w:pStyle w:val="Heading1"/>
      </w:pPr>
      <w:bookmarkStart w:id="5" w:name="_Toc227856686"/>
    </w:p>
    <w:p w14:paraId="7D948911" w14:textId="37C27D08" w:rsidR="00D36633" w:rsidRDefault="00DE11DB">
      <w:pPr>
        <w:pStyle w:val="Heading1"/>
      </w:pPr>
      <w:r>
        <w:t>6. References (IEEE Format)</w:t>
      </w:r>
      <w:bookmarkEnd w:id="5"/>
    </w:p>
    <w:p w14:paraId="465B3B0D" w14:textId="1C22B8EF" w:rsidR="00D36633" w:rsidRDefault="00DE11DB">
      <w:r>
        <w:br/>
      </w:r>
      <w:r w:rsidR="001C0C58" w:rsidRPr="001C0C58">
        <w:t>[1] J. Nielsen, Usability Engineering. San Francisco, CA, USA: Morgan Kaufmann, 1994.</w:t>
      </w:r>
    </w:p>
    <w:p w14:paraId="31A6F96B" w14:textId="75FFA5ED" w:rsidR="001C0C58" w:rsidRDefault="001C0C58">
      <w:r w:rsidRPr="001C0C58">
        <w:t xml:space="preserve">[2] World Wide Web Consortium (W3C), “Web Content Accessibility Guidelines (WCAG) 2.1,” 2018. [Online]. Available: </w:t>
      </w:r>
      <w:hyperlink r:id="rId24" w:history="1">
        <w:r w:rsidRPr="00A26B4F">
          <w:rPr>
            <w:rStyle w:val="Hyperlink"/>
          </w:rPr>
          <w:t>https://www.w3.org/TR/WCAG21/</w:t>
        </w:r>
      </w:hyperlink>
    </w:p>
    <w:p w14:paraId="115B799C" w14:textId="0B64FC2D" w:rsidR="001C0C58" w:rsidRDefault="001C0C58">
      <w:r w:rsidRPr="001C0C58">
        <w:t xml:space="preserve">[3] E. Enge, S. Spencer, R. Fishkin, and J. </w:t>
      </w:r>
      <w:proofErr w:type="spellStart"/>
      <w:r w:rsidRPr="001C0C58">
        <w:t>Stricchiola</w:t>
      </w:r>
      <w:proofErr w:type="spellEnd"/>
      <w:r w:rsidRPr="001C0C58">
        <w:t>, The Art of SEO. Sebastopol, CA, USA: O’Reilly Media, 2012.</w:t>
      </w:r>
    </w:p>
    <w:p w14:paraId="34F52E86" w14:textId="77777777" w:rsidR="00D36633" w:rsidRDefault="00DE11DB">
      <w:pPr>
        <w:pStyle w:val="Heading1"/>
      </w:pPr>
      <w:bookmarkStart w:id="6" w:name="_Toc227856687"/>
      <w:r>
        <w:t>7. Appendices</w:t>
      </w:r>
      <w:bookmarkEnd w:id="6"/>
    </w:p>
    <w:p w14:paraId="7C082A50" w14:textId="77777777" w:rsidR="00F6399F" w:rsidRDefault="00DE11DB">
      <w:r>
        <w:t>Include full HTML and CSS code listings.</w:t>
      </w:r>
      <w:r w:rsidR="00F6399F">
        <w:t xml:space="preserve"> </w:t>
      </w:r>
    </w:p>
    <w:p w14:paraId="7D81C521" w14:textId="26D8BA9B" w:rsidR="00F6399F" w:rsidRPr="00F6399F" w:rsidRDefault="00F6399F" w:rsidP="00F6399F">
      <w:pPr>
        <w:rPr>
          <w:b/>
          <w:bCs/>
          <w:i/>
          <w:iCs/>
          <w:sz w:val="48"/>
          <w:szCs w:val="48"/>
          <w:u w:val="single"/>
        </w:rPr>
      </w:pPr>
      <w:r w:rsidRPr="00F6399F">
        <w:rPr>
          <w:b/>
          <w:bCs/>
          <w:i/>
          <w:iCs/>
          <w:sz w:val="48"/>
          <w:szCs w:val="48"/>
          <w:u w:val="single"/>
        </w:rPr>
        <w:t>HTML</w:t>
      </w:r>
    </w:p>
    <w:p w14:paraId="6D2D73E4" w14:textId="77777777" w:rsidR="00F6399F" w:rsidRDefault="00F6399F" w:rsidP="00F6399F">
      <w:pPr>
        <w:rPr>
          <w:sz w:val="20"/>
          <w:szCs w:val="20"/>
        </w:rPr>
      </w:pPr>
    </w:p>
    <w:p w14:paraId="4555FDF8" w14:textId="76747806" w:rsidR="00F6399F" w:rsidRPr="00F6399F" w:rsidRDefault="00F6399F" w:rsidP="00F6399F">
      <w:pPr>
        <w:rPr>
          <w:sz w:val="20"/>
          <w:szCs w:val="20"/>
        </w:rPr>
      </w:pPr>
      <w:r w:rsidRPr="00F6399F">
        <w:rPr>
          <w:sz w:val="20"/>
          <w:szCs w:val="20"/>
        </w:rPr>
        <w:t>&lt;!DOCTYPE html&gt;</w:t>
      </w:r>
    </w:p>
    <w:p w14:paraId="0EFCE55E" w14:textId="77777777" w:rsidR="00F6399F" w:rsidRPr="00F6399F" w:rsidRDefault="00F6399F" w:rsidP="00F6399F">
      <w:pPr>
        <w:rPr>
          <w:sz w:val="20"/>
          <w:szCs w:val="20"/>
        </w:rPr>
      </w:pPr>
      <w:r w:rsidRPr="00F6399F">
        <w:rPr>
          <w:sz w:val="20"/>
          <w:szCs w:val="20"/>
        </w:rPr>
        <w:t>&lt;html lang="</w:t>
      </w:r>
      <w:proofErr w:type="spellStart"/>
      <w:r w:rsidRPr="00F6399F">
        <w:rPr>
          <w:sz w:val="20"/>
          <w:szCs w:val="20"/>
        </w:rPr>
        <w:t>en</w:t>
      </w:r>
      <w:proofErr w:type="spellEnd"/>
      <w:r w:rsidRPr="00F6399F">
        <w:rPr>
          <w:sz w:val="20"/>
          <w:szCs w:val="20"/>
        </w:rPr>
        <w:t>"&gt;</w:t>
      </w:r>
    </w:p>
    <w:p w14:paraId="16F80B90" w14:textId="77777777" w:rsidR="00F6399F" w:rsidRPr="00F6399F" w:rsidRDefault="00F6399F" w:rsidP="00F6399F">
      <w:pPr>
        <w:rPr>
          <w:sz w:val="20"/>
          <w:szCs w:val="20"/>
        </w:rPr>
      </w:pPr>
      <w:r w:rsidRPr="00F6399F">
        <w:rPr>
          <w:sz w:val="20"/>
          <w:szCs w:val="20"/>
        </w:rPr>
        <w:t>&lt;head&gt;</w:t>
      </w:r>
    </w:p>
    <w:p w14:paraId="44E04092" w14:textId="77777777" w:rsidR="00F6399F" w:rsidRPr="00F6399F" w:rsidRDefault="00F6399F" w:rsidP="00F6399F">
      <w:pPr>
        <w:rPr>
          <w:sz w:val="20"/>
          <w:szCs w:val="20"/>
        </w:rPr>
      </w:pPr>
      <w:r w:rsidRPr="00F6399F">
        <w:rPr>
          <w:sz w:val="20"/>
          <w:szCs w:val="20"/>
        </w:rPr>
        <w:t>&lt;meta charset="UTF-8"&gt;</w:t>
      </w:r>
    </w:p>
    <w:p w14:paraId="6A19EFC9" w14:textId="77777777" w:rsidR="00F6399F" w:rsidRPr="00F6399F" w:rsidRDefault="00F6399F" w:rsidP="00F6399F">
      <w:pPr>
        <w:rPr>
          <w:sz w:val="20"/>
          <w:szCs w:val="20"/>
        </w:rPr>
      </w:pPr>
      <w:r w:rsidRPr="00F6399F">
        <w:rPr>
          <w:sz w:val="20"/>
          <w:szCs w:val="20"/>
        </w:rPr>
        <w:t xml:space="preserve">&lt;link </w:t>
      </w:r>
      <w:proofErr w:type="spellStart"/>
      <w:r w:rsidRPr="00F6399F">
        <w:rPr>
          <w:sz w:val="20"/>
          <w:szCs w:val="20"/>
        </w:rPr>
        <w:t>rel</w:t>
      </w:r>
      <w:proofErr w:type="spellEnd"/>
      <w:r w:rsidRPr="00F6399F">
        <w:rPr>
          <w:sz w:val="20"/>
          <w:szCs w:val="20"/>
        </w:rPr>
        <w:t xml:space="preserve">="stylesheet" </w:t>
      </w:r>
      <w:proofErr w:type="spellStart"/>
      <w:r w:rsidRPr="00F6399F">
        <w:rPr>
          <w:sz w:val="20"/>
          <w:szCs w:val="20"/>
        </w:rPr>
        <w:t>href</w:t>
      </w:r>
      <w:proofErr w:type="spellEnd"/>
      <w:r w:rsidRPr="00F6399F">
        <w:rPr>
          <w:sz w:val="20"/>
          <w:szCs w:val="20"/>
        </w:rPr>
        <w:t>="style.css"&gt;</w:t>
      </w:r>
    </w:p>
    <w:p w14:paraId="0010EE8E" w14:textId="77777777" w:rsidR="00F6399F" w:rsidRPr="00F6399F" w:rsidRDefault="00F6399F" w:rsidP="00F6399F">
      <w:pPr>
        <w:rPr>
          <w:sz w:val="20"/>
          <w:szCs w:val="20"/>
        </w:rPr>
      </w:pPr>
      <w:r w:rsidRPr="00F6399F">
        <w:rPr>
          <w:sz w:val="20"/>
          <w:szCs w:val="20"/>
        </w:rPr>
        <w:t xml:space="preserve">    &lt;title&gt;g2f&lt;/title&gt;</w:t>
      </w:r>
    </w:p>
    <w:p w14:paraId="5524DCC5" w14:textId="023657B3" w:rsidR="00F6399F" w:rsidRPr="00F6399F" w:rsidRDefault="00F6399F" w:rsidP="00F6399F">
      <w:pPr>
        <w:rPr>
          <w:sz w:val="20"/>
          <w:szCs w:val="20"/>
        </w:rPr>
      </w:pPr>
      <w:r w:rsidRPr="00F6399F">
        <w:rPr>
          <w:sz w:val="20"/>
          <w:szCs w:val="20"/>
        </w:rPr>
        <w:t>&lt;/head&gt;</w:t>
      </w:r>
    </w:p>
    <w:p w14:paraId="20038BFD" w14:textId="77777777" w:rsidR="00F6399F" w:rsidRPr="00F6399F" w:rsidRDefault="00F6399F" w:rsidP="00F6399F">
      <w:pPr>
        <w:rPr>
          <w:sz w:val="20"/>
          <w:szCs w:val="20"/>
        </w:rPr>
      </w:pPr>
      <w:r w:rsidRPr="00F6399F">
        <w:rPr>
          <w:sz w:val="20"/>
          <w:szCs w:val="20"/>
        </w:rPr>
        <w:t>&lt;body class="page1"&gt;</w:t>
      </w:r>
    </w:p>
    <w:p w14:paraId="431E326A" w14:textId="77777777" w:rsidR="00F6399F" w:rsidRPr="00F6399F" w:rsidRDefault="00F6399F" w:rsidP="00F6399F">
      <w:pPr>
        <w:rPr>
          <w:sz w:val="20"/>
          <w:szCs w:val="20"/>
        </w:rPr>
      </w:pPr>
      <w:r w:rsidRPr="00F6399F">
        <w:rPr>
          <w:sz w:val="20"/>
          <w:szCs w:val="20"/>
        </w:rPr>
        <w:lastRenderedPageBreak/>
        <w:t>&lt;header&gt;</w:t>
      </w:r>
    </w:p>
    <w:p w14:paraId="7880ED9D" w14:textId="77777777" w:rsidR="00F6399F" w:rsidRPr="00F6399F" w:rsidRDefault="00F6399F" w:rsidP="00F6399F">
      <w:pPr>
        <w:rPr>
          <w:sz w:val="20"/>
          <w:szCs w:val="20"/>
        </w:rPr>
      </w:pPr>
      <w:r w:rsidRPr="00F6399F">
        <w:rPr>
          <w:sz w:val="20"/>
          <w:szCs w:val="20"/>
        </w:rPr>
        <w:t xml:space="preserve">    &lt;h1&gt;G2F GAMES&lt;/h1&gt;</w:t>
      </w:r>
    </w:p>
    <w:p w14:paraId="05288977" w14:textId="77777777" w:rsidR="00F6399F" w:rsidRPr="00F6399F" w:rsidRDefault="00F6399F" w:rsidP="00F6399F">
      <w:pPr>
        <w:rPr>
          <w:sz w:val="20"/>
          <w:szCs w:val="20"/>
        </w:rPr>
      </w:pPr>
      <w:r w:rsidRPr="00F6399F">
        <w:rPr>
          <w:sz w:val="20"/>
          <w:szCs w:val="20"/>
        </w:rPr>
        <w:t xml:space="preserve">    &lt;nav&gt;</w:t>
      </w:r>
    </w:p>
    <w:p w14:paraId="7F2E3D38" w14:textId="77777777" w:rsidR="00F6399F" w:rsidRPr="00F6399F" w:rsidRDefault="00F6399F" w:rsidP="00F6399F">
      <w:pPr>
        <w:rPr>
          <w:sz w:val="20"/>
          <w:szCs w:val="20"/>
        </w:rPr>
      </w:pPr>
      <w:r w:rsidRPr="00F6399F">
        <w:rPr>
          <w:sz w:val="20"/>
          <w:szCs w:val="20"/>
        </w:rPr>
        <w:t xml:space="preserve">        &lt;a </w:t>
      </w:r>
      <w:proofErr w:type="spellStart"/>
      <w:r w:rsidRPr="00F6399F">
        <w:rPr>
          <w:sz w:val="20"/>
          <w:szCs w:val="20"/>
        </w:rPr>
        <w:t>href</w:t>
      </w:r>
      <w:proofErr w:type="spellEnd"/>
      <w:r w:rsidRPr="00F6399F">
        <w:rPr>
          <w:sz w:val="20"/>
          <w:szCs w:val="20"/>
        </w:rPr>
        <w:t>="index.html"&gt;Home&lt;/a&gt;</w:t>
      </w:r>
    </w:p>
    <w:p w14:paraId="2BEF86E1" w14:textId="77777777" w:rsidR="00F6399F" w:rsidRPr="00F6399F" w:rsidRDefault="00F6399F" w:rsidP="00F6399F">
      <w:pPr>
        <w:rPr>
          <w:sz w:val="20"/>
          <w:szCs w:val="20"/>
        </w:rPr>
      </w:pPr>
      <w:r w:rsidRPr="00F6399F">
        <w:rPr>
          <w:sz w:val="20"/>
          <w:szCs w:val="20"/>
        </w:rPr>
        <w:t xml:space="preserve">        &lt;a </w:t>
      </w:r>
      <w:proofErr w:type="spellStart"/>
      <w:r w:rsidRPr="00F6399F">
        <w:rPr>
          <w:sz w:val="20"/>
          <w:szCs w:val="20"/>
        </w:rPr>
        <w:t>href</w:t>
      </w:r>
      <w:proofErr w:type="spellEnd"/>
      <w:r w:rsidRPr="00F6399F">
        <w:rPr>
          <w:sz w:val="20"/>
          <w:szCs w:val="20"/>
        </w:rPr>
        <w:t>="Sports.html."&gt;Sports&lt;/a&gt;</w:t>
      </w:r>
    </w:p>
    <w:p w14:paraId="1F163132" w14:textId="77777777" w:rsidR="00F6399F" w:rsidRPr="00F6399F" w:rsidRDefault="00F6399F" w:rsidP="00F6399F">
      <w:pPr>
        <w:rPr>
          <w:sz w:val="20"/>
          <w:szCs w:val="20"/>
        </w:rPr>
      </w:pPr>
      <w:r w:rsidRPr="00F6399F">
        <w:rPr>
          <w:sz w:val="20"/>
          <w:szCs w:val="20"/>
        </w:rPr>
        <w:t xml:space="preserve">        &lt;a </w:t>
      </w:r>
      <w:proofErr w:type="spellStart"/>
      <w:r w:rsidRPr="00F6399F">
        <w:rPr>
          <w:sz w:val="20"/>
          <w:szCs w:val="20"/>
        </w:rPr>
        <w:t>href</w:t>
      </w:r>
      <w:proofErr w:type="spellEnd"/>
      <w:r w:rsidRPr="00F6399F">
        <w:rPr>
          <w:sz w:val="20"/>
          <w:szCs w:val="20"/>
        </w:rPr>
        <w:t>="games.html"&gt;Other games&lt;/a&gt;</w:t>
      </w:r>
    </w:p>
    <w:p w14:paraId="3169FB45" w14:textId="77777777" w:rsidR="00F6399F" w:rsidRPr="00F6399F" w:rsidRDefault="00F6399F" w:rsidP="00F6399F">
      <w:pPr>
        <w:rPr>
          <w:sz w:val="20"/>
          <w:szCs w:val="20"/>
        </w:rPr>
      </w:pPr>
      <w:r w:rsidRPr="00F6399F">
        <w:rPr>
          <w:sz w:val="20"/>
          <w:szCs w:val="20"/>
        </w:rPr>
        <w:t xml:space="preserve">    &lt;/nav&gt;</w:t>
      </w:r>
    </w:p>
    <w:p w14:paraId="49D95112" w14:textId="77777777" w:rsidR="00F6399F" w:rsidRPr="00F6399F" w:rsidRDefault="00F6399F" w:rsidP="00F6399F">
      <w:pPr>
        <w:rPr>
          <w:sz w:val="20"/>
          <w:szCs w:val="20"/>
        </w:rPr>
      </w:pPr>
      <w:r w:rsidRPr="00F6399F">
        <w:rPr>
          <w:sz w:val="20"/>
          <w:szCs w:val="20"/>
        </w:rPr>
        <w:t>&lt;/header&gt;</w:t>
      </w:r>
    </w:p>
    <w:p w14:paraId="3107F290" w14:textId="77777777" w:rsidR="00F6399F" w:rsidRPr="00F6399F" w:rsidRDefault="00F6399F" w:rsidP="00F6399F">
      <w:pPr>
        <w:rPr>
          <w:sz w:val="20"/>
          <w:szCs w:val="20"/>
        </w:rPr>
      </w:pPr>
      <w:r w:rsidRPr="00F6399F">
        <w:rPr>
          <w:sz w:val="20"/>
          <w:szCs w:val="20"/>
        </w:rPr>
        <w:t>&lt;main&gt;</w:t>
      </w:r>
    </w:p>
    <w:p w14:paraId="18F13BAE" w14:textId="77777777" w:rsidR="00F6399F" w:rsidRPr="00F6399F" w:rsidRDefault="00F6399F" w:rsidP="00F6399F">
      <w:pPr>
        <w:rPr>
          <w:sz w:val="20"/>
          <w:szCs w:val="20"/>
        </w:rPr>
      </w:pPr>
      <w:r w:rsidRPr="00F6399F">
        <w:rPr>
          <w:sz w:val="20"/>
          <w:szCs w:val="20"/>
        </w:rPr>
        <w:t xml:space="preserve">    &lt;h2&gt;Different kind of games&lt;/h2&gt;</w:t>
      </w:r>
    </w:p>
    <w:p w14:paraId="798B52FB" w14:textId="77777777" w:rsidR="00F6399F" w:rsidRPr="00F6399F" w:rsidRDefault="00F6399F" w:rsidP="00F6399F">
      <w:pPr>
        <w:rPr>
          <w:sz w:val="20"/>
          <w:szCs w:val="20"/>
        </w:rPr>
      </w:pPr>
      <w:r w:rsidRPr="00F6399F">
        <w:rPr>
          <w:sz w:val="20"/>
          <w:szCs w:val="20"/>
        </w:rPr>
        <w:t xml:space="preserve">    &lt;p&gt;In this website </w:t>
      </w:r>
      <w:proofErr w:type="spellStart"/>
      <w:r w:rsidRPr="00F6399F">
        <w:rPr>
          <w:sz w:val="20"/>
          <w:szCs w:val="20"/>
        </w:rPr>
        <w:t>i</w:t>
      </w:r>
      <w:proofErr w:type="spellEnd"/>
      <w:r w:rsidRPr="00F6399F">
        <w:rPr>
          <w:sz w:val="20"/>
          <w:szCs w:val="20"/>
        </w:rPr>
        <w:t xml:space="preserve"> will be showing you people some </w:t>
      </w:r>
      <w:proofErr w:type="spellStart"/>
      <w:r w:rsidRPr="00F6399F">
        <w:rPr>
          <w:sz w:val="20"/>
          <w:szCs w:val="20"/>
        </w:rPr>
        <w:t>categorised</w:t>
      </w:r>
      <w:proofErr w:type="spellEnd"/>
      <w:r w:rsidRPr="00F6399F">
        <w:rPr>
          <w:sz w:val="20"/>
          <w:szCs w:val="20"/>
        </w:rPr>
        <w:t xml:space="preserve"> games you might </w:t>
      </w:r>
      <w:proofErr w:type="gramStart"/>
      <w:r w:rsidRPr="00F6399F">
        <w:rPr>
          <w:sz w:val="20"/>
          <w:szCs w:val="20"/>
        </w:rPr>
        <w:t>like.&lt;</w:t>
      </w:r>
      <w:proofErr w:type="spellStart"/>
      <w:proofErr w:type="gramEnd"/>
      <w:r w:rsidRPr="00F6399F">
        <w:rPr>
          <w:sz w:val="20"/>
          <w:szCs w:val="20"/>
        </w:rPr>
        <w:t>br</w:t>
      </w:r>
      <w:proofErr w:type="spellEnd"/>
      <w:r w:rsidRPr="00F6399F">
        <w:rPr>
          <w:sz w:val="20"/>
          <w:szCs w:val="20"/>
        </w:rPr>
        <w:t>&gt;</w:t>
      </w:r>
    </w:p>
    <w:p w14:paraId="70FB600A" w14:textId="77777777" w:rsidR="00F6399F" w:rsidRPr="00F6399F" w:rsidRDefault="00F6399F" w:rsidP="00F6399F">
      <w:pPr>
        <w:rPr>
          <w:sz w:val="20"/>
          <w:szCs w:val="20"/>
        </w:rPr>
      </w:pPr>
      <w:r w:rsidRPr="00F6399F">
        <w:rPr>
          <w:sz w:val="20"/>
          <w:szCs w:val="20"/>
        </w:rPr>
        <w:tab/>
        <w:t>*</w:t>
      </w:r>
      <w:proofErr w:type="gramStart"/>
      <w:r w:rsidRPr="00F6399F">
        <w:rPr>
          <w:sz w:val="20"/>
          <w:szCs w:val="20"/>
        </w:rPr>
        <w:t>shooting</w:t>
      </w:r>
      <w:proofErr w:type="gramEnd"/>
      <w:r w:rsidRPr="00F6399F">
        <w:rPr>
          <w:sz w:val="20"/>
          <w:szCs w:val="20"/>
        </w:rPr>
        <w:t xml:space="preserve"> games&lt;</w:t>
      </w:r>
      <w:proofErr w:type="spellStart"/>
      <w:r w:rsidRPr="00F6399F">
        <w:rPr>
          <w:sz w:val="20"/>
          <w:szCs w:val="20"/>
        </w:rPr>
        <w:t>br</w:t>
      </w:r>
      <w:proofErr w:type="spellEnd"/>
      <w:r w:rsidRPr="00F6399F">
        <w:rPr>
          <w:sz w:val="20"/>
          <w:szCs w:val="20"/>
        </w:rPr>
        <w:t>&gt;</w:t>
      </w:r>
    </w:p>
    <w:p w14:paraId="76A05F62" w14:textId="77777777" w:rsidR="00F6399F" w:rsidRPr="00F6399F" w:rsidRDefault="00F6399F" w:rsidP="00F6399F">
      <w:pPr>
        <w:rPr>
          <w:sz w:val="20"/>
          <w:szCs w:val="20"/>
        </w:rPr>
      </w:pPr>
      <w:r w:rsidRPr="00F6399F">
        <w:rPr>
          <w:sz w:val="20"/>
          <w:szCs w:val="20"/>
        </w:rPr>
        <w:tab/>
        <w:t>*adventure/survival games&lt;</w:t>
      </w:r>
      <w:proofErr w:type="spellStart"/>
      <w:r w:rsidRPr="00F6399F">
        <w:rPr>
          <w:sz w:val="20"/>
          <w:szCs w:val="20"/>
        </w:rPr>
        <w:t>br</w:t>
      </w:r>
      <w:proofErr w:type="spellEnd"/>
      <w:r w:rsidRPr="00F6399F">
        <w:rPr>
          <w:sz w:val="20"/>
          <w:szCs w:val="20"/>
        </w:rPr>
        <w:t>&gt;</w:t>
      </w:r>
    </w:p>
    <w:p w14:paraId="01782745" w14:textId="77777777" w:rsidR="00F6399F" w:rsidRPr="00F6399F" w:rsidRDefault="00F6399F" w:rsidP="00F6399F">
      <w:pPr>
        <w:rPr>
          <w:sz w:val="20"/>
          <w:szCs w:val="20"/>
        </w:rPr>
      </w:pPr>
      <w:r w:rsidRPr="00F6399F">
        <w:rPr>
          <w:sz w:val="20"/>
          <w:szCs w:val="20"/>
        </w:rPr>
        <w:tab/>
        <w:t>*</w:t>
      </w:r>
      <w:proofErr w:type="gramStart"/>
      <w:r w:rsidRPr="00F6399F">
        <w:rPr>
          <w:sz w:val="20"/>
          <w:szCs w:val="20"/>
        </w:rPr>
        <w:t>horror</w:t>
      </w:r>
      <w:proofErr w:type="gramEnd"/>
      <w:r w:rsidRPr="00F6399F">
        <w:rPr>
          <w:sz w:val="20"/>
          <w:szCs w:val="20"/>
        </w:rPr>
        <w:t xml:space="preserve"> games&lt;</w:t>
      </w:r>
      <w:proofErr w:type="spellStart"/>
      <w:r w:rsidRPr="00F6399F">
        <w:rPr>
          <w:sz w:val="20"/>
          <w:szCs w:val="20"/>
        </w:rPr>
        <w:t>br</w:t>
      </w:r>
      <w:proofErr w:type="spellEnd"/>
      <w:r w:rsidRPr="00F6399F">
        <w:rPr>
          <w:sz w:val="20"/>
          <w:szCs w:val="20"/>
        </w:rPr>
        <w:t>&gt;</w:t>
      </w:r>
    </w:p>
    <w:p w14:paraId="79872E7F" w14:textId="77777777" w:rsidR="00F6399F" w:rsidRPr="00F6399F" w:rsidRDefault="00F6399F" w:rsidP="00F6399F">
      <w:pPr>
        <w:rPr>
          <w:sz w:val="20"/>
          <w:szCs w:val="20"/>
        </w:rPr>
      </w:pPr>
      <w:r w:rsidRPr="00F6399F">
        <w:rPr>
          <w:sz w:val="20"/>
          <w:szCs w:val="20"/>
        </w:rPr>
        <w:tab/>
        <w:t xml:space="preserve">And many more to </w:t>
      </w:r>
      <w:proofErr w:type="gramStart"/>
      <w:r w:rsidRPr="00F6399F">
        <w:rPr>
          <w:sz w:val="20"/>
          <w:szCs w:val="20"/>
        </w:rPr>
        <w:t>show.&lt;</w:t>
      </w:r>
      <w:proofErr w:type="gramEnd"/>
      <w:r w:rsidRPr="00F6399F">
        <w:rPr>
          <w:sz w:val="20"/>
          <w:szCs w:val="20"/>
        </w:rPr>
        <w:t>/p&gt;</w:t>
      </w:r>
    </w:p>
    <w:p w14:paraId="520FB353" w14:textId="77777777" w:rsidR="00F6399F" w:rsidRPr="00F6399F" w:rsidRDefault="00F6399F" w:rsidP="00F6399F">
      <w:pPr>
        <w:rPr>
          <w:sz w:val="20"/>
          <w:szCs w:val="20"/>
        </w:rPr>
      </w:pPr>
      <w:r w:rsidRPr="00F6399F">
        <w:rPr>
          <w:sz w:val="20"/>
          <w:szCs w:val="20"/>
        </w:rPr>
        <w:tab/>
        <w:t>&lt;p&gt;A FEW PREVIEWS OF SHOOTING/ADVENTURE AND HORROR GAMES&lt;/p&gt;</w:t>
      </w:r>
    </w:p>
    <w:p w14:paraId="3F5F5FD4" w14:textId="77777777" w:rsidR="00F6399F" w:rsidRPr="00F6399F" w:rsidRDefault="00F6399F" w:rsidP="00F6399F">
      <w:pPr>
        <w:rPr>
          <w:sz w:val="20"/>
          <w:szCs w:val="20"/>
        </w:rPr>
      </w:pPr>
      <w:r w:rsidRPr="00F6399F">
        <w:rPr>
          <w:sz w:val="20"/>
          <w:szCs w:val="20"/>
        </w:rPr>
        <w:tab/>
        <w:t>&lt;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 xml:space="preserve">="images/COD7.webp" alt="Call </w:t>
      </w:r>
      <w:proofErr w:type="gramStart"/>
      <w:r w:rsidRPr="00F6399F">
        <w:rPr>
          <w:sz w:val="20"/>
          <w:szCs w:val="20"/>
        </w:rPr>
        <w:t>Of</w:t>
      </w:r>
      <w:proofErr w:type="gramEnd"/>
      <w:r w:rsidRPr="00F6399F">
        <w:rPr>
          <w:sz w:val="20"/>
          <w:szCs w:val="20"/>
        </w:rPr>
        <w:t xml:space="preserve"> Duty" width="320" height="205" /&gt;</w:t>
      </w:r>
    </w:p>
    <w:p w14:paraId="48EC1857" w14:textId="77777777" w:rsidR="00F6399F" w:rsidRPr="00F6399F" w:rsidRDefault="00F6399F" w:rsidP="00F6399F">
      <w:pPr>
        <w:rPr>
          <w:sz w:val="20"/>
          <w:szCs w:val="20"/>
        </w:rPr>
      </w:pPr>
      <w:r w:rsidRPr="00F6399F">
        <w:rPr>
          <w:sz w:val="20"/>
          <w:szCs w:val="20"/>
        </w:rPr>
        <w:tab/>
        <w:t>&lt;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 xml:space="preserve">="images/images.jpg" alt="Escape </w:t>
      </w:r>
      <w:proofErr w:type="gramStart"/>
      <w:r w:rsidRPr="00F6399F">
        <w:rPr>
          <w:sz w:val="20"/>
          <w:szCs w:val="20"/>
        </w:rPr>
        <w:t>From</w:t>
      </w:r>
      <w:proofErr w:type="gramEnd"/>
      <w:r w:rsidRPr="00F6399F">
        <w:rPr>
          <w:sz w:val="20"/>
          <w:szCs w:val="20"/>
        </w:rPr>
        <w:t xml:space="preserve"> Tarkov" width="320" height="205" /&gt;</w:t>
      </w:r>
    </w:p>
    <w:p w14:paraId="246E90A8" w14:textId="77777777" w:rsidR="00F6399F" w:rsidRPr="00F6399F" w:rsidRDefault="00F6399F" w:rsidP="00F6399F">
      <w:pPr>
        <w:rPr>
          <w:sz w:val="20"/>
          <w:szCs w:val="20"/>
        </w:rPr>
      </w:pPr>
      <w:r w:rsidRPr="00F6399F">
        <w:rPr>
          <w:sz w:val="20"/>
          <w:szCs w:val="20"/>
        </w:rPr>
        <w:tab/>
        <w:t>&lt;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 xml:space="preserve">="images/battlefield6.jpg" alt="battlefield6" width="320" height="205" /&gt; &lt;a </w:t>
      </w:r>
      <w:proofErr w:type="spellStart"/>
      <w:r w:rsidRPr="00F6399F">
        <w:rPr>
          <w:sz w:val="20"/>
          <w:szCs w:val="20"/>
        </w:rPr>
        <w:t>href</w:t>
      </w:r>
      <w:proofErr w:type="spellEnd"/>
      <w:r w:rsidRPr="00F6399F">
        <w:rPr>
          <w:sz w:val="20"/>
          <w:szCs w:val="20"/>
        </w:rPr>
        <w:t xml:space="preserve">="https://www.youtube.com/watch?v=9txkGBj_trg"&gt;Trailer 1(COD)&lt;/a&gt; &lt;a </w:t>
      </w:r>
      <w:proofErr w:type="spellStart"/>
      <w:r w:rsidRPr="00F6399F">
        <w:rPr>
          <w:sz w:val="20"/>
          <w:szCs w:val="20"/>
        </w:rPr>
        <w:t>href</w:t>
      </w:r>
      <w:proofErr w:type="spellEnd"/>
      <w:r w:rsidRPr="00F6399F">
        <w:rPr>
          <w:sz w:val="20"/>
          <w:szCs w:val="20"/>
        </w:rPr>
        <w:t xml:space="preserve">="https://www.youtube.com/watch?v=8R5t3a2jT4A"&gt;Trailer 2(TARKOV)&lt;/a&gt; &lt;a </w:t>
      </w:r>
      <w:proofErr w:type="spellStart"/>
      <w:r w:rsidRPr="00F6399F">
        <w:rPr>
          <w:sz w:val="20"/>
          <w:szCs w:val="20"/>
        </w:rPr>
        <w:t>href</w:t>
      </w:r>
      <w:proofErr w:type="spellEnd"/>
      <w:r w:rsidRPr="00F6399F">
        <w:rPr>
          <w:sz w:val="20"/>
          <w:szCs w:val="20"/>
        </w:rPr>
        <w:t>="https://www.youtube.com/watch?v=tPJCvwRrYWo"&gt;Trailer 3(Battlefield6) &lt;/a&gt; &lt;</w:t>
      </w:r>
      <w:proofErr w:type="spellStart"/>
      <w:r w:rsidRPr="00F6399F">
        <w:rPr>
          <w:sz w:val="20"/>
          <w:szCs w:val="20"/>
        </w:rPr>
        <w:t>br</w:t>
      </w:r>
      <w:proofErr w:type="spellEnd"/>
      <w:r w:rsidRPr="00F6399F">
        <w:rPr>
          <w:sz w:val="20"/>
          <w:szCs w:val="20"/>
        </w:rPr>
        <w:t>&gt;</w:t>
      </w:r>
    </w:p>
    <w:p w14:paraId="40B048B6" w14:textId="77777777" w:rsidR="00F6399F" w:rsidRPr="00F6399F" w:rsidRDefault="00F6399F" w:rsidP="00F6399F">
      <w:pPr>
        <w:rPr>
          <w:sz w:val="20"/>
          <w:szCs w:val="20"/>
        </w:rPr>
      </w:pPr>
      <w:r w:rsidRPr="00F6399F">
        <w:rPr>
          <w:sz w:val="20"/>
          <w:szCs w:val="20"/>
        </w:rPr>
        <w:tab/>
        <w:t>&lt;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="images/</w:t>
      </w:r>
      <w:proofErr w:type="spellStart"/>
      <w:r w:rsidRPr="00F6399F">
        <w:rPr>
          <w:sz w:val="20"/>
          <w:szCs w:val="20"/>
        </w:rPr>
        <w:t>Sonsoftheforest.avif</w:t>
      </w:r>
      <w:proofErr w:type="spellEnd"/>
      <w:r w:rsidRPr="00F6399F">
        <w:rPr>
          <w:sz w:val="20"/>
          <w:szCs w:val="20"/>
        </w:rPr>
        <w:t>" alt="</w:t>
      </w:r>
      <w:proofErr w:type="spellStart"/>
      <w:r w:rsidRPr="00F6399F">
        <w:rPr>
          <w:sz w:val="20"/>
          <w:szCs w:val="20"/>
        </w:rPr>
        <w:t>Sonsoftheforest</w:t>
      </w:r>
      <w:proofErr w:type="spellEnd"/>
      <w:r w:rsidRPr="00F6399F">
        <w:rPr>
          <w:sz w:val="20"/>
          <w:szCs w:val="20"/>
        </w:rPr>
        <w:t>" width="320" height="205" /&gt;</w:t>
      </w:r>
    </w:p>
    <w:p w14:paraId="45E23320" w14:textId="77777777" w:rsidR="00F6399F" w:rsidRPr="00F6399F" w:rsidRDefault="00F6399F" w:rsidP="00F6399F">
      <w:pPr>
        <w:rPr>
          <w:sz w:val="20"/>
          <w:szCs w:val="20"/>
        </w:rPr>
      </w:pPr>
      <w:r w:rsidRPr="00F6399F">
        <w:rPr>
          <w:sz w:val="20"/>
          <w:szCs w:val="20"/>
        </w:rPr>
        <w:tab/>
        <w:t>&lt;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="images/uncharted.jpg" alt="uncharted" width="320" height="205" /&gt;</w:t>
      </w:r>
    </w:p>
    <w:p w14:paraId="11D037A2" w14:textId="77777777" w:rsidR="00F6399F" w:rsidRPr="00F6399F" w:rsidRDefault="00F6399F" w:rsidP="00F6399F">
      <w:pPr>
        <w:rPr>
          <w:sz w:val="20"/>
          <w:szCs w:val="20"/>
        </w:rPr>
      </w:pPr>
      <w:r w:rsidRPr="00F6399F">
        <w:rPr>
          <w:sz w:val="20"/>
          <w:szCs w:val="20"/>
        </w:rPr>
        <w:tab/>
        <w:t>&lt;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="images/godofwar.jpg" alt="</w:t>
      </w:r>
      <w:proofErr w:type="spellStart"/>
      <w:r w:rsidRPr="00F6399F">
        <w:rPr>
          <w:sz w:val="20"/>
          <w:szCs w:val="20"/>
        </w:rPr>
        <w:t>godofwar</w:t>
      </w:r>
      <w:proofErr w:type="spellEnd"/>
      <w:r w:rsidRPr="00F6399F">
        <w:rPr>
          <w:sz w:val="20"/>
          <w:szCs w:val="20"/>
        </w:rPr>
        <w:t xml:space="preserve">" width="320" height="205" /&gt; &lt;a </w:t>
      </w:r>
      <w:proofErr w:type="spellStart"/>
      <w:r w:rsidRPr="00F6399F">
        <w:rPr>
          <w:sz w:val="20"/>
          <w:szCs w:val="20"/>
        </w:rPr>
        <w:t>href</w:t>
      </w:r>
      <w:proofErr w:type="spellEnd"/>
      <w:r w:rsidRPr="00F6399F">
        <w:rPr>
          <w:sz w:val="20"/>
          <w:szCs w:val="20"/>
        </w:rPr>
        <w:t xml:space="preserve">="https://www.youtube.com/watch?v=A_E4eCwUEqg"&gt;Trailer 1(Sons of the Forest) &lt;/a&gt; &lt;a </w:t>
      </w:r>
      <w:proofErr w:type="spellStart"/>
      <w:r w:rsidRPr="00F6399F">
        <w:rPr>
          <w:sz w:val="20"/>
          <w:szCs w:val="20"/>
        </w:rPr>
        <w:t>href</w:t>
      </w:r>
      <w:proofErr w:type="spellEnd"/>
      <w:r w:rsidRPr="00F6399F">
        <w:rPr>
          <w:sz w:val="20"/>
          <w:szCs w:val="20"/>
        </w:rPr>
        <w:t xml:space="preserve">="https://www.youtube.com/watch?v=hh5HV4iic1Y"&gt;Trailer 2(Uncharted) &lt;/a&gt; &lt;a </w:t>
      </w:r>
      <w:proofErr w:type="spellStart"/>
      <w:r w:rsidRPr="00F6399F">
        <w:rPr>
          <w:sz w:val="20"/>
          <w:szCs w:val="20"/>
        </w:rPr>
        <w:t>href</w:t>
      </w:r>
      <w:proofErr w:type="spellEnd"/>
      <w:r w:rsidRPr="00F6399F">
        <w:rPr>
          <w:sz w:val="20"/>
          <w:szCs w:val="20"/>
        </w:rPr>
        <w:t>="https://www.youtube.com/watch?v=Dc5xOGS1oJ0"&gt;Trailer 3(</w:t>
      </w:r>
      <w:proofErr w:type="spellStart"/>
      <w:r w:rsidRPr="00F6399F">
        <w:rPr>
          <w:sz w:val="20"/>
          <w:szCs w:val="20"/>
        </w:rPr>
        <w:t>GodOfWar</w:t>
      </w:r>
      <w:proofErr w:type="spellEnd"/>
      <w:r w:rsidRPr="00F6399F">
        <w:rPr>
          <w:sz w:val="20"/>
          <w:szCs w:val="20"/>
        </w:rPr>
        <w:t>) &lt;/a&gt; &lt;</w:t>
      </w:r>
      <w:proofErr w:type="spellStart"/>
      <w:r w:rsidRPr="00F6399F">
        <w:rPr>
          <w:sz w:val="20"/>
          <w:szCs w:val="20"/>
        </w:rPr>
        <w:t>br</w:t>
      </w:r>
      <w:proofErr w:type="spellEnd"/>
      <w:r w:rsidRPr="00F6399F">
        <w:rPr>
          <w:sz w:val="20"/>
          <w:szCs w:val="20"/>
        </w:rPr>
        <w:t>&gt;</w:t>
      </w:r>
    </w:p>
    <w:p w14:paraId="7BF2EFA1" w14:textId="77777777" w:rsidR="00F6399F" w:rsidRPr="00F6399F" w:rsidRDefault="00F6399F" w:rsidP="00F6399F">
      <w:pPr>
        <w:rPr>
          <w:sz w:val="20"/>
          <w:szCs w:val="20"/>
        </w:rPr>
      </w:pPr>
      <w:r w:rsidRPr="00F6399F">
        <w:rPr>
          <w:sz w:val="20"/>
          <w:szCs w:val="20"/>
        </w:rPr>
        <w:tab/>
        <w:t>&lt;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="images/phasmophobia.png" alt="</w:t>
      </w:r>
      <w:proofErr w:type="spellStart"/>
      <w:r w:rsidRPr="00F6399F">
        <w:rPr>
          <w:sz w:val="20"/>
          <w:szCs w:val="20"/>
        </w:rPr>
        <w:t>phasmophobia</w:t>
      </w:r>
      <w:proofErr w:type="spellEnd"/>
      <w:r w:rsidRPr="00F6399F">
        <w:rPr>
          <w:sz w:val="20"/>
          <w:szCs w:val="20"/>
        </w:rPr>
        <w:t>" width="320" height="205" /&gt;</w:t>
      </w:r>
    </w:p>
    <w:p w14:paraId="31DFF304" w14:textId="77777777" w:rsidR="00F6399F" w:rsidRPr="00F6399F" w:rsidRDefault="00F6399F" w:rsidP="00F6399F">
      <w:pPr>
        <w:rPr>
          <w:sz w:val="20"/>
          <w:szCs w:val="20"/>
        </w:rPr>
      </w:pPr>
      <w:r w:rsidRPr="00F6399F">
        <w:rPr>
          <w:sz w:val="20"/>
          <w:szCs w:val="20"/>
        </w:rPr>
        <w:tab/>
        <w:t>&lt;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="images/</w:t>
      </w:r>
      <w:proofErr w:type="spellStart"/>
      <w:r w:rsidRPr="00F6399F">
        <w:rPr>
          <w:sz w:val="20"/>
          <w:szCs w:val="20"/>
        </w:rPr>
        <w:t>demonologist.avif</w:t>
      </w:r>
      <w:proofErr w:type="spellEnd"/>
      <w:r w:rsidRPr="00F6399F">
        <w:rPr>
          <w:sz w:val="20"/>
          <w:szCs w:val="20"/>
        </w:rPr>
        <w:t>" alt="demonologist" width="320" height="205" /&gt;</w:t>
      </w:r>
    </w:p>
    <w:p w14:paraId="777AC049" w14:textId="77777777" w:rsidR="00F6399F" w:rsidRPr="00F6399F" w:rsidRDefault="00F6399F" w:rsidP="00F6399F">
      <w:pPr>
        <w:rPr>
          <w:sz w:val="20"/>
          <w:szCs w:val="20"/>
        </w:rPr>
      </w:pPr>
      <w:r w:rsidRPr="00F6399F">
        <w:rPr>
          <w:sz w:val="20"/>
          <w:szCs w:val="20"/>
        </w:rPr>
        <w:lastRenderedPageBreak/>
        <w:tab/>
        <w:t>&lt;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="images/</w:t>
      </w:r>
      <w:proofErr w:type="spellStart"/>
      <w:r w:rsidRPr="00F6399F">
        <w:rPr>
          <w:sz w:val="20"/>
          <w:szCs w:val="20"/>
        </w:rPr>
        <w:t>devour.jpg.webp</w:t>
      </w:r>
      <w:proofErr w:type="spellEnd"/>
      <w:r w:rsidRPr="00F6399F">
        <w:rPr>
          <w:sz w:val="20"/>
          <w:szCs w:val="20"/>
        </w:rPr>
        <w:t xml:space="preserve">" alt="devour" width="320" height="205" /&gt; &lt;a </w:t>
      </w:r>
      <w:proofErr w:type="spellStart"/>
      <w:r w:rsidRPr="00F6399F">
        <w:rPr>
          <w:sz w:val="20"/>
          <w:szCs w:val="20"/>
        </w:rPr>
        <w:t>href</w:t>
      </w:r>
      <w:proofErr w:type="spellEnd"/>
      <w:r w:rsidRPr="00F6399F">
        <w:rPr>
          <w:sz w:val="20"/>
          <w:szCs w:val="20"/>
        </w:rPr>
        <w:t>="https://www.youtube.com/watch?v=sRa9oeo5KiY"&gt;Trailer 1(</w:t>
      </w:r>
      <w:proofErr w:type="spellStart"/>
      <w:r w:rsidRPr="00F6399F">
        <w:rPr>
          <w:sz w:val="20"/>
          <w:szCs w:val="20"/>
        </w:rPr>
        <w:t>Phasmophobia</w:t>
      </w:r>
      <w:proofErr w:type="spellEnd"/>
      <w:r w:rsidRPr="00F6399F">
        <w:rPr>
          <w:sz w:val="20"/>
          <w:szCs w:val="20"/>
        </w:rPr>
        <w:t xml:space="preserve">) &lt;/a&gt; &lt;a </w:t>
      </w:r>
      <w:proofErr w:type="spellStart"/>
      <w:r w:rsidRPr="00F6399F">
        <w:rPr>
          <w:sz w:val="20"/>
          <w:szCs w:val="20"/>
        </w:rPr>
        <w:t>href</w:t>
      </w:r>
      <w:proofErr w:type="spellEnd"/>
      <w:r w:rsidRPr="00F6399F">
        <w:rPr>
          <w:sz w:val="20"/>
          <w:szCs w:val="20"/>
        </w:rPr>
        <w:t xml:space="preserve">="https://www.youtube.com/watch?v=Kw2cWDclcY8"&gt;Trailer 2(Demonologist) &lt;/a&gt; &lt;a </w:t>
      </w:r>
      <w:proofErr w:type="spellStart"/>
      <w:r w:rsidRPr="00F6399F">
        <w:rPr>
          <w:sz w:val="20"/>
          <w:szCs w:val="20"/>
        </w:rPr>
        <w:t>href</w:t>
      </w:r>
      <w:proofErr w:type="spellEnd"/>
      <w:r w:rsidRPr="00F6399F">
        <w:rPr>
          <w:sz w:val="20"/>
          <w:szCs w:val="20"/>
        </w:rPr>
        <w:t>="</w:t>
      </w:r>
      <w:proofErr w:type="gramStart"/>
      <w:r w:rsidRPr="00F6399F">
        <w:rPr>
          <w:sz w:val="20"/>
          <w:szCs w:val="20"/>
        </w:rPr>
        <w:t>https://www.youtube.com/watch?v=Pbal0EFCzAA"&gt;Trailer 3(Devour) &lt;/a&gt;</w:t>
      </w:r>
      <w:proofErr w:type="gramEnd"/>
    </w:p>
    <w:p w14:paraId="3B2F9693" w14:textId="77777777" w:rsidR="00F6399F" w:rsidRPr="00F6399F" w:rsidRDefault="00F6399F" w:rsidP="00F6399F">
      <w:pPr>
        <w:rPr>
          <w:sz w:val="20"/>
          <w:szCs w:val="20"/>
        </w:rPr>
      </w:pPr>
      <w:r w:rsidRPr="00F6399F">
        <w:rPr>
          <w:sz w:val="20"/>
          <w:szCs w:val="20"/>
        </w:rPr>
        <w:t>&lt;/main&gt;</w:t>
      </w:r>
    </w:p>
    <w:p w14:paraId="2BB0482A" w14:textId="77777777" w:rsidR="00F6399F" w:rsidRPr="00F6399F" w:rsidRDefault="00F6399F" w:rsidP="00F6399F">
      <w:pPr>
        <w:rPr>
          <w:sz w:val="20"/>
          <w:szCs w:val="20"/>
        </w:rPr>
      </w:pPr>
      <w:r w:rsidRPr="00F6399F">
        <w:rPr>
          <w:sz w:val="20"/>
          <w:szCs w:val="20"/>
        </w:rPr>
        <w:t>&lt;/body&gt;</w:t>
      </w:r>
    </w:p>
    <w:p w14:paraId="3D06AB7D" w14:textId="24CD4708" w:rsidR="00D36633" w:rsidRDefault="00F6399F" w:rsidP="00F6399F">
      <w:r w:rsidRPr="00F6399F">
        <w:rPr>
          <w:sz w:val="20"/>
          <w:szCs w:val="20"/>
        </w:rPr>
        <w:t>&lt;/html&gt;</w:t>
      </w:r>
      <w:r w:rsidR="00DE11DB">
        <w:br/>
      </w:r>
    </w:p>
    <w:p w14:paraId="17D55F9B" w14:textId="77777777" w:rsidR="00F6399F" w:rsidRDefault="00F6399F" w:rsidP="00F6399F"/>
    <w:p w14:paraId="6A7B276A" w14:textId="3FAE795F" w:rsidR="00F6399F" w:rsidRPr="00F6399F" w:rsidRDefault="00F6399F" w:rsidP="00F6399F">
      <w:pPr>
        <w:rPr>
          <w:b/>
          <w:bCs/>
          <w:i/>
          <w:iCs/>
          <w:sz w:val="48"/>
          <w:szCs w:val="48"/>
          <w:u w:val="single"/>
        </w:rPr>
      </w:pPr>
      <w:r w:rsidRPr="00F6399F">
        <w:rPr>
          <w:b/>
          <w:bCs/>
          <w:i/>
          <w:iCs/>
          <w:sz w:val="48"/>
          <w:szCs w:val="48"/>
          <w:u w:val="single"/>
        </w:rPr>
        <w:t>HTML</w:t>
      </w:r>
    </w:p>
    <w:p w14:paraId="19D2A1EF" w14:textId="77777777" w:rsidR="00F6399F" w:rsidRPr="00F6399F" w:rsidRDefault="00F6399F" w:rsidP="00F6399F">
      <w:pPr>
        <w:rPr>
          <w:sz w:val="20"/>
          <w:szCs w:val="20"/>
        </w:rPr>
      </w:pPr>
      <w:r w:rsidRPr="00F6399F">
        <w:rPr>
          <w:sz w:val="20"/>
          <w:szCs w:val="20"/>
        </w:rPr>
        <w:t>&lt;!DOCTYPE html&gt;</w:t>
      </w:r>
    </w:p>
    <w:p w14:paraId="409B111C" w14:textId="77777777" w:rsidR="00F6399F" w:rsidRPr="00F6399F" w:rsidRDefault="00F6399F" w:rsidP="00F6399F">
      <w:pPr>
        <w:rPr>
          <w:sz w:val="20"/>
          <w:szCs w:val="20"/>
        </w:rPr>
      </w:pPr>
      <w:r w:rsidRPr="00F6399F">
        <w:rPr>
          <w:sz w:val="20"/>
          <w:szCs w:val="20"/>
        </w:rPr>
        <w:t>&lt;html lang="</w:t>
      </w:r>
      <w:proofErr w:type="spellStart"/>
      <w:r w:rsidRPr="00F6399F">
        <w:rPr>
          <w:sz w:val="20"/>
          <w:szCs w:val="20"/>
        </w:rPr>
        <w:t>en</w:t>
      </w:r>
      <w:proofErr w:type="spellEnd"/>
      <w:r w:rsidRPr="00F6399F">
        <w:rPr>
          <w:sz w:val="20"/>
          <w:szCs w:val="20"/>
        </w:rPr>
        <w:t>"&gt;</w:t>
      </w:r>
    </w:p>
    <w:p w14:paraId="17EC3D5C" w14:textId="77777777" w:rsidR="00F6399F" w:rsidRPr="00F6399F" w:rsidRDefault="00F6399F" w:rsidP="00F6399F">
      <w:pPr>
        <w:rPr>
          <w:sz w:val="20"/>
          <w:szCs w:val="20"/>
        </w:rPr>
      </w:pPr>
      <w:r w:rsidRPr="00F6399F">
        <w:rPr>
          <w:sz w:val="20"/>
          <w:szCs w:val="20"/>
        </w:rPr>
        <w:t>&lt;head&gt;</w:t>
      </w:r>
    </w:p>
    <w:p w14:paraId="5CFAB242" w14:textId="77777777" w:rsidR="00F6399F" w:rsidRPr="00F6399F" w:rsidRDefault="00F6399F" w:rsidP="00F6399F">
      <w:pPr>
        <w:rPr>
          <w:sz w:val="20"/>
          <w:szCs w:val="20"/>
        </w:rPr>
      </w:pPr>
      <w:r w:rsidRPr="00F6399F">
        <w:rPr>
          <w:sz w:val="20"/>
          <w:szCs w:val="20"/>
        </w:rPr>
        <w:t>&lt;meta charset="UTF-8"&gt;</w:t>
      </w:r>
    </w:p>
    <w:p w14:paraId="189584E4" w14:textId="77777777" w:rsidR="00F6399F" w:rsidRPr="00F6399F" w:rsidRDefault="00F6399F" w:rsidP="00F6399F">
      <w:pPr>
        <w:rPr>
          <w:sz w:val="20"/>
          <w:szCs w:val="20"/>
        </w:rPr>
      </w:pPr>
      <w:r w:rsidRPr="00F6399F">
        <w:rPr>
          <w:sz w:val="20"/>
          <w:szCs w:val="20"/>
        </w:rPr>
        <w:t xml:space="preserve">&lt;link </w:t>
      </w:r>
      <w:proofErr w:type="spellStart"/>
      <w:r w:rsidRPr="00F6399F">
        <w:rPr>
          <w:sz w:val="20"/>
          <w:szCs w:val="20"/>
        </w:rPr>
        <w:t>rel</w:t>
      </w:r>
      <w:proofErr w:type="spellEnd"/>
      <w:r w:rsidRPr="00F6399F">
        <w:rPr>
          <w:sz w:val="20"/>
          <w:szCs w:val="20"/>
        </w:rPr>
        <w:t xml:space="preserve">="stylesheet" </w:t>
      </w:r>
      <w:proofErr w:type="spellStart"/>
      <w:r w:rsidRPr="00F6399F">
        <w:rPr>
          <w:sz w:val="20"/>
          <w:szCs w:val="20"/>
        </w:rPr>
        <w:t>href</w:t>
      </w:r>
      <w:proofErr w:type="spellEnd"/>
      <w:r w:rsidRPr="00F6399F">
        <w:rPr>
          <w:sz w:val="20"/>
          <w:szCs w:val="20"/>
        </w:rPr>
        <w:t>="style.css"&gt;</w:t>
      </w:r>
    </w:p>
    <w:p w14:paraId="3B17DC6B" w14:textId="77777777" w:rsidR="00F6399F" w:rsidRPr="00F6399F" w:rsidRDefault="00F6399F" w:rsidP="00F6399F">
      <w:pPr>
        <w:rPr>
          <w:sz w:val="20"/>
          <w:szCs w:val="20"/>
        </w:rPr>
      </w:pPr>
      <w:r w:rsidRPr="00F6399F">
        <w:rPr>
          <w:sz w:val="20"/>
          <w:szCs w:val="20"/>
        </w:rPr>
        <w:t xml:space="preserve">    &lt;title&gt;</w:t>
      </w:r>
      <w:proofErr w:type="spellStart"/>
      <w:r w:rsidRPr="00F6399F">
        <w:rPr>
          <w:sz w:val="20"/>
          <w:szCs w:val="20"/>
        </w:rPr>
        <w:t>Favourite</w:t>
      </w:r>
      <w:proofErr w:type="spellEnd"/>
      <w:r w:rsidRPr="00F6399F">
        <w:rPr>
          <w:sz w:val="20"/>
          <w:szCs w:val="20"/>
        </w:rPr>
        <w:t xml:space="preserve"> Sports Games&lt;/title&gt;</w:t>
      </w:r>
    </w:p>
    <w:p w14:paraId="1D6FDA8D" w14:textId="77777777" w:rsidR="00F6399F" w:rsidRPr="00F6399F" w:rsidRDefault="00F6399F" w:rsidP="00F6399F">
      <w:pPr>
        <w:rPr>
          <w:sz w:val="20"/>
          <w:szCs w:val="20"/>
        </w:rPr>
      </w:pPr>
      <w:r w:rsidRPr="00F6399F">
        <w:rPr>
          <w:sz w:val="20"/>
          <w:szCs w:val="20"/>
        </w:rPr>
        <w:t>&lt;/head&gt;</w:t>
      </w:r>
    </w:p>
    <w:p w14:paraId="6720195A" w14:textId="77777777" w:rsidR="00F6399F" w:rsidRPr="00F6399F" w:rsidRDefault="00F6399F" w:rsidP="00F6399F">
      <w:pPr>
        <w:rPr>
          <w:sz w:val="20"/>
          <w:szCs w:val="20"/>
        </w:rPr>
      </w:pPr>
      <w:r w:rsidRPr="00F6399F">
        <w:rPr>
          <w:sz w:val="20"/>
          <w:szCs w:val="20"/>
        </w:rPr>
        <w:t>&lt;body class="page2"&gt;</w:t>
      </w:r>
    </w:p>
    <w:p w14:paraId="5579927F" w14:textId="77777777" w:rsidR="00F6399F" w:rsidRPr="00F6399F" w:rsidRDefault="00F6399F" w:rsidP="00F6399F">
      <w:pPr>
        <w:rPr>
          <w:sz w:val="20"/>
          <w:szCs w:val="20"/>
        </w:rPr>
      </w:pPr>
      <w:r w:rsidRPr="00F6399F">
        <w:rPr>
          <w:sz w:val="20"/>
          <w:szCs w:val="20"/>
        </w:rPr>
        <w:t xml:space="preserve">&lt;a </w:t>
      </w:r>
      <w:proofErr w:type="spellStart"/>
      <w:r w:rsidRPr="00F6399F">
        <w:rPr>
          <w:sz w:val="20"/>
          <w:szCs w:val="20"/>
        </w:rPr>
        <w:t>href</w:t>
      </w:r>
      <w:proofErr w:type="spellEnd"/>
      <w:r w:rsidRPr="00F6399F">
        <w:rPr>
          <w:sz w:val="20"/>
          <w:szCs w:val="20"/>
        </w:rPr>
        <w:t>="index.html"&gt;Back&lt;/a&gt;</w:t>
      </w:r>
    </w:p>
    <w:p w14:paraId="33F5F531" w14:textId="77777777" w:rsidR="00F6399F" w:rsidRPr="00F6399F" w:rsidRDefault="00F6399F" w:rsidP="00F6399F">
      <w:pPr>
        <w:rPr>
          <w:sz w:val="20"/>
          <w:szCs w:val="20"/>
        </w:rPr>
      </w:pPr>
      <w:r w:rsidRPr="00F6399F">
        <w:rPr>
          <w:sz w:val="20"/>
          <w:szCs w:val="20"/>
        </w:rPr>
        <w:t>&lt;h1&gt; Most played sports games&lt;/h1&gt;</w:t>
      </w:r>
    </w:p>
    <w:p w14:paraId="7DCC3795" w14:textId="77777777" w:rsidR="00F6399F" w:rsidRPr="00F6399F" w:rsidRDefault="00F6399F" w:rsidP="00F6399F">
      <w:pPr>
        <w:rPr>
          <w:sz w:val="20"/>
          <w:szCs w:val="20"/>
        </w:rPr>
      </w:pPr>
      <w:r w:rsidRPr="00F6399F">
        <w:rPr>
          <w:sz w:val="20"/>
          <w:szCs w:val="20"/>
        </w:rPr>
        <w:t>&lt;h2&gt;Fifa&lt;/h2&gt; &lt;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="images/fifa26.jpg" alt="</w:t>
      </w:r>
      <w:proofErr w:type="spellStart"/>
      <w:r w:rsidRPr="00F6399F">
        <w:rPr>
          <w:sz w:val="20"/>
          <w:szCs w:val="20"/>
        </w:rPr>
        <w:t>fifa</w:t>
      </w:r>
      <w:proofErr w:type="spellEnd"/>
      <w:r w:rsidRPr="00F6399F">
        <w:rPr>
          <w:sz w:val="20"/>
          <w:szCs w:val="20"/>
        </w:rPr>
        <w:t xml:space="preserve">" width="320" height="205" /&gt; &lt;a </w:t>
      </w:r>
      <w:proofErr w:type="spellStart"/>
      <w:r w:rsidRPr="00F6399F">
        <w:rPr>
          <w:sz w:val="20"/>
          <w:szCs w:val="20"/>
        </w:rPr>
        <w:t>href</w:t>
      </w:r>
      <w:proofErr w:type="spellEnd"/>
      <w:r w:rsidRPr="00F6399F">
        <w:rPr>
          <w:sz w:val="20"/>
          <w:szCs w:val="20"/>
        </w:rPr>
        <w:t>="https://www.youtube.com/watch?v=TSi0iJYSQ24"&gt;FIFA26&lt;/a&gt; &lt;</w:t>
      </w:r>
      <w:proofErr w:type="spellStart"/>
      <w:r w:rsidRPr="00F6399F">
        <w:rPr>
          <w:sz w:val="20"/>
          <w:szCs w:val="20"/>
        </w:rPr>
        <w:t>br</w:t>
      </w:r>
      <w:proofErr w:type="spellEnd"/>
      <w:r w:rsidRPr="00F6399F">
        <w:rPr>
          <w:sz w:val="20"/>
          <w:szCs w:val="20"/>
        </w:rPr>
        <w:t>&gt;</w:t>
      </w:r>
    </w:p>
    <w:p w14:paraId="1E7D46B8" w14:textId="77777777" w:rsidR="00F6399F" w:rsidRPr="00F6399F" w:rsidRDefault="00F6399F" w:rsidP="00F6399F">
      <w:pPr>
        <w:rPr>
          <w:sz w:val="20"/>
          <w:szCs w:val="20"/>
        </w:rPr>
      </w:pPr>
      <w:r w:rsidRPr="00F6399F">
        <w:rPr>
          <w:sz w:val="20"/>
          <w:szCs w:val="20"/>
        </w:rPr>
        <w:t>FIFA is the biggest sports game if not also the most played sports game there is in the world, &lt;</w:t>
      </w:r>
      <w:proofErr w:type="spellStart"/>
      <w:r w:rsidRPr="00F6399F">
        <w:rPr>
          <w:sz w:val="20"/>
          <w:szCs w:val="20"/>
        </w:rPr>
        <w:t>br</w:t>
      </w:r>
      <w:proofErr w:type="spellEnd"/>
      <w:r w:rsidRPr="00F6399F">
        <w:rPr>
          <w:sz w:val="20"/>
          <w:szCs w:val="20"/>
        </w:rPr>
        <w:t>&gt;</w:t>
      </w:r>
    </w:p>
    <w:p w14:paraId="470EB06C" w14:textId="77777777" w:rsidR="00F6399F" w:rsidRPr="00F6399F" w:rsidRDefault="00F6399F" w:rsidP="00F6399F">
      <w:pPr>
        <w:rPr>
          <w:sz w:val="20"/>
          <w:szCs w:val="20"/>
        </w:rPr>
      </w:pPr>
      <w:proofErr w:type="gramStart"/>
      <w:r w:rsidRPr="00F6399F">
        <w:rPr>
          <w:sz w:val="20"/>
          <w:szCs w:val="20"/>
        </w:rPr>
        <w:t>you</w:t>
      </w:r>
      <w:proofErr w:type="gramEnd"/>
      <w:r w:rsidRPr="00F6399F">
        <w:rPr>
          <w:sz w:val="20"/>
          <w:szCs w:val="20"/>
        </w:rPr>
        <w:t xml:space="preserve"> might be asking yourself what's so good about this game but let me tell you there is a bunch &lt;</w:t>
      </w:r>
      <w:proofErr w:type="spellStart"/>
      <w:r w:rsidRPr="00F6399F">
        <w:rPr>
          <w:sz w:val="20"/>
          <w:szCs w:val="20"/>
        </w:rPr>
        <w:t>br</w:t>
      </w:r>
      <w:proofErr w:type="spellEnd"/>
      <w:r w:rsidRPr="00F6399F">
        <w:rPr>
          <w:sz w:val="20"/>
          <w:szCs w:val="20"/>
        </w:rPr>
        <w:t>&gt;</w:t>
      </w:r>
    </w:p>
    <w:p w14:paraId="19930630" w14:textId="77777777" w:rsidR="00F6399F" w:rsidRPr="00F6399F" w:rsidRDefault="00F6399F" w:rsidP="00F6399F">
      <w:pPr>
        <w:rPr>
          <w:sz w:val="20"/>
          <w:szCs w:val="20"/>
        </w:rPr>
      </w:pPr>
      <w:r w:rsidRPr="00F6399F">
        <w:rPr>
          <w:sz w:val="20"/>
          <w:szCs w:val="20"/>
        </w:rPr>
        <w:t>of different modes you can play. Starting from Career mode as a player or as a coach you choose so yourself, there is also &lt;</w:t>
      </w:r>
      <w:proofErr w:type="spellStart"/>
      <w:r w:rsidRPr="00F6399F">
        <w:rPr>
          <w:sz w:val="20"/>
          <w:szCs w:val="20"/>
        </w:rPr>
        <w:t>br</w:t>
      </w:r>
      <w:proofErr w:type="spellEnd"/>
      <w:r w:rsidRPr="00F6399F">
        <w:rPr>
          <w:sz w:val="20"/>
          <w:szCs w:val="20"/>
        </w:rPr>
        <w:t>&gt;</w:t>
      </w:r>
    </w:p>
    <w:p w14:paraId="386128F1" w14:textId="77777777" w:rsidR="00F6399F" w:rsidRPr="00F6399F" w:rsidRDefault="00F6399F" w:rsidP="00F6399F">
      <w:pPr>
        <w:rPr>
          <w:sz w:val="20"/>
          <w:szCs w:val="20"/>
        </w:rPr>
      </w:pPr>
      <w:r w:rsidRPr="00F6399F">
        <w:rPr>
          <w:sz w:val="20"/>
          <w:szCs w:val="20"/>
        </w:rPr>
        <w:t>a mode called pro clubs where you create your team invite up to 11 friends to play in the same team against other people online, &lt;</w:t>
      </w:r>
      <w:proofErr w:type="spellStart"/>
      <w:r w:rsidRPr="00F6399F">
        <w:rPr>
          <w:sz w:val="20"/>
          <w:szCs w:val="20"/>
        </w:rPr>
        <w:t>br</w:t>
      </w:r>
      <w:proofErr w:type="spellEnd"/>
      <w:r w:rsidRPr="00F6399F">
        <w:rPr>
          <w:sz w:val="20"/>
          <w:szCs w:val="20"/>
        </w:rPr>
        <w:t>&gt;</w:t>
      </w:r>
    </w:p>
    <w:p w14:paraId="026C86A9" w14:textId="77777777" w:rsidR="00F6399F" w:rsidRPr="00F6399F" w:rsidRDefault="00F6399F" w:rsidP="00F6399F">
      <w:pPr>
        <w:rPr>
          <w:sz w:val="20"/>
          <w:szCs w:val="20"/>
        </w:rPr>
      </w:pPr>
      <w:r w:rsidRPr="00F6399F">
        <w:rPr>
          <w:sz w:val="20"/>
          <w:szCs w:val="20"/>
        </w:rPr>
        <w:t>but that is not the most played mode, the one mode that is the most played is called ultimate team and that is where you start &lt;</w:t>
      </w:r>
      <w:proofErr w:type="spellStart"/>
      <w:r w:rsidRPr="00F6399F">
        <w:rPr>
          <w:sz w:val="20"/>
          <w:szCs w:val="20"/>
        </w:rPr>
        <w:t>br</w:t>
      </w:r>
      <w:proofErr w:type="spellEnd"/>
      <w:r w:rsidRPr="00F6399F">
        <w:rPr>
          <w:sz w:val="20"/>
          <w:szCs w:val="20"/>
        </w:rPr>
        <w:t>&gt;</w:t>
      </w:r>
    </w:p>
    <w:p w14:paraId="1876C475" w14:textId="77777777" w:rsidR="00F6399F" w:rsidRPr="00F6399F" w:rsidRDefault="00F6399F" w:rsidP="00F6399F">
      <w:pPr>
        <w:rPr>
          <w:sz w:val="20"/>
          <w:szCs w:val="20"/>
        </w:rPr>
      </w:pPr>
      <w:r w:rsidRPr="00F6399F">
        <w:rPr>
          <w:sz w:val="20"/>
          <w:szCs w:val="20"/>
        </w:rPr>
        <w:lastRenderedPageBreak/>
        <w:t xml:space="preserve">to build your own team from scratch from playing against other people online and by winning matches you gain </w:t>
      </w:r>
      <w:proofErr w:type="spellStart"/>
      <w:r w:rsidRPr="00F6399F">
        <w:rPr>
          <w:sz w:val="20"/>
          <w:szCs w:val="20"/>
        </w:rPr>
        <w:t>xp</w:t>
      </w:r>
      <w:proofErr w:type="spellEnd"/>
      <w:r w:rsidRPr="00F6399F">
        <w:rPr>
          <w:sz w:val="20"/>
          <w:szCs w:val="20"/>
        </w:rPr>
        <w:t>, coins and packs, &lt;</w:t>
      </w:r>
      <w:proofErr w:type="spellStart"/>
      <w:r w:rsidRPr="00F6399F">
        <w:rPr>
          <w:sz w:val="20"/>
          <w:szCs w:val="20"/>
        </w:rPr>
        <w:t>br</w:t>
      </w:r>
      <w:proofErr w:type="spellEnd"/>
      <w:r w:rsidRPr="00F6399F">
        <w:rPr>
          <w:sz w:val="20"/>
          <w:szCs w:val="20"/>
        </w:rPr>
        <w:t>&gt;</w:t>
      </w:r>
    </w:p>
    <w:p w14:paraId="1F5B85CA" w14:textId="77777777" w:rsidR="00F6399F" w:rsidRPr="00F6399F" w:rsidRDefault="00F6399F" w:rsidP="00F6399F">
      <w:pPr>
        <w:rPr>
          <w:sz w:val="20"/>
          <w:szCs w:val="20"/>
        </w:rPr>
      </w:pPr>
      <w:r w:rsidRPr="00F6399F">
        <w:rPr>
          <w:sz w:val="20"/>
          <w:szCs w:val="20"/>
        </w:rPr>
        <w:t>and by doing so you unlock new players when opening packs or when buying new players from the transfer market. &lt;p&gt;</w:t>
      </w:r>
    </w:p>
    <w:p w14:paraId="1528533A" w14:textId="77777777" w:rsidR="00F6399F" w:rsidRPr="00F6399F" w:rsidRDefault="00F6399F" w:rsidP="00F6399F">
      <w:pPr>
        <w:rPr>
          <w:sz w:val="20"/>
          <w:szCs w:val="20"/>
        </w:rPr>
      </w:pPr>
      <w:r w:rsidRPr="00F6399F">
        <w:rPr>
          <w:sz w:val="20"/>
          <w:szCs w:val="20"/>
        </w:rPr>
        <w:t>&lt;h2&gt;</w:t>
      </w:r>
      <w:proofErr w:type="spellStart"/>
      <w:r w:rsidRPr="00F6399F">
        <w:rPr>
          <w:sz w:val="20"/>
          <w:szCs w:val="20"/>
        </w:rPr>
        <w:t>Nba</w:t>
      </w:r>
      <w:proofErr w:type="spellEnd"/>
      <w:r w:rsidRPr="00F6399F">
        <w:rPr>
          <w:sz w:val="20"/>
          <w:szCs w:val="20"/>
        </w:rPr>
        <w:t>&lt;/h2&gt; &lt;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 xml:space="preserve">="images/nba2k26.webp" alt="nba2k26" width="320" height="205" /&gt; &lt;a </w:t>
      </w:r>
      <w:proofErr w:type="spellStart"/>
      <w:r w:rsidRPr="00F6399F">
        <w:rPr>
          <w:sz w:val="20"/>
          <w:szCs w:val="20"/>
        </w:rPr>
        <w:t>href</w:t>
      </w:r>
      <w:proofErr w:type="spellEnd"/>
      <w:r w:rsidRPr="00F6399F">
        <w:rPr>
          <w:sz w:val="20"/>
          <w:szCs w:val="20"/>
        </w:rPr>
        <w:t>="https://www.youtube.com/watch?v=Mh57YWNaQC4"&gt;NBA2K26&lt;/a&gt; &lt;</w:t>
      </w:r>
      <w:proofErr w:type="spellStart"/>
      <w:r w:rsidRPr="00F6399F">
        <w:rPr>
          <w:sz w:val="20"/>
          <w:szCs w:val="20"/>
        </w:rPr>
        <w:t>br</w:t>
      </w:r>
      <w:proofErr w:type="spellEnd"/>
      <w:r w:rsidRPr="00F6399F">
        <w:rPr>
          <w:sz w:val="20"/>
          <w:szCs w:val="20"/>
        </w:rPr>
        <w:t>&gt;</w:t>
      </w:r>
    </w:p>
    <w:p w14:paraId="470D9E6E" w14:textId="77777777" w:rsidR="00F6399F" w:rsidRPr="00F6399F" w:rsidRDefault="00F6399F" w:rsidP="00F6399F">
      <w:pPr>
        <w:rPr>
          <w:sz w:val="20"/>
          <w:szCs w:val="20"/>
        </w:rPr>
      </w:pPr>
      <w:r w:rsidRPr="00F6399F">
        <w:rPr>
          <w:sz w:val="20"/>
          <w:szCs w:val="20"/>
        </w:rPr>
        <w:t xml:space="preserve">NBA is also </w:t>
      </w:r>
      <w:proofErr w:type="gramStart"/>
      <w:r w:rsidRPr="00F6399F">
        <w:rPr>
          <w:sz w:val="20"/>
          <w:szCs w:val="20"/>
        </w:rPr>
        <w:t>pretty similar</w:t>
      </w:r>
      <w:proofErr w:type="gramEnd"/>
      <w:r w:rsidRPr="00F6399F">
        <w:rPr>
          <w:sz w:val="20"/>
          <w:szCs w:val="20"/>
        </w:rPr>
        <w:t xml:space="preserve"> to FIFA but instead of playing with your feet you play with your hands(basketball) &lt;</w:t>
      </w:r>
      <w:proofErr w:type="spellStart"/>
      <w:r w:rsidRPr="00F6399F">
        <w:rPr>
          <w:sz w:val="20"/>
          <w:szCs w:val="20"/>
        </w:rPr>
        <w:t>br</w:t>
      </w:r>
      <w:proofErr w:type="spellEnd"/>
      <w:r w:rsidRPr="00F6399F">
        <w:rPr>
          <w:sz w:val="20"/>
          <w:szCs w:val="20"/>
        </w:rPr>
        <w:t>&gt;</w:t>
      </w:r>
    </w:p>
    <w:p w14:paraId="7083AAF0" w14:textId="77777777" w:rsidR="00F6399F" w:rsidRPr="00F6399F" w:rsidRDefault="00F6399F" w:rsidP="00F6399F">
      <w:pPr>
        <w:rPr>
          <w:sz w:val="20"/>
          <w:szCs w:val="20"/>
        </w:rPr>
      </w:pPr>
      <w:proofErr w:type="gramStart"/>
      <w:r w:rsidRPr="00F6399F">
        <w:rPr>
          <w:sz w:val="20"/>
          <w:szCs w:val="20"/>
        </w:rPr>
        <w:t>there</w:t>
      </w:r>
      <w:proofErr w:type="gramEnd"/>
      <w:r w:rsidRPr="00F6399F">
        <w:rPr>
          <w:sz w:val="20"/>
          <w:szCs w:val="20"/>
        </w:rPr>
        <w:t xml:space="preserve"> is a mode where you create your own character and upgrade your character </w:t>
      </w:r>
      <w:proofErr w:type="gramStart"/>
      <w:r w:rsidRPr="00F6399F">
        <w:rPr>
          <w:sz w:val="20"/>
          <w:szCs w:val="20"/>
        </w:rPr>
        <w:t>stats</w:t>
      </w:r>
      <w:proofErr w:type="gramEnd"/>
      <w:r w:rsidRPr="00F6399F">
        <w:rPr>
          <w:sz w:val="20"/>
          <w:szCs w:val="20"/>
        </w:rPr>
        <w:t xml:space="preserve"> by winning against other people </w:t>
      </w:r>
      <w:proofErr w:type="gramStart"/>
      <w:r w:rsidRPr="00F6399F">
        <w:rPr>
          <w:sz w:val="20"/>
          <w:szCs w:val="20"/>
        </w:rPr>
        <w:t>online,&lt;</w:t>
      </w:r>
      <w:proofErr w:type="spellStart"/>
      <w:proofErr w:type="gramEnd"/>
      <w:r w:rsidRPr="00F6399F">
        <w:rPr>
          <w:sz w:val="20"/>
          <w:szCs w:val="20"/>
        </w:rPr>
        <w:t>br</w:t>
      </w:r>
      <w:proofErr w:type="spellEnd"/>
      <w:r w:rsidRPr="00F6399F">
        <w:rPr>
          <w:sz w:val="20"/>
          <w:szCs w:val="20"/>
        </w:rPr>
        <w:t>&gt;</w:t>
      </w:r>
    </w:p>
    <w:p w14:paraId="0641B63F" w14:textId="77777777" w:rsidR="00F6399F" w:rsidRPr="00F6399F" w:rsidRDefault="00F6399F" w:rsidP="00F6399F">
      <w:pPr>
        <w:rPr>
          <w:sz w:val="20"/>
          <w:szCs w:val="20"/>
        </w:rPr>
      </w:pPr>
      <w:r w:rsidRPr="00F6399F">
        <w:rPr>
          <w:sz w:val="20"/>
          <w:szCs w:val="20"/>
        </w:rPr>
        <w:t xml:space="preserve"> pretty similar </w:t>
      </w:r>
      <w:proofErr w:type="gramStart"/>
      <w:r w:rsidRPr="00F6399F">
        <w:rPr>
          <w:sz w:val="20"/>
          <w:szCs w:val="20"/>
        </w:rPr>
        <w:t>you</w:t>
      </w:r>
      <w:proofErr w:type="gramEnd"/>
      <w:r w:rsidRPr="00F6399F">
        <w:rPr>
          <w:sz w:val="20"/>
          <w:szCs w:val="20"/>
        </w:rPr>
        <w:t xml:space="preserve"> see? </w:t>
      </w:r>
      <w:proofErr w:type="gramStart"/>
      <w:r w:rsidRPr="00F6399F">
        <w:rPr>
          <w:sz w:val="20"/>
          <w:szCs w:val="20"/>
        </w:rPr>
        <w:t>you</w:t>
      </w:r>
      <w:proofErr w:type="gramEnd"/>
      <w:r w:rsidRPr="00F6399F">
        <w:rPr>
          <w:sz w:val="20"/>
          <w:szCs w:val="20"/>
        </w:rPr>
        <w:t xml:space="preserve"> can either play solos, duos trios or even full court(5v5), and what's funnier is there is also &lt;</w:t>
      </w:r>
      <w:proofErr w:type="spellStart"/>
      <w:r w:rsidRPr="00F6399F">
        <w:rPr>
          <w:sz w:val="20"/>
          <w:szCs w:val="20"/>
        </w:rPr>
        <w:t>br</w:t>
      </w:r>
      <w:proofErr w:type="spellEnd"/>
      <w:r w:rsidRPr="00F6399F">
        <w:rPr>
          <w:sz w:val="20"/>
          <w:szCs w:val="20"/>
        </w:rPr>
        <w:t>&gt;</w:t>
      </w:r>
    </w:p>
    <w:p w14:paraId="21F94882" w14:textId="77777777" w:rsidR="00F6399F" w:rsidRPr="00F6399F" w:rsidRDefault="00F6399F" w:rsidP="00F6399F">
      <w:pPr>
        <w:rPr>
          <w:sz w:val="20"/>
          <w:szCs w:val="20"/>
        </w:rPr>
      </w:pPr>
      <w:r w:rsidRPr="00F6399F">
        <w:rPr>
          <w:sz w:val="20"/>
          <w:szCs w:val="20"/>
        </w:rPr>
        <w:t xml:space="preserve"> a mode on NBA that is called my team, very similar to FIFA'S ultimate team, you do the exact same thing, you win games you gain &lt;</w:t>
      </w:r>
      <w:proofErr w:type="spellStart"/>
      <w:r w:rsidRPr="00F6399F">
        <w:rPr>
          <w:sz w:val="20"/>
          <w:szCs w:val="20"/>
        </w:rPr>
        <w:t>br</w:t>
      </w:r>
      <w:proofErr w:type="spellEnd"/>
      <w:r w:rsidRPr="00F6399F">
        <w:rPr>
          <w:sz w:val="20"/>
          <w:szCs w:val="20"/>
        </w:rPr>
        <w:t>&gt;</w:t>
      </w:r>
    </w:p>
    <w:p w14:paraId="735F70D9" w14:textId="77777777" w:rsidR="00F6399F" w:rsidRPr="00F6399F" w:rsidRDefault="00F6399F" w:rsidP="00F6399F">
      <w:pPr>
        <w:rPr>
          <w:sz w:val="20"/>
          <w:szCs w:val="20"/>
        </w:rPr>
      </w:pPr>
      <w:r w:rsidRPr="00F6399F">
        <w:rPr>
          <w:sz w:val="20"/>
          <w:szCs w:val="20"/>
        </w:rPr>
        <w:t xml:space="preserve"> </w:t>
      </w:r>
      <w:proofErr w:type="spellStart"/>
      <w:r w:rsidRPr="00F6399F">
        <w:rPr>
          <w:sz w:val="20"/>
          <w:szCs w:val="20"/>
        </w:rPr>
        <w:t>xp</w:t>
      </w:r>
      <w:proofErr w:type="spellEnd"/>
      <w:r w:rsidRPr="00F6399F">
        <w:rPr>
          <w:sz w:val="20"/>
          <w:szCs w:val="20"/>
        </w:rPr>
        <w:t>, coins and packs and it just goes on and on, and with that you take your team to a whole other level to compete with much better opponents. &lt;p&gt;</w:t>
      </w:r>
    </w:p>
    <w:p w14:paraId="2F793BEE" w14:textId="77777777" w:rsidR="00F6399F" w:rsidRPr="00F6399F" w:rsidRDefault="00F6399F" w:rsidP="00F6399F">
      <w:pPr>
        <w:rPr>
          <w:sz w:val="20"/>
          <w:szCs w:val="20"/>
        </w:rPr>
      </w:pPr>
      <w:r w:rsidRPr="00F6399F">
        <w:rPr>
          <w:sz w:val="20"/>
          <w:szCs w:val="20"/>
        </w:rPr>
        <w:t>&lt;h2&gt;WWE&lt;/h2&gt; &lt;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 xml:space="preserve">="images/wwe2k26.jpg" alt="wwe2k26" width="320" height="205" /&gt; &lt;a </w:t>
      </w:r>
      <w:proofErr w:type="spellStart"/>
      <w:r w:rsidRPr="00F6399F">
        <w:rPr>
          <w:sz w:val="20"/>
          <w:szCs w:val="20"/>
        </w:rPr>
        <w:t>href</w:t>
      </w:r>
      <w:proofErr w:type="spellEnd"/>
      <w:r w:rsidRPr="00F6399F">
        <w:rPr>
          <w:sz w:val="20"/>
          <w:szCs w:val="20"/>
        </w:rPr>
        <w:t>="https://www.youtube.com/watch?v=oYd6rXOrz7E"&gt;WWE2K26&lt;/a&gt; &lt;</w:t>
      </w:r>
      <w:proofErr w:type="spellStart"/>
      <w:r w:rsidRPr="00F6399F">
        <w:rPr>
          <w:sz w:val="20"/>
          <w:szCs w:val="20"/>
        </w:rPr>
        <w:t>br</w:t>
      </w:r>
      <w:proofErr w:type="spellEnd"/>
      <w:r w:rsidRPr="00F6399F">
        <w:rPr>
          <w:sz w:val="20"/>
          <w:szCs w:val="20"/>
        </w:rPr>
        <w:t>&gt;</w:t>
      </w:r>
    </w:p>
    <w:p w14:paraId="58FCE01E" w14:textId="77777777" w:rsidR="00F6399F" w:rsidRPr="00F6399F" w:rsidRDefault="00F6399F" w:rsidP="00F6399F">
      <w:pPr>
        <w:rPr>
          <w:sz w:val="20"/>
          <w:szCs w:val="20"/>
        </w:rPr>
      </w:pPr>
      <w:r w:rsidRPr="00F6399F">
        <w:rPr>
          <w:sz w:val="20"/>
          <w:szCs w:val="20"/>
        </w:rPr>
        <w:t>WWE is a very fun game where you fight each other with Wrestling characters and there is also a bunch of mode where you can &lt;</w:t>
      </w:r>
      <w:proofErr w:type="spellStart"/>
      <w:r w:rsidRPr="00F6399F">
        <w:rPr>
          <w:sz w:val="20"/>
          <w:szCs w:val="20"/>
        </w:rPr>
        <w:t>br</w:t>
      </w:r>
      <w:proofErr w:type="spellEnd"/>
      <w:r w:rsidRPr="00F6399F">
        <w:rPr>
          <w:sz w:val="20"/>
          <w:szCs w:val="20"/>
        </w:rPr>
        <w:t>&gt;</w:t>
      </w:r>
    </w:p>
    <w:p w14:paraId="782EC3C0" w14:textId="77777777" w:rsidR="00F6399F" w:rsidRPr="00F6399F" w:rsidRDefault="00F6399F" w:rsidP="00F6399F">
      <w:pPr>
        <w:rPr>
          <w:sz w:val="20"/>
          <w:szCs w:val="20"/>
        </w:rPr>
      </w:pPr>
      <w:r w:rsidRPr="00F6399F">
        <w:rPr>
          <w:sz w:val="20"/>
          <w:szCs w:val="20"/>
        </w:rPr>
        <w:t>choose from there is career mode, there is an online mode with more than 50 different modes too, starting with royal rumble &lt;</w:t>
      </w:r>
      <w:proofErr w:type="spellStart"/>
      <w:r w:rsidRPr="00F6399F">
        <w:rPr>
          <w:sz w:val="20"/>
          <w:szCs w:val="20"/>
        </w:rPr>
        <w:t>br</w:t>
      </w:r>
      <w:proofErr w:type="spellEnd"/>
      <w:r w:rsidRPr="00F6399F">
        <w:rPr>
          <w:sz w:val="20"/>
          <w:szCs w:val="20"/>
        </w:rPr>
        <w:t xml:space="preserve">&gt; </w:t>
      </w:r>
    </w:p>
    <w:p w14:paraId="35188952" w14:textId="77777777" w:rsidR="00F6399F" w:rsidRPr="00F6399F" w:rsidRDefault="00F6399F" w:rsidP="00F6399F">
      <w:pPr>
        <w:rPr>
          <w:sz w:val="20"/>
          <w:szCs w:val="20"/>
        </w:rPr>
      </w:pPr>
      <w:r w:rsidRPr="00F6399F">
        <w:rPr>
          <w:sz w:val="20"/>
          <w:szCs w:val="20"/>
        </w:rPr>
        <w:t>meaning every 1 minute a new character goes in the ring and there is an option where you can choose if it goes up to 10,20 or 30 &lt;</w:t>
      </w:r>
      <w:proofErr w:type="spellStart"/>
      <w:r w:rsidRPr="00F6399F">
        <w:rPr>
          <w:sz w:val="20"/>
          <w:szCs w:val="20"/>
        </w:rPr>
        <w:t>br</w:t>
      </w:r>
      <w:proofErr w:type="spellEnd"/>
      <w:r w:rsidRPr="00F6399F">
        <w:rPr>
          <w:sz w:val="20"/>
          <w:szCs w:val="20"/>
        </w:rPr>
        <w:t>&gt;</w:t>
      </w:r>
    </w:p>
    <w:p w14:paraId="0958F046" w14:textId="77777777" w:rsidR="00F6399F" w:rsidRPr="00F6399F" w:rsidRDefault="00F6399F" w:rsidP="00F6399F">
      <w:pPr>
        <w:rPr>
          <w:sz w:val="20"/>
          <w:szCs w:val="20"/>
        </w:rPr>
      </w:pPr>
      <w:r w:rsidRPr="00F6399F">
        <w:rPr>
          <w:sz w:val="20"/>
          <w:szCs w:val="20"/>
        </w:rPr>
        <w:t>wrestlers, there is one called tag team so 2 wrestlers fight each other inside the ring whilst 2 other wrestlers stay outside the ring &lt;</w:t>
      </w:r>
      <w:proofErr w:type="spellStart"/>
      <w:r w:rsidRPr="00F6399F">
        <w:rPr>
          <w:sz w:val="20"/>
          <w:szCs w:val="20"/>
        </w:rPr>
        <w:t>br</w:t>
      </w:r>
      <w:proofErr w:type="spellEnd"/>
      <w:r w:rsidRPr="00F6399F">
        <w:rPr>
          <w:sz w:val="20"/>
          <w:szCs w:val="20"/>
        </w:rPr>
        <w:t>&gt;</w:t>
      </w:r>
    </w:p>
    <w:p w14:paraId="34066CF8" w14:textId="77777777" w:rsidR="00F6399F" w:rsidRPr="00F6399F" w:rsidRDefault="00F6399F" w:rsidP="00F6399F">
      <w:pPr>
        <w:rPr>
          <w:sz w:val="20"/>
          <w:szCs w:val="20"/>
        </w:rPr>
      </w:pPr>
      <w:r w:rsidRPr="00F6399F">
        <w:rPr>
          <w:sz w:val="20"/>
          <w:szCs w:val="20"/>
        </w:rPr>
        <w:t xml:space="preserve"> </w:t>
      </w:r>
      <w:proofErr w:type="gramStart"/>
      <w:r w:rsidRPr="00F6399F">
        <w:rPr>
          <w:sz w:val="20"/>
          <w:szCs w:val="20"/>
        </w:rPr>
        <w:t>waiting</w:t>
      </w:r>
      <w:proofErr w:type="gramEnd"/>
      <w:r w:rsidRPr="00F6399F">
        <w:rPr>
          <w:sz w:val="20"/>
          <w:szCs w:val="20"/>
        </w:rPr>
        <w:t xml:space="preserve"> to be </w:t>
      </w:r>
      <w:proofErr w:type="spellStart"/>
      <w:r w:rsidRPr="00F6399F">
        <w:rPr>
          <w:sz w:val="20"/>
          <w:szCs w:val="20"/>
        </w:rPr>
        <w:t>taged</w:t>
      </w:r>
      <w:proofErr w:type="spellEnd"/>
      <w:r w:rsidRPr="00F6399F">
        <w:rPr>
          <w:sz w:val="20"/>
          <w:szCs w:val="20"/>
        </w:rPr>
        <w:t xml:space="preserve"> in if needed, it is a very good game for people that like violence but not </w:t>
      </w:r>
      <w:proofErr w:type="spellStart"/>
      <w:r w:rsidRPr="00F6399F">
        <w:rPr>
          <w:sz w:val="20"/>
          <w:szCs w:val="20"/>
        </w:rPr>
        <w:t>exagerated</w:t>
      </w:r>
      <w:proofErr w:type="spellEnd"/>
      <w:r w:rsidRPr="00F6399F">
        <w:rPr>
          <w:sz w:val="20"/>
          <w:szCs w:val="20"/>
        </w:rPr>
        <w:t xml:space="preserve"> </w:t>
      </w:r>
      <w:proofErr w:type="gramStart"/>
      <w:r w:rsidRPr="00F6399F">
        <w:rPr>
          <w:sz w:val="20"/>
          <w:szCs w:val="20"/>
        </w:rPr>
        <w:t>meaning</w:t>
      </w:r>
      <w:proofErr w:type="gramEnd"/>
      <w:r w:rsidRPr="00F6399F">
        <w:rPr>
          <w:sz w:val="20"/>
          <w:szCs w:val="20"/>
        </w:rPr>
        <w:t xml:space="preserve"> not too sensitive, &lt;</w:t>
      </w:r>
      <w:proofErr w:type="spellStart"/>
      <w:r w:rsidRPr="00F6399F">
        <w:rPr>
          <w:sz w:val="20"/>
          <w:szCs w:val="20"/>
        </w:rPr>
        <w:t>br</w:t>
      </w:r>
      <w:proofErr w:type="spellEnd"/>
      <w:r w:rsidRPr="00F6399F">
        <w:rPr>
          <w:sz w:val="20"/>
          <w:szCs w:val="20"/>
        </w:rPr>
        <w:t>&gt;</w:t>
      </w:r>
    </w:p>
    <w:p w14:paraId="758F4121" w14:textId="77777777" w:rsidR="00F6399F" w:rsidRPr="00F6399F" w:rsidRDefault="00F6399F" w:rsidP="00F6399F">
      <w:pPr>
        <w:rPr>
          <w:sz w:val="20"/>
          <w:szCs w:val="20"/>
        </w:rPr>
      </w:pPr>
      <w:r w:rsidRPr="00F6399F">
        <w:rPr>
          <w:sz w:val="20"/>
          <w:szCs w:val="20"/>
        </w:rPr>
        <w:t xml:space="preserve"> </w:t>
      </w:r>
      <w:proofErr w:type="gramStart"/>
      <w:r w:rsidRPr="00F6399F">
        <w:rPr>
          <w:sz w:val="20"/>
          <w:szCs w:val="20"/>
        </w:rPr>
        <w:t>it</w:t>
      </w:r>
      <w:proofErr w:type="gramEnd"/>
      <w:r w:rsidRPr="00F6399F">
        <w:rPr>
          <w:sz w:val="20"/>
          <w:szCs w:val="20"/>
        </w:rPr>
        <w:t xml:space="preserve"> is very </w:t>
      </w:r>
      <w:proofErr w:type="gramStart"/>
      <w:r w:rsidRPr="00F6399F">
        <w:rPr>
          <w:sz w:val="20"/>
          <w:szCs w:val="20"/>
        </w:rPr>
        <w:t>much</w:t>
      </w:r>
      <w:proofErr w:type="gramEnd"/>
      <w:r w:rsidRPr="00F6399F">
        <w:rPr>
          <w:sz w:val="20"/>
          <w:szCs w:val="20"/>
        </w:rPr>
        <w:t xml:space="preserve"> recommended to try out this game at least once in your life. &lt;p&gt;</w:t>
      </w:r>
    </w:p>
    <w:p w14:paraId="13C2836E" w14:textId="77777777" w:rsidR="00F6399F" w:rsidRPr="00F6399F" w:rsidRDefault="00F6399F" w:rsidP="00F6399F">
      <w:pPr>
        <w:rPr>
          <w:sz w:val="20"/>
          <w:szCs w:val="20"/>
        </w:rPr>
      </w:pPr>
      <w:r w:rsidRPr="00F6399F">
        <w:rPr>
          <w:sz w:val="20"/>
          <w:szCs w:val="20"/>
        </w:rPr>
        <w:t>&lt;h2&gt; Rocket League&lt;/h2&gt; &lt;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 xml:space="preserve">="images/rocketleague.jpg" alt="rocket" width="320" height="205" /&gt; &lt;a </w:t>
      </w:r>
      <w:proofErr w:type="spellStart"/>
      <w:r w:rsidRPr="00F6399F">
        <w:rPr>
          <w:sz w:val="20"/>
          <w:szCs w:val="20"/>
        </w:rPr>
        <w:t>href</w:t>
      </w:r>
      <w:proofErr w:type="spellEnd"/>
      <w:r w:rsidRPr="00F6399F">
        <w:rPr>
          <w:sz w:val="20"/>
          <w:szCs w:val="20"/>
        </w:rPr>
        <w:t>="https://www.youtube.com/watch?v=SgSX3gOrj60"&gt;ROCKET LEAGUE&lt;/a&gt; &lt;</w:t>
      </w:r>
      <w:proofErr w:type="spellStart"/>
      <w:r w:rsidRPr="00F6399F">
        <w:rPr>
          <w:sz w:val="20"/>
          <w:szCs w:val="20"/>
        </w:rPr>
        <w:t>br</w:t>
      </w:r>
      <w:proofErr w:type="spellEnd"/>
      <w:r w:rsidRPr="00F6399F">
        <w:rPr>
          <w:sz w:val="20"/>
          <w:szCs w:val="20"/>
        </w:rPr>
        <w:t>&gt;</w:t>
      </w:r>
    </w:p>
    <w:p w14:paraId="2838D0EE" w14:textId="77777777" w:rsidR="00F6399F" w:rsidRPr="00F6399F" w:rsidRDefault="00F6399F" w:rsidP="00F6399F">
      <w:pPr>
        <w:rPr>
          <w:sz w:val="20"/>
          <w:szCs w:val="20"/>
        </w:rPr>
      </w:pPr>
      <w:r w:rsidRPr="00F6399F">
        <w:rPr>
          <w:sz w:val="20"/>
          <w:szCs w:val="20"/>
        </w:rPr>
        <w:t>Rocket League is a quick and very fun game that mixes football with cars, instead of people you control cars that can &lt;</w:t>
      </w:r>
      <w:proofErr w:type="spellStart"/>
      <w:r w:rsidRPr="00F6399F">
        <w:rPr>
          <w:sz w:val="20"/>
          <w:szCs w:val="20"/>
        </w:rPr>
        <w:t>br</w:t>
      </w:r>
      <w:proofErr w:type="spellEnd"/>
      <w:r w:rsidRPr="00F6399F">
        <w:rPr>
          <w:sz w:val="20"/>
          <w:szCs w:val="20"/>
        </w:rPr>
        <w:t>&gt;</w:t>
      </w:r>
    </w:p>
    <w:p w14:paraId="26B3F641" w14:textId="77777777" w:rsidR="00F6399F" w:rsidRPr="00F6399F" w:rsidRDefault="00F6399F" w:rsidP="00F6399F">
      <w:pPr>
        <w:rPr>
          <w:sz w:val="20"/>
          <w:szCs w:val="20"/>
        </w:rPr>
      </w:pPr>
      <w:r w:rsidRPr="00F6399F">
        <w:rPr>
          <w:sz w:val="20"/>
          <w:szCs w:val="20"/>
        </w:rPr>
        <w:lastRenderedPageBreak/>
        <w:t xml:space="preserve">jump, boost and even fly to hit a big ball into the other team's net. The games are </w:t>
      </w:r>
      <w:proofErr w:type="gramStart"/>
      <w:r w:rsidRPr="00F6399F">
        <w:rPr>
          <w:sz w:val="20"/>
          <w:szCs w:val="20"/>
        </w:rPr>
        <w:t>pretty short</w:t>
      </w:r>
      <w:proofErr w:type="gramEnd"/>
      <w:r w:rsidRPr="00F6399F">
        <w:rPr>
          <w:sz w:val="20"/>
          <w:szCs w:val="20"/>
        </w:rPr>
        <w:t xml:space="preserve"> 5 minutes each &lt;</w:t>
      </w:r>
      <w:proofErr w:type="spellStart"/>
      <w:r w:rsidRPr="00F6399F">
        <w:rPr>
          <w:sz w:val="20"/>
          <w:szCs w:val="20"/>
        </w:rPr>
        <w:t>br</w:t>
      </w:r>
      <w:proofErr w:type="spellEnd"/>
      <w:r w:rsidRPr="00F6399F">
        <w:rPr>
          <w:sz w:val="20"/>
          <w:szCs w:val="20"/>
        </w:rPr>
        <w:t>&gt;</w:t>
      </w:r>
    </w:p>
    <w:p w14:paraId="60FAF381" w14:textId="77777777" w:rsidR="00F6399F" w:rsidRPr="00F6399F" w:rsidRDefault="00F6399F" w:rsidP="00F6399F">
      <w:pPr>
        <w:rPr>
          <w:sz w:val="20"/>
          <w:szCs w:val="20"/>
        </w:rPr>
      </w:pPr>
      <w:r w:rsidRPr="00F6399F">
        <w:rPr>
          <w:sz w:val="20"/>
          <w:szCs w:val="20"/>
        </w:rPr>
        <w:t>but with every goal the time stops for a while and then it starts ticking again after the replay. &lt;</w:t>
      </w:r>
      <w:proofErr w:type="spellStart"/>
      <w:r w:rsidRPr="00F6399F">
        <w:rPr>
          <w:sz w:val="20"/>
          <w:szCs w:val="20"/>
        </w:rPr>
        <w:t>br</w:t>
      </w:r>
      <w:proofErr w:type="spellEnd"/>
      <w:r w:rsidRPr="00F6399F">
        <w:rPr>
          <w:sz w:val="20"/>
          <w:szCs w:val="20"/>
        </w:rPr>
        <w:t>&gt;</w:t>
      </w:r>
    </w:p>
    <w:p w14:paraId="165C782E" w14:textId="77777777" w:rsidR="00F6399F" w:rsidRPr="00F6399F" w:rsidRDefault="00F6399F" w:rsidP="00F6399F">
      <w:pPr>
        <w:rPr>
          <w:sz w:val="20"/>
          <w:szCs w:val="20"/>
        </w:rPr>
      </w:pPr>
      <w:proofErr w:type="gramStart"/>
      <w:r w:rsidRPr="00F6399F">
        <w:rPr>
          <w:sz w:val="20"/>
          <w:szCs w:val="20"/>
        </w:rPr>
        <w:t>the</w:t>
      </w:r>
      <w:proofErr w:type="gramEnd"/>
      <w:r w:rsidRPr="00F6399F">
        <w:rPr>
          <w:sz w:val="20"/>
          <w:szCs w:val="20"/>
        </w:rPr>
        <w:t xml:space="preserve"> game is very </w:t>
      </w:r>
      <w:proofErr w:type="spellStart"/>
      <w:r w:rsidRPr="00F6399F">
        <w:rPr>
          <w:sz w:val="20"/>
          <w:szCs w:val="20"/>
        </w:rPr>
        <w:t>very</w:t>
      </w:r>
      <w:proofErr w:type="spellEnd"/>
      <w:r w:rsidRPr="00F6399F">
        <w:rPr>
          <w:sz w:val="20"/>
          <w:szCs w:val="20"/>
        </w:rPr>
        <w:t xml:space="preserve"> hard to get good at, you need to put in hours into the game to be able to make &lt;</w:t>
      </w:r>
      <w:proofErr w:type="spellStart"/>
      <w:r w:rsidRPr="00F6399F">
        <w:rPr>
          <w:sz w:val="20"/>
          <w:szCs w:val="20"/>
        </w:rPr>
        <w:t>br</w:t>
      </w:r>
      <w:proofErr w:type="spellEnd"/>
      <w:r w:rsidRPr="00F6399F">
        <w:rPr>
          <w:sz w:val="20"/>
          <w:szCs w:val="20"/>
        </w:rPr>
        <w:t>&gt;</w:t>
      </w:r>
    </w:p>
    <w:p w14:paraId="747B27CB" w14:textId="77777777" w:rsidR="00F6399F" w:rsidRPr="00F6399F" w:rsidRDefault="00F6399F" w:rsidP="00F6399F">
      <w:pPr>
        <w:rPr>
          <w:sz w:val="20"/>
          <w:szCs w:val="20"/>
        </w:rPr>
      </w:pPr>
      <w:r w:rsidRPr="00F6399F">
        <w:rPr>
          <w:sz w:val="20"/>
          <w:szCs w:val="20"/>
        </w:rPr>
        <w:t>a very good improvement. &lt;p&gt;</w:t>
      </w:r>
    </w:p>
    <w:p w14:paraId="33B28198" w14:textId="77777777" w:rsidR="00F6399F" w:rsidRPr="00F6399F" w:rsidRDefault="00F6399F" w:rsidP="00F6399F">
      <w:pPr>
        <w:rPr>
          <w:sz w:val="20"/>
          <w:szCs w:val="20"/>
        </w:rPr>
      </w:pPr>
      <w:r w:rsidRPr="00F6399F">
        <w:rPr>
          <w:sz w:val="20"/>
          <w:szCs w:val="20"/>
        </w:rPr>
        <w:t>&lt;p&gt;&lt;/p&gt;</w:t>
      </w:r>
    </w:p>
    <w:p w14:paraId="62227EF5" w14:textId="77777777" w:rsidR="00F6399F" w:rsidRPr="00F6399F" w:rsidRDefault="00F6399F" w:rsidP="00F6399F">
      <w:pPr>
        <w:rPr>
          <w:sz w:val="20"/>
          <w:szCs w:val="20"/>
        </w:rPr>
      </w:pPr>
      <w:r w:rsidRPr="00F6399F">
        <w:rPr>
          <w:sz w:val="20"/>
          <w:szCs w:val="20"/>
        </w:rPr>
        <w:t>&lt;/body&gt;</w:t>
      </w:r>
    </w:p>
    <w:p w14:paraId="65B6045B" w14:textId="606D5591" w:rsidR="00F6399F" w:rsidRDefault="00F6399F" w:rsidP="00F6399F">
      <w:pPr>
        <w:rPr>
          <w:sz w:val="20"/>
          <w:szCs w:val="20"/>
        </w:rPr>
      </w:pPr>
      <w:r w:rsidRPr="00F6399F">
        <w:rPr>
          <w:sz w:val="20"/>
          <w:szCs w:val="20"/>
        </w:rPr>
        <w:t>&lt;/html&gt;</w:t>
      </w:r>
    </w:p>
    <w:p w14:paraId="5965E0A1" w14:textId="77777777" w:rsidR="00F6399F" w:rsidRDefault="00F6399F" w:rsidP="00F6399F">
      <w:pPr>
        <w:rPr>
          <w:sz w:val="20"/>
          <w:szCs w:val="20"/>
        </w:rPr>
      </w:pPr>
    </w:p>
    <w:p w14:paraId="7C85543C" w14:textId="1884E173" w:rsidR="00F6399F" w:rsidRPr="00F6399F" w:rsidRDefault="00F6399F" w:rsidP="00F6399F">
      <w:pPr>
        <w:rPr>
          <w:b/>
          <w:bCs/>
          <w:i/>
          <w:iCs/>
          <w:sz w:val="48"/>
          <w:szCs w:val="48"/>
          <w:u w:val="single"/>
        </w:rPr>
      </w:pPr>
      <w:r w:rsidRPr="00F6399F">
        <w:rPr>
          <w:b/>
          <w:bCs/>
          <w:i/>
          <w:iCs/>
          <w:sz w:val="48"/>
          <w:szCs w:val="48"/>
          <w:u w:val="single"/>
        </w:rPr>
        <w:t>HTML</w:t>
      </w:r>
    </w:p>
    <w:p w14:paraId="1147B932" w14:textId="77777777" w:rsidR="00F6399F" w:rsidRDefault="00F6399F" w:rsidP="00F6399F">
      <w:pPr>
        <w:rPr>
          <w:sz w:val="20"/>
          <w:szCs w:val="20"/>
        </w:rPr>
      </w:pPr>
    </w:p>
    <w:p w14:paraId="5640E9D9" w14:textId="77777777" w:rsidR="00F6399F" w:rsidRPr="00F6399F" w:rsidRDefault="00F6399F" w:rsidP="00F6399F">
      <w:pPr>
        <w:rPr>
          <w:sz w:val="20"/>
          <w:szCs w:val="20"/>
        </w:rPr>
      </w:pPr>
      <w:r w:rsidRPr="00F6399F">
        <w:rPr>
          <w:sz w:val="20"/>
          <w:szCs w:val="20"/>
        </w:rPr>
        <w:t>&lt;!DOCTYPE html&gt;</w:t>
      </w:r>
    </w:p>
    <w:p w14:paraId="135808C5" w14:textId="77777777" w:rsidR="00F6399F" w:rsidRPr="00F6399F" w:rsidRDefault="00F6399F" w:rsidP="00F6399F">
      <w:pPr>
        <w:rPr>
          <w:sz w:val="20"/>
          <w:szCs w:val="20"/>
        </w:rPr>
      </w:pPr>
      <w:r w:rsidRPr="00F6399F">
        <w:rPr>
          <w:sz w:val="20"/>
          <w:szCs w:val="20"/>
        </w:rPr>
        <w:t>&lt;html lang="</w:t>
      </w:r>
      <w:proofErr w:type="spellStart"/>
      <w:r w:rsidRPr="00F6399F">
        <w:rPr>
          <w:sz w:val="20"/>
          <w:szCs w:val="20"/>
        </w:rPr>
        <w:t>en</w:t>
      </w:r>
      <w:proofErr w:type="spellEnd"/>
      <w:r w:rsidRPr="00F6399F">
        <w:rPr>
          <w:sz w:val="20"/>
          <w:szCs w:val="20"/>
        </w:rPr>
        <w:t>"&gt;</w:t>
      </w:r>
    </w:p>
    <w:p w14:paraId="3355265D" w14:textId="77777777" w:rsidR="00F6399F" w:rsidRPr="00F6399F" w:rsidRDefault="00F6399F" w:rsidP="00F6399F">
      <w:pPr>
        <w:rPr>
          <w:sz w:val="20"/>
          <w:szCs w:val="20"/>
        </w:rPr>
      </w:pPr>
      <w:r w:rsidRPr="00F6399F">
        <w:rPr>
          <w:sz w:val="20"/>
          <w:szCs w:val="20"/>
        </w:rPr>
        <w:t>&lt;head&gt;</w:t>
      </w:r>
    </w:p>
    <w:p w14:paraId="64AD8B7C" w14:textId="77777777" w:rsidR="00F6399F" w:rsidRPr="00F6399F" w:rsidRDefault="00F6399F" w:rsidP="00F6399F">
      <w:pPr>
        <w:rPr>
          <w:sz w:val="20"/>
          <w:szCs w:val="20"/>
        </w:rPr>
      </w:pPr>
      <w:r w:rsidRPr="00F6399F">
        <w:rPr>
          <w:sz w:val="20"/>
          <w:szCs w:val="20"/>
        </w:rPr>
        <w:t>&lt;meta charset="UTF-8"&gt;</w:t>
      </w:r>
    </w:p>
    <w:p w14:paraId="70CCFBBF" w14:textId="77777777" w:rsidR="00F6399F" w:rsidRPr="00F6399F" w:rsidRDefault="00F6399F" w:rsidP="00F6399F">
      <w:pPr>
        <w:rPr>
          <w:sz w:val="20"/>
          <w:szCs w:val="20"/>
        </w:rPr>
      </w:pPr>
      <w:r w:rsidRPr="00F6399F">
        <w:rPr>
          <w:sz w:val="20"/>
          <w:szCs w:val="20"/>
        </w:rPr>
        <w:t xml:space="preserve">&lt;link </w:t>
      </w:r>
      <w:proofErr w:type="spellStart"/>
      <w:r w:rsidRPr="00F6399F">
        <w:rPr>
          <w:sz w:val="20"/>
          <w:szCs w:val="20"/>
        </w:rPr>
        <w:t>rel</w:t>
      </w:r>
      <w:proofErr w:type="spellEnd"/>
      <w:r w:rsidRPr="00F6399F">
        <w:rPr>
          <w:sz w:val="20"/>
          <w:szCs w:val="20"/>
        </w:rPr>
        <w:t xml:space="preserve">="stylesheet" </w:t>
      </w:r>
      <w:proofErr w:type="spellStart"/>
      <w:r w:rsidRPr="00F6399F">
        <w:rPr>
          <w:sz w:val="20"/>
          <w:szCs w:val="20"/>
        </w:rPr>
        <w:t>href</w:t>
      </w:r>
      <w:proofErr w:type="spellEnd"/>
      <w:r w:rsidRPr="00F6399F">
        <w:rPr>
          <w:sz w:val="20"/>
          <w:szCs w:val="20"/>
        </w:rPr>
        <w:t>="style.css"&gt;</w:t>
      </w:r>
    </w:p>
    <w:p w14:paraId="02E2B737" w14:textId="77777777" w:rsidR="00F6399F" w:rsidRPr="00F6399F" w:rsidRDefault="00F6399F" w:rsidP="00F6399F">
      <w:pPr>
        <w:rPr>
          <w:sz w:val="20"/>
          <w:szCs w:val="20"/>
        </w:rPr>
      </w:pPr>
      <w:r w:rsidRPr="00F6399F">
        <w:rPr>
          <w:sz w:val="20"/>
          <w:szCs w:val="20"/>
        </w:rPr>
        <w:t xml:space="preserve">    &lt;title&gt;Games&lt;/title&gt;</w:t>
      </w:r>
    </w:p>
    <w:p w14:paraId="4E9B70F4" w14:textId="77777777" w:rsidR="00F6399F" w:rsidRPr="00F6399F" w:rsidRDefault="00F6399F" w:rsidP="00F6399F">
      <w:pPr>
        <w:rPr>
          <w:sz w:val="20"/>
          <w:szCs w:val="20"/>
        </w:rPr>
      </w:pPr>
      <w:r w:rsidRPr="00F6399F">
        <w:rPr>
          <w:sz w:val="20"/>
          <w:szCs w:val="20"/>
        </w:rPr>
        <w:t>&lt;/head&gt;</w:t>
      </w:r>
    </w:p>
    <w:p w14:paraId="3C490E6B" w14:textId="77777777" w:rsidR="00F6399F" w:rsidRPr="00F6399F" w:rsidRDefault="00F6399F" w:rsidP="00F6399F">
      <w:pPr>
        <w:rPr>
          <w:sz w:val="20"/>
          <w:szCs w:val="20"/>
        </w:rPr>
      </w:pPr>
      <w:r w:rsidRPr="00F6399F">
        <w:rPr>
          <w:sz w:val="20"/>
          <w:szCs w:val="20"/>
        </w:rPr>
        <w:t>&lt;body class="page3"&gt;</w:t>
      </w:r>
    </w:p>
    <w:p w14:paraId="59BAFE2E" w14:textId="77777777" w:rsidR="00F6399F" w:rsidRPr="00F6399F" w:rsidRDefault="00F6399F" w:rsidP="00F6399F">
      <w:pPr>
        <w:rPr>
          <w:sz w:val="20"/>
          <w:szCs w:val="20"/>
        </w:rPr>
      </w:pPr>
      <w:r w:rsidRPr="00F6399F">
        <w:rPr>
          <w:sz w:val="20"/>
          <w:szCs w:val="20"/>
        </w:rPr>
        <w:t xml:space="preserve">&lt;a </w:t>
      </w:r>
      <w:proofErr w:type="spellStart"/>
      <w:r w:rsidRPr="00F6399F">
        <w:rPr>
          <w:sz w:val="20"/>
          <w:szCs w:val="20"/>
        </w:rPr>
        <w:t>href</w:t>
      </w:r>
      <w:proofErr w:type="spellEnd"/>
      <w:r w:rsidRPr="00F6399F">
        <w:rPr>
          <w:sz w:val="20"/>
          <w:szCs w:val="20"/>
        </w:rPr>
        <w:t>="index.html"&gt;Back&lt;/a&gt;</w:t>
      </w:r>
    </w:p>
    <w:p w14:paraId="75B60658" w14:textId="77777777" w:rsidR="00F6399F" w:rsidRPr="00F6399F" w:rsidRDefault="00F6399F" w:rsidP="00F6399F">
      <w:pPr>
        <w:rPr>
          <w:sz w:val="20"/>
          <w:szCs w:val="20"/>
        </w:rPr>
      </w:pPr>
      <w:r w:rsidRPr="00F6399F">
        <w:rPr>
          <w:sz w:val="20"/>
          <w:szCs w:val="20"/>
        </w:rPr>
        <w:t>&lt;h1&gt;Rhythm Games&lt;/h1&gt;</w:t>
      </w:r>
    </w:p>
    <w:p w14:paraId="631E63CA" w14:textId="77777777" w:rsidR="00F6399F" w:rsidRPr="00F6399F" w:rsidRDefault="00F6399F" w:rsidP="00F6399F">
      <w:pPr>
        <w:rPr>
          <w:sz w:val="20"/>
          <w:szCs w:val="20"/>
        </w:rPr>
      </w:pPr>
      <w:r w:rsidRPr="00F6399F">
        <w:rPr>
          <w:sz w:val="20"/>
          <w:szCs w:val="20"/>
        </w:rPr>
        <w:t>&lt;h2&gt;</w:t>
      </w:r>
      <w:proofErr w:type="gramStart"/>
      <w:r w:rsidRPr="00F6399F">
        <w:rPr>
          <w:sz w:val="20"/>
          <w:szCs w:val="20"/>
        </w:rPr>
        <w:t>OSU!&lt;</w:t>
      </w:r>
      <w:proofErr w:type="gramEnd"/>
      <w:r w:rsidRPr="00F6399F">
        <w:rPr>
          <w:sz w:val="20"/>
          <w:szCs w:val="20"/>
        </w:rPr>
        <w:t>/h2&gt; &lt;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="images/</w:t>
      </w:r>
      <w:proofErr w:type="spellStart"/>
      <w:r w:rsidRPr="00F6399F">
        <w:rPr>
          <w:sz w:val="20"/>
          <w:szCs w:val="20"/>
        </w:rPr>
        <w:t>osu.webp</w:t>
      </w:r>
      <w:proofErr w:type="spellEnd"/>
      <w:r w:rsidRPr="00F6399F">
        <w:rPr>
          <w:sz w:val="20"/>
          <w:szCs w:val="20"/>
        </w:rPr>
        <w:t xml:space="preserve">" alt="OSU" width="320" height="205" /&gt; &lt;a </w:t>
      </w:r>
      <w:proofErr w:type="spellStart"/>
      <w:r w:rsidRPr="00F6399F">
        <w:rPr>
          <w:sz w:val="20"/>
          <w:szCs w:val="20"/>
        </w:rPr>
        <w:t>href</w:t>
      </w:r>
      <w:proofErr w:type="spellEnd"/>
      <w:r w:rsidRPr="00F6399F">
        <w:rPr>
          <w:sz w:val="20"/>
          <w:szCs w:val="20"/>
        </w:rPr>
        <w:t>="https://www.youtube.com/watch?v=p3cWTxvyKpA"&gt;</w:t>
      </w:r>
      <w:proofErr w:type="gramStart"/>
      <w:r w:rsidRPr="00F6399F">
        <w:rPr>
          <w:sz w:val="20"/>
          <w:szCs w:val="20"/>
        </w:rPr>
        <w:t>OSU!&lt;</w:t>
      </w:r>
      <w:proofErr w:type="gramEnd"/>
      <w:r w:rsidRPr="00F6399F">
        <w:rPr>
          <w:sz w:val="20"/>
          <w:szCs w:val="20"/>
        </w:rPr>
        <w:t>/a&gt; &lt;</w:t>
      </w:r>
      <w:proofErr w:type="spellStart"/>
      <w:r w:rsidRPr="00F6399F">
        <w:rPr>
          <w:sz w:val="20"/>
          <w:szCs w:val="20"/>
        </w:rPr>
        <w:t>br</w:t>
      </w:r>
      <w:proofErr w:type="spellEnd"/>
      <w:r w:rsidRPr="00F6399F">
        <w:rPr>
          <w:sz w:val="20"/>
          <w:szCs w:val="20"/>
        </w:rPr>
        <w:t>&gt;</w:t>
      </w:r>
    </w:p>
    <w:p w14:paraId="1FE7261C" w14:textId="77777777" w:rsidR="00F6399F" w:rsidRPr="00F6399F" w:rsidRDefault="00F6399F" w:rsidP="00F6399F">
      <w:pPr>
        <w:rPr>
          <w:sz w:val="20"/>
          <w:szCs w:val="20"/>
        </w:rPr>
      </w:pPr>
      <w:r w:rsidRPr="00F6399F">
        <w:rPr>
          <w:sz w:val="20"/>
          <w:szCs w:val="20"/>
        </w:rPr>
        <w:t>OSU! is a rhythm game where you play along to music by clicking, tapping, or moving your &lt;</w:t>
      </w:r>
      <w:proofErr w:type="spellStart"/>
      <w:r w:rsidRPr="00F6399F">
        <w:rPr>
          <w:sz w:val="20"/>
          <w:szCs w:val="20"/>
        </w:rPr>
        <w:t>br</w:t>
      </w:r>
      <w:proofErr w:type="spellEnd"/>
      <w:r w:rsidRPr="00F6399F">
        <w:rPr>
          <w:sz w:val="20"/>
          <w:szCs w:val="20"/>
        </w:rPr>
        <w:t>&gt;</w:t>
      </w:r>
    </w:p>
    <w:p w14:paraId="01ADBEF7" w14:textId="77777777" w:rsidR="00F6399F" w:rsidRPr="00F6399F" w:rsidRDefault="00F6399F" w:rsidP="00F6399F">
      <w:pPr>
        <w:rPr>
          <w:sz w:val="20"/>
          <w:szCs w:val="20"/>
        </w:rPr>
      </w:pPr>
      <w:r w:rsidRPr="00F6399F">
        <w:rPr>
          <w:sz w:val="20"/>
          <w:szCs w:val="20"/>
        </w:rPr>
        <w:t>cursor in time with the beat, the notes come in different shapes and patterns &lt;</w:t>
      </w:r>
      <w:proofErr w:type="spellStart"/>
      <w:r w:rsidRPr="00F6399F">
        <w:rPr>
          <w:sz w:val="20"/>
          <w:szCs w:val="20"/>
        </w:rPr>
        <w:t>br</w:t>
      </w:r>
      <w:proofErr w:type="spellEnd"/>
      <w:r w:rsidRPr="00F6399F">
        <w:rPr>
          <w:sz w:val="20"/>
          <w:szCs w:val="20"/>
        </w:rPr>
        <w:t>&gt;</w:t>
      </w:r>
    </w:p>
    <w:p w14:paraId="0183C574" w14:textId="77777777" w:rsidR="00F6399F" w:rsidRPr="00F6399F" w:rsidRDefault="00F6399F" w:rsidP="00F6399F">
      <w:pPr>
        <w:rPr>
          <w:sz w:val="20"/>
          <w:szCs w:val="20"/>
        </w:rPr>
      </w:pPr>
      <w:r w:rsidRPr="00F6399F">
        <w:rPr>
          <w:sz w:val="20"/>
          <w:szCs w:val="20"/>
        </w:rPr>
        <w:t xml:space="preserve">and you </w:t>
      </w:r>
      <w:proofErr w:type="gramStart"/>
      <w:r w:rsidRPr="00F6399F">
        <w:rPr>
          <w:sz w:val="20"/>
          <w:szCs w:val="20"/>
        </w:rPr>
        <w:t>have to</w:t>
      </w:r>
      <w:proofErr w:type="gramEnd"/>
      <w:r w:rsidRPr="00F6399F">
        <w:rPr>
          <w:sz w:val="20"/>
          <w:szCs w:val="20"/>
        </w:rPr>
        <w:t xml:space="preserve"> hit them at the right time with the song, some songs are slow and easy &lt;</w:t>
      </w:r>
      <w:proofErr w:type="spellStart"/>
      <w:r w:rsidRPr="00F6399F">
        <w:rPr>
          <w:sz w:val="20"/>
          <w:szCs w:val="20"/>
        </w:rPr>
        <w:t>br</w:t>
      </w:r>
      <w:proofErr w:type="spellEnd"/>
      <w:r w:rsidRPr="00F6399F">
        <w:rPr>
          <w:sz w:val="20"/>
          <w:szCs w:val="20"/>
        </w:rPr>
        <w:t>&gt;</w:t>
      </w:r>
    </w:p>
    <w:p w14:paraId="373A9DB4" w14:textId="77777777" w:rsidR="00F6399F" w:rsidRPr="00F6399F" w:rsidRDefault="00F6399F" w:rsidP="00F6399F">
      <w:pPr>
        <w:rPr>
          <w:sz w:val="20"/>
          <w:szCs w:val="20"/>
        </w:rPr>
      </w:pPr>
      <w:proofErr w:type="gramStart"/>
      <w:r w:rsidRPr="00F6399F">
        <w:rPr>
          <w:sz w:val="20"/>
          <w:szCs w:val="20"/>
        </w:rPr>
        <w:t>while</w:t>
      </w:r>
      <w:proofErr w:type="gramEnd"/>
      <w:r w:rsidRPr="00F6399F">
        <w:rPr>
          <w:sz w:val="20"/>
          <w:szCs w:val="20"/>
        </w:rPr>
        <w:t xml:space="preserve"> others can get very fast and tricky it starts off </w:t>
      </w:r>
      <w:proofErr w:type="gramStart"/>
      <w:r w:rsidRPr="00F6399F">
        <w:rPr>
          <w:sz w:val="20"/>
          <w:szCs w:val="20"/>
        </w:rPr>
        <w:t>simple</w:t>
      </w:r>
      <w:proofErr w:type="gramEnd"/>
      <w:r w:rsidRPr="00F6399F">
        <w:rPr>
          <w:sz w:val="20"/>
          <w:szCs w:val="20"/>
        </w:rPr>
        <w:t xml:space="preserve"> but it can get pretty &lt;</w:t>
      </w:r>
      <w:proofErr w:type="spellStart"/>
      <w:r w:rsidRPr="00F6399F">
        <w:rPr>
          <w:sz w:val="20"/>
          <w:szCs w:val="20"/>
        </w:rPr>
        <w:t>br</w:t>
      </w:r>
      <w:proofErr w:type="spellEnd"/>
      <w:r w:rsidRPr="00F6399F">
        <w:rPr>
          <w:sz w:val="20"/>
          <w:szCs w:val="20"/>
        </w:rPr>
        <w:t>&gt;</w:t>
      </w:r>
    </w:p>
    <w:p w14:paraId="5EC0D375" w14:textId="77777777" w:rsidR="00F6399F" w:rsidRPr="00F6399F" w:rsidRDefault="00F6399F" w:rsidP="00F6399F">
      <w:pPr>
        <w:rPr>
          <w:sz w:val="20"/>
          <w:szCs w:val="20"/>
        </w:rPr>
      </w:pPr>
      <w:proofErr w:type="gramStart"/>
      <w:r w:rsidRPr="00F6399F">
        <w:rPr>
          <w:sz w:val="20"/>
          <w:szCs w:val="20"/>
        </w:rPr>
        <w:lastRenderedPageBreak/>
        <w:t>challenging</w:t>
      </w:r>
      <w:proofErr w:type="gramEnd"/>
      <w:r w:rsidRPr="00F6399F">
        <w:rPr>
          <w:sz w:val="20"/>
          <w:szCs w:val="20"/>
        </w:rPr>
        <w:t xml:space="preserve"> once the patterns get more complicated. &lt;p&gt;</w:t>
      </w:r>
    </w:p>
    <w:p w14:paraId="267D0AC5" w14:textId="77777777" w:rsidR="00F6399F" w:rsidRPr="00F6399F" w:rsidRDefault="00F6399F" w:rsidP="00F6399F">
      <w:pPr>
        <w:rPr>
          <w:sz w:val="20"/>
          <w:szCs w:val="20"/>
        </w:rPr>
      </w:pPr>
      <w:r w:rsidRPr="00F6399F">
        <w:rPr>
          <w:sz w:val="20"/>
          <w:szCs w:val="20"/>
        </w:rPr>
        <w:t>&lt;h2&gt;</w:t>
      </w:r>
      <w:proofErr w:type="spellStart"/>
      <w:r w:rsidRPr="00F6399F">
        <w:rPr>
          <w:sz w:val="20"/>
          <w:szCs w:val="20"/>
        </w:rPr>
        <w:t>Rythia</w:t>
      </w:r>
      <w:proofErr w:type="spellEnd"/>
      <w:r w:rsidRPr="00F6399F">
        <w:rPr>
          <w:sz w:val="20"/>
          <w:szCs w:val="20"/>
        </w:rPr>
        <w:t>&lt;/h2&gt; &lt;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="images/rhythia.jpg" alt="Rhythia" width="320" height="205" /&gt; &lt;a href="https://www.youtube.com/watch?v=ynlwROYEBPw&amp;list=RDynlwROYEBPw&amp;start_radio=1"&gt;Rhythia&lt;/a&gt; &lt;</w:t>
      </w:r>
      <w:proofErr w:type="spellStart"/>
      <w:r w:rsidRPr="00F6399F">
        <w:rPr>
          <w:sz w:val="20"/>
          <w:szCs w:val="20"/>
        </w:rPr>
        <w:t>br</w:t>
      </w:r>
      <w:proofErr w:type="spellEnd"/>
      <w:r w:rsidRPr="00F6399F">
        <w:rPr>
          <w:sz w:val="20"/>
          <w:szCs w:val="20"/>
        </w:rPr>
        <w:t>&gt;</w:t>
      </w:r>
    </w:p>
    <w:p w14:paraId="2612E42F" w14:textId="77777777" w:rsidR="00F6399F" w:rsidRPr="00F6399F" w:rsidRDefault="00F6399F" w:rsidP="00F6399F">
      <w:pPr>
        <w:rPr>
          <w:sz w:val="20"/>
          <w:szCs w:val="20"/>
        </w:rPr>
      </w:pPr>
      <w:r w:rsidRPr="00F6399F">
        <w:rPr>
          <w:sz w:val="20"/>
          <w:szCs w:val="20"/>
        </w:rPr>
        <w:t>Rhythia is also a rhythm game where you move your hands or controllers to hit notes in time with the music, &lt;</w:t>
      </w:r>
      <w:proofErr w:type="spellStart"/>
      <w:r w:rsidRPr="00F6399F">
        <w:rPr>
          <w:sz w:val="20"/>
          <w:szCs w:val="20"/>
        </w:rPr>
        <w:t>br</w:t>
      </w:r>
      <w:proofErr w:type="spellEnd"/>
      <w:r w:rsidRPr="00F6399F">
        <w:rPr>
          <w:sz w:val="20"/>
          <w:szCs w:val="20"/>
        </w:rPr>
        <w:t>&gt;</w:t>
      </w:r>
    </w:p>
    <w:p w14:paraId="3DC8B6E4" w14:textId="77777777" w:rsidR="00F6399F" w:rsidRPr="00F6399F" w:rsidRDefault="00F6399F" w:rsidP="00F6399F">
      <w:pPr>
        <w:rPr>
          <w:sz w:val="20"/>
          <w:szCs w:val="20"/>
        </w:rPr>
      </w:pPr>
      <w:proofErr w:type="gramStart"/>
      <w:r w:rsidRPr="00F6399F">
        <w:rPr>
          <w:sz w:val="20"/>
          <w:szCs w:val="20"/>
        </w:rPr>
        <w:t>the</w:t>
      </w:r>
      <w:proofErr w:type="gramEnd"/>
      <w:r w:rsidRPr="00F6399F">
        <w:rPr>
          <w:sz w:val="20"/>
          <w:szCs w:val="20"/>
        </w:rPr>
        <w:t xml:space="preserve"> notes come toward you in 3D space, and you </w:t>
      </w:r>
      <w:proofErr w:type="spellStart"/>
      <w:r w:rsidRPr="00F6399F">
        <w:rPr>
          <w:sz w:val="20"/>
          <w:szCs w:val="20"/>
        </w:rPr>
        <w:t>uhave</w:t>
      </w:r>
      <w:proofErr w:type="spellEnd"/>
      <w:r w:rsidRPr="00F6399F">
        <w:rPr>
          <w:sz w:val="20"/>
          <w:szCs w:val="20"/>
        </w:rPr>
        <w:t xml:space="preserve"> to hit them in the right direction and the right &lt;</w:t>
      </w:r>
      <w:proofErr w:type="spellStart"/>
      <w:r w:rsidRPr="00F6399F">
        <w:rPr>
          <w:sz w:val="20"/>
          <w:szCs w:val="20"/>
        </w:rPr>
        <w:t>br</w:t>
      </w:r>
      <w:proofErr w:type="spellEnd"/>
      <w:r w:rsidRPr="00F6399F">
        <w:rPr>
          <w:sz w:val="20"/>
          <w:szCs w:val="20"/>
        </w:rPr>
        <w:t>&gt;</w:t>
      </w:r>
    </w:p>
    <w:p w14:paraId="581D1E2C" w14:textId="77777777" w:rsidR="00F6399F" w:rsidRPr="00F6399F" w:rsidRDefault="00F6399F" w:rsidP="00F6399F">
      <w:pPr>
        <w:rPr>
          <w:sz w:val="20"/>
          <w:szCs w:val="20"/>
        </w:rPr>
      </w:pPr>
      <w:r w:rsidRPr="00F6399F">
        <w:rPr>
          <w:sz w:val="20"/>
          <w:szCs w:val="20"/>
        </w:rPr>
        <w:t>moment by moving your mouse or pen around to keep your score up, it's very simple at first but as the &lt;</w:t>
      </w:r>
      <w:proofErr w:type="spellStart"/>
      <w:r w:rsidRPr="00F6399F">
        <w:rPr>
          <w:sz w:val="20"/>
          <w:szCs w:val="20"/>
        </w:rPr>
        <w:t>br</w:t>
      </w:r>
      <w:proofErr w:type="spellEnd"/>
      <w:r w:rsidRPr="00F6399F">
        <w:rPr>
          <w:sz w:val="20"/>
          <w:szCs w:val="20"/>
        </w:rPr>
        <w:t>&gt;</w:t>
      </w:r>
    </w:p>
    <w:p w14:paraId="701B538D" w14:textId="77777777" w:rsidR="00F6399F" w:rsidRPr="00F6399F" w:rsidRDefault="00F6399F" w:rsidP="00F6399F">
      <w:pPr>
        <w:rPr>
          <w:sz w:val="20"/>
          <w:szCs w:val="20"/>
        </w:rPr>
      </w:pPr>
      <w:r w:rsidRPr="00F6399F">
        <w:rPr>
          <w:sz w:val="20"/>
          <w:szCs w:val="20"/>
        </w:rPr>
        <w:t xml:space="preserve">songs get faster and the patterns get </w:t>
      </w:r>
      <w:proofErr w:type="gramStart"/>
      <w:r w:rsidRPr="00F6399F">
        <w:rPr>
          <w:sz w:val="20"/>
          <w:szCs w:val="20"/>
        </w:rPr>
        <w:t>complex more</w:t>
      </w:r>
      <w:proofErr w:type="gramEnd"/>
      <w:r w:rsidRPr="00F6399F">
        <w:rPr>
          <w:sz w:val="20"/>
          <w:szCs w:val="20"/>
        </w:rPr>
        <w:t xml:space="preserve"> stuck to each other it gets a lot harder and &lt;</w:t>
      </w:r>
      <w:proofErr w:type="spellStart"/>
      <w:r w:rsidRPr="00F6399F">
        <w:rPr>
          <w:sz w:val="20"/>
          <w:szCs w:val="20"/>
        </w:rPr>
        <w:t>br</w:t>
      </w:r>
      <w:proofErr w:type="spellEnd"/>
      <w:r w:rsidRPr="00F6399F">
        <w:rPr>
          <w:sz w:val="20"/>
          <w:szCs w:val="20"/>
        </w:rPr>
        <w:t>&gt;</w:t>
      </w:r>
    </w:p>
    <w:p w14:paraId="636132B2" w14:textId="77777777" w:rsidR="00F6399F" w:rsidRPr="00F6399F" w:rsidRDefault="00F6399F" w:rsidP="00F6399F">
      <w:pPr>
        <w:rPr>
          <w:sz w:val="20"/>
          <w:szCs w:val="20"/>
        </w:rPr>
      </w:pPr>
      <w:proofErr w:type="gramStart"/>
      <w:r w:rsidRPr="00F6399F">
        <w:rPr>
          <w:sz w:val="20"/>
          <w:szCs w:val="20"/>
        </w:rPr>
        <w:t>that</w:t>
      </w:r>
      <w:proofErr w:type="gramEnd"/>
      <w:r w:rsidRPr="00F6399F">
        <w:rPr>
          <w:sz w:val="20"/>
          <w:szCs w:val="20"/>
        </w:rPr>
        <w:t xml:space="preserve"> is when you will need very good timing and coordination to hit the notes. &lt;p&gt;</w:t>
      </w:r>
    </w:p>
    <w:p w14:paraId="22E2B4DA" w14:textId="77777777" w:rsidR="00F6399F" w:rsidRPr="00F6399F" w:rsidRDefault="00F6399F" w:rsidP="00F6399F">
      <w:pPr>
        <w:rPr>
          <w:sz w:val="20"/>
          <w:szCs w:val="20"/>
        </w:rPr>
      </w:pPr>
      <w:r w:rsidRPr="00F6399F">
        <w:rPr>
          <w:sz w:val="20"/>
          <w:szCs w:val="20"/>
        </w:rPr>
        <w:t>&lt;h2&gt;Beat Saber&lt;/h2&gt; &lt;</w:t>
      </w:r>
      <w:proofErr w:type="spellStart"/>
      <w:r w:rsidRPr="00F6399F">
        <w:rPr>
          <w:sz w:val="20"/>
          <w:szCs w:val="20"/>
        </w:rPr>
        <w:t>img</w:t>
      </w:r>
      <w:proofErr w:type="spellEnd"/>
      <w:r w:rsidRPr="00F6399F">
        <w:rPr>
          <w:sz w:val="20"/>
          <w:szCs w:val="20"/>
        </w:rPr>
        <w:t xml:space="preserve"> </w:t>
      </w:r>
      <w:proofErr w:type="spellStart"/>
      <w:r w:rsidRPr="00F6399F">
        <w:rPr>
          <w:sz w:val="20"/>
          <w:szCs w:val="20"/>
        </w:rPr>
        <w:t>src</w:t>
      </w:r>
      <w:proofErr w:type="spellEnd"/>
      <w:r w:rsidRPr="00F6399F">
        <w:rPr>
          <w:sz w:val="20"/>
          <w:szCs w:val="20"/>
        </w:rPr>
        <w:t>="images/</w:t>
      </w:r>
      <w:proofErr w:type="spellStart"/>
      <w:r w:rsidRPr="00F6399F">
        <w:rPr>
          <w:sz w:val="20"/>
          <w:szCs w:val="20"/>
        </w:rPr>
        <w:t>beatsaber.webp</w:t>
      </w:r>
      <w:proofErr w:type="spellEnd"/>
      <w:r w:rsidRPr="00F6399F">
        <w:rPr>
          <w:sz w:val="20"/>
          <w:szCs w:val="20"/>
        </w:rPr>
        <w:t xml:space="preserve">" alt="Beat Saber" width="320" height="205" /&gt; &lt;a </w:t>
      </w:r>
      <w:proofErr w:type="spellStart"/>
      <w:r w:rsidRPr="00F6399F">
        <w:rPr>
          <w:sz w:val="20"/>
          <w:szCs w:val="20"/>
        </w:rPr>
        <w:t>href</w:t>
      </w:r>
      <w:proofErr w:type="spellEnd"/>
      <w:r w:rsidRPr="00F6399F">
        <w:rPr>
          <w:sz w:val="20"/>
          <w:szCs w:val="20"/>
        </w:rPr>
        <w:t>="https://www.youtube.com/watch?v=3rIjcRK_BNU"&gt;Beat Saber&lt;/a&gt; &lt;</w:t>
      </w:r>
      <w:proofErr w:type="spellStart"/>
      <w:r w:rsidRPr="00F6399F">
        <w:rPr>
          <w:sz w:val="20"/>
          <w:szCs w:val="20"/>
        </w:rPr>
        <w:t>br</w:t>
      </w:r>
      <w:proofErr w:type="spellEnd"/>
      <w:r w:rsidRPr="00F6399F">
        <w:rPr>
          <w:sz w:val="20"/>
          <w:szCs w:val="20"/>
        </w:rPr>
        <w:t>&gt;</w:t>
      </w:r>
    </w:p>
    <w:p w14:paraId="6E40CF08" w14:textId="77777777" w:rsidR="00F6399F" w:rsidRPr="00F6399F" w:rsidRDefault="00F6399F" w:rsidP="00F6399F">
      <w:pPr>
        <w:rPr>
          <w:sz w:val="20"/>
          <w:szCs w:val="20"/>
        </w:rPr>
      </w:pPr>
      <w:r w:rsidRPr="00F6399F">
        <w:rPr>
          <w:sz w:val="20"/>
          <w:szCs w:val="20"/>
        </w:rPr>
        <w:t>Beat Saber is another rhythm game where you use two glowing swords to hit blocks that fly toward you in time with music, &lt;</w:t>
      </w:r>
      <w:proofErr w:type="spellStart"/>
      <w:r w:rsidRPr="00F6399F">
        <w:rPr>
          <w:sz w:val="20"/>
          <w:szCs w:val="20"/>
        </w:rPr>
        <w:t>br</w:t>
      </w:r>
      <w:proofErr w:type="spellEnd"/>
      <w:r w:rsidRPr="00F6399F">
        <w:rPr>
          <w:sz w:val="20"/>
          <w:szCs w:val="20"/>
        </w:rPr>
        <w:t>&gt;</w:t>
      </w:r>
    </w:p>
    <w:p w14:paraId="47535CD1" w14:textId="77777777" w:rsidR="00F6399F" w:rsidRPr="00F6399F" w:rsidRDefault="00F6399F" w:rsidP="00F6399F">
      <w:pPr>
        <w:rPr>
          <w:sz w:val="20"/>
          <w:szCs w:val="20"/>
        </w:rPr>
      </w:pPr>
      <w:proofErr w:type="gramStart"/>
      <w:r w:rsidRPr="00F6399F">
        <w:rPr>
          <w:sz w:val="20"/>
          <w:szCs w:val="20"/>
        </w:rPr>
        <w:t>each</w:t>
      </w:r>
      <w:proofErr w:type="gramEnd"/>
      <w:r w:rsidRPr="00F6399F">
        <w:rPr>
          <w:sz w:val="20"/>
          <w:szCs w:val="20"/>
        </w:rPr>
        <w:t xml:space="preserve"> block has its own direction, so you </w:t>
      </w:r>
      <w:proofErr w:type="gramStart"/>
      <w:r w:rsidRPr="00F6399F">
        <w:rPr>
          <w:sz w:val="20"/>
          <w:szCs w:val="20"/>
        </w:rPr>
        <w:t>have to</w:t>
      </w:r>
      <w:proofErr w:type="gramEnd"/>
      <w:r w:rsidRPr="00F6399F">
        <w:rPr>
          <w:sz w:val="20"/>
          <w:szCs w:val="20"/>
        </w:rPr>
        <w:t xml:space="preserve"> swing the right way to score points, you will also need to dodge &lt;</w:t>
      </w:r>
      <w:proofErr w:type="spellStart"/>
      <w:r w:rsidRPr="00F6399F">
        <w:rPr>
          <w:sz w:val="20"/>
          <w:szCs w:val="20"/>
        </w:rPr>
        <w:t>br</w:t>
      </w:r>
      <w:proofErr w:type="spellEnd"/>
      <w:r w:rsidRPr="00F6399F">
        <w:rPr>
          <w:sz w:val="20"/>
          <w:szCs w:val="20"/>
        </w:rPr>
        <w:t>&gt;</w:t>
      </w:r>
    </w:p>
    <w:p w14:paraId="641CA1F4" w14:textId="77777777" w:rsidR="00F6399F" w:rsidRPr="00F6399F" w:rsidRDefault="00F6399F" w:rsidP="00F6399F">
      <w:pPr>
        <w:rPr>
          <w:sz w:val="20"/>
          <w:szCs w:val="20"/>
        </w:rPr>
      </w:pPr>
      <w:r w:rsidRPr="00F6399F">
        <w:rPr>
          <w:sz w:val="20"/>
          <w:szCs w:val="20"/>
        </w:rPr>
        <w:t>walls and more obstacles, which keeps you moving it's easy to get into but the faster the songs get it gets even more &lt;</w:t>
      </w:r>
      <w:proofErr w:type="spellStart"/>
      <w:r w:rsidRPr="00F6399F">
        <w:rPr>
          <w:sz w:val="20"/>
          <w:szCs w:val="20"/>
        </w:rPr>
        <w:t>br</w:t>
      </w:r>
      <w:proofErr w:type="spellEnd"/>
      <w:r w:rsidRPr="00F6399F">
        <w:rPr>
          <w:sz w:val="20"/>
          <w:szCs w:val="20"/>
        </w:rPr>
        <w:t>&gt;</w:t>
      </w:r>
    </w:p>
    <w:p w14:paraId="397DFA4A" w14:textId="77777777" w:rsidR="00F6399F" w:rsidRPr="00F6399F" w:rsidRDefault="00F6399F" w:rsidP="00F6399F">
      <w:pPr>
        <w:rPr>
          <w:sz w:val="20"/>
          <w:szCs w:val="20"/>
        </w:rPr>
      </w:pPr>
      <w:r w:rsidRPr="00F6399F">
        <w:rPr>
          <w:sz w:val="20"/>
          <w:szCs w:val="20"/>
        </w:rPr>
        <w:t>intense and takes good timing and a lot of focus for you to hit such intense blocks. &lt;p&gt;</w:t>
      </w:r>
    </w:p>
    <w:p w14:paraId="30F7AAE5" w14:textId="77777777" w:rsidR="00F6399F" w:rsidRPr="00F6399F" w:rsidRDefault="00F6399F" w:rsidP="00F6399F">
      <w:pPr>
        <w:rPr>
          <w:sz w:val="20"/>
          <w:szCs w:val="20"/>
        </w:rPr>
      </w:pPr>
    </w:p>
    <w:p w14:paraId="2863EE02" w14:textId="07C5BFF8" w:rsidR="00F6399F" w:rsidRPr="00F6399F" w:rsidRDefault="00F6399F" w:rsidP="00F6399F">
      <w:pPr>
        <w:rPr>
          <w:b/>
          <w:bCs/>
          <w:i/>
          <w:iCs/>
          <w:sz w:val="48"/>
          <w:szCs w:val="48"/>
          <w:u w:val="single"/>
        </w:rPr>
      </w:pPr>
      <w:r w:rsidRPr="00F6399F">
        <w:rPr>
          <w:b/>
          <w:bCs/>
          <w:i/>
          <w:iCs/>
          <w:sz w:val="48"/>
          <w:szCs w:val="48"/>
          <w:u w:val="single"/>
        </w:rPr>
        <w:t>CSS</w:t>
      </w:r>
    </w:p>
    <w:p w14:paraId="1CAE7BE6" w14:textId="77777777" w:rsidR="00F6399F" w:rsidRPr="00F6399F" w:rsidRDefault="00F6399F" w:rsidP="00F6399F">
      <w:pPr>
        <w:rPr>
          <w:sz w:val="20"/>
          <w:szCs w:val="20"/>
        </w:rPr>
      </w:pPr>
      <w:r w:rsidRPr="00F6399F">
        <w:rPr>
          <w:sz w:val="20"/>
          <w:szCs w:val="20"/>
        </w:rPr>
        <w:t>&lt;p&gt;&lt;/p&gt;</w:t>
      </w:r>
    </w:p>
    <w:p w14:paraId="6CD3F0BB" w14:textId="77777777" w:rsidR="00F6399F" w:rsidRPr="00F6399F" w:rsidRDefault="00F6399F" w:rsidP="00F6399F">
      <w:pPr>
        <w:rPr>
          <w:sz w:val="20"/>
          <w:szCs w:val="20"/>
        </w:rPr>
      </w:pPr>
      <w:r w:rsidRPr="00F6399F">
        <w:rPr>
          <w:sz w:val="20"/>
          <w:szCs w:val="20"/>
        </w:rPr>
        <w:t>&lt;/body&gt;</w:t>
      </w:r>
    </w:p>
    <w:p w14:paraId="711EB45B" w14:textId="19C72F65" w:rsidR="00F6399F" w:rsidRDefault="00F6399F" w:rsidP="00F6399F">
      <w:pPr>
        <w:rPr>
          <w:sz w:val="20"/>
          <w:szCs w:val="20"/>
        </w:rPr>
      </w:pPr>
      <w:r w:rsidRPr="00F6399F">
        <w:rPr>
          <w:sz w:val="20"/>
          <w:szCs w:val="20"/>
        </w:rPr>
        <w:t>&lt;/html&gt;</w:t>
      </w:r>
    </w:p>
    <w:p w14:paraId="74948B10" w14:textId="77777777" w:rsidR="00F6399F" w:rsidRDefault="00F6399F" w:rsidP="00F6399F">
      <w:pPr>
        <w:rPr>
          <w:sz w:val="20"/>
          <w:szCs w:val="20"/>
        </w:rPr>
      </w:pPr>
    </w:p>
    <w:p w14:paraId="1F602F58" w14:textId="77777777" w:rsidR="00F6399F" w:rsidRDefault="00F6399F" w:rsidP="00F6399F">
      <w:pPr>
        <w:rPr>
          <w:sz w:val="20"/>
          <w:szCs w:val="20"/>
        </w:rPr>
      </w:pPr>
    </w:p>
    <w:p w14:paraId="6D392266" w14:textId="77777777" w:rsidR="00F6399F" w:rsidRPr="00F6399F" w:rsidRDefault="00F6399F" w:rsidP="00F6399F">
      <w:pPr>
        <w:rPr>
          <w:sz w:val="20"/>
          <w:szCs w:val="20"/>
        </w:rPr>
      </w:pPr>
      <w:proofErr w:type="gramStart"/>
      <w:r w:rsidRPr="00F6399F">
        <w:rPr>
          <w:sz w:val="20"/>
          <w:szCs w:val="20"/>
        </w:rPr>
        <w:t>.page</w:t>
      </w:r>
      <w:proofErr w:type="gramEnd"/>
      <w:r w:rsidRPr="00F6399F">
        <w:rPr>
          <w:sz w:val="20"/>
          <w:szCs w:val="20"/>
        </w:rPr>
        <w:t>1 {</w:t>
      </w:r>
    </w:p>
    <w:p w14:paraId="43E99DB6" w14:textId="77777777" w:rsidR="00F6399F" w:rsidRPr="00F6399F" w:rsidRDefault="00F6399F" w:rsidP="00F6399F">
      <w:pPr>
        <w:rPr>
          <w:sz w:val="20"/>
          <w:szCs w:val="20"/>
        </w:rPr>
      </w:pPr>
      <w:r w:rsidRPr="00F6399F">
        <w:rPr>
          <w:sz w:val="20"/>
          <w:szCs w:val="20"/>
        </w:rPr>
        <w:t xml:space="preserve">    background-image: </w:t>
      </w:r>
      <w:proofErr w:type="spellStart"/>
      <w:r w:rsidRPr="00F6399F">
        <w:rPr>
          <w:sz w:val="20"/>
          <w:szCs w:val="20"/>
        </w:rPr>
        <w:t>url</w:t>
      </w:r>
      <w:proofErr w:type="spellEnd"/>
      <w:r w:rsidRPr="00F6399F">
        <w:rPr>
          <w:sz w:val="20"/>
          <w:szCs w:val="20"/>
        </w:rPr>
        <w:t>("images/</w:t>
      </w:r>
      <w:proofErr w:type="spellStart"/>
      <w:r w:rsidRPr="00F6399F">
        <w:rPr>
          <w:sz w:val="20"/>
          <w:szCs w:val="20"/>
        </w:rPr>
        <w:t>backgorund.avif</w:t>
      </w:r>
      <w:proofErr w:type="spellEnd"/>
      <w:r w:rsidRPr="00F6399F">
        <w:rPr>
          <w:sz w:val="20"/>
          <w:szCs w:val="20"/>
        </w:rPr>
        <w:t>"</w:t>
      </w:r>
      <w:proofErr w:type="gramStart"/>
      <w:r w:rsidRPr="00F6399F">
        <w:rPr>
          <w:sz w:val="20"/>
          <w:szCs w:val="20"/>
        </w:rPr>
        <w:t>);</w:t>
      </w:r>
      <w:proofErr w:type="gramEnd"/>
    </w:p>
    <w:p w14:paraId="7454364A" w14:textId="77777777" w:rsidR="00F6399F" w:rsidRPr="00F6399F" w:rsidRDefault="00F6399F" w:rsidP="00F6399F">
      <w:pPr>
        <w:rPr>
          <w:sz w:val="20"/>
          <w:szCs w:val="20"/>
        </w:rPr>
      </w:pPr>
      <w:r w:rsidRPr="00F6399F">
        <w:rPr>
          <w:sz w:val="20"/>
          <w:szCs w:val="20"/>
        </w:rPr>
        <w:t xml:space="preserve">    background-size: </w:t>
      </w:r>
      <w:proofErr w:type="gramStart"/>
      <w:r w:rsidRPr="00F6399F">
        <w:rPr>
          <w:sz w:val="20"/>
          <w:szCs w:val="20"/>
        </w:rPr>
        <w:t>cover;</w:t>
      </w:r>
      <w:proofErr w:type="gramEnd"/>
    </w:p>
    <w:p w14:paraId="5DB3B9A7" w14:textId="77777777" w:rsidR="00F6399F" w:rsidRPr="00F6399F" w:rsidRDefault="00F6399F" w:rsidP="00F6399F">
      <w:pPr>
        <w:rPr>
          <w:sz w:val="20"/>
          <w:szCs w:val="20"/>
        </w:rPr>
      </w:pPr>
      <w:r w:rsidRPr="00F6399F">
        <w:rPr>
          <w:sz w:val="20"/>
          <w:szCs w:val="20"/>
        </w:rPr>
        <w:lastRenderedPageBreak/>
        <w:t xml:space="preserve">    background-repeat: no-</w:t>
      </w:r>
      <w:proofErr w:type="gramStart"/>
      <w:r w:rsidRPr="00F6399F">
        <w:rPr>
          <w:sz w:val="20"/>
          <w:szCs w:val="20"/>
        </w:rPr>
        <w:t>repeat;</w:t>
      </w:r>
      <w:proofErr w:type="gramEnd"/>
    </w:p>
    <w:p w14:paraId="52E636C6" w14:textId="77777777" w:rsidR="00F6399F" w:rsidRPr="00F6399F" w:rsidRDefault="00F6399F" w:rsidP="00F6399F">
      <w:pPr>
        <w:rPr>
          <w:sz w:val="20"/>
          <w:szCs w:val="20"/>
        </w:rPr>
      </w:pPr>
      <w:r w:rsidRPr="00F6399F">
        <w:rPr>
          <w:sz w:val="20"/>
          <w:szCs w:val="20"/>
        </w:rPr>
        <w:t xml:space="preserve">    background-position: </w:t>
      </w:r>
      <w:proofErr w:type="gramStart"/>
      <w:r w:rsidRPr="00F6399F">
        <w:rPr>
          <w:sz w:val="20"/>
          <w:szCs w:val="20"/>
        </w:rPr>
        <w:t>center;</w:t>
      </w:r>
      <w:proofErr w:type="gramEnd"/>
    </w:p>
    <w:p w14:paraId="64D0347A" w14:textId="77777777" w:rsidR="00F6399F" w:rsidRPr="00F6399F" w:rsidRDefault="00F6399F" w:rsidP="00F6399F">
      <w:pPr>
        <w:rPr>
          <w:sz w:val="20"/>
          <w:szCs w:val="20"/>
        </w:rPr>
      </w:pPr>
      <w:r w:rsidRPr="00F6399F">
        <w:rPr>
          <w:sz w:val="20"/>
          <w:szCs w:val="20"/>
        </w:rPr>
        <w:t>}</w:t>
      </w:r>
    </w:p>
    <w:p w14:paraId="227A1167" w14:textId="77777777" w:rsidR="00F6399F" w:rsidRPr="00F6399F" w:rsidRDefault="00F6399F" w:rsidP="00F6399F">
      <w:pPr>
        <w:rPr>
          <w:sz w:val="20"/>
          <w:szCs w:val="20"/>
        </w:rPr>
      </w:pPr>
      <w:proofErr w:type="gramStart"/>
      <w:r w:rsidRPr="00F6399F">
        <w:rPr>
          <w:sz w:val="20"/>
          <w:szCs w:val="20"/>
        </w:rPr>
        <w:t>.page</w:t>
      </w:r>
      <w:proofErr w:type="gramEnd"/>
      <w:r w:rsidRPr="00F6399F">
        <w:rPr>
          <w:sz w:val="20"/>
          <w:szCs w:val="20"/>
        </w:rPr>
        <w:t>2 {</w:t>
      </w:r>
    </w:p>
    <w:p w14:paraId="3FFA512B" w14:textId="77777777" w:rsidR="00F6399F" w:rsidRPr="00F6399F" w:rsidRDefault="00F6399F" w:rsidP="00F6399F">
      <w:pPr>
        <w:rPr>
          <w:sz w:val="20"/>
          <w:szCs w:val="20"/>
        </w:rPr>
      </w:pPr>
      <w:r w:rsidRPr="00F6399F">
        <w:rPr>
          <w:sz w:val="20"/>
          <w:szCs w:val="20"/>
        </w:rPr>
        <w:t xml:space="preserve">  background-image: </w:t>
      </w:r>
      <w:proofErr w:type="spellStart"/>
      <w:r w:rsidRPr="00F6399F">
        <w:rPr>
          <w:sz w:val="20"/>
          <w:szCs w:val="20"/>
        </w:rPr>
        <w:t>url</w:t>
      </w:r>
      <w:proofErr w:type="spellEnd"/>
      <w:r w:rsidRPr="00F6399F">
        <w:rPr>
          <w:sz w:val="20"/>
          <w:szCs w:val="20"/>
        </w:rPr>
        <w:t>("images/vr-football-1024x573.webp"</w:t>
      </w:r>
      <w:proofErr w:type="gramStart"/>
      <w:r w:rsidRPr="00F6399F">
        <w:rPr>
          <w:sz w:val="20"/>
          <w:szCs w:val="20"/>
        </w:rPr>
        <w:t>);</w:t>
      </w:r>
      <w:proofErr w:type="gramEnd"/>
    </w:p>
    <w:p w14:paraId="0108B3AB" w14:textId="77777777" w:rsidR="00F6399F" w:rsidRPr="00F6399F" w:rsidRDefault="00F6399F" w:rsidP="00F6399F">
      <w:pPr>
        <w:rPr>
          <w:sz w:val="20"/>
          <w:szCs w:val="20"/>
        </w:rPr>
      </w:pPr>
      <w:r w:rsidRPr="00F6399F">
        <w:rPr>
          <w:sz w:val="20"/>
          <w:szCs w:val="20"/>
        </w:rPr>
        <w:t xml:space="preserve">  background-size: </w:t>
      </w:r>
      <w:proofErr w:type="gramStart"/>
      <w:r w:rsidRPr="00F6399F">
        <w:rPr>
          <w:sz w:val="20"/>
          <w:szCs w:val="20"/>
        </w:rPr>
        <w:t>cover;</w:t>
      </w:r>
      <w:proofErr w:type="gramEnd"/>
    </w:p>
    <w:p w14:paraId="45E160D1" w14:textId="77777777" w:rsidR="00F6399F" w:rsidRPr="00F6399F" w:rsidRDefault="00F6399F" w:rsidP="00F6399F">
      <w:pPr>
        <w:rPr>
          <w:sz w:val="20"/>
          <w:szCs w:val="20"/>
        </w:rPr>
      </w:pPr>
      <w:r w:rsidRPr="00F6399F">
        <w:rPr>
          <w:sz w:val="20"/>
          <w:szCs w:val="20"/>
        </w:rPr>
        <w:t xml:space="preserve">  background-repeat: no-</w:t>
      </w:r>
      <w:proofErr w:type="gramStart"/>
      <w:r w:rsidRPr="00F6399F">
        <w:rPr>
          <w:sz w:val="20"/>
          <w:szCs w:val="20"/>
        </w:rPr>
        <w:t>repeat;</w:t>
      </w:r>
      <w:proofErr w:type="gramEnd"/>
    </w:p>
    <w:p w14:paraId="724C0685" w14:textId="77777777" w:rsidR="00F6399F" w:rsidRPr="00F6399F" w:rsidRDefault="00F6399F" w:rsidP="00F6399F">
      <w:pPr>
        <w:rPr>
          <w:sz w:val="20"/>
          <w:szCs w:val="20"/>
        </w:rPr>
      </w:pPr>
      <w:r w:rsidRPr="00F6399F">
        <w:rPr>
          <w:sz w:val="20"/>
          <w:szCs w:val="20"/>
        </w:rPr>
        <w:t xml:space="preserve">  background-position: </w:t>
      </w:r>
      <w:proofErr w:type="gramStart"/>
      <w:r w:rsidRPr="00F6399F">
        <w:rPr>
          <w:sz w:val="20"/>
          <w:szCs w:val="20"/>
        </w:rPr>
        <w:t>center;</w:t>
      </w:r>
      <w:proofErr w:type="gramEnd"/>
    </w:p>
    <w:p w14:paraId="69A30464" w14:textId="77777777" w:rsidR="00F6399F" w:rsidRPr="00F6399F" w:rsidRDefault="00F6399F" w:rsidP="00F6399F">
      <w:pPr>
        <w:rPr>
          <w:sz w:val="20"/>
          <w:szCs w:val="20"/>
        </w:rPr>
      </w:pPr>
      <w:r w:rsidRPr="00F6399F">
        <w:rPr>
          <w:sz w:val="20"/>
          <w:szCs w:val="20"/>
        </w:rPr>
        <w:t>}</w:t>
      </w:r>
    </w:p>
    <w:p w14:paraId="2DEC55B5" w14:textId="77777777" w:rsidR="00F6399F" w:rsidRPr="00F6399F" w:rsidRDefault="00F6399F" w:rsidP="00F6399F">
      <w:pPr>
        <w:rPr>
          <w:sz w:val="20"/>
          <w:szCs w:val="20"/>
        </w:rPr>
      </w:pPr>
      <w:proofErr w:type="gramStart"/>
      <w:r w:rsidRPr="00F6399F">
        <w:rPr>
          <w:sz w:val="20"/>
          <w:szCs w:val="20"/>
        </w:rPr>
        <w:t>.page</w:t>
      </w:r>
      <w:proofErr w:type="gramEnd"/>
      <w:r w:rsidRPr="00F6399F">
        <w:rPr>
          <w:sz w:val="20"/>
          <w:szCs w:val="20"/>
        </w:rPr>
        <w:t>3 {</w:t>
      </w:r>
    </w:p>
    <w:p w14:paraId="5EA0D160" w14:textId="77777777" w:rsidR="00F6399F" w:rsidRPr="00F6399F" w:rsidRDefault="00F6399F" w:rsidP="00F6399F">
      <w:pPr>
        <w:rPr>
          <w:sz w:val="20"/>
          <w:szCs w:val="20"/>
        </w:rPr>
      </w:pPr>
      <w:r w:rsidRPr="00F6399F">
        <w:rPr>
          <w:sz w:val="20"/>
          <w:szCs w:val="20"/>
        </w:rPr>
        <w:t xml:space="preserve">  background-image: </w:t>
      </w:r>
      <w:proofErr w:type="spellStart"/>
      <w:r w:rsidRPr="00F6399F">
        <w:rPr>
          <w:sz w:val="20"/>
          <w:szCs w:val="20"/>
        </w:rPr>
        <w:t>url</w:t>
      </w:r>
      <w:proofErr w:type="spellEnd"/>
      <w:r w:rsidRPr="00F6399F">
        <w:rPr>
          <w:sz w:val="20"/>
          <w:szCs w:val="20"/>
        </w:rPr>
        <w:t>("images/rhythmgame.png"</w:t>
      </w:r>
      <w:proofErr w:type="gramStart"/>
      <w:r w:rsidRPr="00F6399F">
        <w:rPr>
          <w:sz w:val="20"/>
          <w:szCs w:val="20"/>
        </w:rPr>
        <w:t>);</w:t>
      </w:r>
      <w:proofErr w:type="gramEnd"/>
    </w:p>
    <w:p w14:paraId="5A8D3ACC" w14:textId="77777777" w:rsidR="00F6399F" w:rsidRPr="00F6399F" w:rsidRDefault="00F6399F" w:rsidP="00F6399F">
      <w:pPr>
        <w:rPr>
          <w:sz w:val="20"/>
          <w:szCs w:val="20"/>
        </w:rPr>
      </w:pPr>
      <w:r w:rsidRPr="00F6399F">
        <w:rPr>
          <w:sz w:val="20"/>
          <w:szCs w:val="20"/>
        </w:rPr>
        <w:t xml:space="preserve">  background-size: </w:t>
      </w:r>
      <w:proofErr w:type="gramStart"/>
      <w:r w:rsidRPr="00F6399F">
        <w:rPr>
          <w:sz w:val="20"/>
          <w:szCs w:val="20"/>
        </w:rPr>
        <w:t>cover;</w:t>
      </w:r>
      <w:proofErr w:type="gramEnd"/>
    </w:p>
    <w:p w14:paraId="771585AA" w14:textId="77777777" w:rsidR="00F6399F" w:rsidRPr="00F6399F" w:rsidRDefault="00F6399F" w:rsidP="00F6399F">
      <w:pPr>
        <w:rPr>
          <w:sz w:val="20"/>
          <w:szCs w:val="20"/>
        </w:rPr>
      </w:pPr>
      <w:r w:rsidRPr="00F6399F">
        <w:rPr>
          <w:sz w:val="20"/>
          <w:szCs w:val="20"/>
        </w:rPr>
        <w:t xml:space="preserve">  background-repeat: no-</w:t>
      </w:r>
      <w:proofErr w:type="gramStart"/>
      <w:r w:rsidRPr="00F6399F">
        <w:rPr>
          <w:sz w:val="20"/>
          <w:szCs w:val="20"/>
        </w:rPr>
        <w:t>repeat;</w:t>
      </w:r>
      <w:proofErr w:type="gramEnd"/>
    </w:p>
    <w:p w14:paraId="0FB5B7A2" w14:textId="77777777" w:rsidR="00F6399F" w:rsidRPr="00F6399F" w:rsidRDefault="00F6399F" w:rsidP="00F6399F">
      <w:pPr>
        <w:rPr>
          <w:sz w:val="20"/>
          <w:szCs w:val="20"/>
        </w:rPr>
      </w:pPr>
      <w:r w:rsidRPr="00F6399F">
        <w:rPr>
          <w:sz w:val="20"/>
          <w:szCs w:val="20"/>
        </w:rPr>
        <w:t xml:space="preserve">  background-position: </w:t>
      </w:r>
      <w:proofErr w:type="gramStart"/>
      <w:r w:rsidRPr="00F6399F">
        <w:rPr>
          <w:sz w:val="20"/>
          <w:szCs w:val="20"/>
        </w:rPr>
        <w:t>center;</w:t>
      </w:r>
      <w:proofErr w:type="gramEnd"/>
    </w:p>
    <w:p w14:paraId="4952727B" w14:textId="77777777" w:rsidR="00F6399F" w:rsidRPr="00F6399F" w:rsidRDefault="00F6399F" w:rsidP="00F6399F">
      <w:pPr>
        <w:rPr>
          <w:sz w:val="20"/>
          <w:szCs w:val="20"/>
        </w:rPr>
      </w:pPr>
      <w:r w:rsidRPr="00F6399F">
        <w:rPr>
          <w:sz w:val="20"/>
          <w:szCs w:val="20"/>
        </w:rPr>
        <w:t>}</w:t>
      </w:r>
    </w:p>
    <w:p w14:paraId="7AFEAE19" w14:textId="77777777" w:rsidR="00F6399F" w:rsidRPr="00F6399F" w:rsidRDefault="00F6399F" w:rsidP="00F6399F">
      <w:pPr>
        <w:rPr>
          <w:sz w:val="20"/>
          <w:szCs w:val="20"/>
        </w:rPr>
      </w:pPr>
      <w:r w:rsidRPr="00F6399F">
        <w:rPr>
          <w:sz w:val="20"/>
          <w:szCs w:val="20"/>
        </w:rPr>
        <w:t>body {</w:t>
      </w:r>
    </w:p>
    <w:p w14:paraId="1769F7FC" w14:textId="77777777" w:rsidR="00F6399F" w:rsidRPr="00F6399F" w:rsidRDefault="00F6399F" w:rsidP="00F6399F">
      <w:pPr>
        <w:rPr>
          <w:sz w:val="20"/>
          <w:szCs w:val="20"/>
        </w:rPr>
      </w:pPr>
      <w:r w:rsidRPr="00F6399F">
        <w:rPr>
          <w:sz w:val="20"/>
          <w:szCs w:val="20"/>
        </w:rPr>
        <w:t xml:space="preserve">  margin: </w:t>
      </w:r>
      <w:proofErr w:type="gramStart"/>
      <w:r w:rsidRPr="00F6399F">
        <w:rPr>
          <w:sz w:val="20"/>
          <w:szCs w:val="20"/>
        </w:rPr>
        <w:t>0;</w:t>
      </w:r>
      <w:proofErr w:type="gramEnd"/>
    </w:p>
    <w:p w14:paraId="575B3E9C" w14:textId="77777777" w:rsidR="00F6399F" w:rsidRPr="00F6399F" w:rsidRDefault="00F6399F" w:rsidP="00F6399F">
      <w:pPr>
        <w:rPr>
          <w:sz w:val="20"/>
          <w:szCs w:val="20"/>
        </w:rPr>
      </w:pPr>
      <w:r w:rsidRPr="00F6399F">
        <w:rPr>
          <w:sz w:val="20"/>
          <w:szCs w:val="20"/>
        </w:rPr>
        <w:t>}</w:t>
      </w:r>
    </w:p>
    <w:p w14:paraId="627DCC1F" w14:textId="77777777" w:rsidR="00F6399F" w:rsidRPr="00F6399F" w:rsidRDefault="00F6399F" w:rsidP="00F6399F">
      <w:pPr>
        <w:rPr>
          <w:sz w:val="20"/>
          <w:szCs w:val="20"/>
        </w:rPr>
      </w:pPr>
    </w:p>
    <w:p w14:paraId="0F0CBF38" w14:textId="77777777" w:rsidR="00F6399F" w:rsidRPr="00F6399F" w:rsidRDefault="00F6399F" w:rsidP="00F6399F">
      <w:pPr>
        <w:rPr>
          <w:sz w:val="20"/>
          <w:szCs w:val="20"/>
        </w:rPr>
      </w:pPr>
      <w:r w:rsidRPr="00F6399F">
        <w:rPr>
          <w:sz w:val="20"/>
          <w:szCs w:val="20"/>
        </w:rPr>
        <w:t>a {</w:t>
      </w:r>
    </w:p>
    <w:p w14:paraId="771087C7" w14:textId="77777777" w:rsidR="00F6399F" w:rsidRPr="00F6399F" w:rsidRDefault="00F6399F" w:rsidP="00F6399F">
      <w:pPr>
        <w:rPr>
          <w:sz w:val="20"/>
          <w:szCs w:val="20"/>
        </w:rPr>
      </w:pPr>
      <w:r w:rsidRPr="00F6399F">
        <w:rPr>
          <w:sz w:val="20"/>
          <w:szCs w:val="20"/>
        </w:rPr>
        <w:t xml:space="preserve">  color: </w:t>
      </w:r>
      <w:proofErr w:type="gramStart"/>
      <w:r w:rsidRPr="00F6399F">
        <w:rPr>
          <w:sz w:val="20"/>
          <w:szCs w:val="20"/>
        </w:rPr>
        <w:t>white;</w:t>
      </w:r>
      <w:proofErr w:type="gramEnd"/>
    </w:p>
    <w:p w14:paraId="5035E596" w14:textId="77777777" w:rsidR="00F6399F" w:rsidRPr="00F6399F" w:rsidRDefault="00F6399F" w:rsidP="00F6399F">
      <w:pPr>
        <w:rPr>
          <w:sz w:val="20"/>
          <w:szCs w:val="20"/>
        </w:rPr>
      </w:pPr>
      <w:r w:rsidRPr="00F6399F">
        <w:rPr>
          <w:sz w:val="20"/>
          <w:szCs w:val="20"/>
        </w:rPr>
        <w:t xml:space="preserve">  text-decoration: </w:t>
      </w:r>
      <w:proofErr w:type="gramStart"/>
      <w:r w:rsidRPr="00F6399F">
        <w:rPr>
          <w:sz w:val="20"/>
          <w:szCs w:val="20"/>
        </w:rPr>
        <w:t>none;</w:t>
      </w:r>
      <w:proofErr w:type="gramEnd"/>
    </w:p>
    <w:p w14:paraId="3EB594EB" w14:textId="77777777" w:rsidR="00F6399F" w:rsidRPr="00F6399F" w:rsidRDefault="00F6399F" w:rsidP="00F6399F">
      <w:pPr>
        <w:rPr>
          <w:sz w:val="20"/>
          <w:szCs w:val="20"/>
        </w:rPr>
      </w:pPr>
      <w:r w:rsidRPr="00F6399F">
        <w:rPr>
          <w:sz w:val="20"/>
          <w:szCs w:val="20"/>
        </w:rPr>
        <w:t xml:space="preserve">  font-size: </w:t>
      </w:r>
      <w:proofErr w:type="gramStart"/>
      <w:r w:rsidRPr="00F6399F">
        <w:rPr>
          <w:sz w:val="20"/>
          <w:szCs w:val="20"/>
        </w:rPr>
        <w:t>18px;</w:t>
      </w:r>
      <w:proofErr w:type="gramEnd"/>
    </w:p>
    <w:p w14:paraId="571EC4A6" w14:textId="77777777" w:rsidR="00F6399F" w:rsidRPr="00F6399F" w:rsidRDefault="00F6399F" w:rsidP="00F6399F">
      <w:pPr>
        <w:rPr>
          <w:sz w:val="20"/>
          <w:szCs w:val="20"/>
        </w:rPr>
      </w:pPr>
      <w:r w:rsidRPr="00F6399F">
        <w:rPr>
          <w:sz w:val="20"/>
          <w:szCs w:val="20"/>
        </w:rPr>
        <w:t xml:space="preserve">  display: </w:t>
      </w:r>
      <w:proofErr w:type="gramStart"/>
      <w:r w:rsidRPr="00F6399F">
        <w:rPr>
          <w:sz w:val="20"/>
          <w:szCs w:val="20"/>
        </w:rPr>
        <w:t>block;</w:t>
      </w:r>
      <w:proofErr w:type="gramEnd"/>
    </w:p>
    <w:p w14:paraId="526B06DF" w14:textId="77777777" w:rsidR="00F6399F" w:rsidRPr="00F6399F" w:rsidRDefault="00F6399F" w:rsidP="00F6399F">
      <w:pPr>
        <w:rPr>
          <w:sz w:val="20"/>
          <w:szCs w:val="20"/>
        </w:rPr>
      </w:pPr>
      <w:r w:rsidRPr="00F6399F">
        <w:rPr>
          <w:sz w:val="20"/>
          <w:szCs w:val="20"/>
        </w:rPr>
        <w:t xml:space="preserve">  margin-top: </w:t>
      </w:r>
      <w:proofErr w:type="gramStart"/>
      <w:r w:rsidRPr="00F6399F">
        <w:rPr>
          <w:sz w:val="20"/>
          <w:szCs w:val="20"/>
        </w:rPr>
        <w:t>10px;</w:t>
      </w:r>
      <w:proofErr w:type="gramEnd"/>
    </w:p>
    <w:p w14:paraId="6EF3686F" w14:textId="77777777" w:rsidR="00F6399F" w:rsidRPr="00F6399F" w:rsidRDefault="00F6399F" w:rsidP="00F6399F">
      <w:pPr>
        <w:rPr>
          <w:sz w:val="20"/>
          <w:szCs w:val="20"/>
        </w:rPr>
      </w:pPr>
      <w:r w:rsidRPr="00F6399F">
        <w:rPr>
          <w:sz w:val="20"/>
          <w:szCs w:val="20"/>
        </w:rPr>
        <w:t xml:space="preserve">  text-align: </w:t>
      </w:r>
      <w:proofErr w:type="gramStart"/>
      <w:r w:rsidRPr="00F6399F">
        <w:rPr>
          <w:sz w:val="20"/>
          <w:szCs w:val="20"/>
        </w:rPr>
        <w:t>center;</w:t>
      </w:r>
      <w:proofErr w:type="gramEnd"/>
    </w:p>
    <w:p w14:paraId="0AFA58D9" w14:textId="77777777" w:rsidR="00F6399F" w:rsidRPr="00F6399F" w:rsidRDefault="00F6399F" w:rsidP="00F6399F">
      <w:pPr>
        <w:rPr>
          <w:sz w:val="20"/>
          <w:szCs w:val="20"/>
        </w:rPr>
      </w:pPr>
      <w:r w:rsidRPr="00F6399F">
        <w:rPr>
          <w:sz w:val="20"/>
          <w:szCs w:val="20"/>
        </w:rPr>
        <w:t>}</w:t>
      </w:r>
    </w:p>
    <w:p w14:paraId="412F2D50" w14:textId="77777777" w:rsidR="00F6399F" w:rsidRPr="00F6399F" w:rsidRDefault="00F6399F" w:rsidP="00F6399F">
      <w:pPr>
        <w:rPr>
          <w:sz w:val="20"/>
          <w:szCs w:val="20"/>
        </w:rPr>
      </w:pPr>
    </w:p>
    <w:p w14:paraId="49EA1D8B" w14:textId="77777777" w:rsidR="00F6399F" w:rsidRPr="00F6399F" w:rsidRDefault="00F6399F" w:rsidP="00F6399F">
      <w:pPr>
        <w:rPr>
          <w:sz w:val="20"/>
          <w:szCs w:val="20"/>
        </w:rPr>
      </w:pPr>
      <w:proofErr w:type="spellStart"/>
      <w:proofErr w:type="gramStart"/>
      <w:r w:rsidRPr="00F6399F">
        <w:rPr>
          <w:sz w:val="20"/>
          <w:szCs w:val="20"/>
        </w:rPr>
        <w:lastRenderedPageBreak/>
        <w:t>img</w:t>
      </w:r>
      <w:proofErr w:type="spellEnd"/>
      <w:r w:rsidRPr="00F6399F">
        <w:rPr>
          <w:sz w:val="20"/>
          <w:szCs w:val="20"/>
        </w:rPr>
        <w:t xml:space="preserve"> {</w:t>
      </w:r>
      <w:proofErr w:type="gramEnd"/>
    </w:p>
    <w:p w14:paraId="357C4247" w14:textId="77777777" w:rsidR="00F6399F" w:rsidRPr="00F6399F" w:rsidRDefault="00F6399F" w:rsidP="00F6399F">
      <w:pPr>
        <w:rPr>
          <w:sz w:val="20"/>
          <w:szCs w:val="20"/>
        </w:rPr>
      </w:pPr>
      <w:r w:rsidRPr="00F6399F">
        <w:rPr>
          <w:sz w:val="20"/>
          <w:szCs w:val="20"/>
        </w:rPr>
        <w:t xml:space="preserve">  width: </w:t>
      </w:r>
      <w:proofErr w:type="gramStart"/>
      <w:r w:rsidRPr="00F6399F">
        <w:rPr>
          <w:sz w:val="20"/>
          <w:szCs w:val="20"/>
        </w:rPr>
        <w:t>250px;</w:t>
      </w:r>
      <w:proofErr w:type="gramEnd"/>
    </w:p>
    <w:p w14:paraId="7B075D07" w14:textId="77777777" w:rsidR="00F6399F" w:rsidRPr="00F6399F" w:rsidRDefault="00F6399F" w:rsidP="00F6399F">
      <w:pPr>
        <w:rPr>
          <w:sz w:val="20"/>
          <w:szCs w:val="20"/>
        </w:rPr>
      </w:pPr>
      <w:r w:rsidRPr="00F6399F">
        <w:rPr>
          <w:sz w:val="20"/>
          <w:szCs w:val="20"/>
        </w:rPr>
        <w:t xml:space="preserve">  border-radius: </w:t>
      </w:r>
      <w:proofErr w:type="gramStart"/>
      <w:r w:rsidRPr="00F6399F">
        <w:rPr>
          <w:sz w:val="20"/>
          <w:szCs w:val="20"/>
        </w:rPr>
        <w:t>12px;</w:t>
      </w:r>
      <w:proofErr w:type="gramEnd"/>
    </w:p>
    <w:p w14:paraId="6488E16F" w14:textId="77777777" w:rsidR="00F6399F" w:rsidRPr="00F6399F" w:rsidRDefault="00F6399F" w:rsidP="00F6399F">
      <w:pPr>
        <w:rPr>
          <w:sz w:val="20"/>
          <w:szCs w:val="20"/>
        </w:rPr>
      </w:pPr>
      <w:r w:rsidRPr="00F6399F">
        <w:rPr>
          <w:sz w:val="20"/>
          <w:szCs w:val="20"/>
        </w:rPr>
        <w:t xml:space="preserve">  display: </w:t>
      </w:r>
      <w:proofErr w:type="gramStart"/>
      <w:r w:rsidRPr="00F6399F">
        <w:rPr>
          <w:sz w:val="20"/>
          <w:szCs w:val="20"/>
        </w:rPr>
        <w:t>block;</w:t>
      </w:r>
      <w:proofErr w:type="gramEnd"/>
    </w:p>
    <w:p w14:paraId="723D3DF5" w14:textId="77777777" w:rsidR="00F6399F" w:rsidRPr="00F6399F" w:rsidRDefault="00F6399F" w:rsidP="00F6399F">
      <w:pPr>
        <w:rPr>
          <w:sz w:val="20"/>
          <w:szCs w:val="20"/>
        </w:rPr>
      </w:pPr>
      <w:r w:rsidRPr="00F6399F">
        <w:rPr>
          <w:sz w:val="20"/>
          <w:szCs w:val="20"/>
        </w:rPr>
        <w:t xml:space="preserve">  margin: 10px auto 40px </w:t>
      </w:r>
      <w:proofErr w:type="gramStart"/>
      <w:r w:rsidRPr="00F6399F">
        <w:rPr>
          <w:sz w:val="20"/>
          <w:szCs w:val="20"/>
        </w:rPr>
        <w:t>auto;</w:t>
      </w:r>
      <w:proofErr w:type="gramEnd"/>
    </w:p>
    <w:p w14:paraId="327EC9A7" w14:textId="77777777" w:rsidR="00F6399F" w:rsidRPr="00F6399F" w:rsidRDefault="00F6399F" w:rsidP="00F6399F">
      <w:pPr>
        <w:rPr>
          <w:sz w:val="20"/>
          <w:szCs w:val="20"/>
        </w:rPr>
      </w:pPr>
      <w:r w:rsidRPr="00F6399F">
        <w:rPr>
          <w:sz w:val="20"/>
          <w:szCs w:val="20"/>
        </w:rPr>
        <w:t xml:space="preserve">  transition: 0.</w:t>
      </w:r>
      <w:proofErr w:type="gramStart"/>
      <w:r w:rsidRPr="00F6399F">
        <w:rPr>
          <w:sz w:val="20"/>
          <w:szCs w:val="20"/>
        </w:rPr>
        <w:t>3s;</w:t>
      </w:r>
      <w:proofErr w:type="gramEnd"/>
    </w:p>
    <w:p w14:paraId="450AEA01" w14:textId="77777777" w:rsidR="00F6399F" w:rsidRPr="00F6399F" w:rsidRDefault="00F6399F" w:rsidP="00F6399F">
      <w:pPr>
        <w:rPr>
          <w:sz w:val="20"/>
          <w:szCs w:val="20"/>
        </w:rPr>
      </w:pPr>
      <w:r w:rsidRPr="00F6399F">
        <w:rPr>
          <w:sz w:val="20"/>
          <w:szCs w:val="20"/>
        </w:rPr>
        <w:t>}</w:t>
      </w:r>
    </w:p>
    <w:p w14:paraId="4EBFF623" w14:textId="77777777" w:rsidR="00F6399F" w:rsidRPr="00F6399F" w:rsidRDefault="00F6399F" w:rsidP="00F6399F">
      <w:pPr>
        <w:rPr>
          <w:sz w:val="20"/>
          <w:szCs w:val="20"/>
        </w:rPr>
      </w:pPr>
    </w:p>
    <w:p w14:paraId="35528B63" w14:textId="77777777" w:rsidR="00F6399F" w:rsidRPr="00F6399F" w:rsidRDefault="00F6399F" w:rsidP="00F6399F">
      <w:pPr>
        <w:rPr>
          <w:sz w:val="20"/>
          <w:szCs w:val="20"/>
        </w:rPr>
      </w:pPr>
      <w:proofErr w:type="spellStart"/>
      <w:proofErr w:type="gramStart"/>
      <w:r w:rsidRPr="00F6399F">
        <w:rPr>
          <w:sz w:val="20"/>
          <w:szCs w:val="20"/>
        </w:rPr>
        <w:t>img:hover</w:t>
      </w:r>
      <w:proofErr w:type="spellEnd"/>
      <w:proofErr w:type="gramEnd"/>
      <w:r w:rsidRPr="00F6399F">
        <w:rPr>
          <w:sz w:val="20"/>
          <w:szCs w:val="20"/>
        </w:rPr>
        <w:t xml:space="preserve"> {</w:t>
      </w:r>
    </w:p>
    <w:p w14:paraId="3ABA134E" w14:textId="77777777" w:rsidR="00F6399F" w:rsidRPr="00F6399F" w:rsidRDefault="00F6399F" w:rsidP="00F6399F">
      <w:pPr>
        <w:rPr>
          <w:sz w:val="20"/>
          <w:szCs w:val="20"/>
        </w:rPr>
      </w:pPr>
      <w:r w:rsidRPr="00F6399F">
        <w:rPr>
          <w:sz w:val="20"/>
          <w:szCs w:val="20"/>
        </w:rPr>
        <w:t xml:space="preserve">  transform: </w:t>
      </w:r>
      <w:proofErr w:type="gramStart"/>
      <w:r w:rsidRPr="00F6399F">
        <w:rPr>
          <w:sz w:val="20"/>
          <w:szCs w:val="20"/>
        </w:rPr>
        <w:t>scale(</w:t>
      </w:r>
      <w:proofErr w:type="gramEnd"/>
      <w:r w:rsidRPr="00F6399F">
        <w:rPr>
          <w:sz w:val="20"/>
          <w:szCs w:val="20"/>
        </w:rPr>
        <w:t>1.05</w:t>
      </w:r>
      <w:proofErr w:type="gramStart"/>
      <w:r w:rsidRPr="00F6399F">
        <w:rPr>
          <w:sz w:val="20"/>
          <w:szCs w:val="20"/>
        </w:rPr>
        <w:t>);</w:t>
      </w:r>
      <w:proofErr w:type="gramEnd"/>
    </w:p>
    <w:p w14:paraId="0F8375F9" w14:textId="77777777" w:rsidR="00F6399F" w:rsidRPr="00F6399F" w:rsidRDefault="00F6399F" w:rsidP="00F6399F">
      <w:pPr>
        <w:rPr>
          <w:sz w:val="20"/>
          <w:szCs w:val="20"/>
        </w:rPr>
      </w:pPr>
      <w:r w:rsidRPr="00F6399F">
        <w:rPr>
          <w:sz w:val="20"/>
          <w:szCs w:val="20"/>
        </w:rPr>
        <w:t xml:space="preserve">  cursor: </w:t>
      </w:r>
      <w:proofErr w:type="gramStart"/>
      <w:r w:rsidRPr="00F6399F">
        <w:rPr>
          <w:sz w:val="20"/>
          <w:szCs w:val="20"/>
        </w:rPr>
        <w:t>pointer;</w:t>
      </w:r>
      <w:proofErr w:type="gramEnd"/>
    </w:p>
    <w:p w14:paraId="415194BE" w14:textId="77777777" w:rsidR="00F6399F" w:rsidRPr="00F6399F" w:rsidRDefault="00F6399F" w:rsidP="00F6399F">
      <w:pPr>
        <w:rPr>
          <w:sz w:val="20"/>
          <w:szCs w:val="20"/>
        </w:rPr>
      </w:pPr>
      <w:r w:rsidRPr="00F6399F">
        <w:rPr>
          <w:sz w:val="20"/>
          <w:szCs w:val="20"/>
        </w:rPr>
        <w:t>}</w:t>
      </w:r>
    </w:p>
    <w:p w14:paraId="71C41B35" w14:textId="77777777" w:rsidR="00F6399F" w:rsidRPr="00F6399F" w:rsidRDefault="00F6399F" w:rsidP="00F6399F">
      <w:pPr>
        <w:rPr>
          <w:sz w:val="20"/>
          <w:szCs w:val="20"/>
        </w:rPr>
      </w:pPr>
    </w:p>
    <w:p w14:paraId="0B54A676" w14:textId="77777777" w:rsidR="00F6399F" w:rsidRPr="00F6399F" w:rsidRDefault="00F6399F" w:rsidP="00F6399F">
      <w:pPr>
        <w:rPr>
          <w:sz w:val="20"/>
          <w:szCs w:val="20"/>
        </w:rPr>
      </w:pPr>
      <w:proofErr w:type="gramStart"/>
      <w:r w:rsidRPr="00F6399F">
        <w:rPr>
          <w:sz w:val="20"/>
          <w:szCs w:val="20"/>
        </w:rPr>
        <w:t>.page</w:t>
      </w:r>
      <w:proofErr w:type="gramEnd"/>
      <w:r w:rsidRPr="00F6399F">
        <w:rPr>
          <w:sz w:val="20"/>
          <w:szCs w:val="20"/>
        </w:rPr>
        <w:t>1 {</w:t>
      </w:r>
    </w:p>
    <w:p w14:paraId="4982A70D" w14:textId="77777777" w:rsidR="00F6399F" w:rsidRPr="00F6399F" w:rsidRDefault="00F6399F" w:rsidP="00F6399F">
      <w:pPr>
        <w:rPr>
          <w:sz w:val="20"/>
          <w:szCs w:val="20"/>
        </w:rPr>
      </w:pPr>
      <w:r w:rsidRPr="00F6399F">
        <w:rPr>
          <w:sz w:val="20"/>
          <w:szCs w:val="20"/>
        </w:rPr>
        <w:tab/>
        <w:t xml:space="preserve">color: </w:t>
      </w:r>
      <w:proofErr w:type="gramStart"/>
      <w:r w:rsidRPr="00F6399F">
        <w:rPr>
          <w:sz w:val="20"/>
          <w:szCs w:val="20"/>
        </w:rPr>
        <w:t>white;</w:t>
      </w:r>
      <w:proofErr w:type="gramEnd"/>
    </w:p>
    <w:p w14:paraId="344F81AE" w14:textId="77777777" w:rsidR="00F6399F" w:rsidRPr="00F6399F" w:rsidRDefault="00F6399F" w:rsidP="00F6399F">
      <w:pPr>
        <w:rPr>
          <w:sz w:val="20"/>
          <w:szCs w:val="20"/>
        </w:rPr>
      </w:pPr>
      <w:r w:rsidRPr="00F6399F">
        <w:rPr>
          <w:sz w:val="20"/>
          <w:szCs w:val="20"/>
        </w:rPr>
        <w:t>}</w:t>
      </w:r>
    </w:p>
    <w:p w14:paraId="692EAF86" w14:textId="77777777" w:rsidR="00F6399F" w:rsidRPr="00F6399F" w:rsidRDefault="00F6399F" w:rsidP="00F6399F">
      <w:pPr>
        <w:rPr>
          <w:sz w:val="20"/>
          <w:szCs w:val="20"/>
        </w:rPr>
      </w:pPr>
    </w:p>
    <w:p w14:paraId="3F10942D" w14:textId="77777777" w:rsidR="00F6399F" w:rsidRPr="00F6399F" w:rsidRDefault="00F6399F" w:rsidP="00F6399F">
      <w:pPr>
        <w:rPr>
          <w:sz w:val="20"/>
          <w:szCs w:val="20"/>
        </w:rPr>
      </w:pPr>
      <w:proofErr w:type="gramStart"/>
      <w:r w:rsidRPr="00F6399F">
        <w:rPr>
          <w:sz w:val="20"/>
          <w:szCs w:val="20"/>
        </w:rPr>
        <w:t>.page</w:t>
      </w:r>
      <w:proofErr w:type="gramEnd"/>
      <w:r w:rsidRPr="00F6399F">
        <w:rPr>
          <w:sz w:val="20"/>
          <w:szCs w:val="20"/>
        </w:rPr>
        <w:t>2 {</w:t>
      </w:r>
    </w:p>
    <w:p w14:paraId="7A115CC8" w14:textId="77777777" w:rsidR="00F6399F" w:rsidRPr="00F6399F" w:rsidRDefault="00F6399F" w:rsidP="00F6399F">
      <w:pPr>
        <w:rPr>
          <w:sz w:val="20"/>
          <w:szCs w:val="20"/>
        </w:rPr>
      </w:pPr>
      <w:r w:rsidRPr="00F6399F">
        <w:rPr>
          <w:sz w:val="20"/>
          <w:szCs w:val="20"/>
        </w:rPr>
        <w:tab/>
        <w:t xml:space="preserve">color: </w:t>
      </w:r>
      <w:proofErr w:type="gramStart"/>
      <w:r w:rsidRPr="00F6399F">
        <w:rPr>
          <w:sz w:val="20"/>
          <w:szCs w:val="20"/>
        </w:rPr>
        <w:t>white;</w:t>
      </w:r>
      <w:proofErr w:type="gramEnd"/>
    </w:p>
    <w:p w14:paraId="07216E14" w14:textId="77777777" w:rsidR="00F6399F" w:rsidRPr="00F6399F" w:rsidRDefault="00F6399F" w:rsidP="00F6399F">
      <w:pPr>
        <w:rPr>
          <w:sz w:val="20"/>
          <w:szCs w:val="20"/>
        </w:rPr>
      </w:pPr>
      <w:r w:rsidRPr="00F6399F">
        <w:rPr>
          <w:sz w:val="20"/>
          <w:szCs w:val="20"/>
        </w:rPr>
        <w:t>}</w:t>
      </w:r>
    </w:p>
    <w:p w14:paraId="2888ADD7" w14:textId="77777777" w:rsidR="00F6399F" w:rsidRPr="00F6399F" w:rsidRDefault="00F6399F" w:rsidP="00F6399F">
      <w:pPr>
        <w:rPr>
          <w:sz w:val="20"/>
          <w:szCs w:val="20"/>
        </w:rPr>
      </w:pPr>
    </w:p>
    <w:p w14:paraId="1E81C9E7" w14:textId="77777777" w:rsidR="00F6399F" w:rsidRPr="00F6399F" w:rsidRDefault="00F6399F" w:rsidP="00F6399F">
      <w:pPr>
        <w:rPr>
          <w:sz w:val="20"/>
          <w:szCs w:val="20"/>
        </w:rPr>
      </w:pPr>
      <w:proofErr w:type="gramStart"/>
      <w:r w:rsidRPr="00F6399F">
        <w:rPr>
          <w:sz w:val="20"/>
          <w:szCs w:val="20"/>
        </w:rPr>
        <w:t>.page</w:t>
      </w:r>
      <w:proofErr w:type="gramEnd"/>
      <w:r w:rsidRPr="00F6399F">
        <w:rPr>
          <w:sz w:val="20"/>
          <w:szCs w:val="20"/>
        </w:rPr>
        <w:t>3 {</w:t>
      </w:r>
    </w:p>
    <w:p w14:paraId="742B709E" w14:textId="77777777" w:rsidR="00F6399F" w:rsidRPr="00F6399F" w:rsidRDefault="00F6399F" w:rsidP="00F6399F">
      <w:pPr>
        <w:rPr>
          <w:sz w:val="20"/>
          <w:szCs w:val="20"/>
        </w:rPr>
      </w:pPr>
      <w:r w:rsidRPr="00F6399F">
        <w:rPr>
          <w:sz w:val="20"/>
          <w:szCs w:val="20"/>
        </w:rPr>
        <w:tab/>
        <w:t xml:space="preserve">color: </w:t>
      </w:r>
      <w:proofErr w:type="gramStart"/>
      <w:r w:rsidRPr="00F6399F">
        <w:rPr>
          <w:sz w:val="20"/>
          <w:szCs w:val="20"/>
        </w:rPr>
        <w:t>white;</w:t>
      </w:r>
      <w:proofErr w:type="gramEnd"/>
    </w:p>
    <w:p w14:paraId="01D3EC11" w14:textId="418C4519" w:rsidR="00F6399F" w:rsidRPr="00F6399F" w:rsidRDefault="00F6399F" w:rsidP="00F6399F">
      <w:pPr>
        <w:rPr>
          <w:sz w:val="20"/>
          <w:szCs w:val="20"/>
        </w:rPr>
      </w:pPr>
      <w:r w:rsidRPr="00F6399F">
        <w:rPr>
          <w:sz w:val="20"/>
          <w:szCs w:val="20"/>
        </w:rPr>
        <w:t>}</w:t>
      </w:r>
    </w:p>
    <w:sectPr w:rsidR="00F6399F" w:rsidRPr="00F6399F" w:rsidSect="0004004F">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8DF5E3F"/>
    <w:multiLevelType w:val="hybridMultilevel"/>
    <w:tmpl w:val="CF20B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17D59"/>
    <w:multiLevelType w:val="hybridMultilevel"/>
    <w:tmpl w:val="454C0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641BA8"/>
    <w:multiLevelType w:val="hybridMultilevel"/>
    <w:tmpl w:val="46189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C51A45"/>
    <w:multiLevelType w:val="hybridMultilevel"/>
    <w:tmpl w:val="64FC7B7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C0D5DE3"/>
    <w:multiLevelType w:val="hybridMultilevel"/>
    <w:tmpl w:val="43629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1C6B95"/>
    <w:multiLevelType w:val="hybridMultilevel"/>
    <w:tmpl w:val="05B2CC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7E2DED"/>
    <w:multiLevelType w:val="hybridMultilevel"/>
    <w:tmpl w:val="2E108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733A9E"/>
    <w:multiLevelType w:val="hybridMultilevel"/>
    <w:tmpl w:val="E2627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882783"/>
    <w:multiLevelType w:val="hybridMultilevel"/>
    <w:tmpl w:val="E872FA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25399B"/>
    <w:multiLevelType w:val="hybridMultilevel"/>
    <w:tmpl w:val="7576CB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617D1C"/>
    <w:multiLevelType w:val="hybridMultilevel"/>
    <w:tmpl w:val="66EE38D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03712665">
    <w:abstractNumId w:val="8"/>
  </w:num>
  <w:num w:numId="2" w16cid:durableId="1798638972">
    <w:abstractNumId w:val="6"/>
  </w:num>
  <w:num w:numId="3" w16cid:durableId="556555846">
    <w:abstractNumId w:val="5"/>
  </w:num>
  <w:num w:numId="4" w16cid:durableId="1268654097">
    <w:abstractNumId w:val="4"/>
  </w:num>
  <w:num w:numId="5" w16cid:durableId="2011567245">
    <w:abstractNumId w:val="7"/>
  </w:num>
  <w:num w:numId="6" w16cid:durableId="669648746">
    <w:abstractNumId w:val="3"/>
  </w:num>
  <w:num w:numId="7" w16cid:durableId="643582662">
    <w:abstractNumId w:val="2"/>
  </w:num>
  <w:num w:numId="8" w16cid:durableId="91703903">
    <w:abstractNumId w:val="1"/>
  </w:num>
  <w:num w:numId="9" w16cid:durableId="1995377512">
    <w:abstractNumId w:val="0"/>
  </w:num>
  <w:num w:numId="10" w16cid:durableId="1338922998">
    <w:abstractNumId w:val="14"/>
  </w:num>
  <w:num w:numId="11" w16cid:durableId="1716003674">
    <w:abstractNumId w:val="16"/>
  </w:num>
  <w:num w:numId="12" w16cid:durableId="10377956">
    <w:abstractNumId w:val="11"/>
  </w:num>
  <w:num w:numId="13" w16cid:durableId="1552765674">
    <w:abstractNumId w:val="10"/>
  </w:num>
  <w:num w:numId="14" w16cid:durableId="1217932119">
    <w:abstractNumId w:val="15"/>
  </w:num>
  <w:num w:numId="15" w16cid:durableId="164900236">
    <w:abstractNumId w:val="9"/>
  </w:num>
  <w:num w:numId="16" w16cid:durableId="1039016590">
    <w:abstractNumId w:val="13"/>
  </w:num>
  <w:num w:numId="17" w16cid:durableId="255526482">
    <w:abstractNumId w:val="12"/>
  </w:num>
  <w:num w:numId="18" w16cid:durableId="985208799">
    <w:abstractNumId w:val="17"/>
  </w:num>
  <w:num w:numId="19" w16cid:durableId="1617758285">
    <w:abstractNumId w:val="19"/>
  </w:num>
  <w:num w:numId="20" w16cid:durableId="173427960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004F"/>
    <w:rsid w:val="0006063C"/>
    <w:rsid w:val="00144ECF"/>
    <w:rsid w:val="0015074B"/>
    <w:rsid w:val="001A45CE"/>
    <w:rsid w:val="001C0C58"/>
    <w:rsid w:val="0029639D"/>
    <w:rsid w:val="00326F90"/>
    <w:rsid w:val="0035410A"/>
    <w:rsid w:val="003E5878"/>
    <w:rsid w:val="007251AB"/>
    <w:rsid w:val="0079029D"/>
    <w:rsid w:val="00990E25"/>
    <w:rsid w:val="009A4B12"/>
    <w:rsid w:val="00A069E3"/>
    <w:rsid w:val="00AA1D8D"/>
    <w:rsid w:val="00B4095E"/>
    <w:rsid w:val="00B47730"/>
    <w:rsid w:val="00CB0664"/>
    <w:rsid w:val="00D36633"/>
    <w:rsid w:val="00DC5EBF"/>
    <w:rsid w:val="00DE11DB"/>
    <w:rsid w:val="00F628EF"/>
    <w:rsid w:val="00F6399F"/>
    <w:rsid w:val="00FC693F"/>
    <w:rsid w:val="00FF77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805F98"/>
  <w14:defaultImageDpi w14:val="300"/>
  <w15:docId w15:val="{F3594F9C-5B5F-44CE-B70C-D7CA8E5CD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04004F"/>
  </w:style>
  <w:style w:type="paragraph" w:styleId="TOC1">
    <w:name w:val="toc 1"/>
    <w:basedOn w:val="Normal"/>
    <w:next w:val="Normal"/>
    <w:autoRedefine/>
    <w:uiPriority w:val="39"/>
    <w:unhideWhenUsed/>
    <w:rsid w:val="0004004F"/>
    <w:pPr>
      <w:spacing w:after="100"/>
    </w:pPr>
  </w:style>
  <w:style w:type="character" w:styleId="Hyperlink">
    <w:name w:val="Hyperlink"/>
    <w:basedOn w:val="DefaultParagraphFont"/>
    <w:uiPriority w:val="99"/>
    <w:unhideWhenUsed/>
    <w:rsid w:val="0004004F"/>
    <w:rPr>
      <w:color w:val="0000FF" w:themeColor="hyperlink"/>
      <w:u w:val="single"/>
    </w:rPr>
  </w:style>
  <w:style w:type="character" w:styleId="UnresolvedMention">
    <w:name w:val="Unresolved Mention"/>
    <w:basedOn w:val="DefaultParagraphFont"/>
    <w:uiPriority w:val="99"/>
    <w:semiHidden/>
    <w:unhideWhenUsed/>
    <w:rsid w:val="001C0C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92018">
      <w:bodyDiv w:val="1"/>
      <w:marLeft w:val="0"/>
      <w:marRight w:val="0"/>
      <w:marTop w:val="0"/>
      <w:marBottom w:val="0"/>
      <w:divBdr>
        <w:top w:val="none" w:sz="0" w:space="0" w:color="auto"/>
        <w:left w:val="none" w:sz="0" w:space="0" w:color="auto"/>
        <w:bottom w:val="none" w:sz="0" w:space="0" w:color="auto"/>
        <w:right w:val="none" w:sz="0" w:space="0" w:color="auto"/>
      </w:divBdr>
    </w:div>
    <w:div w:id="315453428">
      <w:bodyDiv w:val="1"/>
      <w:marLeft w:val="0"/>
      <w:marRight w:val="0"/>
      <w:marTop w:val="0"/>
      <w:marBottom w:val="0"/>
      <w:divBdr>
        <w:top w:val="none" w:sz="0" w:space="0" w:color="auto"/>
        <w:left w:val="none" w:sz="0" w:space="0" w:color="auto"/>
        <w:bottom w:val="none" w:sz="0" w:space="0" w:color="auto"/>
        <w:right w:val="none" w:sz="0" w:space="0" w:color="auto"/>
      </w:divBdr>
    </w:div>
    <w:div w:id="560672438">
      <w:bodyDiv w:val="1"/>
      <w:marLeft w:val="0"/>
      <w:marRight w:val="0"/>
      <w:marTop w:val="0"/>
      <w:marBottom w:val="0"/>
      <w:divBdr>
        <w:top w:val="none" w:sz="0" w:space="0" w:color="auto"/>
        <w:left w:val="none" w:sz="0" w:space="0" w:color="auto"/>
        <w:bottom w:val="none" w:sz="0" w:space="0" w:color="auto"/>
        <w:right w:val="none" w:sz="0" w:space="0" w:color="auto"/>
      </w:divBdr>
    </w:div>
    <w:div w:id="690690133">
      <w:bodyDiv w:val="1"/>
      <w:marLeft w:val="0"/>
      <w:marRight w:val="0"/>
      <w:marTop w:val="0"/>
      <w:marBottom w:val="0"/>
      <w:divBdr>
        <w:top w:val="none" w:sz="0" w:space="0" w:color="auto"/>
        <w:left w:val="none" w:sz="0" w:space="0" w:color="auto"/>
        <w:bottom w:val="none" w:sz="0" w:space="0" w:color="auto"/>
        <w:right w:val="none" w:sz="0" w:space="0" w:color="auto"/>
      </w:divBdr>
    </w:div>
    <w:div w:id="763645738">
      <w:bodyDiv w:val="1"/>
      <w:marLeft w:val="0"/>
      <w:marRight w:val="0"/>
      <w:marTop w:val="0"/>
      <w:marBottom w:val="0"/>
      <w:divBdr>
        <w:top w:val="none" w:sz="0" w:space="0" w:color="auto"/>
        <w:left w:val="none" w:sz="0" w:space="0" w:color="auto"/>
        <w:bottom w:val="none" w:sz="0" w:space="0" w:color="auto"/>
        <w:right w:val="none" w:sz="0" w:space="0" w:color="auto"/>
      </w:divBdr>
    </w:div>
    <w:div w:id="783885562">
      <w:bodyDiv w:val="1"/>
      <w:marLeft w:val="0"/>
      <w:marRight w:val="0"/>
      <w:marTop w:val="0"/>
      <w:marBottom w:val="0"/>
      <w:divBdr>
        <w:top w:val="none" w:sz="0" w:space="0" w:color="auto"/>
        <w:left w:val="none" w:sz="0" w:space="0" w:color="auto"/>
        <w:bottom w:val="none" w:sz="0" w:space="0" w:color="auto"/>
        <w:right w:val="none" w:sz="0" w:space="0" w:color="auto"/>
      </w:divBdr>
    </w:div>
    <w:div w:id="1060523215">
      <w:bodyDiv w:val="1"/>
      <w:marLeft w:val="0"/>
      <w:marRight w:val="0"/>
      <w:marTop w:val="0"/>
      <w:marBottom w:val="0"/>
      <w:divBdr>
        <w:top w:val="none" w:sz="0" w:space="0" w:color="auto"/>
        <w:left w:val="none" w:sz="0" w:space="0" w:color="auto"/>
        <w:bottom w:val="none" w:sz="0" w:space="0" w:color="auto"/>
        <w:right w:val="none" w:sz="0" w:space="0" w:color="auto"/>
      </w:divBdr>
    </w:div>
    <w:div w:id="1115444125">
      <w:bodyDiv w:val="1"/>
      <w:marLeft w:val="0"/>
      <w:marRight w:val="0"/>
      <w:marTop w:val="0"/>
      <w:marBottom w:val="0"/>
      <w:divBdr>
        <w:top w:val="none" w:sz="0" w:space="0" w:color="auto"/>
        <w:left w:val="none" w:sz="0" w:space="0" w:color="auto"/>
        <w:bottom w:val="none" w:sz="0" w:space="0" w:color="auto"/>
        <w:right w:val="none" w:sz="0" w:space="0" w:color="auto"/>
      </w:divBdr>
    </w:div>
    <w:div w:id="1267926054">
      <w:bodyDiv w:val="1"/>
      <w:marLeft w:val="0"/>
      <w:marRight w:val="0"/>
      <w:marTop w:val="0"/>
      <w:marBottom w:val="0"/>
      <w:divBdr>
        <w:top w:val="none" w:sz="0" w:space="0" w:color="auto"/>
        <w:left w:val="none" w:sz="0" w:space="0" w:color="auto"/>
        <w:bottom w:val="none" w:sz="0" w:space="0" w:color="auto"/>
        <w:right w:val="none" w:sz="0" w:space="0" w:color="auto"/>
      </w:divBdr>
    </w:div>
    <w:div w:id="1383404573">
      <w:bodyDiv w:val="1"/>
      <w:marLeft w:val="0"/>
      <w:marRight w:val="0"/>
      <w:marTop w:val="0"/>
      <w:marBottom w:val="0"/>
      <w:divBdr>
        <w:top w:val="none" w:sz="0" w:space="0" w:color="auto"/>
        <w:left w:val="none" w:sz="0" w:space="0" w:color="auto"/>
        <w:bottom w:val="none" w:sz="0" w:space="0" w:color="auto"/>
        <w:right w:val="none" w:sz="0" w:space="0" w:color="auto"/>
      </w:divBdr>
    </w:div>
    <w:div w:id="1484007275">
      <w:bodyDiv w:val="1"/>
      <w:marLeft w:val="0"/>
      <w:marRight w:val="0"/>
      <w:marTop w:val="0"/>
      <w:marBottom w:val="0"/>
      <w:divBdr>
        <w:top w:val="none" w:sz="0" w:space="0" w:color="auto"/>
        <w:left w:val="none" w:sz="0" w:space="0" w:color="auto"/>
        <w:bottom w:val="none" w:sz="0" w:space="0" w:color="auto"/>
        <w:right w:val="none" w:sz="0" w:space="0" w:color="auto"/>
      </w:divBdr>
    </w:div>
    <w:div w:id="1527257556">
      <w:bodyDiv w:val="1"/>
      <w:marLeft w:val="0"/>
      <w:marRight w:val="0"/>
      <w:marTop w:val="0"/>
      <w:marBottom w:val="0"/>
      <w:divBdr>
        <w:top w:val="none" w:sz="0" w:space="0" w:color="auto"/>
        <w:left w:val="none" w:sz="0" w:space="0" w:color="auto"/>
        <w:bottom w:val="none" w:sz="0" w:space="0" w:color="auto"/>
        <w:right w:val="none" w:sz="0" w:space="0" w:color="auto"/>
      </w:divBdr>
    </w:div>
    <w:div w:id="1603681327">
      <w:bodyDiv w:val="1"/>
      <w:marLeft w:val="0"/>
      <w:marRight w:val="0"/>
      <w:marTop w:val="0"/>
      <w:marBottom w:val="0"/>
      <w:divBdr>
        <w:top w:val="none" w:sz="0" w:space="0" w:color="auto"/>
        <w:left w:val="none" w:sz="0" w:space="0" w:color="auto"/>
        <w:bottom w:val="none" w:sz="0" w:space="0" w:color="auto"/>
        <w:right w:val="none" w:sz="0" w:space="0" w:color="auto"/>
      </w:divBdr>
    </w:div>
    <w:div w:id="19799181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w3.org/TR/WCAG21/" TargetMode="Externa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ACB703-3765-4AA0-BDB6-FE3009729876}">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Assignment 2</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cb61869fe9abf916354521e194b94ebc">
  <xsd:schema xmlns:xsd="http://www.w3.org/2001/XMLSchema" xmlns:xs="http://www.w3.org/2001/XMLSchema" xmlns:p="http://schemas.microsoft.com/office/2006/metadata/properties" xmlns:ns3="b4f9f7ee-5770-4a14-8925-17f3d16e50b7" targetNamespace="http://schemas.microsoft.com/office/2006/metadata/properties" ma:root="true" ma:fieldsID="f465bc2d14ba1ad942e618bffb12f63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Jak94</b:Tag>
    <b:SourceType>Book</b:SourceType>
    <b:Guid>{8EEE9B96-B91E-4AB5-81EE-0021369DFEAD}</b:Guid>
    <b:Author>
      <b:Author>
        <b:NameList>
          <b:Person>
            <b:Last>Nielsen</b:Last>
            <b:First>Jakob</b:First>
          </b:Person>
        </b:NameList>
      </b:Author>
    </b:Author>
    <b:Title>Usability Engineering</b:Title>
    <b:Year>1994</b:Year>
    <b:Publisher>Morgan Kaufmann</b:Publisher>
    <b:RefOrder>1</b:RefOrder>
  </b:Source>
  <b:Source>
    <b:Tag>Jak941</b:Tag>
    <b:SourceType>Book</b:SourceType>
    <b:Guid>{E40F8DED-DA43-44F8-8C2F-CC4650089FCA}</b:Guid>
    <b:Author>
      <b:Author>
        <b:NameList>
          <b:Person>
            <b:Last>Nielsen</b:Last>
            <b:First>Jakob</b:First>
          </b:Person>
        </b:NameList>
      </b:Author>
    </b:Author>
    <b:Title>Usability Engineering</b:Title>
    <b:Year>1994</b:Year>
    <b:Publisher>Morgan Kaufmann</b:Publisher>
    <b:RefOrder>4</b:RefOrder>
  </b:Source>
  <b:Source>
    <b:Tag>sou</b:Tag>
    <b:SourceType>Book</b:SourceType>
    <b:Guid>{F077DEC7-7B89-435E-9E35-9C9A016E2DAF}</b:Guid>
    <b:Author>
      <b:Author>
        <b:NameList>
          <b:Person>
            <b:Last>source</b:Last>
          </b:Person>
        </b:NameList>
      </b:Author>
    </b:Author>
    <b:RefOrder>5</b:RefOrder>
  </b:Source>
  <b:Source>
    <b:Tag>Web18</b:Tag>
    <b:SourceType>InternetSite</b:SourceType>
    <b:Guid>{BA30E5F1-B58C-40EB-AB8A-D1737B7EC2EF}</b:Guid>
    <b:Title>Web Content Accessibility Guidelines (WCAG) 2.1</b:Title>
    <b:Year>2018</b:Year>
    <b:URL>https://www.w3.org/TR/WCAG21/</b:URL>
    <b:RefOrder>2</b:RefOrder>
  </b:Source>
  <b:Source>
    <b:Tag>EEn12</b:Tag>
    <b:SourceType>Book</b:SourceType>
    <b:Guid>{200DA902-0135-4E65-85D5-EE69ADC4DDBF}</b:Guid>
    <b:Title>The Art of SEO</b:Title>
    <b:Year>2012</b:Year>
    <b:Author>
      <b:Author>
        <b:NameList>
          <b:Person>
            <b:Last>E. Enge</b:Last>
            <b:First>S.</b:First>
            <b:Middle>Spencer, R. Fishkin, J. Stricchiola</b:Middle>
          </b:Person>
        </b:NameList>
      </b:Author>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6F144F-9175-40A4-8ED9-801467F6CC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38F9EB-04CA-4535-84D1-4CCC6487FC93}">
  <ds:schemaRefs>
    <ds:schemaRef ds:uri="http://schemas.microsoft.com/sharepoint/v3/contenttype/forms"/>
  </ds:schemaRefs>
</ds:datastoreItem>
</file>

<file path=customXml/itemProps4.xml><?xml version="1.0" encoding="utf-8"?>
<ds:datastoreItem xmlns:ds="http://schemas.openxmlformats.org/officeDocument/2006/customXml" ds:itemID="{C2C284F0-21B9-4B34-A4FC-F58B1078B8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D1E873C-CF3D-467A-93BC-5B75947C1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21</Pages>
  <Words>2199</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14705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Daniel Da Silva Fernandes (2510885)</cp:lastModifiedBy>
  <cp:revision>3</cp:revision>
  <dcterms:created xsi:type="dcterms:W3CDTF">2026-04-23T18:58:00Z</dcterms:created>
  <dcterms:modified xsi:type="dcterms:W3CDTF">2026-04-23T19:02:00Z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