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8792A" w:rsidP="008E7B57" w:rsidRDefault="00A8792A" w14:paraId="41FF8F4C" w14:textId="212C551A">
      <w:pPr>
        <w:jc w:val="center"/>
        <w:rPr>
          <w:rFonts w:ascii="Arial Nova" w:hAnsi="Arial Nova"/>
          <w:b/>
          <w:bCs/>
          <w:sz w:val="44"/>
          <w:szCs w:val="44"/>
          <w:u w:val="single"/>
        </w:rPr>
      </w:pPr>
      <w:r>
        <w:rPr>
          <w:noProof/>
        </w:rPr>
        <w:drawing>
          <wp:inline distT="0" distB="0" distL="0" distR="0" wp14:anchorId="3CC97DF8" wp14:editId="4A1EAEE3">
            <wp:extent cx="5486400" cy="2442450"/>
            <wp:effectExtent l="0" t="0" r="0" b="0"/>
            <wp:docPr id="1683550851" name="Picture 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iversity of Wales Trinity Saint David - my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2442450"/>
                    </a:xfrm>
                    <a:prstGeom prst="rect">
                      <a:avLst/>
                    </a:prstGeom>
                    <a:noFill/>
                    <a:ln>
                      <a:noFill/>
                    </a:ln>
                  </pic:spPr>
                </pic:pic>
              </a:graphicData>
            </a:graphic>
          </wp:inline>
        </w:drawing>
      </w:r>
    </w:p>
    <w:p w:rsidR="008E7B57" w:rsidP="00A8792A" w:rsidRDefault="008E7B57" w14:paraId="5BC0D08D" w14:textId="2AE9A32A">
      <w:pPr>
        <w:rPr>
          <w:rFonts w:ascii="Arial Nova" w:hAnsi="Arial Nova"/>
          <w:b/>
          <w:bCs/>
          <w:sz w:val="44"/>
          <w:szCs w:val="44"/>
          <w:u w:val="single"/>
        </w:rPr>
      </w:pPr>
    </w:p>
    <w:p w:rsidR="00A8792A" w:rsidP="00A8792A" w:rsidRDefault="00A8792A" w14:paraId="43B992D8" w14:textId="58ACBD11">
      <w:pPr>
        <w:pStyle w:val="paragraph"/>
        <w:spacing w:before="0" w:beforeAutospacing="0" w:after="0" w:afterAutospacing="0"/>
        <w:jc w:val="center"/>
        <w:textAlignment w:val="baseline"/>
        <w:rPr>
          <w:rFonts w:ascii="Segoe UI" w:hAnsi="Segoe UI" w:cs="Segoe UI"/>
          <w:sz w:val="18"/>
          <w:szCs w:val="18"/>
        </w:rPr>
      </w:pPr>
      <w:r>
        <w:rPr>
          <w:rStyle w:val="normaltextrun"/>
          <w:rFonts w:ascii="Aptos Display" w:hAnsi="Aptos Display" w:cs="Segoe UI"/>
          <w:b/>
          <w:bCs/>
          <w:sz w:val="52"/>
          <w:szCs w:val="52"/>
        </w:rPr>
        <w:t>Coursework Title: Computer Operating Systems</w:t>
      </w:r>
    </w:p>
    <w:p w:rsidR="00A8792A" w:rsidP="177ABD40" w:rsidRDefault="00A8792A" w14:paraId="41433A11" w14:textId="5A85F2CC">
      <w:pPr>
        <w:pStyle w:val="paragraph"/>
        <w:spacing w:before="0" w:beforeAutospacing="off" w:after="0" w:afterAutospacing="off"/>
        <w:jc w:val="center"/>
        <w:textAlignment w:val="baseline"/>
        <w:rPr>
          <w:rFonts w:ascii="Segoe UI" w:hAnsi="Segoe UI" w:cs="Segoe UI"/>
          <w:sz w:val="18"/>
          <w:szCs w:val="18"/>
        </w:rPr>
      </w:pPr>
      <w:r w:rsidRPr="177ABD40" w:rsidR="00A8792A">
        <w:rPr>
          <w:rStyle w:val="normaltextrun"/>
          <w:rFonts w:ascii="Aptos Display" w:hAnsi="Aptos Display" w:cs="Segoe UI"/>
          <w:sz w:val="44"/>
          <w:szCs w:val="44"/>
        </w:rPr>
        <w:t>Module Name: </w:t>
      </w:r>
      <w:r w:rsidRPr="177ABD40" w:rsidR="48BF567E">
        <w:rPr>
          <w:rStyle w:val="normaltextrun"/>
          <w:rFonts w:ascii="Aptos Display" w:hAnsi="Aptos Display" w:cs="Segoe UI"/>
          <w:sz w:val="44"/>
          <w:szCs w:val="44"/>
        </w:rPr>
        <w:t>C</w:t>
      </w:r>
      <w:r w:rsidRPr="177ABD40" w:rsidR="00A8792A">
        <w:rPr>
          <w:rStyle w:val="normaltextrun"/>
          <w:rFonts w:ascii="Aptos Display" w:hAnsi="Aptos Display" w:cs="Segoe UI"/>
          <w:sz w:val="44"/>
          <w:szCs w:val="44"/>
        </w:rPr>
        <w:t xml:space="preserve">omputer </w:t>
      </w:r>
      <w:r w:rsidRPr="177ABD40" w:rsidR="4404DC19">
        <w:rPr>
          <w:rStyle w:val="normaltextrun"/>
          <w:rFonts w:ascii="Aptos Display" w:hAnsi="Aptos Display" w:cs="Segoe UI"/>
          <w:sz w:val="44"/>
          <w:szCs w:val="44"/>
        </w:rPr>
        <w:t>A</w:t>
      </w:r>
      <w:r w:rsidRPr="177ABD40" w:rsidR="00A8792A">
        <w:rPr>
          <w:rStyle w:val="normaltextrun"/>
          <w:rFonts w:ascii="Aptos Display" w:hAnsi="Aptos Display" w:cs="Segoe UI"/>
          <w:sz w:val="44"/>
          <w:szCs w:val="44"/>
        </w:rPr>
        <w:t>rchitecture &amp; OS</w:t>
      </w:r>
    </w:p>
    <w:p w:rsidR="00A8792A" w:rsidP="00A8792A" w:rsidRDefault="00A8792A" w14:paraId="4B177099" w14:textId="2D87720A">
      <w:pPr>
        <w:pStyle w:val="paragraph"/>
        <w:spacing w:before="0" w:beforeAutospacing="0" w:after="0" w:afterAutospacing="0"/>
        <w:jc w:val="center"/>
        <w:textAlignment w:val="baseline"/>
        <w:rPr>
          <w:rFonts w:ascii="Segoe UI" w:hAnsi="Segoe UI" w:cs="Segoe UI"/>
          <w:sz w:val="18"/>
          <w:szCs w:val="18"/>
        </w:rPr>
      </w:pPr>
      <w:r>
        <w:rPr>
          <w:rStyle w:val="normaltextrun"/>
          <w:rFonts w:ascii="Aptos Display" w:hAnsi="Aptos Display" w:cs="Segoe UI"/>
          <w:sz w:val="44"/>
          <w:szCs w:val="44"/>
        </w:rPr>
        <w:t>Module Code: ACCA 4022</w:t>
      </w:r>
    </w:p>
    <w:p w:rsidR="00A8792A" w:rsidP="00A8792A" w:rsidRDefault="00A8792A" w14:paraId="5D476FED" w14:textId="3981397E">
      <w:pPr>
        <w:pStyle w:val="paragraph"/>
        <w:spacing w:before="0" w:beforeAutospacing="0" w:after="0" w:afterAutospacing="0"/>
        <w:jc w:val="center"/>
        <w:textAlignment w:val="baseline"/>
        <w:rPr>
          <w:rFonts w:ascii="Segoe UI" w:hAnsi="Segoe UI" w:cs="Segoe UI"/>
          <w:sz w:val="18"/>
          <w:szCs w:val="18"/>
        </w:rPr>
      </w:pPr>
      <w:r>
        <w:rPr>
          <w:rStyle w:val="normaltextrun"/>
          <w:rFonts w:ascii="Aptos Display" w:hAnsi="Aptos Display" w:cs="Segoe UI"/>
          <w:sz w:val="44"/>
          <w:szCs w:val="44"/>
        </w:rPr>
        <w:t>Student Name: Methuseli Ncube</w:t>
      </w:r>
    </w:p>
    <w:p w:rsidR="00A8792A" w:rsidP="00A8792A" w:rsidRDefault="00A8792A" w14:paraId="189DC8D7" w14:textId="67B22D50">
      <w:pPr>
        <w:pStyle w:val="paragraph"/>
        <w:spacing w:before="0" w:beforeAutospacing="0" w:after="0" w:afterAutospacing="0"/>
        <w:jc w:val="center"/>
        <w:textAlignment w:val="baseline"/>
        <w:rPr>
          <w:rFonts w:ascii="Segoe UI" w:hAnsi="Segoe UI" w:cs="Segoe UI"/>
          <w:sz w:val="18"/>
          <w:szCs w:val="18"/>
        </w:rPr>
      </w:pPr>
      <w:r>
        <w:rPr>
          <w:rStyle w:val="normaltextrun"/>
          <w:rFonts w:ascii="Aptos Display" w:hAnsi="Aptos Display" w:cs="Segoe UI"/>
          <w:sz w:val="44"/>
          <w:szCs w:val="44"/>
        </w:rPr>
        <w:t>Student ID: 2507567</w:t>
      </w:r>
    </w:p>
    <w:p w:rsidR="00A8792A" w:rsidP="00A8792A" w:rsidRDefault="00A8792A" w14:paraId="782EAF9A" w14:textId="77777777">
      <w:pPr>
        <w:pStyle w:val="paragraph"/>
        <w:spacing w:before="0" w:beforeAutospacing="0" w:after="0" w:afterAutospacing="0"/>
        <w:jc w:val="center"/>
        <w:textAlignment w:val="baseline"/>
        <w:rPr>
          <w:rStyle w:val="normaltextrun"/>
          <w:rFonts w:ascii="Aptos Display" w:hAnsi="Aptos Display" w:cs="Segoe UI"/>
          <w:sz w:val="44"/>
          <w:szCs w:val="44"/>
        </w:rPr>
      </w:pPr>
      <w:r>
        <w:rPr>
          <w:rStyle w:val="normaltextrun"/>
          <w:rFonts w:ascii="Aptos Display" w:hAnsi="Aptos Display" w:cs="Segoe UI"/>
          <w:sz w:val="44"/>
          <w:szCs w:val="44"/>
        </w:rPr>
        <w:t>Lecturer Name: Md Shantanu Islam</w:t>
      </w:r>
    </w:p>
    <w:p w:rsidR="00BA4968" w:rsidP="00A8792A" w:rsidRDefault="00BA4968" w14:paraId="38621E5B" w14:textId="77777777">
      <w:pPr>
        <w:pStyle w:val="paragraph"/>
        <w:spacing w:before="0" w:beforeAutospacing="0" w:after="0" w:afterAutospacing="0"/>
        <w:jc w:val="center"/>
        <w:textAlignment w:val="baseline"/>
        <w:rPr>
          <w:rStyle w:val="normaltextrun"/>
          <w:rFonts w:ascii="Aptos Display" w:hAnsi="Aptos Display" w:cs="Segoe UI"/>
          <w:sz w:val="44"/>
          <w:szCs w:val="44"/>
        </w:rPr>
      </w:pPr>
    </w:p>
    <w:p w:rsidR="00BA4968" w:rsidP="00A8792A" w:rsidRDefault="00BA4968" w14:paraId="7729DCF6" w14:textId="77777777">
      <w:pPr>
        <w:pStyle w:val="paragraph"/>
        <w:spacing w:before="0" w:beforeAutospacing="0" w:after="0" w:afterAutospacing="0"/>
        <w:jc w:val="center"/>
        <w:textAlignment w:val="baseline"/>
        <w:rPr>
          <w:rStyle w:val="normaltextrun"/>
          <w:rFonts w:ascii="Aptos Display" w:hAnsi="Aptos Display" w:cs="Segoe UI"/>
          <w:sz w:val="44"/>
          <w:szCs w:val="44"/>
        </w:rPr>
      </w:pPr>
    </w:p>
    <w:p w:rsidR="00BA4968" w:rsidP="00A8792A" w:rsidRDefault="00BA4968" w14:paraId="7AB181E3" w14:textId="77777777">
      <w:pPr>
        <w:pStyle w:val="paragraph"/>
        <w:spacing w:before="0" w:beforeAutospacing="0" w:after="0" w:afterAutospacing="0"/>
        <w:jc w:val="center"/>
        <w:textAlignment w:val="baseline"/>
        <w:rPr>
          <w:rStyle w:val="normaltextrun"/>
          <w:rFonts w:ascii="Aptos Display" w:hAnsi="Aptos Display" w:cs="Segoe UI"/>
          <w:sz w:val="44"/>
          <w:szCs w:val="44"/>
        </w:rPr>
      </w:pPr>
    </w:p>
    <w:p w:rsidR="00BA4968" w:rsidP="00A8792A" w:rsidRDefault="00BA4968" w14:paraId="17F23D7D" w14:textId="77777777">
      <w:pPr>
        <w:pStyle w:val="paragraph"/>
        <w:spacing w:before="0" w:beforeAutospacing="0" w:after="0" w:afterAutospacing="0"/>
        <w:jc w:val="center"/>
        <w:textAlignment w:val="baseline"/>
        <w:rPr>
          <w:rStyle w:val="normaltextrun"/>
          <w:rFonts w:ascii="Aptos Display" w:hAnsi="Aptos Display" w:cs="Segoe UI"/>
          <w:sz w:val="44"/>
          <w:szCs w:val="44"/>
        </w:rPr>
      </w:pPr>
    </w:p>
    <w:p w:rsidR="00BA4968" w:rsidP="00A8792A" w:rsidRDefault="00BA4968" w14:paraId="464B5B18" w14:textId="77777777">
      <w:pPr>
        <w:pStyle w:val="paragraph"/>
        <w:spacing w:before="0" w:beforeAutospacing="0" w:after="0" w:afterAutospacing="0"/>
        <w:jc w:val="center"/>
        <w:textAlignment w:val="baseline"/>
        <w:rPr>
          <w:rStyle w:val="normaltextrun"/>
          <w:rFonts w:ascii="Aptos Display" w:hAnsi="Aptos Display" w:cs="Segoe UI"/>
          <w:sz w:val="44"/>
          <w:szCs w:val="44"/>
        </w:rPr>
      </w:pPr>
    </w:p>
    <w:p w:rsidR="00BA4968" w:rsidP="00BA4968" w:rsidRDefault="00BA4968" w14:paraId="2B828B3F" w14:textId="77777777">
      <w:pPr>
        <w:pStyle w:val="paragraph"/>
        <w:spacing w:before="0" w:beforeAutospacing="0" w:after="0" w:afterAutospacing="0"/>
        <w:textAlignment w:val="baseline"/>
        <w:rPr>
          <w:rStyle w:val="normaltextrun"/>
          <w:rFonts w:ascii="Aptos Display" w:hAnsi="Aptos Display" w:cs="Segoe UI"/>
          <w:sz w:val="44"/>
          <w:szCs w:val="44"/>
        </w:rPr>
      </w:pPr>
    </w:p>
    <w:p w:rsidR="00944037" w:rsidP="00BA4968" w:rsidRDefault="00944037" w14:paraId="5A60855B" w14:textId="77777777">
      <w:pPr>
        <w:pStyle w:val="paragraph"/>
        <w:spacing w:before="0" w:beforeAutospacing="0" w:after="0" w:afterAutospacing="0"/>
        <w:textAlignment w:val="baseline"/>
        <w:rPr>
          <w:rStyle w:val="normaltextrun"/>
          <w:rFonts w:ascii="Aptos Display" w:hAnsi="Aptos Display" w:cs="Segoe UI"/>
          <w:sz w:val="44"/>
          <w:szCs w:val="44"/>
        </w:rPr>
      </w:pPr>
    </w:p>
    <w:p w:rsidR="00BA4968" w:rsidP="00944037" w:rsidRDefault="00BA4968" w14:paraId="7CF1DD8E" w14:textId="4CCB6FD1">
      <w:pPr>
        <w:pStyle w:val="paragraph"/>
        <w:spacing w:before="0" w:beforeAutospacing="0" w:after="0" w:afterAutospacing="0"/>
        <w:textAlignment w:val="baseline"/>
        <w:rPr>
          <w:rFonts w:ascii="Segoe UI" w:hAnsi="Segoe UI" w:cs="Segoe UI"/>
          <w:sz w:val="18"/>
          <w:szCs w:val="18"/>
        </w:rPr>
      </w:pPr>
      <w:r w:rsidRPr="00BA4968">
        <w:rPr>
          <w:rStyle w:val="normaltextrun"/>
          <w:rFonts w:ascii="Aptos Display" w:hAnsi="Aptos Display" w:cs="Segoe UI"/>
          <w:sz w:val="44"/>
          <w:szCs w:val="44"/>
          <w:u w:val="single"/>
        </w:rPr>
        <w:t>Table of Contents</w:t>
      </w:r>
      <w:r>
        <w:rPr>
          <w:rStyle w:val="normaltextrun"/>
          <w:rFonts w:ascii="Aptos Display" w:hAnsi="Aptos Display" w:cs="Segoe UI"/>
          <w:sz w:val="44"/>
          <w:szCs w:val="44"/>
        </w:rPr>
        <w:t>.</w:t>
      </w:r>
    </w:p>
    <w:p w:rsidR="00944037" w:rsidP="00B9567E" w:rsidRDefault="00944037" w14:paraId="545B0BCC" w14:textId="77777777">
      <w:pPr>
        <w:spacing w:line="360" w:lineRule="auto"/>
        <w:jc w:val="both"/>
        <w:rPr>
          <w:rFonts w:ascii="Arial Nova" w:hAnsi="Arial Nova"/>
          <w:b/>
          <w:bCs/>
          <w:sz w:val="44"/>
          <w:szCs w:val="44"/>
          <w:u w:val="single"/>
        </w:rPr>
      </w:pPr>
    </w:p>
    <w:p w:rsidR="00BA4968" w:rsidP="00B9567E" w:rsidRDefault="00944037" w14:paraId="54762BB2" w14:textId="1DDC23DC">
      <w:pPr>
        <w:spacing w:line="360" w:lineRule="auto"/>
        <w:jc w:val="both"/>
        <w:rPr>
          <w:rFonts w:ascii="Arial Nova" w:hAnsi="Arial Nova"/>
          <w:sz w:val="24"/>
          <w:szCs w:val="24"/>
        </w:rPr>
      </w:pPr>
      <w:r>
        <w:rPr>
          <w:rFonts w:ascii="Arial Nova" w:hAnsi="Arial Nova"/>
          <w:sz w:val="24"/>
          <w:szCs w:val="24"/>
        </w:rPr>
        <w:t>P</w:t>
      </w:r>
      <w:r w:rsidR="00BA4968">
        <w:rPr>
          <w:rFonts w:ascii="Arial Nova" w:hAnsi="Arial Nova"/>
          <w:sz w:val="24"/>
          <w:szCs w:val="24"/>
        </w:rPr>
        <w:t>age 1: Front cover &amp; title page.</w:t>
      </w:r>
    </w:p>
    <w:p w:rsidR="00BA4968" w:rsidP="00B9567E" w:rsidRDefault="00BA4968" w14:paraId="5D60AE6A" w14:textId="32342DB0">
      <w:pPr>
        <w:spacing w:line="360" w:lineRule="auto"/>
        <w:jc w:val="both"/>
        <w:rPr>
          <w:rFonts w:ascii="Arial Nova" w:hAnsi="Arial Nova"/>
          <w:sz w:val="24"/>
          <w:szCs w:val="24"/>
        </w:rPr>
      </w:pPr>
      <w:r w:rsidRPr="114846C2">
        <w:rPr>
          <w:rFonts w:ascii="Arial Nova" w:hAnsi="Arial Nova"/>
          <w:sz w:val="24"/>
          <w:szCs w:val="24"/>
        </w:rPr>
        <w:t>Page 2: Content</w:t>
      </w:r>
    </w:p>
    <w:p w:rsidR="00944037" w:rsidP="114846C2" w:rsidRDefault="0C8551CE" w14:paraId="23056F8C" w14:textId="10D95072">
      <w:pPr>
        <w:spacing w:line="360" w:lineRule="auto"/>
        <w:jc w:val="both"/>
        <w:rPr>
          <w:rFonts w:ascii="Arial Nova" w:hAnsi="Arial Nova"/>
          <w:sz w:val="24"/>
          <w:szCs w:val="24"/>
        </w:rPr>
      </w:pPr>
      <w:r w:rsidRPr="114846C2">
        <w:rPr>
          <w:rFonts w:ascii="Arial Nova" w:hAnsi="Arial Nova" w:eastAsia="Arial Nova" w:cs="Arial Nova"/>
          <w:sz w:val="24"/>
          <w:szCs w:val="24"/>
        </w:rPr>
        <w:t>Pages</w:t>
      </w:r>
      <w:r w:rsidRPr="114846C2" w:rsidR="00BA4968">
        <w:rPr>
          <w:rFonts w:ascii="Arial Nova" w:hAnsi="Arial Nova"/>
          <w:sz w:val="24"/>
          <w:szCs w:val="24"/>
        </w:rPr>
        <w:t xml:space="preserve"> 3</w:t>
      </w:r>
      <w:r w:rsidRPr="114846C2" w:rsidR="00FD2C47">
        <w:rPr>
          <w:rFonts w:ascii="Arial Nova" w:hAnsi="Arial Nova"/>
          <w:sz w:val="24"/>
          <w:szCs w:val="24"/>
        </w:rPr>
        <w:t>-</w:t>
      </w:r>
      <w:r w:rsidRPr="114846C2" w:rsidR="00B9567E">
        <w:rPr>
          <w:rFonts w:ascii="Arial Nova" w:hAnsi="Arial Nova"/>
          <w:sz w:val="24"/>
          <w:szCs w:val="24"/>
        </w:rPr>
        <w:t>5:</w:t>
      </w:r>
      <w:r w:rsidRPr="114846C2" w:rsidR="00944037">
        <w:rPr>
          <w:rFonts w:ascii="Arial Nova" w:hAnsi="Arial Nova"/>
          <w:sz w:val="24"/>
          <w:szCs w:val="24"/>
        </w:rPr>
        <w:t xml:space="preserve"> Coursework overview</w:t>
      </w:r>
      <w:r w:rsidRPr="114846C2" w:rsidR="00FD2C47">
        <w:rPr>
          <w:rFonts w:ascii="Arial Nova" w:hAnsi="Arial Nova"/>
          <w:sz w:val="24"/>
          <w:szCs w:val="24"/>
        </w:rPr>
        <w:t>, Task management, applications/</w:t>
      </w:r>
      <w:r w:rsidRPr="114846C2" w:rsidR="3C047CCE">
        <w:rPr>
          <w:rFonts w:ascii="Arial Nova" w:hAnsi="Arial Nova" w:eastAsia="Arial Nova" w:cs="Arial Nova"/>
          <w:sz w:val="24"/>
          <w:szCs w:val="24"/>
        </w:rPr>
        <w:t>program</w:t>
      </w:r>
      <w:r w:rsidRPr="114846C2" w:rsidR="00FD2C47">
        <w:rPr>
          <w:rFonts w:ascii="Arial Nova" w:hAnsi="Arial Nova"/>
          <w:sz w:val="24"/>
          <w:szCs w:val="24"/>
        </w:rPr>
        <w:t xml:space="preserve"> management</w:t>
      </w:r>
    </w:p>
    <w:p w:rsidR="00944037" w:rsidP="114846C2" w:rsidRDefault="4E7DE507" w14:paraId="28D27938" w14:textId="4A77D8BE">
      <w:pPr>
        <w:spacing w:line="360" w:lineRule="auto"/>
        <w:jc w:val="both"/>
        <w:rPr>
          <w:rFonts w:ascii="Arial Nova" w:hAnsi="Arial Nova"/>
          <w:sz w:val="24"/>
          <w:szCs w:val="24"/>
        </w:rPr>
      </w:pPr>
      <w:r w:rsidRPr="114846C2">
        <w:rPr>
          <w:rFonts w:ascii="Arial Nova" w:hAnsi="Arial Nova" w:eastAsia="Arial Nova" w:cs="Arial Nova"/>
          <w:sz w:val="24"/>
          <w:szCs w:val="24"/>
        </w:rPr>
        <w:t>Pages</w:t>
      </w:r>
      <w:r w:rsidRPr="114846C2" w:rsidR="00944037">
        <w:rPr>
          <w:rFonts w:ascii="Arial Nova" w:hAnsi="Arial Nova"/>
          <w:sz w:val="24"/>
          <w:szCs w:val="24"/>
        </w:rPr>
        <w:t xml:space="preserve"> 6</w:t>
      </w:r>
      <w:r w:rsidRPr="114846C2" w:rsidR="00FD2C47">
        <w:rPr>
          <w:rFonts w:ascii="Arial Nova" w:hAnsi="Arial Nova"/>
          <w:sz w:val="24"/>
          <w:szCs w:val="24"/>
        </w:rPr>
        <w:t>-8</w:t>
      </w:r>
      <w:r w:rsidRPr="114846C2" w:rsidR="00944037">
        <w:rPr>
          <w:rFonts w:ascii="Arial Nova" w:hAnsi="Arial Nova"/>
          <w:sz w:val="24"/>
          <w:szCs w:val="24"/>
        </w:rPr>
        <w:t>: File system Architecture (windows NTFS)</w:t>
      </w:r>
      <w:r w:rsidRPr="114846C2" w:rsidR="00FD2C47">
        <w:rPr>
          <w:rFonts w:ascii="Arial Nova" w:hAnsi="Arial Nova"/>
          <w:sz w:val="24"/>
          <w:szCs w:val="24"/>
        </w:rPr>
        <w:t xml:space="preserve">, security management &amp; windows Cli systems </w:t>
      </w:r>
    </w:p>
    <w:p w:rsidR="00DD2651" w:rsidP="114846C2" w:rsidRDefault="6B9150AD" w14:paraId="375C4DAF" w14:textId="14FD663B">
      <w:pPr>
        <w:spacing w:line="360" w:lineRule="auto"/>
        <w:jc w:val="both"/>
        <w:rPr>
          <w:rFonts w:ascii="Arial Nova" w:hAnsi="Arial Nova"/>
          <w:sz w:val="24"/>
          <w:szCs w:val="24"/>
        </w:rPr>
      </w:pPr>
      <w:r w:rsidRPr="114846C2">
        <w:rPr>
          <w:rFonts w:ascii="Arial Nova" w:hAnsi="Arial Nova" w:eastAsia="Arial Nova" w:cs="Arial Nova"/>
          <w:sz w:val="24"/>
          <w:szCs w:val="24"/>
        </w:rPr>
        <w:t>Pages 9-14:</w:t>
      </w:r>
      <w:r w:rsidRPr="114846C2" w:rsidR="00944037">
        <w:rPr>
          <w:rFonts w:ascii="Arial Nova" w:hAnsi="Arial Nova"/>
          <w:sz w:val="24"/>
          <w:szCs w:val="24"/>
        </w:rPr>
        <w:t xml:space="preserve"> DIR</w:t>
      </w:r>
      <w:r w:rsidRPr="114846C2" w:rsidR="00FD2C47">
        <w:rPr>
          <w:rFonts w:ascii="Arial Nova" w:hAnsi="Arial Nova"/>
          <w:sz w:val="24"/>
          <w:szCs w:val="24"/>
        </w:rPr>
        <w:t>, CD, MKDR, RMDIR, ECHO, TASKLIST</w:t>
      </w:r>
    </w:p>
    <w:p w:rsidR="00DD2651" w:rsidP="114846C2" w:rsidRDefault="00DD2651" w14:paraId="309EA68B" w14:textId="1BB5039B">
      <w:pPr>
        <w:spacing w:line="360" w:lineRule="auto"/>
        <w:jc w:val="both"/>
        <w:rPr>
          <w:rFonts w:ascii="Arial Nova" w:hAnsi="Arial Nova"/>
          <w:sz w:val="24"/>
          <w:szCs w:val="24"/>
        </w:rPr>
      </w:pPr>
      <w:r w:rsidRPr="114846C2">
        <w:rPr>
          <w:rFonts w:ascii="Arial Nova" w:hAnsi="Arial Nova"/>
          <w:sz w:val="24"/>
          <w:szCs w:val="24"/>
        </w:rPr>
        <w:t>Page 15</w:t>
      </w:r>
      <w:r w:rsidRPr="114846C2" w:rsidR="006C5A54">
        <w:rPr>
          <w:rFonts w:ascii="Arial Nova" w:hAnsi="Arial Nova"/>
          <w:sz w:val="24"/>
          <w:szCs w:val="24"/>
        </w:rPr>
        <w:t>-19</w:t>
      </w:r>
      <w:r w:rsidRPr="114846C2">
        <w:rPr>
          <w:rFonts w:ascii="Arial Nova" w:hAnsi="Arial Nova"/>
          <w:sz w:val="24"/>
          <w:szCs w:val="24"/>
        </w:rPr>
        <w:t xml:space="preserve">: System </w:t>
      </w:r>
      <w:r w:rsidRPr="114846C2" w:rsidR="00FD2C47">
        <w:rPr>
          <w:rFonts w:ascii="Arial Nova" w:hAnsi="Arial Nova"/>
          <w:sz w:val="24"/>
          <w:szCs w:val="24"/>
        </w:rPr>
        <w:t>information. I</w:t>
      </w:r>
      <w:r w:rsidRPr="114846C2" w:rsidR="6C08B337">
        <w:rPr>
          <w:rFonts w:ascii="Arial Nova" w:hAnsi="Arial Nova" w:eastAsia="Arial Nova" w:cs="Arial Nova"/>
          <w:sz w:val="24"/>
          <w:szCs w:val="24"/>
        </w:rPr>
        <w:t xml:space="preserve"> pconfig/all,</w:t>
      </w:r>
      <w:r w:rsidRPr="114846C2" w:rsidR="00FD2C47">
        <w:rPr>
          <w:rFonts w:ascii="Arial Nova" w:hAnsi="Arial Nova"/>
          <w:sz w:val="24"/>
          <w:szCs w:val="24"/>
        </w:rPr>
        <w:t xml:space="preserve"> </w:t>
      </w:r>
      <w:r w:rsidRPr="114846C2" w:rsidR="47082F27">
        <w:rPr>
          <w:rFonts w:ascii="Arial Nova" w:hAnsi="Arial Nova" w:eastAsia="Arial Nova" w:cs="Arial Nova"/>
          <w:sz w:val="24"/>
          <w:szCs w:val="24"/>
        </w:rPr>
        <w:t>ping,</w:t>
      </w:r>
      <w:r w:rsidRPr="114846C2" w:rsidR="00FD2C47">
        <w:rPr>
          <w:rFonts w:ascii="Arial Nova" w:hAnsi="Arial Nova"/>
          <w:sz w:val="24"/>
          <w:szCs w:val="24"/>
        </w:rPr>
        <w:t xml:space="preserve"> </w:t>
      </w:r>
      <w:r w:rsidRPr="114846C2" w:rsidR="60DAFE9A">
        <w:rPr>
          <w:rFonts w:ascii="Arial Nova" w:hAnsi="Arial Nova" w:eastAsia="Arial Nova" w:cs="Arial Nova"/>
          <w:sz w:val="24"/>
          <w:szCs w:val="24"/>
        </w:rPr>
        <w:t>tracert, and</w:t>
      </w:r>
      <w:r w:rsidRPr="114846C2" w:rsidR="00FD2C47">
        <w:rPr>
          <w:rFonts w:ascii="Arial Nova" w:hAnsi="Arial Nova"/>
          <w:sz w:val="24"/>
          <w:szCs w:val="24"/>
        </w:rPr>
        <w:t xml:space="preserve"> </w:t>
      </w:r>
      <w:r w:rsidRPr="114846C2" w:rsidR="577F4651">
        <w:rPr>
          <w:rFonts w:ascii="Arial Nova" w:hAnsi="Arial Nova" w:eastAsia="Arial Nova" w:cs="Arial Nova"/>
          <w:sz w:val="24"/>
          <w:szCs w:val="24"/>
        </w:rPr>
        <w:t>use</w:t>
      </w:r>
      <w:r w:rsidRPr="114846C2" w:rsidR="00FD2C47">
        <w:rPr>
          <w:rFonts w:ascii="Arial Nova" w:hAnsi="Arial Nova"/>
          <w:sz w:val="24"/>
          <w:szCs w:val="24"/>
        </w:rPr>
        <w:t xml:space="preserve"> of Linux OS CLI commands.</w:t>
      </w:r>
    </w:p>
    <w:p w:rsidR="00DD2651" w:rsidP="114846C2" w:rsidRDefault="35A767AB" w14:paraId="7F8E3612" w14:textId="76D9E958">
      <w:pPr>
        <w:spacing w:line="360" w:lineRule="auto"/>
        <w:jc w:val="both"/>
      </w:pPr>
      <w:r w:rsidRPr="114846C2">
        <w:rPr>
          <w:rFonts w:ascii="Arial Nova" w:hAnsi="Arial Nova" w:eastAsia="Arial Nova" w:cs="Arial Nova"/>
          <w:sz w:val="24"/>
          <w:szCs w:val="24"/>
        </w:rPr>
        <w:t>Pages 20-24:</w:t>
      </w:r>
      <w:r w:rsidRPr="114846C2" w:rsidR="00DD2651">
        <w:rPr>
          <w:rFonts w:ascii="Arial Nova" w:hAnsi="Arial Nova"/>
          <w:sz w:val="24"/>
          <w:szCs w:val="24"/>
        </w:rPr>
        <w:t xml:space="preserve"> Swiss User/SU</w:t>
      </w:r>
      <w:r w:rsidRPr="114846C2" w:rsidR="006C5A54">
        <w:rPr>
          <w:rFonts w:ascii="Arial Nova" w:hAnsi="Arial Nova"/>
          <w:sz w:val="24"/>
          <w:szCs w:val="24"/>
        </w:rPr>
        <w:t>, Is-List, Cd-</w:t>
      </w:r>
      <w:r w:rsidRPr="114846C2" w:rsidR="527B5BC1">
        <w:rPr>
          <w:rFonts w:ascii="Arial Nova" w:hAnsi="Arial Nova" w:eastAsia="Arial Nova" w:cs="Arial Nova"/>
          <w:sz w:val="24"/>
          <w:szCs w:val="24"/>
        </w:rPr>
        <w:t>Change Directory,</w:t>
      </w:r>
      <w:r w:rsidRPr="114846C2" w:rsidR="006C5A54">
        <w:rPr>
          <w:rFonts w:ascii="Arial Nova" w:hAnsi="Arial Nova"/>
          <w:sz w:val="24"/>
          <w:szCs w:val="24"/>
        </w:rPr>
        <w:t xml:space="preserve"> make directory, </w:t>
      </w:r>
      <w:r w:rsidRPr="114846C2" w:rsidR="61E374FF">
        <w:rPr>
          <w:rFonts w:ascii="Arial Nova" w:hAnsi="Arial Nova" w:eastAsia="Arial Nova" w:cs="Arial Nova"/>
          <w:sz w:val="24"/>
          <w:szCs w:val="24"/>
        </w:rPr>
        <w:t>Remove Directory</w:t>
      </w:r>
    </w:p>
    <w:p w:rsidR="006C5A54" w:rsidP="114846C2" w:rsidRDefault="6C990598" w14:paraId="16EC58AB" w14:textId="1FB73C1E">
      <w:pPr>
        <w:spacing w:line="360" w:lineRule="auto"/>
        <w:jc w:val="both"/>
        <w:rPr>
          <w:rFonts w:ascii="Arial Nova" w:hAnsi="Arial Nova"/>
          <w:sz w:val="24"/>
          <w:szCs w:val="24"/>
        </w:rPr>
      </w:pPr>
      <w:r w:rsidRPr="114846C2">
        <w:rPr>
          <w:rFonts w:ascii="Arial Nova" w:hAnsi="Arial Nova" w:eastAsia="Arial Nova" w:cs="Arial Nova"/>
          <w:sz w:val="24"/>
          <w:szCs w:val="24"/>
        </w:rPr>
        <w:t>Pages</w:t>
      </w:r>
      <w:r w:rsidRPr="114846C2" w:rsidR="006C5A54">
        <w:rPr>
          <w:rFonts w:ascii="Arial Nova" w:hAnsi="Arial Nova"/>
          <w:sz w:val="24"/>
          <w:szCs w:val="24"/>
        </w:rPr>
        <w:t xml:space="preserve"> 25</w:t>
      </w:r>
      <w:r w:rsidRPr="114846C2" w:rsidR="00C91B33">
        <w:rPr>
          <w:rFonts w:ascii="Arial Nova" w:hAnsi="Arial Nova"/>
          <w:sz w:val="24"/>
          <w:szCs w:val="24"/>
        </w:rPr>
        <w:t xml:space="preserve">-28: Touch, Echo &amp; </w:t>
      </w:r>
      <w:r w:rsidRPr="114846C2" w:rsidR="225A5363">
        <w:rPr>
          <w:rFonts w:ascii="Arial Nova" w:hAnsi="Arial Nova"/>
          <w:sz w:val="24"/>
          <w:szCs w:val="24"/>
        </w:rPr>
        <w:t>Cat,</w:t>
      </w:r>
      <w:r w:rsidRPr="114846C2" w:rsidR="00C91B33">
        <w:rPr>
          <w:rFonts w:ascii="Arial Nova" w:hAnsi="Arial Nova"/>
          <w:sz w:val="24"/>
          <w:szCs w:val="24"/>
        </w:rPr>
        <w:t xml:space="preserve"> Config, Whoami, </w:t>
      </w:r>
      <w:r w:rsidRPr="114846C2" w:rsidR="37EEDA04">
        <w:rPr>
          <w:rFonts w:ascii="Arial Nova" w:hAnsi="Arial Nova" w:eastAsia="Arial Nova" w:cs="Arial Nova"/>
          <w:sz w:val="24"/>
          <w:szCs w:val="24"/>
        </w:rPr>
        <w:t>Date,</w:t>
      </w:r>
      <w:r w:rsidRPr="114846C2" w:rsidR="00C91B33">
        <w:rPr>
          <w:rFonts w:ascii="Arial Nova" w:hAnsi="Arial Nova"/>
          <w:sz w:val="24"/>
          <w:szCs w:val="24"/>
        </w:rPr>
        <w:t xml:space="preserve"> and Run.</w:t>
      </w:r>
    </w:p>
    <w:p w:rsidR="00C91B33" w:rsidP="114846C2" w:rsidRDefault="35935AEE" w14:paraId="61BE8D1B" w14:textId="56BABEBC">
      <w:pPr>
        <w:spacing w:line="360" w:lineRule="auto"/>
        <w:jc w:val="both"/>
        <w:rPr>
          <w:rFonts w:ascii="Arial Nova" w:hAnsi="Arial Nova"/>
          <w:sz w:val="24"/>
          <w:szCs w:val="24"/>
        </w:rPr>
      </w:pPr>
      <w:r w:rsidRPr="114846C2">
        <w:rPr>
          <w:rFonts w:ascii="Arial Nova" w:hAnsi="Arial Nova" w:eastAsia="Arial Nova" w:cs="Arial Nova"/>
          <w:sz w:val="24"/>
          <w:szCs w:val="24"/>
        </w:rPr>
        <w:t>Pages</w:t>
      </w:r>
      <w:r w:rsidRPr="114846C2" w:rsidR="00C91B33">
        <w:rPr>
          <w:rFonts w:ascii="Arial Nova" w:hAnsi="Arial Nova"/>
          <w:sz w:val="24"/>
          <w:szCs w:val="24"/>
        </w:rPr>
        <w:t xml:space="preserve"> 29 – 35: Windows OS Scripts, Installed Apps, </w:t>
      </w:r>
      <w:r w:rsidRPr="114846C2" w:rsidR="7EDCB3AF">
        <w:rPr>
          <w:rFonts w:ascii="Arial Nova" w:hAnsi="Arial Nova"/>
          <w:sz w:val="24"/>
          <w:szCs w:val="24"/>
        </w:rPr>
        <w:t xml:space="preserve">Use </w:t>
      </w:r>
      <w:r w:rsidRPr="114846C2" w:rsidR="00C91B33">
        <w:rPr>
          <w:rFonts w:ascii="Arial Nova" w:hAnsi="Arial Nova"/>
          <w:sz w:val="24"/>
          <w:szCs w:val="24"/>
        </w:rPr>
        <w:t xml:space="preserve">Linux OS </w:t>
      </w:r>
      <w:r w:rsidRPr="114846C2" w:rsidR="2A9251A2">
        <w:rPr>
          <w:rFonts w:ascii="Arial Nova" w:hAnsi="Arial Nova" w:eastAsia="Arial Nova" w:cs="Arial Nova"/>
          <w:sz w:val="24"/>
          <w:szCs w:val="24"/>
        </w:rPr>
        <w:t>Scripts, and</w:t>
      </w:r>
      <w:r w:rsidRPr="114846C2" w:rsidR="00C91B33">
        <w:rPr>
          <w:rFonts w:ascii="Arial Nova" w:hAnsi="Arial Nova"/>
          <w:sz w:val="24"/>
          <w:szCs w:val="24"/>
        </w:rPr>
        <w:t xml:space="preserve"> Bush script to add two numbers.</w:t>
      </w:r>
    </w:p>
    <w:p w:rsidR="00C91B33" w:rsidP="114846C2" w:rsidRDefault="26831DD7" w14:paraId="7FA705A5" w14:textId="073E799C">
      <w:pPr>
        <w:spacing w:line="360" w:lineRule="auto"/>
        <w:jc w:val="both"/>
        <w:rPr>
          <w:rFonts w:ascii="Arial Nova" w:hAnsi="Arial Nova"/>
          <w:sz w:val="24"/>
          <w:szCs w:val="24"/>
        </w:rPr>
      </w:pPr>
      <w:r w:rsidRPr="114846C2">
        <w:rPr>
          <w:rFonts w:ascii="Arial Nova" w:hAnsi="Arial Nova" w:eastAsia="Arial Nova" w:cs="Arial Nova"/>
          <w:sz w:val="24"/>
          <w:szCs w:val="24"/>
        </w:rPr>
        <w:t>Pages</w:t>
      </w:r>
      <w:r w:rsidRPr="114846C2" w:rsidR="00C91B33">
        <w:rPr>
          <w:rFonts w:ascii="Arial Nova" w:hAnsi="Arial Nova"/>
          <w:sz w:val="24"/>
          <w:szCs w:val="24"/>
        </w:rPr>
        <w:t xml:space="preserve"> 36 – </w:t>
      </w:r>
      <w:r w:rsidRPr="114846C2" w:rsidR="63E0BA34">
        <w:rPr>
          <w:rFonts w:ascii="Arial Nova" w:hAnsi="Arial Nova"/>
          <w:sz w:val="24"/>
          <w:szCs w:val="24"/>
        </w:rPr>
        <w:t>42</w:t>
      </w:r>
      <w:r w:rsidRPr="114846C2" w:rsidR="00B9567E">
        <w:rPr>
          <w:rFonts w:ascii="Arial Nova" w:hAnsi="Arial Nova"/>
          <w:sz w:val="24"/>
          <w:szCs w:val="24"/>
        </w:rPr>
        <w:t>:</w:t>
      </w:r>
      <w:r w:rsidRPr="114846C2" w:rsidR="00C91B33">
        <w:rPr>
          <w:rFonts w:ascii="Arial Nova" w:hAnsi="Arial Nova"/>
          <w:sz w:val="24"/>
          <w:szCs w:val="24"/>
        </w:rPr>
        <w:t xml:space="preserve"> Examples of </w:t>
      </w:r>
      <w:r w:rsidRPr="114846C2" w:rsidR="4ED416F6">
        <w:rPr>
          <w:rFonts w:ascii="Arial Nova" w:hAnsi="Arial Nova" w:eastAsia="Arial Nova" w:cs="Arial Nova"/>
          <w:sz w:val="24"/>
          <w:szCs w:val="24"/>
        </w:rPr>
        <w:t>loops,</w:t>
      </w:r>
      <w:r w:rsidRPr="114846C2" w:rsidR="00C91B33">
        <w:rPr>
          <w:rFonts w:ascii="Arial Nova" w:hAnsi="Arial Nova"/>
          <w:sz w:val="24"/>
          <w:szCs w:val="24"/>
        </w:rPr>
        <w:t xml:space="preserve"> explanation of the </w:t>
      </w:r>
      <w:r w:rsidRPr="114846C2" w:rsidR="4526E186">
        <w:rPr>
          <w:rFonts w:ascii="Arial Nova" w:hAnsi="Arial Nova"/>
          <w:sz w:val="24"/>
          <w:szCs w:val="24"/>
        </w:rPr>
        <w:t>scripts,</w:t>
      </w:r>
      <w:r w:rsidRPr="114846C2" w:rsidR="00C91B33">
        <w:rPr>
          <w:rFonts w:ascii="Arial Nova" w:hAnsi="Arial Nova"/>
          <w:sz w:val="24"/>
          <w:szCs w:val="24"/>
        </w:rPr>
        <w:t xml:space="preserve"> Linux </w:t>
      </w:r>
      <w:r w:rsidRPr="114846C2" w:rsidR="3F6B43EA">
        <w:rPr>
          <w:rFonts w:ascii="Arial Nova" w:hAnsi="Arial Nova" w:eastAsia="Arial Nova" w:cs="Arial Nova"/>
          <w:sz w:val="24"/>
          <w:szCs w:val="24"/>
        </w:rPr>
        <w:t>CLI,</w:t>
      </w:r>
      <w:r w:rsidRPr="114846C2" w:rsidR="00C91B33">
        <w:rPr>
          <w:rFonts w:ascii="Arial Nova" w:hAnsi="Arial Nova"/>
          <w:sz w:val="24"/>
          <w:szCs w:val="24"/>
        </w:rPr>
        <w:t xml:space="preserve"> and </w:t>
      </w:r>
      <w:r w:rsidRPr="114846C2" w:rsidR="525D7F3F">
        <w:rPr>
          <w:rFonts w:ascii="Arial Nova" w:hAnsi="Arial Nova" w:eastAsia="Arial Nova" w:cs="Arial Nova"/>
          <w:sz w:val="24"/>
          <w:szCs w:val="24"/>
        </w:rPr>
        <w:t>system control.</w:t>
      </w:r>
    </w:p>
    <w:p w:rsidR="00C91B33" w:rsidP="00B9567E" w:rsidRDefault="00C91B33" w14:paraId="62A13702" w14:textId="0ADDD9DB">
      <w:pPr>
        <w:spacing w:line="360" w:lineRule="auto"/>
        <w:jc w:val="both"/>
        <w:rPr>
          <w:rFonts w:ascii="Arial Nova" w:hAnsi="Arial Nova"/>
          <w:sz w:val="24"/>
          <w:szCs w:val="24"/>
        </w:rPr>
      </w:pPr>
      <w:r w:rsidRPr="114846C2">
        <w:rPr>
          <w:rFonts w:ascii="Arial Nova" w:hAnsi="Arial Nova"/>
          <w:sz w:val="24"/>
          <w:szCs w:val="24"/>
        </w:rPr>
        <w:t>Page 4</w:t>
      </w:r>
      <w:r w:rsidRPr="114846C2" w:rsidR="17E8A2B6">
        <w:rPr>
          <w:rFonts w:ascii="Arial Nova" w:hAnsi="Arial Nova"/>
          <w:sz w:val="24"/>
          <w:szCs w:val="24"/>
        </w:rPr>
        <w:t>3</w:t>
      </w:r>
      <w:r w:rsidRPr="114846C2">
        <w:rPr>
          <w:rFonts w:ascii="Arial Nova" w:hAnsi="Arial Nova"/>
          <w:sz w:val="24"/>
          <w:szCs w:val="24"/>
        </w:rPr>
        <w:t>: References,</w:t>
      </w:r>
    </w:p>
    <w:p w:rsidR="00C91B33" w:rsidP="00B9567E" w:rsidRDefault="00C91B33" w14:paraId="337B27CB" w14:textId="174FEED8">
      <w:pPr>
        <w:spacing w:line="360" w:lineRule="auto"/>
        <w:jc w:val="both"/>
        <w:rPr>
          <w:rFonts w:ascii="Arial Nova" w:hAnsi="Arial Nova"/>
          <w:sz w:val="24"/>
          <w:szCs w:val="24"/>
        </w:rPr>
      </w:pPr>
      <w:r w:rsidRPr="114846C2">
        <w:rPr>
          <w:rFonts w:ascii="Arial Nova" w:hAnsi="Arial Nova"/>
          <w:sz w:val="24"/>
          <w:szCs w:val="24"/>
        </w:rPr>
        <w:t>Page 4</w:t>
      </w:r>
      <w:r w:rsidRPr="114846C2" w:rsidR="7F95A078">
        <w:rPr>
          <w:rFonts w:ascii="Arial Nova" w:hAnsi="Arial Nova"/>
          <w:sz w:val="24"/>
          <w:szCs w:val="24"/>
        </w:rPr>
        <w:t>4</w:t>
      </w:r>
      <w:r w:rsidRPr="114846C2">
        <w:rPr>
          <w:rFonts w:ascii="Arial Nova" w:hAnsi="Arial Nova"/>
          <w:sz w:val="24"/>
          <w:szCs w:val="24"/>
        </w:rPr>
        <w:t>: Image</w:t>
      </w:r>
    </w:p>
    <w:p w:rsidR="00FD2C47" w:rsidP="00A8792A" w:rsidRDefault="00FD2C47" w14:paraId="723CF473" w14:textId="77777777">
      <w:pPr>
        <w:rPr>
          <w:rFonts w:ascii="Arial Nova" w:hAnsi="Arial Nova"/>
          <w:sz w:val="24"/>
          <w:szCs w:val="24"/>
        </w:rPr>
      </w:pPr>
    </w:p>
    <w:p w:rsidR="00DD2651" w:rsidP="00A8792A" w:rsidRDefault="00DD2651" w14:paraId="732B268F" w14:textId="77777777">
      <w:pPr>
        <w:rPr>
          <w:rFonts w:ascii="Arial Nova" w:hAnsi="Arial Nova"/>
          <w:sz w:val="24"/>
          <w:szCs w:val="24"/>
        </w:rPr>
      </w:pPr>
    </w:p>
    <w:p w:rsidR="00DD2651" w:rsidP="00A8792A" w:rsidRDefault="00DD2651" w14:paraId="118BC51E" w14:textId="77777777">
      <w:pPr>
        <w:rPr>
          <w:rFonts w:ascii="Arial Nova" w:hAnsi="Arial Nova"/>
          <w:sz w:val="24"/>
          <w:szCs w:val="24"/>
        </w:rPr>
      </w:pPr>
    </w:p>
    <w:p w:rsidRPr="00BA4968" w:rsidR="00944037" w:rsidP="00A8792A" w:rsidRDefault="00944037" w14:paraId="1980EAFA" w14:textId="77777777">
      <w:pPr>
        <w:rPr>
          <w:rFonts w:ascii="Arial Nova" w:hAnsi="Arial Nova"/>
          <w:sz w:val="24"/>
          <w:szCs w:val="24"/>
        </w:rPr>
      </w:pPr>
    </w:p>
    <w:p w:rsidRPr="00EA6F4C" w:rsidR="00A8792A" w:rsidP="008E7B57" w:rsidRDefault="00A8792A" w14:paraId="0D8710D0" w14:textId="77777777">
      <w:pPr>
        <w:jc w:val="center"/>
        <w:rPr>
          <w:rFonts w:ascii="Arial Nova" w:hAnsi="Arial Nova"/>
          <w:b/>
          <w:bCs/>
          <w:sz w:val="44"/>
          <w:szCs w:val="44"/>
          <w:u w:val="single"/>
        </w:rPr>
      </w:pPr>
    </w:p>
    <w:p w:rsidRPr="008E7B57" w:rsidR="008E7B57" w:rsidP="008E7B57" w:rsidRDefault="008E7B57" w14:paraId="0F0D9016" w14:textId="712086CA"/>
    <w:p w:rsidR="008E7B57" w:rsidRDefault="008E7B57" w14:paraId="322F5A3E" w14:textId="77777777">
      <w:pPr>
        <w:rPr>
          <w:b/>
          <w:bCs/>
        </w:rPr>
      </w:pPr>
      <w:r>
        <w:rPr>
          <w:b/>
          <w:bCs/>
        </w:rPr>
        <w:br w:type="page"/>
      </w:r>
    </w:p>
    <w:p w:rsidR="00BA4968" w:rsidRDefault="00BA4968" w14:paraId="56B39075" w14:textId="77777777">
      <w:pPr>
        <w:rPr>
          <w:b/>
          <w:bCs/>
        </w:rPr>
      </w:pPr>
    </w:p>
    <w:p w:rsidR="00BA4968" w:rsidRDefault="00BA4968" w14:paraId="0AE4D830" w14:textId="77777777">
      <w:pPr>
        <w:rPr>
          <w:b/>
          <w:bCs/>
        </w:rPr>
      </w:pPr>
    </w:p>
    <w:p w:rsidR="00BA4968" w:rsidRDefault="00BA4968" w14:paraId="10C013A7" w14:textId="77777777">
      <w:pPr>
        <w:rPr>
          <w:b/>
          <w:bCs/>
        </w:rPr>
      </w:pPr>
    </w:p>
    <w:p w:rsidRPr="00EA6F4C" w:rsidR="00BA4968" w:rsidRDefault="00BA4968" w14:paraId="364F568D" w14:textId="77777777">
      <w:pPr>
        <w:rPr>
          <w:rFonts w:ascii="Arial Nova" w:hAnsi="Arial Nova"/>
          <w:b/>
          <w:bCs/>
          <w:sz w:val="24"/>
          <w:szCs w:val="24"/>
        </w:rPr>
      </w:pPr>
    </w:p>
    <w:p w:rsidRPr="008E7B57" w:rsidR="008E7B57" w:rsidP="008E7B57" w:rsidRDefault="008E7B57" w14:paraId="165D4DD3" w14:textId="1074F84A">
      <w:pPr>
        <w:pStyle w:val="Heading1"/>
      </w:pPr>
      <w:r>
        <w:t xml:space="preserve">1. Coursework Overview </w:t>
      </w:r>
    </w:p>
    <w:p w:rsidRPr="00EA6F4C" w:rsidR="008E7B57" w:rsidP="114846C2" w:rsidRDefault="008E7B57" w14:paraId="147F431D" w14:textId="58A10569">
      <w:pPr>
        <w:spacing w:line="360" w:lineRule="auto"/>
        <w:jc w:val="both"/>
        <w:rPr>
          <w:rFonts w:ascii="Arial Nova" w:hAnsi="Arial Nova"/>
          <w:sz w:val="24"/>
          <w:szCs w:val="24"/>
        </w:rPr>
      </w:pPr>
      <w:r w:rsidRPr="114846C2">
        <w:rPr>
          <w:rFonts w:ascii="Arial Nova" w:hAnsi="Arial Nova"/>
          <w:sz w:val="24"/>
          <w:szCs w:val="24"/>
        </w:rPr>
        <w:t xml:space="preserve">This report critically analyses the structural and functional design of modern operating systems, focusing on Windows and Linux as dominant multi-user platforms. It evaluates process scheduling, memory allocation, file system architecture, device abstraction, and security enforcement mechanisms. Operating systems are examined as resource managers that mediate between hardware and application layers, ensuring efficiency, concurrency control, and system stability [1]. The report further investigates command-line </w:t>
      </w:r>
      <w:r w:rsidRPr="114846C2" w:rsidR="33303615">
        <w:rPr>
          <w:rFonts w:ascii="Arial Nova" w:hAnsi="Arial Nova" w:eastAsia="Arial Nova" w:cs="Arial Nova"/>
          <w:sz w:val="24"/>
          <w:szCs w:val="24"/>
        </w:rPr>
        <w:t>interfaces,</w:t>
      </w:r>
      <w:r w:rsidRPr="114846C2">
        <w:rPr>
          <w:rFonts w:ascii="Arial Nova" w:hAnsi="Arial Nova"/>
          <w:sz w:val="24"/>
          <w:szCs w:val="24"/>
        </w:rPr>
        <w:t xml:space="preserve"> including CMD, PowerShell, and Bash, highlighting their role in automation and system administration. </w:t>
      </w:r>
      <w:r w:rsidRPr="114846C2">
        <w:rPr>
          <w:rFonts w:ascii="Arial Nova" w:hAnsi="Arial Nova"/>
          <w:b/>
          <w:bCs/>
          <w:sz w:val="24"/>
          <w:szCs w:val="24"/>
        </w:rPr>
        <w:t>The current OS research shows that scheduling efficiency and security enforcement are becoming more intertwined in today's computing systems, such as cloud and distributed computing systems [2].</w:t>
      </w:r>
    </w:p>
    <w:p w:rsidRPr="00EA6F4C" w:rsidR="008E7B57" w:rsidP="00EA6F4C" w:rsidRDefault="008E7B57" w14:paraId="713E707F" w14:textId="5DA5CA4C">
      <w:pPr>
        <w:spacing w:line="360" w:lineRule="auto"/>
        <w:jc w:val="both"/>
        <w:rPr>
          <w:rFonts w:ascii="Arial Nova" w:hAnsi="Arial Nova"/>
          <w:sz w:val="24"/>
          <w:szCs w:val="24"/>
        </w:rPr>
      </w:pPr>
    </w:p>
    <w:p w:rsidRPr="00EA6F4C" w:rsidR="008E7B57" w:rsidP="00EA6F4C" w:rsidRDefault="008E7B57" w14:paraId="036EA47D" w14:textId="4BD51C3C">
      <w:pPr>
        <w:pStyle w:val="Heading1"/>
        <w:spacing w:line="360" w:lineRule="auto"/>
        <w:jc w:val="both"/>
        <w:rPr>
          <w:rFonts w:ascii="Arial Nova" w:hAnsi="Arial Nova"/>
          <w:sz w:val="24"/>
          <w:szCs w:val="24"/>
        </w:rPr>
      </w:pPr>
      <w:r w:rsidRPr="00EA6F4C">
        <w:rPr>
          <w:rFonts w:ascii="Arial Nova" w:hAnsi="Arial Nova"/>
          <w:sz w:val="24"/>
          <w:szCs w:val="24"/>
        </w:rPr>
        <w:t xml:space="preserve">2. Introduction to Windows Operating System </w:t>
      </w:r>
    </w:p>
    <w:p w:rsidRPr="00EA6F4C" w:rsidR="008E7B57" w:rsidP="00EA6F4C" w:rsidRDefault="008E7B57" w14:paraId="46A8F5B3" w14:textId="69E317A4">
      <w:pPr>
        <w:spacing w:line="360" w:lineRule="auto"/>
        <w:jc w:val="both"/>
        <w:rPr>
          <w:rFonts w:ascii="Arial Nova" w:hAnsi="Arial Nova"/>
          <w:sz w:val="24"/>
          <w:szCs w:val="24"/>
        </w:rPr>
      </w:pPr>
      <w:r w:rsidRPr="00EA6F4C">
        <w:rPr>
          <w:rFonts w:ascii="Arial Nova" w:hAnsi="Arial Nova"/>
          <w:sz w:val="24"/>
          <w:szCs w:val="24"/>
        </w:rPr>
        <w:t>Windows, introduced by Microsoft in 1985, transitioned computing from text-based interfaces to graphical interaction, significantly improving usability. Contemporary studies show that Windows dominates desktop OS markets due to enterprise integration and hardware compatibility, although security vulnerabilities remain higher compared to Unix-based systems [3].</w:t>
      </w:r>
    </w:p>
    <w:p w:rsidR="008E7B57" w:rsidP="008E7B57" w:rsidRDefault="008E7B57" w14:paraId="39C1C306" w14:textId="77777777"/>
    <w:p w:rsidR="00BA4968" w:rsidP="008E7B57" w:rsidRDefault="00BA4968" w14:paraId="2F9F1D87" w14:textId="77777777"/>
    <w:p w:rsidR="00BA4968" w:rsidP="008E7B57" w:rsidRDefault="00BA4968" w14:paraId="5F7C8A16" w14:textId="77777777"/>
    <w:p w:rsidRPr="008E7B57" w:rsidR="00BA4968" w:rsidP="008E7B57" w:rsidRDefault="00BA4968" w14:paraId="37661A37" w14:textId="77777777"/>
    <w:p w:rsidR="008E7B57" w:rsidP="008E7B57" w:rsidRDefault="008E7B57" w14:paraId="5D9D9B59" w14:textId="791515CB">
      <w:pPr>
        <w:pStyle w:val="Heading1"/>
      </w:pPr>
      <w:r>
        <w:t xml:space="preserve">3. Task Management in Windows </w:t>
      </w:r>
    </w:p>
    <w:p w:rsidRPr="008E7B57" w:rsidR="008E7B57" w:rsidP="008E7B57" w:rsidRDefault="008E7B57" w14:paraId="7BBF2F75" w14:textId="1DA6DD14">
      <w:r>
        <w:rPr>
          <w:noProof/>
        </w:rPr>
        <w:drawing>
          <wp:inline distT="0" distB="0" distL="0" distR="0" wp14:anchorId="257C0629" wp14:editId="1C20E533">
            <wp:extent cx="5486400" cy="4326890"/>
            <wp:effectExtent l="0" t="0" r="0" b="0"/>
            <wp:docPr id="12" name="image31.png"/>
            <wp:cNvGraphicFramePr/>
            <a:graphic xmlns:a="http://schemas.openxmlformats.org/drawingml/2006/main">
              <a:graphicData uri="http://schemas.openxmlformats.org/drawingml/2006/picture">
                <pic:pic xmlns:pic="http://schemas.openxmlformats.org/drawingml/2006/picture">
                  <pic:nvPicPr>
                    <pic:cNvPr id="12" name="image31.png"/>
                    <pic:cNvPicPr/>
                  </pic:nvPicPr>
                  <pic:blipFill>
                    <a:blip r:embed="rId9"/>
                    <a:srcRect/>
                    <a:stretch>
                      <a:fillRect/>
                    </a:stretch>
                  </pic:blipFill>
                  <pic:spPr>
                    <a:xfrm>
                      <a:off x="0" y="0"/>
                      <a:ext cx="5486400" cy="4326890"/>
                    </a:xfrm>
                    <a:prstGeom prst="rect">
                      <a:avLst/>
                    </a:prstGeom>
                    <a:ln/>
                  </pic:spPr>
                </pic:pic>
              </a:graphicData>
            </a:graphic>
          </wp:inline>
        </w:drawing>
      </w:r>
    </w:p>
    <w:p w:rsidRPr="00EA6F4C" w:rsidR="008E7B57" w:rsidP="003843F4" w:rsidRDefault="008E7B57" w14:paraId="025D7E5A" w14:textId="179842C0">
      <w:pPr>
        <w:spacing w:line="360" w:lineRule="auto"/>
        <w:jc w:val="both"/>
        <w:rPr>
          <w:rFonts w:ascii="Arial Nova" w:hAnsi="Arial Nova"/>
          <w:sz w:val="24"/>
          <w:szCs w:val="24"/>
        </w:rPr>
      </w:pPr>
      <w:r w:rsidRPr="00EA6F4C">
        <w:rPr>
          <w:rFonts w:ascii="Arial Nova" w:hAnsi="Arial Nova"/>
          <w:sz w:val="24"/>
          <w:szCs w:val="24"/>
        </w:rPr>
        <w:t xml:space="preserve">Windows employs a </w:t>
      </w:r>
      <w:r w:rsidRPr="00EA6F4C">
        <w:rPr>
          <w:rFonts w:ascii="Arial Nova" w:hAnsi="Arial Nova"/>
          <w:b/>
          <w:bCs/>
          <w:sz w:val="24"/>
          <w:szCs w:val="24"/>
        </w:rPr>
        <w:t>pre-emptive, priority-driven scheduling model</w:t>
      </w:r>
      <w:r w:rsidRPr="00EA6F4C">
        <w:rPr>
          <w:rFonts w:ascii="Arial Nova" w:hAnsi="Arial Nova"/>
          <w:sz w:val="24"/>
          <w:szCs w:val="24"/>
        </w:rPr>
        <w:t xml:space="preserve">, where CPU allocation is dynamically adjusted based on process classification and system load. High-priority foreground tasks receive greater CPU quantum allocation to ensure responsiveness, while background services operate under reduced priority levels. Empirical research shows that such hybrid scheduling improves interactive performance but increases scheduling overhead under high concurrency workloads [2]. The Windows Task Manager provides real-time process visibility, enabling performance monitoring and termination of resource-intensive processes. </w:t>
      </w:r>
      <w:r w:rsidRPr="00EA6F4C">
        <w:rPr>
          <w:rFonts w:ascii="Arial Nova" w:hAnsi="Arial Nova"/>
          <w:b/>
          <w:bCs/>
          <w:sz w:val="24"/>
          <w:szCs w:val="24"/>
        </w:rPr>
        <w:t>Even though priority-based schedulers are known to have some drawbacks, like priority inversion and thread starvation, especially with heavy multi-threaded workloads [4].</w:t>
      </w:r>
    </w:p>
    <w:p w:rsidRPr="00EA6F4C" w:rsidR="008E7B57" w:rsidP="008E7B57" w:rsidRDefault="008E7B57" w14:paraId="57C4EE14" w14:textId="3C4EB447">
      <w:pPr>
        <w:rPr>
          <w:rFonts w:ascii="Arial Nova" w:hAnsi="Arial Nova"/>
          <w:sz w:val="24"/>
          <w:szCs w:val="24"/>
        </w:rPr>
      </w:pPr>
    </w:p>
    <w:p w:rsidRPr="00EA6F4C" w:rsidR="008E7B57" w:rsidP="008E7B57" w:rsidRDefault="008E7B57" w14:paraId="38EE55A0" w14:textId="0502237F">
      <w:pPr>
        <w:pStyle w:val="Heading1"/>
        <w:rPr>
          <w:rFonts w:ascii="Arial Nova" w:hAnsi="Arial Nova"/>
          <w:sz w:val="24"/>
          <w:szCs w:val="24"/>
        </w:rPr>
      </w:pPr>
      <w:r w:rsidRPr="00EA6F4C">
        <w:rPr>
          <w:rFonts w:ascii="Arial Nova" w:hAnsi="Arial Nova"/>
          <w:sz w:val="24"/>
          <w:szCs w:val="24"/>
        </w:rPr>
        <w:t xml:space="preserve">4. Application / Program Management </w:t>
      </w:r>
    </w:p>
    <w:p w:rsidRPr="00EA6F4C" w:rsidR="008E7B57" w:rsidP="008E7B57" w:rsidRDefault="008E7B57" w14:paraId="33345CB4" w14:textId="4D6806D4">
      <w:pPr>
        <w:rPr>
          <w:rFonts w:ascii="Arial Nova" w:hAnsi="Arial Nova"/>
          <w:sz w:val="24"/>
          <w:szCs w:val="24"/>
        </w:rPr>
      </w:pPr>
      <w:r w:rsidRPr="00EA6F4C">
        <w:rPr>
          <w:rFonts w:ascii="Arial Nova" w:hAnsi="Arial Nova"/>
          <w:noProof/>
          <w:sz w:val="24"/>
          <w:szCs w:val="24"/>
        </w:rPr>
        <w:drawing>
          <wp:inline distT="0" distB="0" distL="0" distR="0" wp14:anchorId="2ADADB18" wp14:editId="5A59F62A">
            <wp:extent cx="5486400" cy="3535045"/>
            <wp:effectExtent l="0" t="0" r="0" b="8255"/>
            <wp:docPr id="30" name="image32.png"/>
            <wp:cNvGraphicFramePr/>
            <a:graphic xmlns:a="http://schemas.openxmlformats.org/drawingml/2006/main">
              <a:graphicData uri="http://schemas.openxmlformats.org/drawingml/2006/picture">
                <pic:pic xmlns:pic="http://schemas.openxmlformats.org/drawingml/2006/picture">
                  <pic:nvPicPr>
                    <pic:cNvPr id="30" name="image32.png"/>
                    <pic:cNvPicPr/>
                  </pic:nvPicPr>
                  <pic:blipFill>
                    <a:blip r:embed="rId10"/>
                    <a:srcRect/>
                    <a:stretch>
                      <a:fillRect/>
                    </a:stretch>
                  </pic:blipFill>
                  <pic:spPr>
                    <a:xfrm>
                      <a:off x="0" y="0"/>
                      <a:ext cx="5486400" cy="3535045"/>
                    </a:xfrm>
                    <a:prstGeom prst="rect">
                      <a:avLst/>
                    </a:prstGeom>
                    <a:ln/>
                  </pic:spPr>
                </pic:pic>
              </a:graphicData>
            </a:graphic>
          </wp:inline>
        </w:drawing>
      </w:r>
    </w:p>
    <w:p w:rsidRPr="00EA6F4C" w:rsidR="008E7B57" w:rsidP="249491B5" w:rsidRDefault="008E7B57" w14:paraId="2A57BC3C" w14:textId="45E642B4">
      <w:pPr>
        <w:pStyle w:val="Normal"/>
        <w:spacing w:line="360" w:lineRule="auto"/>
        <w:jc w:val="both"/>
        <w:rPr>
          <w:rFonts w:ascii="Arial Nova" w:hAnsi="Arial Nova"/>
          <w:sz w:val="24"/>
          <w:szCs w:val="24"/>
        </w:rPr>
      </w:pPr>
      <w:r w:rsidRPr="249491B5" w:rsidR="008E7B57">
        <w:rPr>
          <w:rFonts w:ascii="Arial Nova" w:hAnsi="Arial Nova"/>
          <w:sz w:val="24"/>
          <w:szCs w:val="24"/>
        </w:rPr>
        <w:t xml:space="preserve">Windows application management is structured around MSI and MSIX frameworks, which provide transactional installation, rollback support, and dependency resolution. These mechanisms ensure application consistency across system environments. Digital signature verification reduces the execution of </w:t>
      </w:r>
      <w:r w:rsidRPr="249491B5" w:rsidR="008E7B57">
        <w:rPr>
          <w:rFonts w:ascii="Arial Nova" w:hAnsi="Arial Nova"/>
          <w:sz w:val="24"/>
          <w:szCs w:val="24"/>
        </w:rPr>
        <w:t>unauthorised</w:t>
      </w:r>
      <w:r w:rsidRPr="249491B5" w:rsidR="008E7B57">
        <w:rPr>
          <w:rFonts w:ascii="Arial Nova" w:hAnsi="Arial Nova"/>
          <w:sz w:val="24"/>
          <w:szCs w:val="24"/>
        </w:rPr>
        <w:t xml:space="preserve"> binaries, aligning with modern endpoint security models [5]. Furthermore, Windows Package Manager introduces a repository-based deployment model </w:t>
      </w:r>
      <w:bookmarkStart w:name="_Int_X7WyOsjm" w:id="1896179817"/>
      <w:r w:rsidRPr="249491B5" w:rsidR="008E7B57">
        <w:rPr>
          <w:rFonts w:ascii="Arial Nova" w:hAnsi="Arial Nova"/>
          <w:sz w:val="24"/>
          <w:szCs w:val="24"/>
        </w:rPr>
        <w:t>similar to</w:t>
      </w:r>
      <w:bookmarkEnd w:id="1896179817"/>
      <w:r w:rsidRPr="249491B5" w:rsidR="008E7B57">
        <w:rPr>
          <w:rFonts w:ascii="Arial Nova" w:hAnsi="Arial Nova"/>
          <w:sz w:val="24"/>
          <w:szCs w:val="24"/>
        </w:rPr>
        <w:t xml:space="preserve"> Linux package ecosystems, improving scalability in enterprise environments. </w:t>
      </w:r>
      <w:r w:rsidRPr="249491B5" w:rsidR="008E7B57">
        <w:rPr>
          <w:rFonts w:ascii="Arial Nova" w:hAnsi="Arial Nova"/>
          <w:b w:val="1"/>
          <w:bCs w:val="1"/>
          <w:sz w:val="24"/>
          <w:szCs w:val="24"/>
        </w:rPr>
        <w:t xml:space="preserve">Research, however, suggests that closed-source dependency management systems can result in a lag of vulnerability patching over open-source dependency management systems, which are </w:t>
      </w:r>
      <w:r w:rsidRPr="249491B5" w:rsidR="789221DB">
        <w:rPr>
          <w:rFonts w:ascii="Arial Nova" w:hAnsi="Arial Nova" w:eastAsia="Arial Nova" w:cs="Arial Nova"/>
          <w:noProof w:val="0"/>
          <w:sz w:val="24"/>
          <w:szCs w:val="24"/>
          <w:lang w:val="en-US"/>
        </w:rPr>
        <w:t>community-driven</w:t>
      </w:r>
      <w:r w:rsidRPr="249491B5" w:rsidR="008E7B57">
        <w:rPr>
          <w:rFonts w:ascii="Arial Nova" w:hAnsi="Arial Nova"/>
          <w:b w:val="1"/>
          <w:bCs w:val="1"/>
          <w:sz w:val="24"/>
          <w:szCs w:val="24"/>
        </w:rPr>
        <w:t xml:space="preserve"> with quicker and more transparent updates [3].</w:t>
      </w:r>
    </w:p>
    <w:p w:rsidR="008E7B57" w:rsidP="003843F4" w:rsidRDefault="008E7B57" w14:paraId="02DD0CDD" w14:textId="3266EC7F">
      <w:pPr>
        <w:spacing w:line="360" w:lineRule="auto"/>
        <w:jc w:val="both"/>
        <w:rPr>
          <w:rFonts w:ascii="Arial Nova" w:hAnsi="Arial Nova"/>
          <w:sz w:val="24"/>
          <w:szCs w:val="24"/>
        </w:rPr>
      </w:pPr>
    </w:p>
    <w:p w:rsidRPr="00EA6F4C" w:rsidR="00BA4968" w:rsidP="003843F4" w:rsidRDefault="00BA4968" w14:paraId="5F447115" w14:textId="77777777">
      <w:pPr>
        <w:spacing w:line="360" w:lineRule="auto"/>
        <w:jc w:val="both"/>
        <w:rPr>
          <w:rFonts w:ascii="Arial Nova" w:hAnsi="Arial Nova"/>
          <w:sz w:val="24"/>
          <w:szCs w:val="24"/>
        </w:rPr>
      </w:pPr>
    </w:p>
    <w:p w:rsidRPr="00EA6F4C" w:rsidR="008E7B57" w:rsidP="003843F4" w:rsidRDefault="008E7B57" w14:paraId="75431D33" w14:textId="5262EC29">
      <w:pPr>
        <w:pStyle w:val="Heading1"/>
        <w:spacing w:line="360" w:lineRule="auto"/>
        <w:jc w:val="both"/>
        <w:rPr>
          <w:rFonts w:ascii="Arial Nova" w:hAnsi="Arial Nova"/>
          <w:sz w:val="24"/>
          <w:szCs w:val="24"/>
        </w:rPr>
      </w:pPr>
      <w:r w:rsidRPr="00EA6F4C">
        <w:rPr>
          <w:rFonts w:ascii="Arial Nova" w:hAnsi="Arial Nova"/>
          <w:sz w:val="24"/>
          <w:szCs w:val="24"/>
        </w:rPr>
        <w:t xml:space="preserve">5. File System Architecture (Windows NTFS) </w:t>
      </w:r>
    </w:p>
    <w:p w:rsidRPr="00EA6F4C" w:rsidR="008E7B57" w:rsidP="003843F4" w:rsidRDefault="008E7B57" w14:paraId="2AC42019" w14:textId="09DFC5E0">
      <w:pPr>
        <w:spacing w:line="360" w:lineRule="auto"/>
        <w:jc w:val="both"/>
        <w:rPr>
          <w:rFonts w:ascii="Arial Nova" w:hAnsi="Arial Nova"/>
          <w:sz w:val="24"/>
          <w:szCs w:val="24"/>
        </w:rPr>
      </w:pPr>
      <w:r w:rsidRPr="259FEA8D" w:rsidR="008E7B57">
        <w:rPr>
          <w:rFonts w:ascii="Arial Nova" w:hAnsi="Arial Nova"/>
          <w:sz w:val="24"/>
          <w:szCs w:val="24"/>
        </w:rPr>
        <w:t xml:space="preserve">The NTFS file system uses a Master File Table (MFT) to manage metadata, enabling efficient indexing and recovery. Its journaling mechanism ensures transactional integrity by logging file system changes before execution (NTFS design principles, Microsoft Research lineage). Advanced features such as encryption and access control lists (ACLs) enhance data security. However, forensic studies </w:t>
      </w:r>
      <w:r w:rsidRPr="259FEA8D" w:rsidR="008E7B57">
        <w:rPr>
          <w:rFonts w:ascii="Arial Nova" w:hAnsi="Arial Nova"/>
          <w:sz w:val="24"/>
          <w:szCs w:val="24"/>
        </w:rPr>
        <w:t>indicate</w:t>
      </w:r>
      <w:r w:rsidRPr="259FEA8D" w:rsidR="008E7B57">
        <w:rPr>
          <w:rFonts w:ascii="Arial Nova" w:hAnsi="Arial Nova"/>
          <w:sz w:val="24"/>
          <w:szCs w:val="24"/>
        </w:rPr>
        <w:t xml:space="preserve"> that NTFS encryption layers can complicate digital </w:t>
      </w:r>
      <w:r w:rsidRPr="259FEA8D" w:rsidR="0B06FD58">
        <w:rPr>
          <w:rFonts w:ascii="Arial Nova" w:hAnsi="Arial Nova"/>
          <w:sz w:val="24"/>
          <w:szCs w:val="24"/>
        </w:rPr>
        <w:t>evidence of</w:t>
      </w:r>
      <w:r w:rsidRPr="259FEA8D" w:rsidR="008E7B57">
        <w:rPr>
          <w:rFonts w:ascii="Arial Nova" w:hAnsi="Arial Nova"/>
          <w:sz w:val="24"/>
          <w:szCs w:val="24"/>
        </w:rPr>
        <w:t xml:space="preserve"> recovery in incident response scenarios [6]. </w:t>
      </w:r>
      <w:r w:rsidRPr="259FEA8D" w:rsidR="008E7B57">
        <w:rPr>
          <w:rFonts w:ascii="Arial Nova" w:hAnsi="Arial Nova"/>
          <w:b w:val="1"/>
          <w:bCs w:val="1"/>
          <w:sz w:val="24"/>
          <w:szCs w:val="24"/>
        </w:rPr>
        <w:t>NTFS also offers better low-level file operation transparency than Linux file systems (such as ext4), while offering greater integration with security policy.</w:t>
      </w:r>
    </w:p>
    <w:p w:rsidRPr="00EA6F4C" w:rsidR="008E7B57" w:rsidP="008E7B57" w:rsidRDefault="008E7B57" w14:paraId="41101F25" w14:textId="318BA2C6">
      <w:pPr>
        <w:rPr>
          <w:rFonts w:ascii="Arial Nova" w:hAnsi="Arial Nova"/>
          <w:sz w:val="24"/>
          <w:szCs w:val="24"/>
        </w:rPr>
      </w:pPr>
    </w:p>
    <w:p w:rsidRPr="00EA6F4C" w:rsidR="008E7B57" w:rsidP="008E7B57" w:rsidRDefault="008E7B57" w14:paraId="2287B3E5" w14:textId="5C8213A1">
      <w:pPr>
        <w:pStyle w:val="Heading1"/>
        <w:rPr>
          <w:rFonts w:ascii="Arial Nova" w:hAnsi="Arial Nova"/>
          <w:sz w:val="24"/>
          <w:szCs w:val="24"/>
        </w:rPr>
      </w:pPr>
      <w:r w:rsidRPr="00EA6F4C">
        <w:rPr>
          <w:rFonts w:ascii="Arial Nova" w:hAnsi="Arial Nova"/>
          <w:sz w:val="24"/>
          <w:szCs w:val="24"/>
        </w:rPr>
        <w:t xml:space="preserve">6. Device Management in Windows </w:t>
      </w:r>
    </w:p>
    <w:p w:rsidRPr="00EA6F4C" w:rsidR="008E7B57" w:rsidP="008E7B57" w:rsidRDefault="008E7B57" w14:paraId="2D786B1E" w14:textId="3A34B716">
      <w:pPr>
        <w:rPr>
          <w:rFonts w:ascii="Arial Nova" w:hAnsi="Arial Nova"/>
          <w:sz w:val="24"/>
          <w:szCs w:val="24"/>
        </w:rPr>
      </w:pPr>
      <w:r w:rsidRPr="00EA6F4C">
        <w:rPr>
          <w:rFonts w:ascii="Arial Nova" w:hAnsi="Arial Nova"/>
          <w:noProof/>
          <w:sz w:val="24"/>
          <w:szCs w:val="24"/>
        </w:rPr>
        <w:drawing>
          <wp:inline distT="0" distB="0" distL="0" distR="0" wp14:anchorId="13609C7D" wp14:editId="59F629A3">
            <wp:extent cx="5486400" cy="4326890"/>
            <wp:effectExtent l="0" t="0" r="0" b="0"/>
            <wp:docPr id="4" name="image17.png"/>
            <wp:cNvGraphicFramePr/>
            <a:graphic xmlns:a="http://schemas.openxmlformats.org/drawingml/2006/main">
              <a:graphicData uri="http://schemas.openxmlformats.org/drawingml/2006/picture">
                <pic:pic xmlns:pic="http://schemas.openxmlformats.org/drawingml/2006/picture">
                  <pic:nvPicPr>
                    <pic:cNvPr id="4" name="image17.png"/>
                    <pic:cNvPicPr/>
                  </pic:nvPicPr>
                  <pic:blipFill>
                    <a:blip r:embed="rId11"/>
                    <a:srcRect/>
                    <a:stretch>
                      <a:fillRect/>
                    </a:stretch>
                  </pic:blipFill>
                  <pic:spPr>
                    <a:xfrm>
                      <a:off x="0" y="0"/>
                      <a:ext cx="5486400" cy="4326890"/>
                    </a:xfrm>
                    <a:prstGeom prst="rect">
                      <a:avLst/>
                    </a:prstGeom>
                    <a:ln/>
                  </pic:spPr>
                </pic:pic>
              </a:graphicData>
            </a:graphic>
          </wp:inline>
        </w:drawing>
      </w:r>
    </w:p>
    <w:p w:rsidRPr="00EA6F4C" w:rsidR="008E7B57" w:rsidP="003843F4" w:rsidRDefault="008E7B57" w14:paraId="4B0D2FC8" w14:textId="5407CADB">
      <w:pPr>
        <w:spacing w:line="360" w:lineRule="auto"/>
        <w:jc w:val="both"/>
        <w:rPr>
          <w:rFonts w:ascii="Arial Nova" w:hAnsi="Arial Nova"/>
          <w:sz w:val="24"/>
          <w:szCs w:val="24"/>
        </w:rPr>
      </w:pPr>
      <w:r w:rsidRPr="00EA6F4C">
        <w:rPr>
          <w:rFonts w:ascii="Arial Nova" w:hAnsi="Arial Nova"/>
          <w:sz w:val="24"/>
          <w:szCs w:val="24"/>
        </w:rPr>
        <w:t xml:space="preserve">Windows uses Plug and Play (PnP) architecture to automatically detect and configure hardware devices through driver abstraction layers. Device drivers act as intermediaries between kernel space and hardware components, ensuring </w:t>
      </w:r>
      <w:proofErr w:type="spellStart"/>
      <w:r w:rsidRPr="00EA6F4C">
        <w:rPr>
          <w:rFonts w:ascii="Arial Nova" w:hAnsi="Arial Nova"/>
          <w:sz w:val="24"/>
          <w:szCs w:val="24"/>
        </w:rPr>
        <w:t>standardised</w:t>
      </w:r>
      <w:proofErr w:type="spellEnd"/>
      <w:r w:rsidRPr="00EA6F4C">
        <w:rPr>
          <w:rFonts w:ascii="Arial Nova" w:hAnsi="Arial Nova"/>
          <w:sz w:val="24"/>
          <w:szCs w:val="24"/>
        </w:rPr>
        <w:t xml:space="preserve"> communication. Windows Management Instrumentation (WMI) enables remote device monitoring and automation in enterprise networks. Research highlights that abstraction-based device management improves compatibility but increases kernel complexity and potential attack surface exposure [3]. </w:t>
      </w:r>
      <w:r w:rsidRPr="00EA6F4C">
        <w:rPr>
          <w:rFonts w:ascii="Arial Nova" w:hAnsi="Arial Nova"/>
          <w:b/>
          <w:bCs/>
          <w:sz w:val="24"/>
          <w:szCs w:val="24"/>
        </w:rPr>
        <w:t>Security issues in driver-level code continue to be a major risk vector for an OS, and if exploited, privileged access to the system can be gained through an OS kernel mode [5].</w:t>
      </w:r>
    </w:p>
    <w:p w:rsidRPr="00EA6F4C" w:rsidR="008E7B57" w:rsidP="003843F4" w:rsidRDefault="008E7B57" w14:paraId="53EEF275" w14:textId="54F04937">
      <w:pPr>
        <w:spacing w:line="360" w:lineRule="auto"/>
        <w:jc w:val="both"/>
        <w:rPr>
          <w:rFonts w:ascii="Arial Nova" w:hAnsi="Arial Nova"/>
          <w:sz w:val="24"/>
          <w:szCs w:val="24"/>
        </w:rPr>
      </w:pPr>
    </w:p>
    <w:p w:rsidRPr="00EA6F4C" w:rsidR="008E7B57" w:rsidP="008E7B57" w:rsidRDefault="008E7B57" w14:paraId="10D85470" w14:textId="73D45035">
      <w:pPr>
        <w:pStyle w:val="Heading1"/>
        <w:rPr>
          <w:rFonts w:ascii="Arial Nova" w:hAnsi="Arial Nova"/>
          <w:sz w:val="24"/>
          <w:szCs w:val="24"/>
        </w:rPr>
      </w:pPr>
      <w:r w:rsidRPr="00EA6F4C">
        <w:rPr>
          <w:rFonts w:ascii="Arial Nova" w:hAnsi="Arial Nova"/>
          <w:sz w:val="24"/>
          <w:szCs w:val="24"/>
        </w:rPr>
        <w:t xml:space="preserve">7. Security Management in Windows </w:t>
      </w:r>
    </w:p>
    <w:p w:rsidRPr="00EA6F4C" w:rsidR="008E7B57" w:rsidP="008E7B57" w:rsidRDefault="008E7B57" w14:paraId="74CEB0D8" w14:textId="4EF087E7">
      <w:pPr>
        <w:rPr>
          <w:rFonts w:ascii="Arial Nova" w:hAnsi="Arial Nova"/>
          <w:sz w:val="24"/>
          <w:szCs w:val="24"/>
        </w:rPr>
      </w:pPr>
      <w:r w:rsidRPr="00EA6F4C">
        <w:rPr>
          <w:rFonts w:ascii="Arial Nova" w:hAnsi="Arial Nova"/>
          <w:noProof/>
          <w:sz w:val="24"/>
          <w:szCs w:val="24"/>
        </w:rPr>
        <w:drawing>
          <wp:inline distT="0" distB="0" distL="0" distR="0" wp14:anchorId="7C9A9A95" wp14:editId="52293506">
            <wp:extent cx="4324350" cy="2143125"/>
            <wp:effectExtent l="0" t="0" r="0" b="9525"/>
            <wp:docPr id="5" name="image25.png"/>
            <wp:cNvGraphicFramePr/>
            <a:graphic xmlns:a="http://schemas.openxmlformats.org/drawingml/2006/main">
              <a:graphicData uri="http://schemas.openxmlformats.org/drawingml/2006/picture">
                <pic:pic xmlns:pic="http://schemas.openxmlformats.org/drawingml/2006/picture">
                  <pic:nvPicPr>
                    <pic:cNvPr id="5" name="image25.png"/>
                    <pic:cNvPicPr/>
                  </pic:nvPicPr>
                  <pic:blipFill>
                    <a:blip r:embed="rId12"/>
                    <a:srcRect/>
                    <a:stretch>
                      <a:fillRect/>
                    </a:stretch>
                  </pic:blipFill>
                  <pic:spPr>
                    <a:xfrm>
                      <a:off x="0" y="0"/>
                      <a:ext cx="4324350" cy="2143125"/>
                    </a:xfrm>
                    <a:prstGeom prst="rect">
                      <a:avLst/>
                    </a:prstGeom>
                    <a:ln/>
                  </pic:spPr>
                </pic:pic>
              </a:graphicData>
            </a:graphic>
          </wp:inline>
        </w:drawing>
      </w:r>
    </w:p>
    <w:p w:rsidRPr="00EA6F4C" w:rsidR="008E7B57" w:rsidP="259FEA8D" w:rsidRDefault="008E7B57" w14:paraId="562C0FAC" w14:textId="16E35789">
      <w:pPr>
        <w:pStyle w:val="Normal"/>
        <w:spacing w:line="360" w:lineRule="auto"/>
        <w:jc w:val="both"/>
        <w:rPr>
          <w:rFonts w:ascii="Arial Nova" w:hAnsi="Arial Nova"/>
          <w:sz w:val="24"/>
          <w:szCs w:val="24"/>
        </w:rPr>
      </w:pPr>
      <w:r w:rsidRPr="259FEA8D" w:rsidR="008E7B57">
        <w:rPr>
          <w:rFonts w:ascii="Arial Nova" w:hAnsi="Arial Nova"/>
          <w:sz w:val="24"/>
          <w:szCs w:val="24"/>
        </w:rPr>
        <w:t xml:space="preserve">Windows implements a layered security architecture combining authentication, encryption, and real-time threat detection. Windows Defender uses </w:t>
      </w:r>
      <w:r w:rsidRPr="259FEA8D" w:rsidR="1D213D7F">
        <w:rPr>
          <w:rFonts w:ascii="Arial Nova" w:hAnsi="Arial Nova" w:eastAsia="Arial Nova" w:cs="Arial Nova"/>
          <w:noProof w:val="0"/>
          <w:sz w:val="24"/>
          <w:szCs w:val="24"/>
          <w:lang w:val="en-US"/>
        </w:rPr>
        <w:t>behavioural</w:t>
      </w:r>
      <w:r w:rsidRPr="259FEA8D" w:rsidR="008E7B57">
        <w:rPr>
          <w:rFonts w:ascii="Arial Nova" w:hAnsi="Arial Nova"/>
          <w:sz w:val="24"/>
          <w:szCs w:val="24"/>
        </w:rPr>
        <w:t xml:space="preserve"> analysis for malware detection, while BitLocker provides </w:t>
      </w:r>
      <w:r w:rsidRPr="259FEA8D" w:rsidR="554A212E">
        <w:rPr>
          <w:rFonts w:ascii="Arial Nova" w:hAnsi="Arial Nova" w:eastAsia="Arial Nova" w:cs="Arial Nova"/>
          <w:noProof w:val="0"/>
          <w:sz w:val="24"/>
          <w:szCs w:val="24"/>
          <w:lang w:val="en-US"/>
        </w:rPr>
        <w:t>full-disc</w:t>
      </w:r>
      <w:r w:rsidRPr="259FEA8D" w:rsidR="008E7B57">
        <w:rPr>
          <w:rFonts w:ascii="Arial Nova" w:hAnsi="Arial Nova"/>
          <w:sz w:val="24"/>
          <w:szCs w:val="24"/>
        </w:rPr>
        <w:t xml:space="preserve"> encryption using TPM-backed cryptographic validation (Microsoft security model). Role-Based Access Control (RBAC) restricts system privileges according to user roles. However, studies show that Windows environments </w:t>
      </w:r>
      <w:r w:rsidRPr="259FEA8D" w:rsidR="008E7B57">
        <w:rPr>
          <w:rFonts w:ascii="Arial Nova" w:hAnsi="Arial Nova"/>
          <w:sz w:val="24"/>
          <w:szCs w:val="24"/>
        </w:rPr>
        <w:t>remain</w:t>
      </w:r>
      <w:r w:rsidRPr="259FEA8D" w:rsidR="008E7B57">
        <w:rPr>
          <w:rFonts w:ascii="Arial Nova" w:hAnsi="Arial Nova"/>
          <w:sz w:val="24"/>
          <w:szCs w:val="24"/>
        </w:rPr>
        <w:t xml:space="preserve"> more </w:t>
      </w:r>
      <w:r w:rsidRPr="259FEA8D" w:rsidR="008E7B57">
        <w:rPr>
          <w:rFonts w:ascii="Arial Nova" w:hAnsi="Arial Nova"/>
          <w:sz w:val="24"/>
          <w:szCs w:val="24"/>
        </w:rPr>
        <w:t>frequently</w:t>
      </w:r>
      <w:r w:rsidRPr="259FEA8D" w:rsidR="008E7B57">
        <w:rPr>
          <w:rFonts w:ascii="Arial Nova" w:hAnsi="Arial Nova"/>
          <w:sz w:val="24"/>
          <w:szCs w:val="24"/>
        </w:rPr>
        <w:t xml:space="preserve"> targeted by malware due to widespread adoption and binary compatibility with legacy applications [3]. </w:t>
      </w:r>
      <w:r w:rsidRPr="259FEA8D" w:rsidR="008E7B57">
        <w:rPr>
          <w:rFonts w:ascii="Arial Nova" w:hAnsi="Arial Nova"/>
          <w:b w:val="1"/>
          <w:bCs w:val="1"/>
          <w:sz w:val="24"/>
          <w:szCs w:val="24"/>
        </w:rPr>
        <w:t>On the other hand, the Unix-based systems are much less prone to attacks because of the strict permission hierarchy and minimal kernel exposure [1].</w:t>
      </w:r>
    </w:p>
    <w:p w:rsidRPr="00EA6F4C" w:rsidR="008E7B57" w:rsidP="008E7B57" w:rsidRDefault="008E7B57" w14:paraId="73622228" w14:textId="2135A12B">
      <w:pPr>
        <w:rPr>
          <w:rFonts w:ascii="Arial Nova" w:hAnsi="Arial Nova"/>
          <w:sz w:val="24"/>
          <w:szCs w:val="24"/>
        </w:rPr>
      </w:pPr>
    </w:p>
    <w:p w:rsidRPr="00EA6F4C" w:rsidR="008E7B57" w:rsidP="008E7B57" w:rsidRDefault="008E7B57" w14:paraId="16C54F38" w14:textId="0EA33C06">
      <w:pPr>
        <w:pStyle w:val="Heading1"/>
        <w:rPr>
          <w:rFonts w:ascii="Arial Nova" w:hAnsi="Arial Nova"/>
          <w:sz w:val="24"/>
          <w:szCs w:val="24"/>
        </w:rPr>
      </w:pPr>
      <w:r w:rsidRPr="00EA6F4C">
        <w:rPr>
          <w:rFonts w:ascii="Arial Nova" w:hAnsi="Arial Nova"/>
          <w:sz w:val="24"/>
          <w:szCs w:val="24"/>
        </w:rPr>
        <w:t xml:space="preserve">8. Windows CLI Systems </w:t>
      </w:r>
    </w:p>
    <w:p w:rsidRPr="00EA6F4C" w:rsidR="008E7B57" w:rsidP="008E7B57" w:rsidRDefault="008E7B57" w14:paraId="440BDBFD" w14:textId="318FFDEC">
      <w:pPr>
        <w:rPr>
          <w:rFonts w:ascii="Arial Nova" w:hAnsi="Arial Nova"/>
          <w:sz w:val="24"/>
          <w:szCs w:val="24"/>
        </w:rPr>
      </w:pPr>
      <w:r w:rsidRPr="00EA6F4C">
        <w:rPr>
          <w:rFonts w:ascii="Arial Nova" w:hAnsi="Arial Nova"/>
          <w:noProof/>
          <w:sz w:val="24"/>
          <w:szCs w:val="24"/>
        </w:rPr>
        <w:drawing>
          <wp:inline distT="0" distB="0" distL="0" distR="0" wp14:anchorId="7C0D25AA" wp14:editId="1C4AF535">
            <wp:extent cx="5486400" cy="2320290"/>
            <wp:effectExtent l="0" t="0" r="0" b="3810"/>
            <wp:docPr id="19" name="image21.png"/>
            <wp:cNvGraphicFramePr/>
            <a:graphic xmlns:a="http://schemas.openxmlformats.org/drawingml/2006/main">
              <a:graphicData uri="http://schemas.openxmlformats.org/drawingml/2006/picture">
                <pic:pic xmlns:pic="http://schemas.openxmlformats.org/drawingml/2006/picture">
                  <pic:nvPicPr>
                    <pic:cNvPr id="19" name="image21.png"/>
                    <pic:cNvPicPr/>
                  </pic:nvPicPr>
                  <pic:blipFill>
                    <a:blip r:embed="rId13"/>
                    <a:srcRect/>
                    <a:stretch>
                      <a:fillRect/>
                    </a:stretch>
                  </pic:blipFill>
                  <pic:spPr>
                    <a:xfrm>
                      <a:off x="0" y="0"/>
                      <a:ext cx="5486400" cy="2320290"/>
                    </a:xfrm>
                    <a:prstGeom prst="rect">
                      <a:avLst/>
                    </a:prstGeom>
                    <a:ln/>
                  </pic:spPr>
                </pic:pic>
              </a:graphicData>
            </a:graphic>
          </wp:inline>
        </w:drawing>
      </w:r>
    </w:p>
    <w:p w:rsidRPr="00EA6F4C" w:rsidR="008E7B57" w:rsidP="003843F4" w:rsidRDefault="008E7B57" w14:paraId="2A7CE665" w14:textId="77777777">
      <w:pPr>
        <w:spacing w:line="360" w:lineRule="auto"/>
        <w:jc w:val="both"/>
        <w:rPr>
          <w:rFonts w:ascii="Arial Nova" w:hAnsi="Arial Nova"/>
          <w:sz w:val="24"/>
          <w:szCs w:val="24"/>
        </w:rPr>
      </w:pPr>
      <w:r w:rsidRPr="00EA6F4C">
        <w:rPr>
          <w:rFonts w:ascii="Arial Nova" w:hAnsi="Arial Nova"/>
          <w:sz w:val="24"/>
          <w:szCs w:val="24"/>
        </w:rPr>
        <w:t>Windows Command Prompt and PowerShell enable structured system control, automation, and scripting. PowerShell enhances CMD by introducing object-based pipelines, improving administrative efficiency in enterprise environments. These tools are critical for system diagnostics, deployment automation, and infrastructure management (Microsoft system architecture studies).</w:t>
      </w:r>
    </w:p>
    <w:p w:rsidR="00F17DFC" w:rsidP="008E7B57" w:rsidRDefault="00F17DFC" w14:paraId="30C8080D" w14:textId="77777777">
      <w:pPr>
        <w:spacing w:before="160" w:after="80"/>
        <w:rPr>
          <w:rFonts w:ascii="Arial Nova" w:hAnsi="Arial Nova"/>
          <w:color w:val="222222"/>
          <w:sz w:val="24"/>
          <w:szCs w:val="24"/>
          <w:highlight w:val="white"/>
        </w:rPr>
      </w:pPr>
    </w:p>
    <w:p w:rsidR="00F17DFC" w:rsidP="008E7B57" w:rsidRDefault="00F17DFC" w14:paraId="111D73E4" w14:textId="77777777">
      <w:pPr>
        <w:spacing w:before="160" w:after="80"/>
        <w:rPr>
          <w:rFonts w:ascii="Arial Nova" w:hAnsi="Arial Nova"/>
          <w:color w:val="222222"/>
          <w:sz w:val="24"/>
          <w:szCs w:val="24"/>
          <w:highlight w:val="white"/>
        </w:rPr>
      </w:pPr>
    </w:p>
    <w:p w:rsidR="00F17DFC" w:rsidP="008E7B57" w:rsidRDefault="00F17DFC" w14:paraId="69E8C0B7" w14:textId="77777777">
      <w:pPr>
        <w:spacing w:before="160" w:after="80"/>
        <w:rPr>
          <w:rFonts w:ascii="Arial Nova" w:hAnsi="Arial Nova"/>
          <w:color w:val="222222"/>
          <w:sz w:val="24"/>
          <w:szCs w:val="24"/>
          <w:highlight w:val="white"/>
        </w:rPr>
      </w:pPr>
    </w:p>
    <w:p w:rsidR="00F17DFC" w:rsidP="008E7B57" w:rsidRDefault="00F17DFC" w14:paraId="32C530A2" w14:textId="77777777">
      <w:pPr>
        <w:spacing w:before="160" w:after="80"/>
        <w:rPr>
          <w:rFonts w:ascii="Arial Nova" w:hAnsi="Arial Nova"/>
          <w:color w:val="222222"/>
          <w:sz w:val="24"/>
          <w:szCs w:val="24"/>
          <w:highlight w:val="white"/>
        </w:rPr>
      </w:pPr>
    </w:p>
    <w:p w:rsidR="00F17DFC" w:rsidP="008E7B57" w:rsidRDefault="00F17DFC" w14:paraId="37FD9222" w14:textId="77777777">
      <w:pPr>
        <w:spacing w:before="160" w:after="80"/>
        <w:rPr>
          <w:rFonts w:ascii="Arial Nova" w:hAnsi="Arial Nova"/>
          <w:color w:val="222222"/>
          <w:sz w:val="24"/>
          <w:szCs w:val="24"/>
          <w:highlight w:val="white"/>
        </w:rPr>
      </w:pPr>
    </w:p>
    <w:p w:rsidR="00F17DFC" w:rsidP="008E7B57" w:rsidRDefault="00F17DFC" w14:paraId="337234F5" w14:textId="77777777">
      <w:pPr>
        <w:spacing w:before="160" w:after="80"/>
        <w:rPr>
          <w:rFonts w:ascii="Arial Nova" w:hAnsi="Arial Nova"/>
          <w:color w:val="222222"/>
          <w:sz w:val="24"/>
          <w:szCs w:val="24"/>
          <w:highlight w:val="white"/>
        </w:rPr>
      </w:pPr>
    </w:p>
    <w:p w:rsidR="00F17DFC" w:rsidP="008E7B57" w:rsidRDefault="00F17DFC" w14:paraId="5613B15E" w14:textId="77777777">
      <w:pPr>
        <w:spacing w:before="160" w:after="80"/>
        <w:rPr>
          <w:rFonts w:ascii="Arial Nova" w:hAnsi="Arial Nova"/>
          <w:color w:val="222222"/>
          <w:sz w:val="24"/>
          <w:szCs w:val="24"/>
          <w:highlight w:val="white"/>
        </w:rPr>
      </w:pPr>
    </w:p>
    <w:p w:rsidR="00F17DFC" w:rsidP="008E7B57" w:rsidRDefault="00F17DFC" w14:paraId="231F75FF" w14:textId="77777777">
      <w:pPr>
        <w:spacing w:before="160" w:after="80"/>
        <w:rPr>
          <w:rFonts w:ascii="Arial Nova" w:hAnsi="Arial Nova"/>
          <w:color w:val="222222"/>
          <w:sz w:val="24"/>
          <w:szCs w:val="24"/>
          <w:highlight w:val="white"/>
        </w:rPr>
      </w:pPr>
    </w:p>
    <w:p w:rsidR="00F17DFC" w:rsidP="008E7B57" w:rsidRDefault="00F17DFC" w14:paraId="258DB01F" w14:textId="77777777">
      <w:pPr>
        <w:spacing w:before="160" w:after="80"/>
        <w:rPr>
          <w:rFonts w:ascii="Arial Nova" w:hAnsi="Arial Nova"/>
          <w:color w:val="222222"/>
          <w:sz w:val="24"/>
          <w:szCs w:val="24"/>
          <w:highlight w:val="white"/>
        </w:rPr>
      </w:pPr>
    </w:p>
    <w:p w:rsidRPr="00EA6F4C" w:rsidR="008E7B57" w:rsidP="008E7B57" w:rsidRDefault="008E7B57" w14:paraId="66A2B7F0" w14:textId="08FE79A7">
      <w:pPr>
        <w:spacing w:before="160" w:after="80"/>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1: DIR </w:t>
      </w:r>
    </w:p>
    <w:p w:rsidRPr="00EA6F4C" w:rsidR="008E7B57" w:rsidP="008E7B57" w:rsidRDefault="008E7B57" w14:paraId="0B775D90" w14:textId="1A1864E6">
      <w:pPr>
        <w:spacing w:after="160"/>
        <w:rPr>
          <w:rFonts w:ascii="Arial Nova" w:hAnsi="Arial Nova"/>
          <w:color w:val="222222"/>
          <w:sz w:val="24"/>
          <w:szCs w:val="24"/>
          <w:highlight w:val="white"/>
        </w:rPr>
      </w:pPr>
    </w:p>
    <w:p w:rsidRPr="00EA6F4C" w:rsidR="008E7B57" w:rsidP="008E7B57" w:rsidRDefault="008E7B57" w14:paraId="7D4D1BF3" w14:textId="77777777">
      <w:pPr>
        <w:spacing w:after="160"/>
        <w:rPr>
          <w:rFonts w:ascii="Arial Nova" w:hAnsi="Arial Nova"/>
          <w:sz w:val="24"/>
          <w:szCs w:val="24"/>
        </w:rPr>
      </w:pPr>
    </w:p>
    <w:p w:rsidRPr="00EA6F4C" w:rsidR="008E7B57" w:rsidP="008E7B57" w:rsidRDefault="008E7B57" w14:paraId="123633CA"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4219431D" wp14:editId="5E308FD1">
            <wp:extent cx="5943600" cy="3022600"/>
            <wp:effectExtent l="0" t="0" r="0" b="0"/>
            <wp:docPr id="26"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4"/>
                    <a:srcRect/>
                    <a:stretch>
                      <a:fillRect/>
                    </a:stretch>
                  </pic:blipFill>
                  <pic:spPr>
                    <a:xfrm>
                      <a:off x="0" y="0"/>
                      <a:ext cx="5943600" cy="3022600"/>
                    </a:xfrm>
                    <a:prstGeom prst="rect">
                      <a:avLst/>
                    </a:prstGeom>
                    <a:ln/>
                  </pic:spPr>
                </pic:pic>
              </a:graphicData>
            </a:graphic>
          </wp:inline>
        </w:drawing>
      </w:r>
    </w:p>
    <w:p w:rsidRPr="00EA6F4C" w:rsidR="008E7B57" w:rsidP="008E7B57" w:rsidRDefault="008E7B57" w14:paraId="446D7F42" w14:textId="77777777">
      <w:pPr>
        <w:rPr>
          <w:rFonts w:ascii="Arial Nova" w:hAnsi="Arial Nova"/>
          <w:b/>
          <w:bCs/>
          <w:sz w:val="24"/>
          <w:szCs w:val="24"/>
        </w:rPr>
      </w:pPr>
      <w:r w:rsidRPr="00EA6F4C">
        <w:rPr>
          <w:rFonts w:ascii="Arial Nova" w:hAnsi="Arial Nova"/>
          <w:b/>
          <w:bCs/>
          <w:sz w:val="24"/>
          <w:szCs w:val="24"/>
        </w:rPr>
        <w:t>Answer:</w:t>
      </w:r>
    </w:p>
    <w:p w:rsidRPr="00EA6F4C" w:rsidR="008E7B57" w:rsidP="003843F4" w:rsidRDefault="008E7B57" w14:paraId="37B7EDA1" w14:textId="77777777">
      <w:pPr>
        <w:spacing w:line="360" w:lineRule="auto"/>
        <w:jc w:val="both"/>
        <w:rPr>
          <w:rFonts w:ascii="Arial Nova" w:hAnsi="Arial Nova"/>
          <w:sz w:val="24"/>
          <w:szCs w:val="24"/>
        </w:rPr>
      </w:pPr>
      <w:r w:rsidRPr="00EA6F4C">
        <w:rPr>
          <w:rFonts w:ascii="Arial Nova" w:hAnsi="Arial Nova"/>
          <w:sz w:val="24"/>
          <w:szCs w:val="24"/>
        </w:rPr>
        <w:t xml:space="preserve">The list of files and directories within the given path is presented with the help of the DIR command in the screenshot. It indicates that in the C:\Users directory, the name of the user, </w:t>
      </w:r>
      <w:proofErr w:type="spellStart"/>
      <w:r w:rsidRPr="00EA6F4C">
        <w:rPr>
          <w:rFonts w:ascii="Arial Nova" w:hAnsi="Arial Nova"/>
          <w:sz w:val="24"/>
          <w:szCs w:val="24"/>
        </w:rPr>
        <w:t>methu</w:t>
      </w:r>
      <w:proofErr w:type="spellEnd"/>
      <w:r w:rsidRPr="00EA6F4C">
        <w:rPr>
          <w:rFonts w:ascii="Arial Nova" w:hAnsi="Arial Nova"/>
          <w:sz w:val="24"/>
          <w:szCs w:val="24"/>
        </w:rPr>
        <w:t>, has several subfolders and a single file, file.txt. The total file size of the folder is also given (179,033,559,040 bytes).</w:t>
      </w:r>
    </w:p>
    <w:p w:rsidR="00F17DFC" w:rsidP="008E7B57" w:rsidRDefault="008E7B57" w14:paraId="6B8FC280" w14:textId="77777777">
      <w:pPr>
        <w:rPr>
          <w:rFonts w:ascii="Arial Nova" w:hAnsi="Arial Nova"/>
          <w:color w:val="222222"/>
          <w:sz w:val="24"/>
          <w:szCs w:val="24"/>
          <w:highlight w:val="white"/>
        </w:rPr>
      </w:pPr>
      <w:r w:rsidRPr="00EA6F4C">
        <w:rPr>
          <w:rFonts w:ascii="Arial Nova" w:hAnsi="Arial Nova"/>
          <w:sz w:val="24"/>
          <w:szCs w:val="24"/>
        </w:rPr>
        <w:br/>
      </w:r>
    </w:p>
    <w:p w:rsidR="00F17DFC" w:rsidP="008E7B57" w:rsidRDefault="00F17DFC" w14:paraId="0FC31EC8" w14:textId="77777777">
      <w:pPr>
        <w:rPr>
          <w:rFonts w:ascii="Arial Nova" w:hAnsi="Arial Nova"/>
          <w:color w:val="222222"/>
          <w:sz w:val="24"/>
          <w:szCs w:val="24"/>
          <w:highlight w:val="white"/>
        </w:rPr>
      </w:pPr>
    </w:p>
    <w:p w:rsidR="00F17DFC" w:rsidP="008E7B57" w:rsidRDefault="00F17DFC" w14:paraId="1D845EC3" w14:textId="77777777">
      <w:pPr>
        <w:rPr>
          <w:rFonts w:ascii="Arial Nova" w:hAnsi="Arial Nova"/>
          <w:color w:val="222222"/>
          <w:sz w:val="24"/>
          <w:szCs w:val="24"/>
          <w:highlight w:val="white"/>
        </w:rPr>
      </w:pPr>
    </w:p>
    <w:p w:rsidR="00F17DFC" w:rsidP="008E7B57" w:rsidRDefault="00F17DFC" w14:paraId="3A22A56F" w14:textId="77777777">
      <w:pPr>
        <w:rPr>
          <w:rFonts w:ascii="Arial Nova" w:hAnsi="Arial Nova"/>
          <w:color w:val="222222"/>
          <w:sz w:val="24"/>
          <w:szCs w:val="24"/>
          <w:highlight w:val="white"/>
        </w:rPr>
      </w:pPr>
    </w:p>
    <w:p w:rsidR="00F17DFC" w:rsidP="008E7B57" w:rsidRDefault="00F17DFC" w14:paraId="2AAB651E" w14:textId="77777777">
      <w:pPr>
        <w:rPr>
          <w:rFonts w:ascii="Arial Nova" w:hAnsi="Arial Nova"/>
          <w:color w:val="222222"/>
          <w:sz w:val="24"/>
          <w:szCs w:val="24"/>
          <w:highlight w:val="white"/>
        </w:rPr>
      </w:pPr>
    </w:p>
    <w:p w:rsidR="00F17DFC" w:rsidP="008E7B57" w:rsidRDefault="00F17DFC" w14:paraId="68CBE7C7" w14:textId="77777777">
      <w:pPr>
        <w:rPr>
          <w:rFonts w:ascii="Arial Nova" w:hAnsi="Arial Nova"/>
          <w:color w:val="222222"/>
          <w:sz w:val="24"/>
          <w:szCs w:val="24"/>
          <w:highlight w:val="white"/>
        </w:rPr>
      </w:pPr>
    </w:p>
    <w:p w:rsidR="00F17DFC" w:rsidP="008E7B57" w:rsidRDefault="00F17DFC" w14:paraId="7DC2D6B9" w14:textId="77777777">
      <w:pPr>
        <w:rPr>
          <w:rFonts w:ascii="Arial Nova" w:hAnsi="Arial Nova"/>
          <w:color w:val="222222"/>
          <w:sz w:val="24"/>
          <w:szCs w:val="24"/>
          <w:highlight w:val="white"/>
        </w:rPr>
      </w:pPr>
    </w:p>
    <w:p w:rsidR="00F17DFC" w:rsidP="008E7B57" w:rsidRDefault="00F17DFC" w14:paraId="41A3E7EE" w14:textId="77777777">
      <w:pPr>
        <w:rPr>
          <w:rFonts w:ascii="Arial Nova" w:hAnsi="Arial Nova"/>
          <w:color w:val="222222"/>
          <w:sz w:val="24"/>
          <w:szCs w:val="24"/>
          <w:highlight w:val="white"/>
        </w:rPr>
      </w:pPr>
    </w:p>
    <w:p w:rsidRPr="00EA6F4C" w:rsidR="008E7B57" w:rsidP="008E7B57" w:rsidRDefault="008E7B57" w14:paraId="26240D7C" w14:textId="36B4656D">
      <w:pPr>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2: CD </w:t>
      </w:r>
    </w:p>
    <w:p w:rsidRPr="00EA6F4C" w:rsidR="008E7B57" w:rsidP="008E7B57" w:rsidRDefault="008E7B57" w14:paraId="20F6CC6D" w14:textId="77777777">
      <w:pPr>
        <w:rPr>
          <w:rFonts w:ascii="Arial Nova" w:hAnsi="Arial Nova"/>
          <w:b/>
          <w:bCs/>
          <w:color w:val="222222"/>
          <w:sz w:val="24"/>
          <w:szCs w:val="24"/>
          <w:highlight w:val="white"/>
        </w:rPr>
      </w:pPr>
      <w:r w:rsidRPr="00EA6F4C">
        <w:rPr>
          <w:rFonts w:ascii="Arial Nova" w:hAnsi="Arial Nova"/>
          <w:noProof/>
          <w:sz w:val="24"/>
          <w:szCs w:val="24"/>
        </w:rPr>
        <w:drawing>
          <wp:inline distT="114300" distB="114300" distL="114300" distR="114300" wp14:anchorId="080A2E6E" wp14:editId="09A3DBD9">
            <wp:extent cx="5943600" cy="2781300"/>
            <wp:effectExtent l="0" t="0" r="0" b="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a:stretch>
                      <a:fillRect/>
                    </a:stretch>
                  </pic:blipFill>
                  <pic:spPr>
                    <a:xfrm>
                      <a:off x="0" y="0"/>
                      <a:ext cx="5943600" cy="2781300"/>
                    </a:xfrm>
                    <a:prstGeom prst="rect">
                      <a:avLst/>
                    </a:prstGeom>
                    <a:ln/>
                  </pic:spPr>
                </pic:pic>
              </a:graphicData>
            </a:graphic>
          </wp:inline>
        </w:drawing>
      </w:r>
      <w:r w:rsidRPr="00EA6F4C">
        <w:rPr>
          <w:rFonts w:ascii="Arial Nova" w:hAnsi="Arial Nova"/>
          <w:sz w:val="24"/>
          <w:szCs w:val="24"/>
        </w:rPr>
        <w:br/>
      </w:r>
      <w:r w:rsidRPr="00EA6F4C">
        <w:rPr>
          <w:rFonts w:ascii="Arial Nova" w:hAnsi="Arial Nova"/>
          <w:b/>
          <w:bCs/>
          <w:color w:val="222222"/>
          <w:sz w:val="24"/>
          <w:szCs w:val="24"/>
          <w:highlight w:val="white"/>
        </w:rPr>
        <w:t>Answer:</w:t>
      </w:r>
    </w:p>
    <w:p w:rsidRPr="00EA6F4C" w:rsidR="008E7B57" w:rsidP="249491B5" w:rsidRDefault="008E7B57" w14:paraId="370D437F" w14:textId="1C0C6AAC">
      <w:pPr>
        <w:pStyle w:val="Normal"/>
        <w:spacing w:line="360" w:lineRule="auto"/>
        <w:jc w:val="both"/>
        <w:rPr>
          <w:rFonts w:ascii="Arial Nova" w:hAnsi="Arial Nova"/>
          <w:color w:val="222222"/>
          <w:sz w:val="24"/>
          <w:szCs w:val="24"/>
          <w:highlight w:val="white"/>
        </w:rPr>
      </w:pPr>
      <w:r w:rsidRPr="249491B5" w:rsidR="008E7B57">
        <w:rPr>
          <w:rFonts w:ascii="Arial Nova" w:hAnsi="Arial Nova"/>
          <w:color w:val="222222"/>
          <w:sz w:val="24"/>
          <w:szCs w:val="24"/>
          <w:highlight w:val="white"/>
        </w:rPr>
        <w:t xml:space="preserve">The </w:t>
      </w:r>
      <w:r w:rsidRPr="249491B5" w:rsidR="008E7B57">
        <w:rPr>
          <w:rFonts w:ascii="Arial Nova" w:hAnsi="Arial Nova"/>
          <w:b w:val="1"/>
          <w:bCs w:val="1"/>
          <w:color w:val="222222"/>
          <w:sz w:val="24"/>
          <w:szCs w:val="24"/>
          <w:highlight w:val="white"/>
        </w:rPr>
        <w:t>CD</w:t>
      </w:r>
      <w:r w:rsidRPr="249491B5" w:rsidR="008E7B57">
        <w:rPr>
          <w:rFonts w:ascii="Arial Nova" w:hAnsi="Arial Nova"/>
          <w:color w:val="222222"/>
          <w:sz w:val="24"/>
          <w:szCs w:val="24"/>
          <w:highlight w:val="white"/>
        </w:rPr>
        <w:t xml:space="preserve"> command stands for "Change </w:t>
      </w:r>
      <w:r w:rsidRPr="249491B5" w:rsidR="0555541A">
        <w:rPr>
          <w:rFonts w:ascii="Arial Nova" w:hAnsi="Arial Nova" w:eastAsia="Arial Nova" w:cs="Arial Nova"/>
          <w:noProof w:val="0"/>
          <w:sz w:val="24"/>
          <w:szCs w:val="24"/>
          <w:lang w:val="en-US"/>
        </w:rPr>
        <w:t>Directory".</w:t>
      </w:r>
      <w:r w:rsidRPr="249491B5" w:rsidR="008E7B57">
        <w:rPr>
          <w:rFonts w:ascii="Arial Nova" w:hAnsi="Arial Nova"/>
          <w:color w:val="222222"/>
          <w:sz w:val="24"/>
          <w:szCs w:val="24"/>
          <w:highlight w:val="white"/>
        </w:rPr>
        <w:t xml:space="preserve"> In the screenshot:</w:t>
      </w:r>
    </w:p>
    <w:p w:rsidRPr="00EA6F4C" w:rsidR="008E7B57" w:rsidP="003843F4" w:rsidRDefault="008E7B57" w14:paraId="12E32712" w14:textId="3AFCCAC9">
      <w:pPr>
        <w:numPr>
          <w:ilvl w:val="0"/>
          <w:numId w:val="10"/>
        </w:numPr>
        <w:spacing w:after="0" w:line="360" w:lineRule="auto"/>
        <w:jc w:val="both"/>
        <w:rPr>
          <w:rFonts w:ascii="Arial Nova" w:hAnsi="Arial Nova"/>
          <w:color w:val="222222"/>
          <w:sz w:val="24"/>
          <w:szCs w:val="24"/>
          <w:highlight w:val="white"/>
        </w:rPr>
      </w:pPr>
      <w:r w:rsidRPr="249491B5" w:rsidR="008E7B57">
        <w:rPr>
          <w:rFonts w:ascii="Arial Nova" w:hAnsi="Arial Nova"/>
          <w:color w:val="222222"/>
          <w:sz w:val="24"/>
          <w:szCs w:val="24"/>
          <w:highlight w:val="white"/>
        </w:rPr>
        <w:t xml:space="preserve">The command </w:t>
      </w:r>
      <w:r w:rsidRPr="249491B5" w:rsidR="715A015D">
        <w:rPr>
          <w:rFonts w:ascii="Arial Nova" w:hAnsi="Arial Nova" w:eastAsia="Arial Nova" w:cs="Arial Nova"/>
          <w:noProof w:val="0"/>
          <w:sz w:val="24"/>
          <w:szCs w:val="24"/>
          <w:lang w:val="en-US"/>
        </w:rPr>
        <w:t>'cd Documents'</w:t>
      </w:r>
      <w:r w:rsidRPr="249491B5" w:rsidR="008E7B57">
        <w:rPr>
          <w:rFonts w:ascii="Arial Nova" w:hAnsi="Arial Nova"/>
          <w:color w:val="222222"/>
          <w:sz w:val="24"/>
          <w:szCs w:val="24"/>
          <w:highlight w:val="white"/>
        </w:rPr>
        <w:t xml:space="preserve"> navigates to the </w:t>
      </w:r>
      <w:r w:rsidRPr="249491B5" w:rsidR="008E7B57">
        <w:rPr>
          <w:rFonts w:ascii="Arial Nova" w:hAnsi="Arial Nova"/>
          <w:b w:val="1"/>
          <w:bCs w:val="1"/>
          <w:color w:val="222222"/>
          <w:sz w:val="24"/>
          <w:szCs w:val="24"/>
          <w:highlight w:val="white"/>
        </w:rPr>
        <w:t>Documents</w:t>
      </w:r>
      <w:r w:rsidRPr="249491B5" w:rsidR="008E7B57">
        <w:rPr>
          <w:rFonts w:ascii="Arial Nova" w:hAnsi="Arial Nova"/>
          <w:color w:val="222222"/>
          <w:sz w:val="24"/>
          <w:szCs w:val="24"/>
          <w:highlight w:val="white"/>
        </w:rPr>
        <w:t xml:space="preserve"> directory inside </w:t>
      </w:r>
      <w:r w:rsidRPr="249491B5" w:rsidR="008E7B57">
        <w:rPr>
          <w:rFonts w:ascii="Arial Nova" w:hAnsi="Arial Nova"/>
          <w:b w:val="1"/>
          <w:bCs w:val="1"/>
          <w:color w:val="222222"/>
          <w:sz w:val="24"/>
          <w:szCs w:val="24"/>
          <w:highlight w:val="white"/>
        </w:rPr>
        <w:t>C:\Users\</w:t>
      </w:r>
      <w:r w:rsidRPr="249491B5" w:rsidR="008E7B57">
        <w:rPr>
          <w:rFonts w:ascii="Arial Nova" w:hAnsi="Arial Nova"/>
          <w:b w:val="1"/>
          <w:bCs w:val="1"/>
          <w:color w:val="222222"/>
          <w:sz w:val="24"/>
          <w:szCs w:val="24"/>
          <w:highlight w:val="white"/>
        </w:rPr>
        <w:t>methu</w:t>
      </w:r>
      <w:r w:rsidRPr="249491B5" w:rsidR="008E7B57">
        <w:rPr>
          <w:rFonts w:ascii="Arial Nova" w:hAnsi="Arial Nova"/>
          <w:color w:val="222222"/>
          <w:sz w:val="24"/>
          <w:szCs w:val="24"/>
          <w:highlight w:val="white"/>
        </w:rPr>
        <w:t>.</w:t>
      </w:r>
    </w:p>
    <w:p w:rsidRPr="00EA6F4C" w:rsidR="008E7B57" w:rsidP="003843F4" w:rsidRDefault="008E7B57" w14:paraId="2F5E9F67" w14:textId="77777777">
      <w:pPr>
        <w:numPr>
          <w:ilvl w:val="0"/>
          <w:numId w:val="10"/>
        </w:numPr>
        <w:spacing w:after="0"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The command cd .. moves one level up to the parent directory, returning to </w:t>
      </w:r>
      <w:r w:rsidRPr="00EA6F4C">
        <w:rPr>
          <w:rFonts w:ascii="Arial Nova" w:hAnsi="Arial Nova"/>
          <w:b/>
          <w:bCs/>
          <w:color w:val="222222"/>
          <w:sz w:val="24"/>
          <w:szCs w:val="24"/>
          <w:highlight w:val="white"/>
        </w:rPr>
        <w:t>C:\Users\methu</w:t>
      </w:r>
      <w:r w:rsidRPr="00EA6F4C">
        <w:rPr>
          <w:rFonts w:ascii="Arial Nova" w:hAnsi="Arial Nova"/>
          <w:color w:val="222222"/>
          <w:sz w:val="24"/>
          <w:szCs w:val="24"/>
          <w:highlight w:val="white"/>
        </w:rPr>
        <w:t>.</w:t>
      </w:r>
    </w:p>
    <w:p w:rsidRPr="00EA6F4C" w:rsidR="008E7B57" w:rsidP="003843F4" w:rsidRDefault="008E7B57" w14:paraId="5C15FF4B" w14:textId="77777777">
      <w:pPr>
        <w:spacing w:line="360" w:lineRule="auto"/>
        <w:jc w:val="both"/>
        <w:rPr>
          <w:rFonts w:ascii="Arial Nova" w:hAnsi="Arial Nova"/>
          <w:color w:val="222222"/>
          <w:sz w:val="24"/>
          <w:szCs w:val="24"/>
          <w:highlight w:val="white"/>
        </w:rPr>
      </w:pPr>
    </w:p>
    <w:p w:rsidR="00F17DFC" w:rsidP="003843F4" w:rsidRDefault="00F17DFC" w14:paraId="1343D1E1" w14:textId="77777777">
      <w:pPr>
        <w:spacing w:line="360" w:lineRule="auto"/>
        <w:jc w:val="both"/>
        <w:rPr>
          <w:rFonts w:ascii="Arial Nova" w:hAnsi="Arial Nova"/>
          <w:color w:val="222222"/>
          <w:sz w:val="24"/>
          <w:szCs w:val="24"/>
          <w:highlight w:val="white"/>
        </w:rPr>
      </w:pPr>
    </w:p>
    <w:p w:rsidR="00F17DFC" w:rsidP="003843F4" w:rsidRDefault="00F17DFC" w14:paraId="033FBB0A" w14:textId="77777777">
      <w:pPr>
        <w:spacing w:line="360" w:lineRule="auto"/>
        <w:jc w:val="both"/>
        <w:rPr>
          <w:rFonts w:ascii="Arial Nova" w:hAnsi="Arial Nova"/>
          <w:color w:val="222222"/>
          <w:sz w:val="24"/>
          <w:szCs w:val="24"/>
          <w:highlight w:val="white"/>
        </w:rPr>
      </w:pPr>
    </w:p>
    <w:p w:rsidR="00F17DFC" w:rsidP="003843F4" w:rsidRDefault="00F17DFC" w14:paraId="297A02A2" w14:textId="77777777">
      <w:pPr>
        <w:spacing w:line="360" w:lineRule="auto"/>
        <w:jc w:val="both"/>
        <w:rPr>
          <w:rFonts w:ascii="Arial Nova" w:hAnsi="Arial Nova"/>
          <w:color w:val="222222"/>
          <w:sz w:val="24"/>
          <w:szCs w:val="24"/>
          <w:highlight w:val="white"/>
        </w:rPr>
      </w:pPr>
    </w:p>
    <w:p w:rsidR="00F17DFC" w:rsidP="003843F4" w:rsidRDefault="00F17DFC" w14:paraId="1A25A6F2" w14:textId="77777777">
      <w:pPr>
        <w:spacing w:line="360" w:lineRule="auto"/>
        <w:jc w:val="both"/>
        <w:rPr>
          <w:rFonts w:ascii="Arial Nova" w:hAnsi="Arial Nova"/>
          <w:color w:val="222222"/>
          <w:sz w:val="24"/>
          <w:szCs w:val="24"/>
          <w:highlight w:val="white"/>
        </w:rPr>
      </w:pPr>
    </w:p>
    <w:p w:rsidR="00F17DFC" w:rsidP="003843F4" w:rsidRDefault="00F17DFC" w14:paraId="6DF79BA3" w14:textId="77777777">
      <w:pPr>
        <w:spacing w:line="360" w:lineRule="auto"/>
        <w:jc w:val="both"/>
        <w:rPr>
          <w:rFonts w:ascii="Arial Nova" w:hAnsi="Arial Nova"/>
          <w:color w:val="222222"/>
          <w:sz w:val="24"/>
          <w:szCs w:val="24"/>
          <w:highlight w:val="white"/>
        </w:rPr>
      </w:pPr>
    </w:p>
    <w:p w:rsidR="00F17DFC" w:rsidP="003843F4" w:rsidRDefault="00F17DFC" w14:paraId="4B1ADBE6" w14:textId="77777777">
      <w:pPr>
        <w:spacing w:line="360" w:lineRule="auto"/>
        <w:jc w:val="both"/>
        <w:rPr>
          <w:rFonts w:ascii="Arial Nova" w:hAnsi="Arial Nova"/>
          <w:color w:val="222222"/>
          <w:sz w:val="24"/>
          <w:szCs w:val="24"/>
          <w:highlight w:val="white"/>
        </w:rPr>
      </w:pPr>
    </w:p>
    <w:p w:rsidRPr="00EA6F4C" w:rsidR="008E7B57" w:rsidP="003843F4" w:rsidRDefault="008E7B57" w14:paraId="52EFC805" w14:textId="4F1A9D8C">
      <w:pPr>
        <w:spacing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3: MKDIR </w:t>
      </w:r>
    </w:p>
    <w:p w:rsidRPr="00EA6F4C" w:rsidR="008E7B57" w:rsidP="003843F4" w:rsidRDefault="008E7B57" w14:paraId="53D9579C" w14:textId="44E758BF">
      <w:pPr>
        <w:spacing w:after="160" w:line="360" w:lineRule="auto"/>
        <w:jc w:val="both"/>
        <w:rPr>
          <w:rFonts w:ascii="Arial Nova" w:hAnsi="Arial Nova"/>
          <w:color w:val="222222"/>
          <w:sz w:val="24"/>
          <w:szCs w:val="24"/>
          <w:highlight w:val="white"/>
        </w:rPr>
      </w:pPr>
    </w:p>
    <w:p w:rsidRPr="00EA6F4C" w:rsidR="008E7B57" w:rsidP="008E7B57" w:rsidRDefault="008E7B57" w14:paraId="5402D5CF" w14:textId="77777777">
      <w:pPr>
        <w:rPr>
          <w:rFonts w:ascii="Arial Nova" w:hAnsi="Arial Nova"/>
          <w:b/>
          <w:bCs/>
          <w:color w:val="222222"/>
          <w:sz w:val="24"/>
          <w:szCs w:val="24"/>
          <w:highlight w:val="white"/>
        </w:rPr>
      </w:pPr>
      <w:r w:rsidRPr="00EA6F4C">
        <w:rPr>
          <w:rFonts w:ascii="Arial Nova" w:hAnsi="Arial Nova"/>
          <w:noProof/>
          <w:sz w:val="24"/>
          <w:szCs w:val="24"/>
        </w:rPr>
        <w:drawing>
          <wp:inline distT="114300" distB="114300" distL="114300" distR="114300" wp14:anchorId="6E35DBE9" wp14:editId="23426FCF">
            <wp:extent cx="5943600" cy="3340100"/>
            <wp:effectExtent l="0" t="0" r="0" b="0"/>
            <wp:docPr id="1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6"/>
                    <a:srcRect/>
                    <a:stretch>
                      <a:fillRect/>
                    </a:stretch>
                  </pic:blipFill>
                  <pic:spPr>
                    <a:xfrm>
                      <a:off x="0" y="0"/>
                      <a:ext cx="5943600" cy="3340100"/>
                    </a:xfrm>
                    <a:prstGeom prst="rect">
                      <a:avLst/>
                    </a:prstGeom>
                    <a:ln/>
                  </pic:spPr>
                </pic:pic>
              </a:graphicData>
            </a:graphic>
          </wp:inline>
        </w:drawing>
      </w:r>
      <w:r w:rsidRPr="00EA6F4C">
        <w:rPr>
          <w:rFonts w:ascii="Arial Nova" w:hAnsi="Arial Nova"/>
          <w:sz w:val="24"/>
          <w:szCs w:val="24"/>
        </w:rPr>
        <w:br/>
      </w:r>
      <w:r w:rsidRPr="00EA6F4C">
        <w:rPr>
          <w:rFonts w:ascii="Arial Nova" w:hAnsi="Arial Nova"/>
          <w:b/>
          <w:bCs/>
          <w:color w:val="222222"/>
          <w:sz w:val="24"/>
          <w:szCs w:val="24"/>
          <w:highlight w:val="white"/>
        </w:rPr>
        <w:t>Answer:</w:t>
      </w:r>
    </w:p>
    <w:p w:rsidRPr="00EA6F4C" w:rsidR="008E7B57" w:rsidP="249491B5" w:rsidRDefault="008E7B57" w14:paraId="0BD153BF" w14:textId="4B564974">
      <w:pPr>
        <w:pStyle w:val="Normal"/>
        <w:spacing w:line="360" w:lineRule="auto"/>
        <w:jc w:val="both"/>
        <w:rPr>
          <w:rFonts w:ascii="Arial Nova" w:hAnsi="Arial Nova"/>
          <w:color w:val="222222"/>
          <w:sz w:val="24"/>
          <w:szCs w:val="24"/>
          <w:highlight w:val="white"/>
        </w:rPr>
      </w:pPr>
      <w:r w:rsidRPr="249491B5" w:rsidR="008E7B57">
        <w:rPr>
          <w:rFonts w:ascii="Arial Nova" w:hAnsi="Arial Nova"/>
          <w:color w:val="222222"/>
          <w:sz w:val="24"/>
          <w:szCs w:val="24"/>
        </w:rPr>
        <w:t xml:space="preserve">But in the case of MKDIR, one creates a new directory using the command. Creation of a folder is a successful creation confirmation that has been made. As an example, when you enter </w:t>
      </w:r>
      <w:r w:rsidRPr="249491B5" w:rsidR="2E7AD69D">
        <w:rPr>
          <w:rFonts w:ascii="Arial Nova" w:hAnsi="Arial Nova" w:eastAsia="Arial Nova" w:cs="Arial Nova"/>
          <w:noProof w:val="0"/>
          <w:sz w:val="24"/>
          <w:szCs w:val="24"/>
          <w:lang w:val="en-US"/>
        </w:rPr>
        <w:t>`</w:t>
      </w:r>
      <w:r w:rsidRPr="249491B5" w:rsidR="2E7AD69D">
        <w:rPr>
          <w:rFonts w:ascii="Arial Nova" w:hAnsi="Arial Nova" w:eastAsia="Arial Nova" w:cs="Arial Nova"/>
          <w:noProof w:val="0"/>
          <w:sz w:val="24"/>
          <w:szCs w:val="24"/>
          <w:lang w:val="en-US"/>
        </w:rPr>
        <w:t>mkdir</w:t>
      </w:r>
      <w:r w:rsidRPr="249491B5" w:rsidR="2E7AD69D">
        <w:rPr>
          <w:rFonts w:ascii="Arial Nova" w:hAnsi="Arial Nova" w:eastAsia="Arial Nova" w:cs="Arial Nova"/>
          <w:noProof w:val="0"/>
          <w:sz w:val="24"/>
          <w:szCs w:val="24"/>
          <w:lang w:val="en-US"/>
        </w:rPr>
        <w:t xml:space="preserve"> </w:t>
      </w:r>
      <w:r w:rsidRPr="249491B5" w:rsidR="2E7AD69D">
        <w:rPr>
          <w:rFonts w:ascii="Arial Nova" w:hAnsi="Arial Nova" w:eastAsia="Arial Nova" w:cs="Arial Nova"/>
          <w:noProof w:val="0"/>
          <w:sz w:val="24"/>
          <w:szCs w:val="24"/>
          <w:lang w:val="en-US"/>
        </w:rPr>
        <w:t>new_folder</w:t>
      </w:r>
      <w:r w:rsidRPr="249491B5" w:rsidR="2E7AD69D">
        <w:rPr>
          <w:rFonts w:ascii="Arial Nova" w:hAnsi="Arial Nova" w:eastAsia="Arial Nova" w:cs="Arial Nova"/>
          <w:noProof w:val="0"/>
          <w:sz w:val="24"/>
          <w:szCs w:val="24"/>
          <w:lang w:val="en-US"/>
        </w:rPr>
        <w:t>`,</w:t>
      </w:r>
      <w:r w:rsidRPr="249491B5" w:rsidR="008E7B57">
        <w:rPr>
          <w:rFonts w:ascii="Arial Nova" w:hAnsi="Arial Nova"/>
          <w:color w:val="222222"/>
          <w:sz w:val="24"/>
          <w:szCs w:val="24"/>
        </w:rPr>
        <w:t xml:space="preserve"> it would create a directory called </w:t>
      </w:r>
      <w:r w:rsidRPr="249491B5" w:rsidR="46A509EF">
        <w:rPr>
          <w:rFonts w:ascii="Arial Nova" w:hAnsi="Arial Nova" w:eastAsia="Arial Nova" w:cs="Arial Nova"/>
          <w:noProof w:val="0"/>
          <w:sz w:val="24"/>
          <w:szCs w:val="24"/>
          <w:lang w:val="en-US"/>
        </w:rPr>
        <w:t>`new_folder`</w:t>
      </w:r>
      <w:r w:rsidRPr="249491B5" w:rsidR="008E7B57">
        <w:rPr>
          <w:rFonts w:ascii="Arial Nova" w:hAnsi="Arial Nova"/>
          <w:color w:val="222222"/>
          <w:sz w:val="24"/>
          <w:szCs w:val="24"/>
        </w:rPr>
        <w:t xml:space="preserve"> at the current working path.</w:t>
      </w:r>
    </w:p>
    <w:p w:rsidRPr="00EA6F4C" w:rsidR="008E7B57" w:rsidP="008E7B57" w:rsidRDefault="008E7B57" w14:paraId="78868F4A" w14:textId="77777777">
      <w:pPr>
        <w:rPr>
          <w:rFonts w:ascii="Arial Nova" w:hAnsi="Arial Nova"/>
          <w:color w:val="222222"/>
          <w:sz w:val="24"/>
          <w:szCs w:val="24"/>
          <w:highlight w:val="white"/>
        </w:rPr>
      </w:pPr>
    </w:p>
    <w:p w:rsidR="00F17DFC" w:rsidP="008E7B57" w:rsidRDefault="00F17DFC" w14:paraId="79155624" w14:textId="77777777">
      <w:pPr>
        <w:rPr>
          <w:rFonts w:ascii="Arial Nova" w:hAnsi="Arial Nova"/>
          <w:color w:val="222222"/>
          <w:sz w:val="24"/>
          <w:szCs w:val="24"/>
          <w:highlight w:val="white"/>
        </w:rPr>
      </w:pPr>
    </w:p>
    <w:p w:rsidR="00F17DFC" w:rsidP="008E7B57" w:rsidRDefault="00F17DFC" w14:paraId="26FA5ECE" w14:textId="77777777">
      <w:pPr>
        <w:rPr>
          <w:rFonts w:ascii="Arial Nova" w:hAnsi="Arial Nova"/>
          <w:color w:val="222222"/>
          <w:sz w:val="24"/>
          <w:szCs w:val="24"/>
          <w:highlight w:val="white"/>
        </w:rPr>
      </w:pPr>
    </w:p>
    <w:p w:rsidR="00F17DFC" w:rsidP="008E7B57" w:rsidRDefault="00F17DFC" w14:paraId="05E0433F" w14:textId="77777777">
      <w:pPr>
        <w:rPr>
          <w:rFonts w:ascii="Arial Nova" w:hAnsi="Arial Nova"/>
          <w:color w:val="222222"/>
          <w:sz w:val="24"/>
          <w:szCs w:val="24"/>
          <w:highlight w:val="white"/>
        </w:rPr>
      </w:pPr>
    </w:p>
    <w:p w:rsidR="00F17DFC" w:rsidP="008E7B57" w:rsidRDefault="00F17DFC" w14:paraId="678DAA82" w14:textId="77777777">
      <w:pPr>
        <w:rPr>
          <w:rFonts w:ascii="Arial Nova" w:hAnsi="Arial Nova"/>
          <w:color w:val="222222"/>
          <w:sz w:val="24"/>
          <w:szCs w:val="24"/>
          <w:highlight w:val="white"/>
        </w:rPr>
      </w:pPr>
    </w:p>
    <w:p w:rsidR="00F17DFC" w:rsidP="008E7B57" w:rsidRDefault="00F17DFC" w14:paraId="7D6DB5BE" w14:textId="77777777">
      <w:pPr>
        <w:rPr>
          <w:rFonts w:ascii="Arial Nova" w:hAnsi="Arial Nova"/>
          <w:color w:val="222222"/>
          <w:sz w:val="24"/>
          <w:szCs w:val="24"/>
          <w:highlight w:val="white"/>
        </w:rPr>
      </w:pPr>
    </w:p>
    <w:p w:rsidR="00F17DFC" w:rsidP="008E7B57" w:rsidRDefault="00F17DFC" w14:paraId="227C7BE0" w14:textId="77777777">
      <w:pPr>
        <w:rPr>
          <w:rFonts w:ascii="Arial Nova" w:hAnsi="Arial Nova"/>
          <w:color w:val="222222"/>
          <w:sz w:val="24"/>
          <w:szCs w:val="24"/>
          <w:highlight w:val="white"/>
        </w:rPr>
      </w:pPr>
    </w:p>
    <w:p w:rsidR="00F17DFC" w:rsidP="008E7B57" w:rsidRDefault="00F17DFC" w14:paraId="1C265B43" w14:textId="77777777">
      <w:pPr>
        <w:rPr>
          <w:rFonts w:ascii="Arial Nova" w:hAnsi="Arial Nova"/>
          <w:color w:val="222222"/>
          <w:sz w:val="24"/>
          <w:szCs w:val="24"/>
          <w:highlight w:val="white"/>
        </w:rPr>
      </w:pPr>
    </w:p>
    <w:p w:rsidRPr="00EA6F4C" w:rsidR="008E7B57" w:rsidP="008E7B57" w:rsidRDefault="008E7B57" w14:paraId="5D33FFF8" w14:textId="1CA90B61">
      <w:pPr>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4: RMDIR </w:t>
      </w:r>
    </w:p>
    <w:p w:rsidRPr="00EA6F4C" w:rsidR="008E7B57" w:rsidP="008E7B57" w:rsidRDefault="008E7B57" w14:paraId="2EEFB120" w14:textId="46E572C9">
      <w:pPr>
        <w:spacing w:after="160"/>
        <w:rPr>
          <w:rFonts w:ascii="Arial Nova" w:hAnsi="Arial Nova"/>
          <w:color w:val="222222"/>
          <w:sz w:val="24"/>
          <w:szCs w:val="24"/>
          <w:highlight w:val="white"/>
        </w:rPr>
      </w:pPr>
    </w:p>
    <w:p w:rsidRPr="00EA6F4C" w:rsidR="008E7B57" w:rsidP="003843F4" w:rsidRDefault="008E7B57" w14:paraId="3C6ADEE9" w14:textId="77777777">
      <w:pPr>
        <w:spacing w:line="360" w:lineRule="auto"/>
        <w:jc w:val="both"/>
        <w:rPr>
          <w:rFonts w:ascii="Arial Nova" w:hAnsi="Arial Nova"/>
          <w:b/>
          <w:bCs/>
          <w:color w:val="222222"/>
          <w:sz w:val="24"/>
          <w:szCs w:val="24"/>
          <w:highlight w:val="white"/>
        </w:rPr>
      </w:pPr>
      <w:r w:rsidRPr="00EA6F4C">
        <w:rPr>
          <w:rFonts w:ascii="Arial Nova" w:hAnsi="Arial Nova"/>
          <w:noProof/>
          <w:sz w:val="24"/>
          <w:szCs w:val="24"/>
        </w:rPr>
        <w:drawing>
          <wp:inline distT="114300" distB="114300" distL="114300" distR="114300" wp14:anchorId="46C81CE9" wp14:editId="0609DFC7">
            <wp:extent cx="5553075" cy="2800350"/>
            <wp:effectExtent l="0" t="0" r="0" b="0"/>
            <wp:docPr id="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5553075" cy="2800350"/>
                    </a:xfrm>
                    <a:prstGeom prst="rect">
                      <a:avLst/>
                    </a:prstGeom>
                    <a:ln/>
                  </pic:spPr>
                </pic:pic>
              </a:graphicData>
            </a:graphic>
          </wp:inline>
        </w:drawing>
      </w:r>
      <w:r w:rsidRPr="00EA6F4C">
        <w:rPr>
          <w:rFonts w:ascii="Arial Nova" w:hAnsi="Arial Nova"/>
          <w:sz w:val="24"/>
          <w:szCs w:val="24"/>
        </w:rPr>
        <w:br/>
      </w:r>
      <w:r w:rsidRPr="00EA6F4C">
        <w:rPr>
          <w:rFonts w:ascii="Arial Nova" w:hAnsi="Arial Nova"/>
          <w:b/>
          <w:bCs/>
          <w:color w:val="222222"/>
          <w:sz w:val="24"/>
          <w:szCs w:val="24"/>
          <w:highlight w:val="white"/>
        </w:rPr>
        <w:t>Answer:</w:t>
      </w:r>
    </w:p>
    <w:p w:rsidRPr="00EA6F4C" w:rsidR="008E7B57" w:rsidP="003843F4" w:rsidRDefault="008E7B57" w14:paraId="6AF652A7" w14:textId="77777777">
      <w:pPr>
        <w:spacing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The </w:t>
      </w:r>
      <w:r w:rsidRPr="00EA6F4C">
        <w:rPr>
          <w:rFonts w:ascii="Arial Nova" w:hAnsi="Arial Nova"/>
          <w:b/>
          <w:bCs/>
          <w:color w:val="222222"/>
          <w:sz w:val="24"/>
          <w:szCs w:val="24"/>
          <w:highlight w:val="white"/>
        </w:rPr>
        <w:t>RMDIR</w:t>
      </w:r>
      <w:r w:rsidRPr="00EA6F4C">
        <w:rPr>
          <w:rFonts w:ascii="Arial Nova" w:hAnsi="Arial Nova"/>
          <w:color w:val="222222"/>
          <w:sz w:val="24"/>
          <w:szCs w:val="24"/>
          <w:highlight w:val="white"/>
        </w:rPr>
        <w:t xml:space="preserve"> command is used to remove directories. In the screenshot:</w:t>
      </w:r>
    </w:p>
    <w:p w:rsidRPr="00EA6F4C" w:rsidR="008E7B57" w:rsidP="003843F4" w:rsidRDefault="008E7B57" w14:paraId="06CDD1D9" w14:textId="77777777">
      <w:pPr>
        <w:numPr>
          <w:ilvl w:val="0"/>
          <w:numId w:val="11"/>
        </w:numPr>
        <w:spacing w:after="0"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The </w:t>
      </w:r>
      <w:proofErr w:type="spellStart"/>
      <w:r w:rsidRPr="00EA6F4C">
        <w:rPr>
          <w:rFonts w:ascii="Arial Nova" w:hAnsi="Arial Nova"/>
          <w:b/>
          <w:bCs/>
          <w:color w:val="222222"/>
          <w:sz w:val="24"/>
          <w:szCs w:val="24"/>
          <w:highlight w:val="white"/>
        </w:rPr>
        <w:t>rmdir</w:t>
      </w:r>
      <w:proofErr w:type="spellEnd"/>
      <w:r w:rsidRPr="00EA6F4C">
        <w:rPr>
          <w:rFonts w:ascii="Arial Nova" w:hAnsi="Arial Nova"/>
          <w:b/>
          <w:bCs/>
          <w:color w:val="222222"/>
          <w:sz w:val="24"/>
          <w:szCs w:val="24"/>
          <w:highlight w:val="white"/>
        </w:rPr>
        <w:t xml:space="preserve"> folder new</w:t>
      </w:r>
      <w:r w:rsidRPr="00EA6F4C">
        <w:rPr>
          <w:rFonts w:ascii="Arial Nova" w:hAnsi="Arial Nova"/>
          <w:color w:val="222222"/>
          <w:sz w:val="24"/>
          <w:szCs w:val="24"/>
          <w:highlight w:val="white"/>
        </w:rPr>
        <w:t xml:space="preserve"> command attempts to remove the </w:t>
      </w:r>
      <w:r w:rsidRPr="00EA6F4C">
        <w:rPr>
          <w:rFonts w:ascii="Arial Nova" w:hAnsi="Arial Nova"/>
          <w:b/>
          <w:bCs/>
          <w:color w:val="222222"/>
          <w:sz w:val="24"/>
          <w:szCs w:val="24"/>
          <w:highlight w:val="white"/>
        </w:rPr>
        <w:t>folder</w:t>
      </w:r>
      <w:r w:rsidRPr="00EA6F4C">
        <w:rPr>
          <w:rFonts w:ascii="Arial Nova" w:hAnsi="Arial Nova"/>
          <w:color w:val="222222"/>
          <w:sz w:val="24"/>
          <w:szCs w:val="24"/>
          <w:highlight w:val="white"/>
        </w:rPr>
        <w:t xml:space="preserve"> and </w:t>
      </w:r>
      <w:r w:rsidRPr="00EA6F4C">
        <w:rPr>
          <w:rFonts w:ascii="Arial Nova" w:hAnsi="Arial Nova"/>
          <w:b/>
          <w:bCs/>
          <w:color w:val="222222"/>
          <w:sz w:val="24"/>
          <w:szCs w:val="24"/>
          <w:highlight w:val="white"/>
        </w:rPr>
        <w:t>new</w:t>
      </w:r>
      <w:r w:rsidRPr="00EA6F4C">
        <w:rPr>
          <w:rFonts w:ascii="Arial Nova" w:hAnsi="Arial Nova"/>
          <w:color w:val="222222"/>
          <w:sz w:val="24"/>
          <w:szCs w:val="24"/>
          <w:highlight w:val="white"/>
        </w:rPr>
        <w:t xml:space="preserve"> directories.</w:t>
      </w:r>
    </w:p>
    <w:p w:rsidRPr="00EA6F4C" w:rsidR="008E7B57" w:rsidP="003843F4" w:rsidRDefault="008E7B57" w14:paraId="20F82B01" w14:textId="77777777">
      <w:pPr>
        <w:numPr>
          <w:ilvl w:val="0"/>
          <w:numId w:val="11"/>
        </w:numPr>
        <w:spacing w:after="0"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After running the command, the </w:t>
      </w:r>
      <w:r w:rsidRPr="00EA6F4C">
        <w:rPr>
          <w:rFonts w:ascii="Arial Nova" w:hAnsi="Arial Nova"/>
          <w:b/>
          <w:bCs/>
          <w:color w:val="222222"/>
          <w:sz w:val="24"/>
          <w:szCs w:val="24"/>
          <w:highlight w:val="white"/>
        </w:rPr>
        <w:t>ls</w:t>
      </w:r>
      <w:r w:rsidRPr="00EA6F4C">
        <w:rPr>
          <w:rFonts w:ascii="Arial Nova" w:hAnsi="Arial Nova"/>
          <w:color w:val="222222"/>
          <w:sz w:val="24"/>
          <w:szCs w:val="24"/>
          <w:highlight w:val="white"/>
        </w:rPr>
        <w:t xml:space="preserve"> command confirms that the directories have been removed, as they no longer appear in the listing.</w:t>
      </w:r>
    </w:p>
    <w:p w:rsidRPr="00EA6F4C" w:rsidR="008E7B57" w:rsidP="003843F4" w:rsidRDefault="008E7B57" w14:paraId="6B968F8A" w14:textId="77777777">
      <w:pPr>
        <w:spacing w:line="360" w:lineRule="auto"/>
        <w:jc w:val="both"/>
        <w:rPr>
          <w:rFonts w:ascii="Arial Nova" w:hAnsi="Arial Nova"/>
          <w:color w:val="222222"/>
          <w:sz w:val="24"/>
          <w:szCs w:val="24"/>
          <w:highlight w:val="white"/>
        </w:rPr>
      </w:pPr>
    </w:p>
    <w:p w:rsidR="00F17DFC" w:rsidP="008E7B57" w:rsidRDefault="00F17DFC" w14:paraId="3D1CF52F" w14:textId="77777777">
      <w:pPr>
        <w:rPr>
          <w:rFonts w:ascii="Arial Nova" w:hAnsi="Arial Nova"/>
          <w:color w:val="222222"/>
          <w:sz w:val="24"/>
          <w:szCs w:val="24"/>
          <w:highlight w:val="white"/>
        </w:rPr>
      </w:pPr>
    </w:p>
    <w:p w:rsidR="00F17DFC" w:rsidP="008E7B57" w:rsidRDefault="00F17DFC" w14:paraId="0C9736EB" w14:textId="77777777">
      <w:pPr>
        <w:rPr>
          <w:rFonts w:ascii="Arial Nova" w:hAnsi="Arial Nova"/>
          <w:color w:val="222222"/>
          <w:sz w:val="24"/>
          <w:szCs w:val="24"/>
          <w:highlight w:val="white"/>
        </w:rPr>
      </w:pPr>
    </w:p>
    <w:p w:rsidR="00F17DFC" w:rsidP="008E7B57" w:rsidRDefault="00F17DFC" w14:paraId="6608B419" w14:textId="77777777">
      <w:pPr>
        <w:rPr>
          <w:rFonts w:ascii="Arial Nova" w:hAnsi="Arial Nova"/>
          <w:color w:val="222222"/>
          <w:sz w:val="24"/>
          <w:szCs w:val="24"/>
          <w:highlight w:val="white"/>
        </w:rPr>
      </w:pPr>
    </w:p>
    <w:p w:rsidR="00F17DFC" w:rsidP="008E7B57" w:rsidRDefault="00F17DFC" w14:paraId="41D61DFA" w14:textId="77777777">
      <w:pPr>
        <w:rPr>
          <w:rFonts w:ascii="Arial Nova" w:hAnsi="Arial Nova"/>
          <w:color w:val="222222"/>
          <w:sz w:val="24"/>
          <w:szCs w:val="24"/>
          <w:highlight w:val="white"/>
        </w:rPr>
      </w:pPr>
    </w:p>
    <w:p w:rsidR="00F17DFC" w:rsidP="008E7B57" w:rsidRDefault="00F17DFC" w14:paraId="5B9F3C65" w14:textId="77777777">
      <w:pPr>
        <w:rPr>
          <w:rFonts w:ascii="Arial Nova" w:hAnsi="Arial Nova"/>
          <w:color w:val="222222"/>
          <w:sz w:val="24"/>
          <w:szCs w:val="24"/>
          <w:highlight w:val="white"/>
        </w:rPr>
      </w:pPr>
    </w:p>
    <w:p w:rsidRPr="00EA6F4C" w:rsidR="008E7B57" w:rsidP="008E7B57" w:rsidRDefault="008E7B57" w14:paraId="0A0D9A98" w14:textId="06DCC58A">
      <w:pPr>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5: ECHO </w:t>
      </w:r>
    </w:p>
    <w:p w:rsidRPr="00EA6F4C" w:rsidR="008E7B57" w:rsidP="008E7B57" w:rsidRDefault="008E7B57" w14:paraId="46F07DA1" w14:textId="74F5F761">
      <w:pPr>
        <w:spacing w:after="160"/>
        <w:rPr>
          <w:rFonts w:ascii="Arial Nova" w:hAnsi="Arial Nova"/>
          <w:color w:val="222222"/>
          <w:sz w:val="24"/>
          <w:szCs w:val="24"/>
          <w:highlight w:val="white"/>
        </w:rPr>
      </w:pPr>
    </w:p>
    <w:p w:rsidRPr="00EA6F4C" w:rsidR="008E7B57" w:rsidP="008E7B57" w:rsidRDefault="008E7B57" w14:paraId="13105D1C"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43DA938F" wp14:editId="335BAC9E">
            <wp:extent cx="5943600" cy="2806700"/>
            <wp:effectExtent l="0" t="0" r="0" b="0"/>
            <wp:docPr id="28"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8"/>
                    <a:srcRect/>
                    <a:stretch>
                      <a:fillRect/>
                    </a:stretch>
                  </pic:blipFill>
                  <pic:spPr>
                    <a:xfrm>
                      <a:off x="0" y="0"/>
                      <a:ext cx="5943600" cy="2806700"/>
                    </a:xfrm>
                    <a:prstGeom prst="rect">
                      <a:avLst/>
                    </a:prstGeom>
                    <a:ln/>
                  </pic:spPr>
                </pic:pic>
              </a:graphicData>
            </a:graphic>
          </wp:inline>
        </w:drawing>
      </w:r>
    </w:p>
    <w:p w:rsidRPr="00EA6F4C" w:rsidR="008E7B57" w:rsidP="008E7B57" w:rsidRDefault="008E7B57" w14:paraId="75D0C9EB"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249491B5" w:rsidRDefault="008E7B57" w14:paraId="65DF38E6" w14:textId="3E374DB8">
      <w:pPr>
        <w:pStyle w:val="Normal"/>
        <w:spacing w:line="360" w:lineRule="auto"/>
        <w:jc w:val="both"/>
        <w:rPr>
          <w:rFonts w:ascii="Arial Nova" w:hAnsi="Arial Nova"/>
          <w:sz w:val="24"/>
          <w:szCs w:val="24"/>
        </w:rPr>
      </w:pPr>
      <w:r w:rsidRPr="249491B5" w:rsidR="008E7B57">
        <w:rPr>
          <w:rFonts w:ascii="Arial Nova" w:hAnsi="Arial Nova"/>
          <w:sz w:val="24"/>
          <w:szCs w:val="24"/>
        </w:rPr>
        <w:t xml:space="preserve">ECHO command processes in the </w:t>
      </w:r>
      <w:r w:rsidRPr="249491B5" w:rsidR="0A473C0D">
        <w:rPr>
          <w:rFonts w:ascii="Arial Nova" w:hAnsi="Arial Nova" w:eastAsia="Arial Nova" w:cs="Arial Nova"/>
          <w:noProof w:val="0"/>
          <w:sz w:val="24"/>
          <w:szCs w:val="24"/>
          <w:lang w:val="en-US"/>
        </w:rPr>
        <w:t xml:space="preserve">screenshot </w:t>
      </w:r>
      <w:r w:rsidRPr="249491B5" w:rsidR="008E7B57">
        <w:rPr>
          <w:rFonts w:ascii="Arial Nova" w:hAnsi="Arial Nova"/>
          <w:sz w:val="24"/>
          <w:szCs w:val="24"/>
        </w:rPr>
        <w:t xml:space="preserve">are the </w:t>
      </w:r>
      <w:r w:rsidRPr="249491B5" w:rsidR="6B6C53AD">
        <w:rPr>
          <w:rFonts w:ascii="Arial Nova" w:hAnsi="Arial Nova" w:eastAsia="Arial Nova" w:cs="Arial Nova"/>
          <w:noProof w:val="0"/>
          <w:sz w:val="24"/>
          <w:szCs w:val="24"/>
          <w:lang w:val="en-US"/>
        </w:rPr>
        <w:t>commands</w:t>
      </w:r>
      <w:r w:rsidRPr="249491B5" w:rsidR="008E7B57">
        <w:rPr>
          <w:rFonts w:ascii="Arial Nova" w:hAnsi="Arial Nova"/>
          <w:sz w:val="24"/>
          <w:szCs w:val="24"/>
        </w:rPr>
        <w:t xml:space="preserve"> to display text or output in the command prompt. In this example:</w:t>
      </w:r>
    </w:p>
    <w:p w:rsidRPr="00EA6F4C" w:rsidR="008E7B57" w:rsidP="003843F4" w:rsidRDefault="008E7B57" w14:paraId="3F96CB90" w14:textId="77777777">
      <w:pPr>
        <w:numPr>
          <w:ilvl w:val="0"/>
          <w:numId w:val="12"/>
        </w:numPr>
        <w:spacing w:after="0" w:line="360" w:lineRule="auto"/>
        <w:jc w:val="both"/>
        <w:rPr>
          <w:rFonts w:ascii="Arial Nova" w:hAnsi="Arial Nova"/>
          <w:sz w:val="24"/>
          <w:szCs w:val="24"/>
        </w:rPr>
      </w:pPr>
      <w:r w:rsidRPr="00EA6F4C">
        <w:rPr>
          <w:rFonts w:ascii="Arial Nova" w:hAnsi="Arial Nova"/>
          <w:sz w:val="24"/>
          <w:szCs w:val="24"/>
        </w:rPr>
        <w:t>The program prompts the user to enter two numbers.</w:t>
      </w:r>
    </w:p>
    <w:p w:rsidRPr="00EA6F4C" w:rsidR="008E7B57" w:rsidP="003843F4" w:rsidRDefault="008E7B57" w14:paraId="170C1E65" w14:textId="77777777">
      <w:pPr>
        <w:numPr>
          <w:ilvl w:val="0"/>
          <w:numId w:val="12"/>
        </w:numPr>
        <w:spacing w:after="0" w:line="360" w:lineRule="auto"/>
        <w:jc w:val="both"/>
        <w:rPr>
          <w:rFonts w:ascii="Arial Nova" w:hAnsi="Arial Nova"/>
          <w:sz w:val="24"/>
          <w:szCs w:val="24"/>
        </w:rPr>
      </w:pPr>
      <w:r w:rsidRPr="00EA6F4C">
        <w:rPr>
          <w:rFonts w:ascii="Arial Nova" w:hAnsi="Arial Nova"/>
          <w:sz w:val="24"/>
          <w:szCs w:val="24"/>
        </w:rPr>
        <w:t xml:space="preserve">The sum of the numbers </w:t>
      </w:r>
      <w:r w:rsidRPr="00EA6F4C">
        <w:rPr>
          <w:rFonts w:ascii="Arial Nova" w:hAnsi="Arial Nova"/>
          <w:b/>
          <w:bCs/>
          <w:sz w:val="24"/>
          <w:szCs w:val="24"/>
        </w:rPr>
        <w:t>67</w:t>
      </w:r>
      <w:r w:rsidRPr="00EA6F4C">
        <w:rPr>
          <w:rFonts w:ascii="Arial Nova" w:hAnsi="Arial Nova"/>
          <w:sz w:val="24"/>
          <w:szCs w:val="24"/>
        </w:rPr>
        <w:t xml:space="preserve"> and </w:t>
      </w:r>
      <w:r w:rsidRPr="00EA6F4C">
        <w:rPr>
          <w:rFonts w:ascii="Arial Nova" w:hAnsi="Arial Nova"/>
          <w:b/>
          <w:bCs/>
          <w:sz w:val="24"/>
          <w:szCs w:val="24"/>
        </w:rPr>
        <w:t>44</w:t>
      </w:r>
      <w:r w:rsidRPr="00EA6F4C">
        <w:rPr>
          <w:rFonts w:ascii="Arial Nova" w:hAnsi="Arial Nova"/>
          <w:sz w:val="24"/>
          <w:szCs w:val="24"/>
        </w:rPr>
        <w:t xml:space="preserve"> is calculated, and the result </w:t>
      </w:r>
      <w:r w:rsidRPr="00EA6F4C">
        <w:rPr>
          <w:rFonts w:ascii="Arial Nova" w:hAnsi="Arial Nova"/>
          <w:b/>
          <w:bCs/>
          <w:sz w:val="24"/>
          <w:szCs w:val="24"/>
        </w:rPr>
        <w:t>111</w:t>
      </w:r>
      <w:r w:rsidRPr="00EA6F4C">
        <w:rPr>
          <w:rFonts w:ascii="Arial Nova" w:hAnsi="Arial Nova"/>
          <w:sz w:val="24"/>
          <w:szCs w:val="24"/>
        </w:rPr>
        <w:t xml:space="preserve"> is displayed using the ECHO command.</w:t>
      </w:r>
    </w:p>
    <w:p w:rsidRPr="00EA6F4C" w:rsidR="008E7B57" w:rsidP="003843F4" w:rsidRDefault="008E7B57" w14:paraId="46F6BC51" w14:textId="77777777">
      <w:pPr>
        <w:numPr>
          <w:ilvl w:val="0"/>
          <w:numId w:val="12"/>
        </w:numPr>
        <w:spacing w:after="0" w:line="360" w:lineRule="auto"/>
        <w:jc w:val="both"/>
        <w:rPr>
          <w:rFonts w:ascii="Arial Nova" w:hAnsi="Arial Nova"/>
          <w:sz w:val="24"/>
          <w:szCs w:val="24"/>
        </w:rPr>
      </w:pPr>
      <w:r w:rsidRPr="00EA6F4C">
        <w:rPr>
          <w:rFonts w:ascii="Arial Nova" w:hAnsi="Arial Nova"/>
          <w:sz w:val="24"/>
          <w:szCs w:val="24"/>
        </w:rPr>
        <w:t>The output confirms that the sum calculation was successful.</w:t>
      </w:r>
    </w:p>
    <w:p w:rsidR="00F17DFC" w:rsidP="003843F4" w:rsidRDefault="008E7B57" w14:paraId="2CCE0F7F" w14:textId="77777777">
      <w:pPr>
        <w:spacing w:line="360" w:lineRule="auto"/>
        <w:jc w:val="both"/>
        <w:rPr>
          <w:rFonts w:ascii="Arial Nova" w:hAnsi="Arial Nova"/>
          <w:color w:val="222222"/>
          <w:sz w:val="24"/>
          <w:szCs w:val="24"/>
          <w:highlight w:val="white"/>
        </w:rPr>
      </w:pPr>
      <w:r w:rsidRPr="00EA6F4C">
        <w:rPr>
          <w:rFonts w:ascii="Arial Nova" w:hAnsi="Arial Nova"/>
          <w:sz w:val="24"/>
          <w:szCs w:val="24"/>
        </w:rPr>
        <w:br/>
      </w:r>
    </w:p>
    <w:p w:rsidR="00F17DFC" w:rsidP="003843F4" w:rsidRDefault="00F17DFC" w14:paraId="2F57C006" w14:textId="77777777">
      <w:pPr>
        <w:spacing w:line="360" w:lineRule="auto"/>
        <w:jc w:val="both"/>
        <w:rPr>
          <w:rFonts w:ascii="Arial Nova" w:hAnsi="Arial Nova"/>
          <w:color w:val="222222"/>
          <w:sz w:val="24"/>
          <w:szCs w:val="24"/>
          <w:highlight w:val="white"/>
        </w:rPr>
      </w:pPr>
    </w:p>
    <w:p w:rsidR="00F17DFC" w:rsidP="003843F4" w:rsidRDefault="00F17DFC" w14:paraId="29A8C5BD" w14:textId="77777777">
      <w:pPr>
        <w:spacing w:line="360" w:lineRule="auto"/>
        <w:jc w:val="both"/>
        <w:rPr>
          <w:rFonts w:ascii="Arial Nova" w:hAnsi="Arial Nova"/>
          <w:color w:val="222222"/>
          <w:sz w:val="24"/>
          <w:szCs w:val="24"/>
          <w:highlight w:val="white"/>
        </w:rPr>
      </w:pPr>
    </w:p>
    <w:p w:rsidR="00F17DFC" w:rsidP="003843F4" w:rsidRDefault="00F17DFC" w14:paraId="5C0A11C7" w14:textId="77777777">
      <w:pPr>
        <w:spacing w:line="360" w:lineRule="auto"/>
        <w:jc w:val="both"/>
        <w:rPr>
          <w:rFonts w:ascii="Arial Nova" w:hAnsi="Arial Nova"/>
          <w:color w:val="222222"/>
          <w:sz w:val="24"/>
          <w:szCs w:val="24"/>
          <w:highlight w:val="white"/>
        </w:rPr>
      </w:pPr>
    </w:p>
    <w:p w:rsidR="00F17DFC" w:rsidP="003843F4" w:rsidRDefault="00F17DFC" w14:paraId="34B08F6F" w14:textId="77777777">
      <w:pPr>
        <w:spacing w:line="360" w:lineRule="auto"/>
        <w:jc w:val="both"/>
        <w:rPr>
          <w:rFonts w:ascii="Arial Nova" w:hAnsi="Arial Nova"/>
          <w:color w:val="222222"/>
          <w:sz w:val="24"/>
          <w:szCs w:val="24"/>
          <w:highlight w:val="white"/>
        </w:rPr>
      </w:pPr>
    </w:p>
    <w:p w:rsidR="00F17DFC" w:rsidP="003843F4" w:rsidRDefault="00F17DFC" w14:paraId="3B4553E2" w14:textId="77777777">
      <w:pPr>
        <w:spacing w:line="360" w:lineRule="auto"/>
        <w:jc w:val="both"/>
        <w:rPr>
          <w:rFonts w:ascii="Arial Nova" w:hAnsi="Arial Nova"/>
          <w:color w:val="222222"/>
          <w:sz w:val="24"/>
          <w:szCs w:val="24"/>
          <w:highlight w:val="white"/>
        </w:rPr>
      </w:pPr>
    </w:p>
    <w:p w:rsidRPr="00EA6F4C" w:rsidR="008E7B57" w:rsidP="003843F4" w:rsidRDefault="008E7B57" w14:paraId="02A34F0A" w14:textId="6DAFD93E">
      <w:pPr>
        <w:spacing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6: Tasklist </w:t>
      </w:r>
    </w:p>
    <w:p w:rsidRPr="00EA6F4C" w:rsidR="008E7B57" w:rsidP="008E7B57" w:rsidRDefault="008E7B57" w14:paraId="4E1BDD6B" w14:textId="5F0D86FF">
      <w:pPr>
        <w:spacing w:after="160"/>
        <w:rPr>
          <w:rFonts w:ascii="Arial Nova" w:hAnsi="Arial Nova"/>
          <w:color w:val="222222"/>
          <w:sz w:val="24"/>
          <w:szCs w:val="24"/>
          <w:highlight w:val="white"/>
        </w:rPr>
      </w:pPr>
    </w:p>
    <w:p w:rsidRPr="00EA6F4C" w:rsidR="008E7B57" w:rsidP="008E7B57" w:rsidRDefault="008E7B57" w14:paraId="1E0A20DA"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5EF9F0CE" wp14:editId="3597ECA6">
            <wp:extent cx="5715000" cy="3238500"/>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9"/>
                    <a:srcRect/>
                    <a:stretch>
                      <a:fillRect/>
                    </a:stretch>
                  </pic:blipFill>
                  <pic:spPr>
                    <a:xfrm>
                      <a:off x="0" y="0"/>
                      <a:ext cx="5715000" cy="3238500"/>
                    </a:xfrm>
                    <a:prstGeom prst="rect">
                      <a:avLst/>
                    </a:prstGeom>
                    <a:ln/>
                  </pic:spPr>
                </pic:pic>
              </a:graphicData>
            </a:graphic>
          </wp:inline>
        </w:drawing>
      </w:r>
    </w:p>
    <w:p w:rsidRPr="00EA6F4C" w:rsidR="008E7B57" w:rsidP="008E7B57" w:rsidRDefault="008E7B57" w14:paraId="059B008C"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249491B5" w:rsidRDefault="008E7B57" w14:paraId="2670BAED" w14:textId="74E1C3E4">
      <w:pPr>
        <w:pStyle w:val="Normal"/>
        <w:spacing w:line="360" w:lineRule="auto"/>
        <w:jc w:val="both"/>
        <w:rPr>
          <w:rFonts w:ascii="Arial Nova" w:hAnsi="Arial Nova"/>
          <w:sz w:val="24"/>
          <w:szCs w:val="24"/>
        </w:rPr>
      </w:pPr>
      <w:r w:rsidRPr="249491B5" w:rsidR="008E7B57">
        <w:rPr>
          <w:rFonts w:ascii="Arial Nova" w:hAnsi="Arial Nova"/>
          <w:sz w:val="24"/>
          <w:szCs w:val="24"/>
        </w:rPr>
        <w:t xml:space="preserve">The </w:t>
      </w:r>
      <w:r w:rsidRPr="249491B5" w:rsidR="008E7B57">
        <w:rPr>
          <w:rFonts w:ascii="Arial Nova" w:hAnsi="Arial Nova"/>
          <w:sz w:val="24"/>
          <w:szCs w:val="24"/>
        </w:rPr>
        <w:t>mkdir</w:t>
      </w:r>
      <w:r w:rsidRPr="249491B5" w:rsidR="008E7B57">
        <w:rPr>
          <w:rFonts w:ascii="Arial Nova" w:hAnsi="Arial Nova"/>
          <w:sz w:val="24"/>
          <w:szCs w:val="24"/>
        </w:rPr>
        <w:t xml:space="preserve"> command is presented in the </w:t>
      </w:r>
      <w:r w:rsidRPr="249491B5" w:rsidR="65F27A6D">
        <w:rPr>
          <w:rFonts w:ascii="Arial Nova" w:hAnsi="Arial Nova" w:eastAsia="Arial Nova" w:cs="Arial Nova"/>
          <w:noProof w:val="0"/>
          <w:sz w:val="24"/>
          <w:szCs w:val="24"/>
          <w:lang w:val="en-US"/>
        </w:rPr>
        <w:t>screenshot,</w:t>
      </w:r>
      <w:r w:rsidRPr="249491B5" w:rsidR="008E7B57">
        <w:rPr>
          <w:rFonts w:ascii="Arial Nova" w:hAnsi="Arial Nova"/>
          <w:sz w:val="24"/>
          <w:szCs w:val="24"/>
        </w:rPr>
        <w:t xml:space="preserve"> and it is used to make a new directory named </w:t>
      </w:r>
      <w:r w:rsidRPr="249491B5" w:rsidR="6DDC0853">
        <w:rPr>
          <w:rFonts w:ascii="Arial Nova" w:hAnsi="Arial Nova" w:eastAsia="Arial Nova" w:cs="Arial Nova"/>
          <w:noProof w:val="0"/>
          <w:sz w:val="24"/>
          <w:szCs w:val="24"/>
          <w:lang w:val="en-US"/>
        </w:rPr>
        <w:t>'new'.</w:t>
      </w:r>
      <w:r w:rsidRPr="249491B5" w:rsidR="008E7B57">
        <w:rPr>
          <w:rFonts w:ascii="Arial Nova" w:hAnsi="Arial Nova"/>
          <w:sz w:val="24"/>
          <w:szCs w:val="24"/>
        </w:rPr>
        <w:t xml:space="preserve"> After running the command:</w:t>
      </w:r>
    </w:p>
    <w:p w:rsidRPr="00EA6F4C" w:rsidR="008E7B57" w:rsidP="003843F4" w:rsidRDefault="008E7B57" w14:paraId="4DBFD530" w14:textId="77777777">
      <w:pPr>
        <w:numPr>
          <w:ilvl w:val="0"/>
          <w:numId w:val="13"/>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ls</w:t>
      </w:r>
      <w:r w:rsidRPr="00EA6F4C">
        <w:rPr>
          <w:rFonts w:ascii="Arial Nova" w:hAnsi="Arial Nova"/>
          <w:sz w:val="24"/>
          <w:szCs w:val="24"/>
        </w:rPr>
        <w:t xml:space="preserve"> command is used to list the contents of the current directory, confirming that the </w:t>
      </w:r>
      <w:r w:rsidRPr="00EA6F4C">
        <w:rPr>
          <w:rFonts w:ascii="Arial Nova" w:hAnsi="Arial Nova"/>
          <w:b/>
          <w:bCs/>
          <w:sz w:val="24"/>
          <w:szCs w:val="24"/>
        </w:rPr>
        <w:t>"new"</w:t>
      </w:r>
      <w:r w:rsidRPr="00EA6F4C">
        <w:rPr>
          <w:rFonts w:ascii="Arial Nova" w:hAnsi="Arial Nova"/>
          <w:sz w:val="24"/>
          <w:szCs w:val="24"/>
        </w:rPr>
        <w:t xml:space="preserve"> folder was successfully created alongside the existing </w:t>
      </w:r>
      <w:r w:rsidRPr="00EA6F4C">
        <w:rPr>
          <w:rFonts w:ascii="Arial Nova" w:hAnsi="Arial Nova"/>
          <w:b/>
          <w:bCs/>
          <w:sz w:val="24"/>
          <w:szCs w:val="24"/>
        </w:rPr>
        <w:t>"folder"</w:t>
      </w:r>
      <w:r w:rsidRPr="00EA6F4C">
        <w:rPr>
          <w:rFonts w:ascii="Arial Nova" w:hAnsi="Arial Nova"/>
          <w:sz w:val="24"/>
          <w:szCs w:val="24"/>
        </w:rPr>
        <w:t xml:space="preserve"> directory.</w:t>
      </w:r>
    </w:p>
    <w:p w:rsidR="00F17DFC" w:rsidP="003843F4" w:rsidRDefault="008E7B57" w14:paraId="7F2D7402" w14:textId="77777777">
      <w:pPr>
        <w:spacing w:line="360" w:lineRule="auto"/>
        <w:jc w:val="both"/>
        <w:rPr>
          <w:rFonts w:ascii="Arial Nova" w:hAnsi="Arial Nova"/>
          <w:color w:val="222222"/>
          <w:sz w:val="24"/>
          <w:szCs w:val="24"/>
          <w:highlight w:val="white"/>
        </w:rPr>
      </w:pPr>
      <w:r w:rsidRPr="00EA6F4C">
        <w:rPr>
          <w:rFonts w:ascii="Arial Nova" w:hAnsi="Arial Nova"/>
          <w:sz w:val="24"/>
          <w:szCs w:val="24"/>
        </w:rPr>
        <w:br/>
      </w:r>
    </w:p>
    <w:p w:rsidR="00F17DFC" w:rsidP="003843F4" w:rsidRDefault="00F17DFC" w14:paraId="5DE3494E" w14:textId="77777777">
      <w:pPr>
        <w:spacing w:line="360" w:lineRule="auto"/>
        <w:jc w:val="both"/>
        <w:rPr>
          <w:rFonts w:ascii="Arial Nova" w:hAnsi="Arial Nova"/>
          <w:color w:val="222222"/>
          <w:sz w:val="24"/>
          <w:szCs w:val="24"/>
          <w:highlight w:val="white"/>
        </w:rPr>
      </w:pPr>
    </w:p>
    <w:p w:rsidR="00F17DFC" w:rsidP="003843F4" w:rsidRDefault="00F17DFC" w14:paraId="17E368B2" w14:textId="77777777">
      <w:pPr>
        <w:spacing w:line="360" w:lineRule="auto"/>
        <w:jc w:val="both"/>
        <w:rPr>
          <w:rFonts w:ascii="Arial Nova" w:hAnsi="Arial Nova"/>
          <w:color w:val="222222"/>
          <w:sz w:val="24"/>
          <w:szCs w:val="24"/>
          <w:highlight w:val="white"/>
        </w:rPr>
      </w:pPr>
    </w:p>
    <w:p w:rsidR="00F17DFC" w:rsidP="003843F4" w:rsidRDefault="00F17DFC" w14:paraId="1113DACD" w14:textId="77777777">
      <w:pPr>
        <w:spacing w:line="360" w:lineRule="auto"/>
        <w:jc w:val="both"/>
        <w:rPr>
          <w:rFonts w:ascii="Arial Nova" w:hAnsi="Arial Nova"/>
          <w:color w:val="222222"/>
          <w:sz w:val="24"/>
          <w:szCs w:val="24"/>
          <w:highlight w:val="white"/>
        </w:rPr>
      </w:pPr>
    </w:p>
    <w:p w:rsidR="00F17DFC" w:rsidP="003843F4" w:rsidRDefault="00F17DFC" w14:paraId="28A43653" w14:textId="77777777">
      <w:pPr>
        <w:spacing w:line="360" w:lineRule="auto"/>
        <w:jc w:val="both"/>
        <w:rPr>
          <w:rFonts w:ascii="Arial Nova" w:hAnsi="Arial Nova"/>
          <w:color w:val="222222"/>
          <w:sz w:val="24"/>
          <w:szCs w:val="24"/>
          <w:highlight w:val="white"/>
        </w:rPr>
      </w:pPr>
    </w:p>
    <w:p w:rsidRPr="00EA6F4C" w:rsidR="008E7B57" w:rsidP="003843F4" w:rsidRDefault="008E7B57" w14:paraId="53626A07" w14:textId="1A3970AC">
      <w:pPr>
        <w:spacing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7: </w:t>
      </w:r>
      <w:proofErr w:type="spellStart"/>
      <w:r w:rsidRPr="00EA6F4C">
        <w:rPr>
          <w:rFonts w:ascii="Arial Nova" w:hAnsi="Arial Nova"/>
          <w:color w:val="222222"/>
          <w:sz w:val="24"/>
          <w:szCs w:val="24"/>
          <w:highlight w:val="white"/>
        </w:rPr>
        <w:t>Systeminfo</w:t>
      </w:r>
      <w:proofErr w:type="spellEnd"/>
      <w:r w:rsidRPr="00EA6F4C">
        <w:rPr>
          <w:rFonts w:ascii="Arial Nova" w:hAnsi="Arial Nova"/>
          <w:color w:val="222222"/>
          <w:sz w:val="24"/>
          <w:szCs w:val="24"/>
          <w:highlight w:val="white"/>
        </w:rPr>
        <w:t xml:space="preserve"> </w:t>
      </w:r>
    </w:p>
    <w:p w:rsidRPr="00EA6F4C" w:rsidR="008E7B57" w:rsidP="008E7B57" w:rsidRDefault="008E7B57" w14:paraId="018A7559" w14:textId="23DFDFC1">
      <w:pPr>
        <w:spacing w:after="160"/>
        <w:rPr>
          <w:rFonts w:ascii="Arial Nova" w:hAnsi="Arial Nova"/>
          <w:color w:val="222222"/>
          <w:sz w:val="24"/>
          <w:szCs w:val="24"/>
          <w:highlight w:val="white"/>
        </w:rPr>
      </w:pPr>
    </w:p>
    <w:p w:rsidRPr="00EA6F4C" w:rsidR="008E7B57" w:rsidP="008E7B57" w:rsidRDefault="008E7B57" w14:paraId="37C492E7"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205E5FAB" wp14:editId="5F88E1E9">
            <wp:extent cx="5629275" cy="3971925"/>
            <wp:effectExtent l="0" t="0" r="0" b="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5629275" cy="3971925"/>
                    </a:xfrm>
                    <a:prstGeom prst="rect">
                      <a:avLst/>
                    </a:prstGeom>
                    <a:ln/>
                  </pic:spPr>
                </pic:pic>
              </a:graphicData>
            </a:graphic>
          </wp:inline>
        </w:drawing>
      </w:r>
    </w:p>
    <w:p w:rsidRPr="00EA6F4C" w:rsidR="008E7B57" w:rsidP="003843F4" w:rsidRDefault="008E7B57" w14:paraId="0B446AE9" w14:textId="77777777">
      <w:pPr>
        <w:spacing w:line="360" w:lineRule="auto"/>
        <w:jc w:val="both"/>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3843F4" w:rsidRDefault="008E7B57" w14:paraId="5AC6140E" w14:textId="77777777">
      <w:pPr>
        <w:spacing w:line="360" w:lineRule="auto"/>
        <w:jc w:val="both"/>
        <w:rPr>
          <w:rFonts w:ascii="Arial Nova" w:hAnsi="Arial Nova"/>
          <w:sz w:val="24"/>
          <w:szCs w:val="24"/>
        </w:rPr>
      </w:pPr>
      <w:r w:rsidRPr="00EA6F4C">
        <w:rPr>
          <w:rFonts w:ascii="Arial Nova" w:hAnsi="Arial Nova"/>
          <w:sz w:val="24"/>
          <w:szCs w:val="24"/>
        </w:rPr>
        <w:t xml:space="preserve">The screenshot displays the </w:t>
      </w:r>
      <w:proofErr w:type="spellStart"/>
      <w:r w:rsidRPr="00EA6F4C">
        <w:rPr>
          <w:rFonts w:ascii="Arial Nova" w:hAnsi="Arial Nova"/>
          <w:b/>
          <w:bCs/>
          <w:sz w:val="24"/>
          <w:szCs w:val="24"/>
        </w:rPr>
        <w:t>ifconfig</w:t>
      </w:r>
      <w:proofErr w:type="spellEnd"/>
      <w:r w:rsidRPr="00EA6F4C">
        <w:rPr>
          <w:rFonts w:ascii="Arial Nova" w:hAnsi="Arial Nova"/>
          <w:sz w:val="24"/>
          <w:szCs w:val="24"/>
        </w:rPr>
        <w:t xml:space="preserve"> command, which shows network configuration information.</w:t>
      </w:r>
    </w:p>
    <w:p w:rsidRPr="00EA6F4C" w:rsidR="008E7B57" w:rsidP="003843F4" w:rsidRDefault="008E7B57" w14:paraId="7BFC4BC0" w14:textId="77777777">
      <w:pPr>
        <w:numPr>
          <w:ilvl w:val="0"/>
          <w:numId w:val="14"/>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eth0</w:t>
      </w:r>
      <w:r w:rsidRPr="00EA6F4C">
        <w:rPr>
          <w:rFonts w:ascii="Arial Nova" w:hAnsi="Arial Nova"/>
          <w:sz w:val="24"/>
          <w:szCs w:val="24"/>
        </w:rPr>
        <w:t xml:space="preserve"> interface shows the </w:t>
      </w:r>
      <w:r w:rsidRPr="00EA6F4C">
        <w:rPr>
          <w:rFonts w:ascii="Arial Nova" w:hAnsi="Arial Nova"/>
          <w:b/>
          <w:bCs/>
          <w:sz w:val="24"/>
          <w:szCs w:val="24"/>
        </w:rPr>
        <w:t>IP address</w:t>
      </w:r>
      <w:r w:rsidRPr="00EA6F4C">
        <w:rPr>
          <w:rFonts w:ascii="Arial Nova" w:hAnsi="Arial Nova"/>
          <w:sz w:val="24"/>
          <w:szCs w:val="24"/>
        </w:rPr>
        <w:t xml:space="preserve"> (192.168.1.2), </w:t>
      </w:r>
      <w:r w:rsidRPr="00EA6F4C">
        <w:rPr>
          <w:rFonts w:ascii="Arial Nova" w:hAnsi="Arial Nova"/>
          <w:b/>
          <w:bCs/>
          <w:sz w:val="24"/>
          <w:szCs w:val="24"/>
        </w:rPr>
        <w:t>broadcast address</w:t>
      </w:r>
      <w:r w:rsidRPr="00EA6F4C">
        <w:rPr>
          <w:rFonts w:ascii="Arial Nova" w:hAnsi="Arial Nova"/>
          <w:sz w:val="24"/>
          <w:szCs w:val="24"/>
        </w:rPr>
        <w:t xml:space="preserve"> (192.168.1.255), and </w:t>
      </w:r>
      <w:r w:rsidRPr="00EA6F4C">
        <w:rPr>
          <w:rFonts w:ascii="Arial Nova" w:hAnsi="Arial Nova"/>
          <w:b/>
          <w:bCs/>
          <w:sz w:val="24"/>
          <w:szCs w:val="24"/>
        </w:rPr>
        <w:t>netmask</w:t>
      </w:r>
      <w:r w:rsidRPr="00EA6F4C">
        <w:rPr>
          <w:rFonts w:ascii="Arial Nova" w:hAnsi="Arial Nova"/>
          <w:sz w:val="24"/>
          <w:szCs w:val="24"/>
        </w:rPr>
        <w:t xml:space="preserve"> (255.255.255.0). It also shows the number of received (RX) and transmitted (TX) packets and bytes.</w:t>
      </w:r>
    </w:p>
    <w:p w:rsidRPr="00EA6F4C" w:rsidR="008E7B57" w:rsidP="003843F4" w:rsidRDefault="008E7B57" w14:paraId="18F30FD2" w14:textId="77777777">
      <w:pPr>
        <w:numPr>
          <w:ilvl w:val="0"/>
          <w:numId w:val="14"/>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lo</w:t>
      </w:r>
      <w:r w:rsidRPr="00EA6F4C">
        <w:rPr>
          <w:rFonts w:ascii="Arial Nova" w:hAnsi="Arial Nova"/>
          <w:sz w:val="24"/>
          <w:szCs w:val="24"/>
        </w:rPr>
        <w:t xml:space="preserve"> (loopback) interface, with the </w:t>
      </w:r>
      <w:r w:rsidRPr="00EA6F4C">
        <w:rPr>
          <w:rFonts w:ascii="Arial Nova" w:hAnsi="Arial Nova"/>
          <w:b/>
          <w:bCs/>
          <w:sz w:val="24"/>
          <w:szCs w:val="24"/>
        </w:rPr>
        <w:t>IP address</w:t>
      </w:r>
      <w:r w:rsidRPr="00EA6F4C">
        <w:rPr>
          <w:rFonts w:ascii="Arial Nova" w:hAnsi="Arial Nova"/>
          <w:sz w:val="24"/>
          <w:szCs w:val="24"/>
        </w:rPr>
        <w:t xml:space="preserve"> 127.0.0.1, provides information on local network traffic.</w:t>
      </w:r>
    </w:p>
    <w:p w:rsidRPr="00EA6F4C" w:rsidR="008E7B57" w:rsidP="003843F4" w:rsidRDefault="008E7B57" w14:paraId="3FB2A390" w14:textId="77777777">
      <w:pPr>
        <w:spacing w:line="360" w:lineRule="auto"/>
        <w:jc w:val="both"/>
        <w:rPr>
          <w:rFonts w:ascii="Arial Nova" w:hAnsi="Arial Nova"/>
          <w:sz w:val="24"/>
          <w:szCs w:val="24"/>
        </w:rPr>
      </w:pPr>
      <w:r w:rsidRPr="00EA6F4C">
        <w:rPr>
          <w:rFonts w:ascii="Arial Nova" w:hAnsi="Arial Nova"/>
          <w:sz w:val="24"/>
          <w:szCs w:val="24"/>
        </w:rPr>
        <w:t>This command is used to check connectivity and interface activity of the network in Linux systems.</w:t>
      </w:r>
    </w:p>
    <w:p w:rsidRPr="00EA6F4C" w:rsidR="008E7B57" w:rsidP="00934311" w:rsidRDefault="008E7B57" w14:paraId="122061C5" w14:textId="58042F22">
      <w:pPr>
        <w:spacing w:line="360" w:lineRule="auto"/>
        <w:jc w:val="both"/>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color w:val="222222"/>
          <w:sz w:val="24"/>
          <w:szCs w:val="24"/>
          <w:highlight w:val="white"/>
        </w:rPr>
        <w:t xml:space="preserve">Example 8: Ipconfig /All </w:t>
      </w:r>
    </w:p>
    <w:p w:rsidRPr="00EA6F4C" w:rsidR="008E7B57" w:rsidP="008E7B57" w:rsidRDefault="008E7B57" w14:paraId="7F538267"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214F89BA" wp14:editId="0363757F">
            <wp:extent cx="5715000" cy="4295775"/>
            <wp:effectExtent l="0" t="0" r="0" b="0"/>
            <wp:docPr id="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1"/>
                    <a:srcRect/>
                    <a:stretch>
                      <a:fillRect/>
                    </a:stretch>
                  </pic:blipFill>
                  <pic:spPr>
                    <a:xfrm>
                      <a:off x="0" y="0"/>
                      <a:ext cx="5715000" cy="4295775"/>
                    </a:xfrm>
                    <a:prstGeom prst="rect">
                      <a:avLst/>
                    </a:prstGeom>
                    <a:ln/>
                  </pic:spPr>
                </pic:pic>
              </a:graphicData>
            </a:graphic>
          </wp:inline>
        </w:drawing>
      </w:r>
    </w:p>
    <w:p w:rsidRPr="00EA6F4C" w:rsidR="008E7B57" w:rsidP="008E7B57" w:rsidRDefault="008E7B57" w14:paraId="41BEA054"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249491B5" w:rsidRDefault="008E7B57" w14:paraId="49199A8B" w14:textId="7ADA74BC">
      <w:pPr>
        <w:pStyle w:val="Normal"/>
        <w:spacing w:line="360" w:lineRule="auto"/>
        <w:jc w:val="both"/>
        <w:rPr>
          <w:rFonts w:ascii="Arial Nova" w:hAnsi="Arial Nova"/>
          <w:sz w:val="24"/>
          <w:szCs w:val="24"/>
        </w:rPr>
      </w:pPr>
      <w:r w:rsidRPr="249491B5" w:rsidR="008E7B57">
        <w:rPr>
          <w:rFonts w:ascii="Arial Nova" w:hAnsi="Arial Nova"/>
          <w:sz w:val="24"/>
          <w:szCs w:val="24"/>
        </w:rPr>
        <w:t xml:space="preserve">The </w:t>
      </w:r>
      <w:r w:rsidRPr="249491B5" w:rsidR="00239FB9">
        <w:rPr>
          <w:rFonts w:ascii="Arial Nova" w:hAnsi="Arial Nova" w:eastAsia="Arial Nova" w:cs="Arial Nova"/>
          <w:noProof w:val="0"/>
          <w:sz w:val="24"/>
          <w:szCs w:val="24"/>
          <w:lang w:val="en-US"/>
        </w:rPr>
        <w:t>`ls` and `ls -l`</w:t>
      </w:r>
      <w:r w:rsidRPr="249491B5" w:rsidR="008E7B57">
        <w:rPr>
          <w:rFonts w:ascii="Arial Nova" w:hAnsi="Arial Nova"/>
          <w:sz w:val="24"/>
          <w:szCs w:val="24"/>
        </w:rPr>
        <w:t xml:space="preserve"> commands in the screenshot show the contents of the user's home directory.</w:t>
      </w:r>
    </w:p>
    <w:p w:rsidRPr="00EA6F4C" w:rsidR="008E7B57" w:rsidP="003843F4" w:rsidRDefault="008E7B57" w14:paraId="764AB324" w14:textId="77777777">
      <w:pPr>
        <w:numPr>
          <w:ilvl w:val="0"/>
          <w:numId w:val="15"/>
        </w:numPr>
        <w:spacing w:after="0" w:line="360" w:lineRule="auto"/>
        <w:jc w:val="both"/>
        <w:rPr>
          <w:rFonts w:ascii="Arial Nova" w:hAnsi="Arial Nova"/>
          <w:sz w:val="24"/>
          <w:szCs w:val="24"/>
        </w:rPr>
      </w:pPr>
      <w:r w:rsidRPr="00EA6F4C">
        <w:rPr>
          <w:rFonts w:ascii="Arial Nova" w:hAnsi="Arial Nova"/>
          <w:b/>
          <w:bCs/>
          <w:sz w:val="24"/>
          <w:szCs w:val="24"/>
        </w:rPr>
        <w:t>ls</w:t>
      </w:r>
      <w:r w:rsidRPr="00EA6F4C">
        <w:rPr>
          <w:rFonts w:ascii="Arial Nova" w:hAnsi="Arial Nova"/>
          <w:sz w:val="24"/>
          <w:szCs w:val="24"/>
        </w:rPr>
        <w:t xml:space="preserve"> lists the directories and files in the home directory.</w:t>
      </w:r>
    </w:p>
    <w:p w:rsidRPr="00EA6F4C" w:rsidR="008E7B57" w:rsidP="003843F4" w:rsidRDefault="008E7B57" w14:paraId="2AC75474" w14:textId="77777777">
      <w:pPr>
        <w:numPr>
          <w:ilvl w:val="0"/>
          <w:numId w:val="15"/>
        </w:numPr>
        <w:spacing w:after="0" w:line="360" w:lineRule="auto"/>
        <w:jc w:val="both"/>
        <w:rPr>
          <w:rFonts w:ascii="Arial Nova" w:hAnsi="Arial Nova"/>
          <w:sz w:val="24"/>
          <w:szCs w:val="24"/>
        </w:rPr>
      </w:pPr>
      <w:r w:rsidRPr="00EA6F4C">
        <w:rPr>
          <w:rFonts w:ascii="Arial Nova" w:hAnsi="Arial Nova"/>
          <w:b/>
          <w:bCs/>
          <w:sz w:val="24"/>
          <w:szCs w:val="24"/>
        </w:rPr>
        <w:t>ls -l</w:t>
      </w:r>
      <w:r w:rsidRPr="00EA6F4C">
        <w:rPr>
          <w:rFonts w:ascii="Arial Nova" w:hAnsi="Arial Nova"/>
          <w:sz w:val="24"/>
          <w:szCs w:val="24"/>
        </w:rPr>
        <w:t xml:space="preserve"> provides detailed information about each directory, including permissions, owner, group, size, and the last modification date.</w:t>
      </w:r>
    </w:p>
    <w:p w:rsidRPr="00EA6F4C" w:rsidR="008E7B57" w:rsidP="003843F4" w:rsidRDefault="008E7B57" w14:paraId="3BFFC107" w14:textId="77777777">
      <w:pPr>
        <w:spacing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ls -a</w:t>
      </w:r>
      <w:r w:rsidRPr="00EA6F4C">
        <w:rPr>
          <w:rFonts w:ascii="Arial Nova" w:hAnsi="Arial Nova"/>
          <w:sz w:val="24"/>
          <w:szCs w:val="24"/>
        </w:rPr>
        <w:t xml:space="preserve"> command shows all files, including hidden ones (e.g., .</w:t>
      </w:r>
      <w:proofErr w:type="spellStart"/>
      <w:r w:rsidRPr="00EA6F4C">
        <w:rPr>
          <w:rFonts w:ascii="Arial Nova" w:hAnsi="Arial Nova"/>
          <w:sz w:val="24"/>
          <w:szCs w:val="24"/>
        </w:rPr>
        <w:t>bashrc</w:t>
      </w:r>
      <w:proofErr w:type="spellEnd"/>
      <w:r w:rsidRPr="00EA6F4C">
        <w:rPr>
          <w:rFonts w:ascii="Arial Nova" w:hAnsi="Arial Nova"/>
          <w:sz w:val="24"/>
          <w:szCs w:val="24"/>
        </w:rPr>
        <w:t>, .profile), in the directory.</w:t>
      </w:r>
    </w:p>
    <w:p w:rsidRPr="00EA6F4C" w:rsidR="008E7B57" w:rsidP="249491B5" w:rsidRDefault="008E7B57" w14:paraId="5D9D100B" w14:textId="4A399316">
      <w:pPr>
        <w:pStyle w:val="Normal"/>
        <w:spacing w:line="360" w:lineRule="auto"/>
        <w:jc w:val="both"/>
        <w:rPr>
          <w:rFonts w:ascii="Arial Nova" w:hAnsi="Arial Nova"/>
          <w:sz w:val="24"/>
          <w:szCs w:val="24"/>
        </w:rPr>
      </w:pPr>
      <w:r w:rsidRPr="249491B5" w:rsidR="008E7B57">
        <w:rPr>
          <w:rFonts w:ascii="Arial Nova" w:hAnsi="Arial Nova"/>
          <w:sz w:val="24"/>
          <w:szCs w:val="24"/>
        </w:rPr>
        <w:t xml:space="preserve">It comes in handy to verify visible </w:t>
      </w:r>
      <w:r w:rsidRPr="249491B5" w:rsidR="069B0E8E">
        <w:rPr>
          <w:rFonts w:ascii="Arial Nova" w:hAnsi="Arial Nova" w:eastAsia="Arial Nova" w:cs="Arial Nova"/>
          <w:noProof w:val="0"/>
          <w:sz w:val="24"/>
          <w:szCs w:val="24"/>
          <w:lang w:val="en-US"/>
        </w:rPr>
        <w:t xml:space="preserve">and/or </w:t>
      </w:r>
      <w:r w:rsidRPr="249491B5" w:rsidR="008E7B57">
        <w:rPr>
          <w:rFonts w:ascii="Arial Nova" w:hAnsi="Arial Nova"/>
          <w:sz w:val="24"/>
          <w:szCs w:val="24"/>
        </w:rPr>
        <w:t xml:space="preserve">hidden files and directories </w:t>
      </w:r>
      <w:r w:rsidRPr="249491B5" w:rsidR="0A7B1AD1">
        <w:rPr>
          <w:rFonts w:ascii="Arial Nova" w:hAnsi="Arial Nova" w:eastAsia="Arial Nova" w:cs="Arial Nova"/>
          <w:noProof w:val="0"/>
          <w:sz w:val="24"/>
          <w:szCs w:val="24"/>
          <w:lang w:val="en-US"/>
        </w:rPr>
        <w:t>in</w:t>
      </w:r>
      <w:r w:rsidRPr="249491B5" w:rsidR="008E7B57">
        <w:rPr>
          <w:rFonts w:ascii="Arial Nova" w:hAnsi="Arial Nova"/>
          <w:sz w:val="24"/>
          <w:szCs w:val="24"/>
        </w:rPr>
        <w:t xml:space="preserve"> a Linux environment.</w:t>
      </w:r>
    </w:p>
    <w:p w:rsidRPr="00EA6F4C" w:rsidR="008E7B57" w:rsidP="00934311" w:rsidRDefault="008E7B57" w14:paraId="7E357656" w14:textId="60D9C60C">
      <w:pPr>
        <w:spacing w:line="360" w:lineRule="auto"/>
        <w:jc w:val="both"/>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color w:val="222222"/>
          <w:sz w:val="24"/>
          <w:szCs w:val="24"/>
          <w:highlight w:val="white"/>
        </w:rPr>
        <w:t xml:space="preserve">Example 9: Ping </w:t>
      </w:r>
    </w:p>
    <w:p w:rsidRPr="00EA6F4C" w:rsidR="008E7B57" w:rsidP="008E7B57" w:rsidRDefault="008E7B57" w14:paraId="6409CEEE"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199F4335" wp14:editId="0DE21954">
            <wp:extent cx="5943600" cy="243840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5943600" cy="2438400"/>
                    </a:xfrm>
                    <a:prstGeom prst="rect">
                      <a:avLst/>
                    </a:prstGeom>
                    <a:ln/>
                  </pic:spPr>
                </pic:pic>
              </a:graphicData>
            </a:graphic>
          </wp:inline>
        </w:drawing>
      </w:r>
    </w:p>
    <w:p w:rsidRPr="00EA6F4C" w:rsidR="008E7B57" w:rsidP="008E7B57" w:rsidRDefault="008E7B57" w14:paraId="67546CE1"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3843F4" w:rsidRDefault="008E7B57" w14:paraId="2CE1ED93" w14:textId="77777777">
      <w:pPr>
        <w:spacing w:line="360" w:lineRule="auto"/>
        <w:jc w:val="both"/>
        <w:rPr>
          <w:rFonts w:ascii="Arial Nova" w:hAnsi="Arial Nova"/>
          <w:sz w:val="24"/>
          <w:szCs w:val="24"/>
        </w:rPr>
      </w:pPr>
      <w:r w:rsidRPr="00EA6F4C">
        <w:rPr>
          <w:rFonts w:ascii="Arial Nova" w:hAnsi="Arial Nova"/>
          <w:sz w:val="24"/>
          <w:szCs w:val="24"/>
        </w:rPr>
        <w:t xml:space="preserve">The screenshot shows a </w:t>
      </w:r>
      <w:r w:rsidRPr="00EA6F4C">
        <w:rPr>
          <w:rFonts w:ascii="Arial Nova" w:hAnsi="Arial Nova"/>
          <w:b/>
          <w:bCs/>
          <w:sz w:val="24"/>
          <w:szCs w:val="24"/>
        </w:rPr>
        <w:t>Batch script</w:t>
      </w:r>
      <w:r w:rsidRPr="00EA6F4C">
        <w:rPr>
          <w:rFonts w:ascii="Arial Nova" w:hAnsi="Arial Nova"/>
          <w:sz w:val="24"/>
          <w:szCs w:val="24"/>
        </w:rPr>
        <w:t xml:space="preserve"> for adding two numbers.</w:t>
      </w:r>
    </w:p>
    <w:p w:rsidRPr="00EA6F4C" w:rsidR="008E7B57" w:rsidP="003843F4" w:rsidRDefault="008E7B57" w14:paraId="7263E136" w14:textId="77777777">
      <w:pPr>
        <w:numPr>
          <w:ilvl w:val="0"/>
          <w:numId w:val="16"/>
        </w:numPr>
        <w:spacing w:after="0" w:line="360" w:lineRule="auto"/>
        <w:jc w:val="both"/>
        <w:rPr>
          <w:rFonts w:ascii="Arial Nova" w:hAnsi="Arial Nova"/>
          <w:sz w:val="24"/>
          <w:szCs w:val="24"/>
        </w:rPr>
      </w:pPr>
      <w:r w:rsidRPr="00EA6F4C">
        <w:rPr>
          <w:rFonts w:ascii="Arial Nova" w:hAnsi="Arial Nova"/>
          <w:b/>
          <w:bCs/>
          <w:sz w:val="24"/>
          <w:szCs w:val="24"/>
        </w:rPr>
        <w:t>set /p</w:t>
      </w:r>
      <w:r w:rsidRPr="00EA6F4C">
        <w:rPr>
          <w:rFonts w:ascii="Arial Nova" w:hAnsi="Arial Nova"/>
          <w:sz w:val="24"/>
          <w:szCs w:val="24"/>
        </w:rPr>
        <w:t xml:space="preserve"> is used to prompt the user for input values (num1 and num2).</w:t>
      </w:r>
    </w:p>
    <w:p w:rsidRPr="00EA6F4C" w:rsidR="008E7B57" w:rsidP="003843F4" w:rsidRDefault="008E7B57" w14:paraId="7CC3D963" w14:textId="21D54F18">
      <w:pPr>
        <w:numPr>
          <w:ilvl w:val="0"/>
          <w:numId w:val="16"/>
        </w:numPr>
        <w:spacing w:after="0" w:line="360" w:lineRule="auto"/>
        <w:jc w:val="both"/>
        <w:rPr>
          <w:rFonts w:ascii="Arial Nova" w:hAnsi="Arial Nova"/>
          <w:sz w:val="24"/>
          <w:szCs w:val="24"/>
        </w:rPr>
      </w:pPr>
      <w:r w:rsidRPr="249491B5" w:rsidR="008E7B57">
        <w:rPr>
          <w:rFonts w:ascii="Arial Nova" w:hAnsi="Arial Nova"/>
          <w:sz w:val="24"/>
          <w:szCs w:val="24"/>
        </w:rPr>
        <w:t xml:space="preserve">The </w:t>
      </w:r>
      <w:r w:rsidRPr="249491B5" w:rsidR="008E7B57">
        <w:rPr>
          <w:rFonts w:ascii="Arial Nova" w:hAnsi="Arial Nova"/>
          <w:b w:val="1"/>
          <w:bCs w:val="1"/>
          <w:sz w:val="24"/>
          <w:szCs w:val="24"/>
        </w:rPr>
        <w:t>set/a</w:t>
      </w:r>
      <w:r w:rsidRPr="249491B5" w:rsidR="008E7B57">
        <w:rPr>
          <w:rFonts w:ascii="Arial Nova" w:hAnsi="Arial Nova"/>
          <w:sz w:val="24"/>
          <w:szCs w:val="24"/>
        </w:rPr>
        <w:t xml:space="preserve"> command calculates the sum of the two numbers and stores it in the </w:t>
      </w:r>
      <w:r w:rsidRPr="249491B5" w:rsidR="008E7B57">
        <w:rPr>
          <w:rFonts w:ascii="Arial Nova" w:hAnsi="Arial Nova"/>
          <w:b w:val="1"/>
          <w:bCs w:val="1"/>
          <w:sz w:val="24"/>
          <w:szCs w:val="24"/>
        </w:rPr>
        <w:t>sum</w:t>
      </w:r>
      <w:r w:rsidRPr="249491B5" w:rsidR="008E7B57">
        <w:rPr>
          <w:rFonts w:ascii="Arial Nova" w:hAnsi="Arial Nova"/>
          <w:sz w:val="24"/>
          <w:szCs w:val="24"/>
        </w:rPr>
        <w:t xml:space="preserve"> variable.</w:t>
      </w:r>
    </w:p>
    <w:p w:rsidRPr="00EA6F4C" w:rsidR="008E7B57" w:rsidP="003843F4" w:rsidRDefault="008E7B57" w14:paraId="0077A614" w14:textId="02869F27">
      <w:pPr>
        <w:numPr>
          <w:ilvl w:val="0"/>
          <w:numId w:val="16"/>
        </w:numPr>
        <w:spacing w:after="0" w:line="360" w:lineRule="auto"/>
        <w:jc w:val="both"/>
        <w:rPr>
          <w:rFonts w:ascii="Arial Nova" w:hAnsi="Arial Nova"/>
          <w:sz w:val="24"/>
          <w:szCs w:val="24"/>
        </w:rPr>
      </w:pPr>
      <w:r w:rsidRPr="249491B5" w:rsidR="673A36A2">
        <w:rPr>
          <w:rFonts w:ascii="Arial Nova" w:hAnsi="Arial Nova" w:eastAsia="Arial Nova" w:cs="Arial Nova"/>
          <w:noProof w:val="0"/>
          <w:sz w:val="24"/>
          <w:szCs w:val="24"/>
          <w:lang w:val="en-US"/>
        </w:rPr>
        <w:t>'echo'</w:t>
      </w:r>
      <w:r w:rsidRPr="249491B5" w:rsidR="008E7B57">
        <w:rPr>
          <w:rFonts w:ascii="Arial Nova" w:hAnsi="Arial Nova"/>
          <w:sz w:val="24"/>
          <w:szCs w:val="24"/>
        </w:rPr>
        <w:t xml:space="preserve"> displays the sum, and </w:t>
      </w:r>
      <w:r w:rsidRPr="249491B5" w:rsidR="37E70F05">
        <w:rPr>
          <w:rFonts w:ascii="Arial Nova" w:hAnsi="Arial Nova" w:eastAsia="Arial Nova" w:cs="Arial Nova"/>
          <w:noProof w:val="0"/>
          <w:sz w:val="24"/>
          <w:szCs w:val="24"/>
          <w:lang w:val="en-US"/>
        </w:rPr>
        <w:t>'pause'</w:t>
      </w:r>
      <w:r w:rsidRPr="249491B5" w:rsidR="008E7B57">
        <w:rPr>
          <w:rFonts w:ascii="Arial Nova" w:hAnsi="Arial Nova"/>
          <w:sz w:val="24"/>
          <w:szCs w:val="24"/>
        </w:rPr>
        <w:t xml:space="preserve"> waits for the user to press any key before closing the script.</w:t>
      </w:r>
    </w:p>
    <w:p w:rsidRPr="00EA6F4C" w:rsidR="008E7B57" w:rsidP="003843F4" w:rsidRDefault="008E7B57" w14:paraId="092AEB2A" w14:textId="77777777">
      <w:pPr>
        <w:spacing w:line="360" w:lineRule="auto"/>
        <w:jc w:val="both"/>
        <w:rPr>
          <w:rFonts w:ascii="Arial Nova" w:hAnsi="Arial Nova"/>
          <w:sz w:val="24"/>
          <w:szCs w:val="24"/>
        </w:rPr>
      </w:pPr>
      <w:r w:rsidRPr="00EA6F4C">
        <w:rPr>
          <w:rFonts w:ascii="Arial Nova" w:hAnsi="Arial Nova"/>
          <w:sz w:val="24"/>
          <w:szCs w:val="24"/>
        </w:rPr>
        <w:t>The script takes two numbers provided by the user and performs their addition and shows the outcome.</w:t>
      </w:r>
    </w:p>
    <w:p w:rsidR="00934311" w:rsidP="003843F4" w:rsidRDefault="008E7B57" w14:paraId="349B944C" w14:textId="77777777">
      <w:pPr>
        <w:spacing w:line="360" w:lineRule="auto"/>
        <w:jc w:val="both"/>
        <w:rPr>
          <w:rFonts w:ascii="Arial Nova" w:hAnsi="Arial Nova"/>
          <w:color w:val="222222"/>
          <w:sz w:val="24"/>
          <w:szCs w:val="24"/>
          <w:highlight w:val="white"/>
        </w:rPr>
      </w:pPr>
      <w:r w:rsidRPr="00EA6F4C">
        <w:rPr>
          <w:rFonts w:ascii="Arial Nova" w:hAnsi="Arial Nova"/>
          <w:sz w:val="24"/>
          <w:szCs w:val="24"/>
        </w:rPr>
        <w:br/>
      </w:r>
    </w:p>
    <w:p w:rsidR="00934311" w:rsidP="003843F4" w:rsidRDefault="00934311" w14:paraId="225FAAB6" w14:textId="77777777">
      <w:pPr>
        <w:spacing w:line="360" w:lineRule="auto"/>
        <w:jc w:val="both"/>
        <w:rPr>
          <w:rFonts w:ascii="Arial Nova" w:hAnsi="Arial Nova"/>
          <w:color w:val="222222"/>
          <w:sz w:val="24"/>
          <w:szCs w:val="24"/>
          <w:highlight w:val="white"/>
        </w:rPr>
      </w:pPr>
    </w:p>
    <w:p w:rsidR="00934311" w:rsidP="003843F4" w:rsidRDefault="00934311" w14:paraId="5C687A70" w14:textId="77777777">
      <w:pPr>
        <w:spacing w:line="360" w:lineRule="auto"/>
        <w:jc w:val="both"/>
        <w:rPr>
          <w:rFonts w:ascii="Arial Nova" w:hAnsi="Arial Nova"/>
          <w:color w:val="222222"/>
          <w:sz w:val="24"/>
          <w:szCs w:val="24"/>
          <w:highlight w:val="white"/>
        </w:rPr>
      </w:pPr>
    </w:p>
    <w:p w:rsidR="00934311" w:rsidP="003843F4" w:rsidRDefault="00934311" w14:paraId="15BC3AA9" w14:textId="77777777">
      <w:pPr>
        <w:spacing w:line="360" w:lineRule="auto"/>
        <w:jc w:val="both"/>
        <w:rPr>
          <w:rFonts w:ascii="Arial Nova" w:hAnsi="Arial Nova"/>
          <w:color w:val="222222"/>
          <w:sz w:val="24"/>
          <w:szCs w:val="24"/>
          <w:highlight w:val="white"/>
        </w:rPr>
      </w:pPr>
    </w:p>
    <w:p w:rsidR="00934311" w:rsidP="003843F4" w:rsidRDefault="00934311" w14:paraId="6AFC6EFE" w14:textId="77777777">
      <w:pPr>
        <w:spacing w:line="360" w:lineRule="auto"/>
        <w:jc w:val="both"/>
        <w:rPr>
          <w:rFonts w:ascii="Arial Nova" w:hAnsi="Arial Nova"/>
          <w:color w:val="222222"/>
          <w:sz w:val="24"/>
          <w:szCs w:val="24"/>
          <w:highlight w:val="white"/>
        </w:rPr>
      </w:pPr>
    </w:p>
    <w:p w:rsidRPr="00EA6F4C" w:rsidR="008E7B57" w:rsidP="003843F4" w:rsidRDefault="008E7B57" w14:paraId="4E8C6FF1" w14:textId="71231C2A">
      <w:pPr>
        <w:spacing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10: Tracert </w:t>
      </w:r>
    </w:p>
    <w:p w:rsidRPr="00EA6F4C" w:rsidR="008E7B57" w:rsidP="008E7B57" w:rsidRDefault="008E7B57" w14:paraId="6D11B119"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35F27386" wp14:editId="3146A483">
            <wp:extent cx="4629150" cy="4143375"/>
            <wp:effectExtent l="0" t="0" r="0" b="0"/>
            <wp:docPr id="31"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3"/>
                    <a:srcRect/>
                    <a:stretch>
                      <a:fillRect/>
                    </a:stretch>
                  </pic:blipFill>
                  <pic:spPr>
                    <a:xfrm>
                      <a:off x="0" y="0"/>
                      <a:ext cx="4629150" cy="4143375"/>
                    </a:xfrm>
                    <a:prstGeom prst="rect">
                      <a:avLst/>
                    </a:prstGeom>
                    <a:ln/>
                  </pic:spPr>
                </pic:pic>
              </a:graphicData>
            </a:graphic>
          </wp:inline>
        </w:drawing>
      </w:r>
    </w:p>
    <w:p w:rsidRPr="00EA6F4C" w:rsidR="008E7B57" w:rsidP="008E7B57" w:rsidRDefault="008E7B57" w14:paraId="5AC3FFB2"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3843F4" w:rsidRDefault="008E7B57" w14:paraId="2C3533FF" w14:textId="77777777">
      <w:pPr>
        <w:spacing w:line="360" w:lineRule="auto"/>
        <w:jc w:val="both"/>
        <w:rPr>
          <w:rFonts w:ascii="Arial Nova" w:hAnsi="Arial Nova"/>
          <w:sz w:val="24"/>
          <w:szCs w:val="24"/>
        </w:rPr>
      </w:pPr>
      <w:r w:rsidRPr="00EA6F4C">
        <w:rPr>
          <w:rFonts w:ascii="Arial Nova" w:hAnsi="Arial Nova"/>
          <w:sz w:val="24"/>
          <w:szCs w:val="24"/>
        </w:rPr>
        <w:t xml:space="preserve">The screenshot shows the </w:t>
      </w:r>
      <w:proofErr w:type="spellStart"/>
      <w:r w:rsidRPr="00EA6F4C">
        <w:rPr>
          <w:rFonts w:ascii="Arial Nova" w:hAnsi="Arial Nova"/>
          <w:b/>
          <w:bCs/>
          <w:sz w:val="24"/>
          <w:szCs w:val="24"/>
        </w:rPr>
        <w:t>mkdir</w:t>
      </w:r>
      <w:proofErr w:type="spellEnd"/>
      <w:r w:rsidRPr="00EA6F4C">
        <w:rPr>
          <w:rFonts w:ascii="Arial Nova" w:hAnsi="Arial Nova"/>
          <w:sz w:val="24"/>
          <w:szCs w:val="24"/>
        </w:rPr>
        <w:t xml:space="preserve"> command used in Windows:</w:t>
      </w:r>
    </w:p>
    <w:p w:rsidRPr="00EA6F4C" w:rsidR="008E7B57" w:rsidP="003843F4" w:rsidRDefault="008E7B57" w14:paraId="1018796F" w14:textId="77777777">
      <w:pPr>
        <w:numPr>
          <w:ilvl w:val="0"/>
          <w:numId w:val="17"/>
        </w:numPr>
        <w:spacing w:after="0" w:line="360" w:lineRule="auto"/>
        <w:jc w:val="both"/>
        <w:rPr>
          <w:rFonts w:ascii="Arial Nova" w:hAnsi="Arial Nova"/>
          <w:sz w:val="24"/>
          <w:szCs w:val="24"/>
        </w:rPr>
      </w:pPr>
      <w:proofErr w:type="spellStart"/>
      <w:r w:rsidRPr="00EA6F4C">
        <w:rPr>
          <w:rFonts w:ascii="Arial Nova" w:hAnsi="Arial Nova"/>
          <w:b/>
          <w:bCs/>
          <w:sz w:val="24"/>
          <w:szCs w:val="24"/>
        </w:rPr>
        <w:t>mkdir</w:t>
      </w:r>
      <w:proofErr w:type="spellEnd"/>
      <w:r w:rsidRPr="00EA6F4C">
        <w:rPr>
          <w:rFonts w:ascii="Arial Nova" w:hAnsi="Arial Nova"/>
          <w:b/>
          <w:bCs/>
          <w:sz w:val="24"/>
          <w:szCs w:val="24"/>
        </w:rPr>
        <w:t xml:space="preserve"> new</w:t>
      </w:r>
      <w:r w:rsidRPr="00EA6F4C">
        <w:rPr>
          <w:rFonts w:ascii="Arial Nova" w:hAnsi="Arial Nova"/>
          <w:sz w:val="24"/>
          <w:szCs w:val="24"/>
        </w:rPr>
        <w:t xml:space="preserve"> attempts to create a directory called </w:t>
      </w:r>
      <w:r w:rsidRPr="00EA6F4C">
        <w:rPr>
          <w:rFonts w:ascii="Arial Nova" w:hAnsi="Arial Nova"/>
          <w:b/>
          <w:bCs/>
          <w:sz w:val="24"/>
          <w:szCs w:val="24"/>
        </w:rPr>
        <w:t>new</w:t>
      </w:r>
      <w:r w:rsidRPr="00EA6F4C">
        <w:rPr>
          <w:rFonts w:ascii="Arial Nova" w:hAnsi="Arial Nova"/>
          <w:sz w:val="24"/>
          <w:szCs w:val="24"/>
        </w:rPr>
        <w:t>, but it fails because the directory already exists.</w:t>
      </w:r>
    </w:p>
    <w:p w:rsidRPr="00EA6F4C" w:rsidR="008E7B57" w:rsidP="003843F4" w:rsidRDefault="008E7B57" w14:paraId="15F748DB" w14:textId="77777777">
      <w:pPr>
        <w:numPr>
          <w:ilvl w:val="0"/>
          <w:numId w:val="17"/>
        </w:numPr>
        <w:spacing w:after="0" w:line="360" w:lineRule="auto"/>
        <w:jc w:val="both"/>
        <w:rPr>
          <w:rFonts w:ascii="Arial Nova" w:hAnsi="Arial Nova"/>
          <w:sz w:val="24"/>
          <w:szCs w:val="24"/>
        </w:rPr>
      </w:pPr>
      <w:proofErr w:type="spellStart"/>
      <w:r w:rsidRPr="00EA6F4C">
        <w:rPr>
          <w:rFonts w:ascii="Arial Nova" w:hAnsi="Arial Nova"/>
          <w:b/>
          <w:bCs/>
          <w:sz w:val="24"/>
          <w:szCs w:val="24"/>
        </w:rPr>
        <w:t>mkdir</w:t>
      </w:r>
      <w:proofErr w:type="spellEnd"/>
      <w:r w:rsidRPr="00EA6F4C">
        <w:rPr>
          <w:rFonts w:ascii="Arial Nova" w:hAnsi="Arial Nova"/>
          <w:b/>
          <w:bCs/>
          <w:sz w:val="24"/>
          <w:szCs w:val="24"/>
        </w:rPr>
        <w:t xml:space="preserve"> new1</w:t>
      </w:r>
      <w:r w:rsidRPr="00EA6F4C">
        <w:rPr>
          <w:rFonts w:ascii="Arial Nova" w:hAnsi="Arial Nova"/>
          <w:sz w:val="24"/>
          <w:szCs w:val="24"/>
        </w:rPr>
        <w:t xml:space="preserve"> successfully creates a directory called </w:t>
      </w:r>
      <w:r w:rsidRPr="00EA6F4C">
        <w:rPr>
          <w:rFonts w:ascii="Arial Nova" w:hAnsi="Arial Nova"/>
          <w:b/>
          <w:bCs/>
          <w:sz w:val="24"/>
          <w:szCs w:val="24"/>
        </w:rPr>
        <w:t>new1</w:t>
      </w:r>
      <w:r w:rsidRPr="00EA6F4C">
        <w:rPr>
          <w:rFonts w:ascii="Arial Nova" w:hAnsi="Arial Nova"/>
          <w:sz w:val="24"/>
          <w:szCs w:val="24"/>
        </w:rPr>
        <w:t>.</w:t>
      </w:r>
    </w:p>
    <w:p w:rsidRPr="00EA6F4C" w:rsidR="008E7B57" w:rsidP="003843F4" w:rsidRDefault="008E7B57" w14:paraId="4AB2AF82" w14:textId="77777777">
      <w:pPr>
        <w:numPr>
          <w:ilvl w:val="0"/>
          <w:numId w:val="17"/>
        </w:numPr>
        <w:spacing w:after="0" w:line="360" w:lineRule="auto"/>
        <w:jc w:val="both"/>
        <w:rPr>
          <w:rFonts w:ascii="Arial Nova" w:hAnsi="Arial Nova"/>
          <w:sz w:val="24"/>
          <w:szCs w:val="24"/>
        </w:rPr>
      </w:pPr>
      <w:r w:rsidRPr="00EA6F4C">
        <w:rPr>
          <w:rFonts w:ascii="Arial Nova" w:hAnsi="Arial Nova"/>
          <w:sz w:val="24"/>
          <w:szCs w:val="24"/>
        </w:rPr>
        <w:t xml:space="preserve">The </w:t>
      </w:r>
      <w:proofErr w:type="spellStart"/>
      <w:r w:rsidRPr="00EA6F4C">
        <w:rPr>
          <w:rFonts w:ascii="Arial Nova" w:hAnsi="Arial Nova"/>
          <w:b/>
          <w:bCs/>
          <w:sz w:val="24"/>
          <w:szCs w:val="24"/>
        </w:rPr>
        <w:t>dir</w:t>
      </w:r>
      <w:proofErr w:type="spellEnd"/>
      <w:r w:rsidRPr="00EA6F4C">
        <w:rPr>
          <w:rFonts w:ascii="Arial Nova" w:hAnsi="Arial Nova"/>
          <w:sz w:val="24"/>
          <w:szCs w:val="24"/>
        </w:rPr>
        <w:t xml:space="preserve"> command lists the directories in </w:t>
      </w:r>
      <w:r w:rsidRPr="00EA6F4C">
        <w:rPr>
          <w:rFonts w:ascii="Arial Nova" w:hAnsi="Arial Nova"/>
          <w:b/>
          <w:bCs/>
          <w:sz w:val="24"/>
          <w:szCs w:val="24"/>
        </w:rPr>
        <w:t>C:\Users\methu\Documents</w:t>
      </w:r>
      <w:r w:rsidRPr="00EA6F4C">
        <w:rPr>
          <w:rFonts w:ascii="Arial Nova" w:hAnsi="Arial Nova"/>
          <w:sz w:val="24"/>
          <w:szCs w:val="24"/>
        </w:rPr>
        <w:t xml:space="preserve">, showing </w:t>
      </w:r>
      <w:r w:rsidRPr="00EA6F4C">
        <w:rPr>
          <w:rFonts w:ascii="Arial Nova" w:hAnsi="Arial Nova"/>
          <w:b/>
          <w:bCs/>
          <w:sz w:val="24"/>
          <w:szCs w:val="24"/>
        </w:rPr>
        <w:t>new</w:t>
      </w:r>
      <w:r w:rsidRPr="00EA6F4C">
        <w:rPr>
          <w:rFonts w:ascii="Arial Nova" w:hAnsi="Arial Nova"/>
          <w:sz w:val="24"/>
          <w:szCs w:val="24"/>
        </w:rPr>
        <w:t xml:space="preserve"> and </w:t>
      </w:r>
      <w:r w:rsidRPr="00EA6F4C">
        <w:rPr>
          <w:rFonts w:ascii="Arial Nova" w:hAnsi="Arial Nova"/>
          <w:b/>
          <w:bCs/>
          <w:sz w:val="24"/>
          <w:szCs w:val="24"/>
        </w:rPr>
        <w:t>new1</w:t>
      </w:r>
      <w:r w:rsidRPr="00EA6F4C">
        <w:rPr>
          <w:rFonts w:ascii="Arial Nova" w:hAnsi="Arial Nova"/>
          <w:sz w:val="24"/>
          <w:szCs w:val="24"/>
        </w:rPr>
        <w:t xml:space="preserve"> among other existing directories.</w:t>
      </w:r>
    </w:p>
    <w:p w:rsidRPr="00EA6F4C" w:rsidR="008E7B57" w:rsidP="003843F4" w:rsidRDefault="008E7B57" w14:paraId="4403DFAC" w14:textId="61328E7E">
      <w:pPr>
        <w:spacing w:line="360" w:lineRule="auto"/>
        <w:jc w:val="both"/>
        <w:rPr>
          <w:rFonts w:ascii="Arial Nova" w:hAnsi="Arial Nova"/>
          <w:sz w:val="24"/>
          <w:szCs w:val="24"/>
        </w:rPr>
      </w:pPr>
      <w:r w:rsidRPr="249491B5" w:rsidR="008E7B57">
        <w:rPr>
          <w:rFonts w:ascii="Arial Nova" w:hAnsi="Arial Nova"/>
          <w:sz w:val="24"/>
          <w:szCs w:val="24"/>
        </w:rPr>
        <w:t>This sequence shows how directories are created and then successfully displayed.</w:t>
      </w:r>
    </w:p>
    <w:p w:rsidR="005532E3" w:rsidP="005532E3" w:rsidRDefault="008E7B57" w14:paraId="5EFCEB66" w14:textId="77777777">
      <w:pPr>
        <w:spacing w:line="360" w:lineRule="auto"/>
        <w:jc w:val="both"/>
        <w:rPr>
          <w:rFonts w:ascii="Arial Nova" w:hAnsi="Arial Nova"/>
          <w:color w:val="222222"/>
          <w:sz w:val="24"/>
          <w:szCs w:val="24"/>
          <w:highlight w:val="white"/>
        </w:rPr>
      </w:pPr>
      <w:r w:rsidRPr="00EA6F4C">
        <w:rPr>
          <w:rFonts w:ascii="Arial Nova" w:hAnsi="Arial Nova"/>
          <w:sz w:val="24"/>
          <w:szCs w:val="24"/>
        </w:rPr>
        <w:br/>
      </w:r>
    </w:p>
    <w:p w:rsidRPr="00EA6F4C" w:rsidR="008E7B57" w:rsidP="005532E3" w:rsidRDefault="008E7B57" w14:paraId="5A1AFB77" w14:textId="78B8A773">
      <w:pPr>
        <w:spacing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Use of Linux OS CLI commands </w:t>
      </w:r>
    </w:p>
    <w:p w:rsidRPr="00EA6F4C" w:rsidR="008E7B57" w:rsidP="003843F4" w:rsidRDefault="008E7B57" w14:paraId="582DF539" w14:textId="77777777">
      <w:pPr>
        <w:spacing w:after="160" w:line="360" w:lineRule="auto"/>
        <w:jc w:val="both"/>
        <w:rPr>
          <w:rFonts w:ascii="Arial Nova" w:hAnsi="Arial Nova"/>
          <w:b/>
          <w:bCs/>
          <w:color w:val="222222"/>
          <w:sz w:val="24"/>
          <w:szCs w:val="24"/>
          <w:highlight w:val="white"/>
        </w:rPr>
      </w:pPr>
      <w:r w:rsidRPr="00EA6F4C">
        <w:rPr>
          <w:rFonts w:ascii="Arial Nova" w:hAnsi="Arial Nova"/>
          <w:b/>
          <w:bCs/>
          <w:color w:val="222222"/>
          <w:sz w:val="24"/>
          <w:szCs w:val="24"/>
          <w:highlight w:val="white"/>
        </w:rPr>
        <w:t>Answer:</w:t>
      </w:r>
    </w:p>
    <w:p w:rsidRPr="00EA6F4C" w:rsidR="008E7B57" w:rsidP="003843F4" w:rsidRDefault="008E7B57" w14:paraId="7625623F" w14:textId="77777777">
      <w:pPr>
        <w:spacing w:after="160" w:line="360" w:lineRule="auto"/>
        <w:jc w:val="both"/>
        <w:rPr>
          <w:rFonts w:ascii="Arial Nova" w:hAnsi="Arial Nova"/>
          <w:color w:val="222222"/>
          <w:sz w:val="24"/>
          <w:szCs w:val="24"/>
          <w:highlight w:val="white"/>
        </w:rPr>
      </w:pPr>
      <w:r w:rsidRPr="00EA6F4C">
        <w:rPr>
          <w:rFonts w:ascii="Arial Nova" w:hAnsi="Arial Nova"/>
          <w:color w:val="222222"/>
          <w:sz w:val="24"/>
          <w:szCs w:val="24"/>
        </w:rPr>
        <w:t xml:space="preserve">Linux command line interface (CLI) tools allow direct communication with the operating system in the form of text commands to manipulate files, control processes, configure the system, and automate it [7]. Ls, grep, </w:t>
      </w:r>
      <w:proofErr w:type="spellStart"/>
      <w:r w:rsidRPr="00EA6F4C">
        <w:rPr>
          <w:rFonts w:ascii="Arial Nova" w:hAnsi="Arial Nova"/>
          <w:color w:val="222222"/>
          <w:sz w:val="24"/>
          <w:szCs w:val="24"/>
        </w:rPr>
        <w:t>chmod</w:t>
      </w:r>
      <w:proofErr w:type="spellEnd"/>
      <w:r w:rsidRPr="00EA6F4C">
        <w:rPr>
          <w:rFonts w:ascii="Arial Nova" w:hAnsi="Arial Nova"/>
          <w:color w:val="222222"/>
          <w:sz w:val="24"/>
          <w:szCs w:val="24"/>
        </w:rPr>
        <w:t>, and bash scripts are also extremely popular with utilities that apply to efficient task execution, accessing remote servers, and managing server administration across Linux systems [1].</w:t>
      </w:r>
    </w:p>
    <w:p w:rsidRPr="00EA6F4C" w:rsidR="008E7B57" w:rsidP="008E7B57" w:rsidRDefault="008E7B57" w14:paraId="1337033A" w14:textId="77777777">
      <w:pPr>
        <w:spacing w:after="160"/>
        <w:rPr>
          <w:rFonts w:ascii="Arial Nova" w:hAnsi="Arial Nova"/>
          <w:color w:val="222222"/>
          <w:sz w:val="24"/>
          <w:szCs w:val="24"/>
          <w:highlight w:val="white"/>
        </w:rPr>
      </w:pPr>
    </w:p>
    <w:p w:rsidRPr="00EA6F4C" w:rsidR="008E7B57" w:rsidP="008E7B57" w:rsidRDefault="008E7B57" w14:paraId="408370C2" w14:textId="77777777">
      <w:pPr>
        <w:spacing w:before="160" w:after="80"/>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1: SU – </w:t>
      </w:r>
      <w:proofErr w:type="spellStart"/>
      <w:r w:rsidRPr="00EA6F4C">
        <w:rPr>
          <w:rFonts w:ascii="Arial Nova" w:hAnsi="Arial Nova"/>
          <w:color w:val="222222"/>
          <w:sz w:val="24"/>
          <w:szCs w:val="24"/>
          <w:highlight w:val="white"/>
        </w:rPr>
        <w:t>swiss</w:t>
      </w:r>
      <w:proofErr w:type="spellEnd"/>
      <w:r w:rsidRPr="00EA6F4C">
        <w:rPr>
          <w:rFonts w:ascii="Arial Nova" w:hAnsi="Arial Nova"/>
          <w:color w:val="222222"/>
          <w:sz w:val="24"/>
          <w:szCs w:val="24"/>
          <w:highlight w:val="white"/>
        </w:rPr>
        <w:t xml:space="preserve"> user </w:t>
      </w:r>
    </w:p>
    <w:p w:rsidRPr="00EA6F4C" w:rsidR="008E7B57" w:rsidP="008E7B57" w:rsidRDefault="008E7B57" w14:paraId="0D898E28" w14:textId="30CA5EAF">
      <w:pPr>
        <w:spacing w:after="160"/>
        <w:rPr>
          <w:rFonts w:ascii="Arial Nova" w:hAnsi="Arial Nova"/>
          <w:color w:val="222222"/>
          <w:sz w:val="24"/>
          <w:szCs w:val="24"/>
          <w:highlight w:val="white"/>
        </w:rPr>
      </w:pPr>
    </w:p>
    <w:p w:rsidRPr="00EA6F4C" w:rsidR="008E7B57" w:rsidP="008E7B57" w:rsidRDefault="008E7B57" w14:paraId="711F598A"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7E21FE57" wp14:editId="79275E1E">
            <wp:extent cx="5943600" cy="4552950"/>
            <wp:effectExtent l="0" t="0" r="0" b="0"/>
            <wp:docPr id="32"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24"/>
                    <a:srcRect/>
                    <a:stretch>
                      <a:fillRect/>
                    </a:stretch>
                  </pic:blipFill>
                  <pic:spPr>
                    <a:xfrm>
                      <a:off x="0" y="0"/>
                      <a:ext cx="5943600" cy="4552950"/>
                    </a:xfrm>
                    <a:prstGeom prst="rect">
                      <a:avLst/>
                    </a:prstGeom>
                    <a:ln/>
                  </pic:spPr>
                </pic:pic>
              </a:graphicData>
            </a:graphic>
          </wp:inline>
        </w:drawing>
      </w:r>
    </w:p>
    <w:p w:rsidRPr="00EA6F4C" w:rsidR="008E7B57" w:rsidP="008E7B57" w:rsidRDefault="008E7B57" w14:paraId="5ABAE823"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3843F4" w:rsidRDefault="008E7B57" w14:paraId="4F685ADC" w14:textId="77777777">
      <w:pPr>
        <w:spacing w:line="360" w:lineRule="auto"/>
        <w:jc w:val="both"/>
        <w:rPr>
          <w:rFonts w:ascii="Arial Nova" w:hAnsi="Arial Nova"/>
          <w:sz w:val="24"/>
          <w:szCs w:val="24"/>
        </w:rPr>
      </w:pPr>
      <w:r w:rsidRPr="00EA6F4C">
        <w:rPr>
          <w:rFonts w:ascii="Arial Nova" w:hAnsi="Arial Nova"/>
          <w:sz w:val="24"/>
          <w:szCs w:val="24"/>
        </w:rPr>
        <w:t xml:space="preserve">The </w:t>
      </w:r>
      <w:proofErr w:type="spellStart"/>
      <w:r w:rsidRPr="00EA6F4C">
        <w:rPr>
          <w:rFonts w:ascii="Arial Nova" w:hAnsi="Arial Nova"/>
          <w:b/>
          <w:bCs/>
          <w:sz w:val="24"/>
          <w:szCs w:val="24"/>
        </w:rPr>
        <w:t>su</w:t>
      </w:r>
      <w:proofErr w:type="spellEnd"/>
      <w:r w:rsidRPr="00EA6F4C">
        <w:rPr>
          <w:rFonts w:ascii="Arial Nova" w:hAnsi="Arial Nova"/>
          <w:sz w:val="24"/>
          <w:szCs w:val="24"/>
        </w:rPr>
        <w:t xml:space="preserve"> command is used to switch to another user account in Linux.</w:t>
      </w:r>
    </w:p>
    <w:p w:rsidRPr="00EA6F4C" w:rsidR="008E7B57" w:rsidP="003843F4" w:rsidRDefault="008E7B57" w14:paraId="71728315" w14:textId="77777777">
      <w:pPr>
        <w:spacing w:line="360" w:lineRule="auto"/>
        <w:jc w:val="both"/>
        <w:rPr>
          <w:rFonts w:ascii="Arial Nova" w:hAnsi="Arial Nova"/>
          <w:sz w:val="24"/>
          <w:szCs w:val="24"/>
        </w:rPr>
      </w:pPr>
      <w:r w:rsidRPr="00EA6F4C">
        <w:rPr>
          <w:rFonts w:ascii="Arial Nova" w:hAnsi="Arial Nova"/>
          <w:sz w:val="24"/>
          <w:szCs w:val="24"/>
        </w:rPr>
        <w:t>In the screenshot:</w:t>
      </w:r>
    </w:p>
    <w:p w:rsidRPr="00EA6F4C" w:rsidR="008E7B57" w:rsidP="003843F4" w:rsidRDefault="008E7B57" w14:paraId="511BC2AD" w14:textId="1143647E">
      <w:pPr>
        <w:numPr>
          <w:ilvl w:val="0"/>
          <w:numId w:val="18"/>
        </w:numPr>
        <w:spacing w:after="0" w:line="360" w:lineRule="auto"/>
        <w:jc w:val="both"/>
        <w:rPr>
          <w:rFonts w:ascii="Arial Nova" w:hAnsi="Arial Nova"/>
          <w:sz w:val="24"/>
          <w:szCs w:val="24"/>
        </w:rPr>
      </w:pPr>
      <w:r w:rsidRPr="249491B5" w:rsidR="008E7B57">
        <w:rPr>
          <w:rFonts w:ascii="Arial Nova" w:hAnsi="Arial Nova"/>
          <w:b w:val="1"/>
          <w:bCs w:val="1"/>
          <w:sz w:val="24"/>
          <w:szCs w:val="24"/>
        </w:rPr>
        <w:t>su</w:t>
      </w:r>
      <w:r w:rsidRPr="249491B5" w:rsidR="008E7B57">
        <w:rPr>
          <w:rFonts w:ascii="Arial Nova" w:hAnsi="Arial Nova"/>
          <w:b w:val="1"/>
          <w:bCs w:val="1"/>
          <w:sz w:val="24"/>
          <w:szCs w:val="24"/>
        </w:rPr>
        <w:t xml:space="preserve"> route</w:t>
      </w:r>
      <w:r w:rsidRPr="249491B5" w:rsidR="008E7B57">
        <w:rPr>
          <w:rFonts w:ascii="Arial Nova" w:hAnsi="Arial Nova"/>
          <w:sz w:val="24"/>
          <w:szCs w:val="24"/>
        </w:rPr>
        <w:t xml:space="preserve"> fails because the command is incorrect and </w:t>
      </w:r>
      <w:r w:rsidRPr="249491B5" w:rsidR="3209EE93">
        <w:rPr>
          <w:rFonts w:ascii="Arial Nova" w:hAnsi="Arial Nova" w:eastAsia="Arial Nova" w:cs="Arial Nova"/>
          <w:noProof w:val="0"/>
          <w:sz w:val="24"/>
          <w:szCs w:val="24"/>
          <w:lang w:val="en-US"/>
        </w:rPr>
        <w:t>the route</w:t>
      </w:r>
      <w:r w:rsidRPr="249491B5" w:rsidR="008E7B57">
        <w:rPr>
          <w:rFonts w:ascii="Arial Nova" w:hAnsi="Arial Nova"/>
          <w:sz w:val="24"/>
          <w:szCs w:val="24"/>
        </w:rPr>
        <w:t xml:space="preserve"> is not a user.</w:t>
      </w:r>
    </w:p>
    <w:p w:rsidRPr="00EA6F4C" w:rsidR="008E7B57" w:rsidP="003843F4" w:rsidRDefault="008E7B57" w14:paraId="31083F0A" w14:textId="77777777">
      <w:pPr>
        <w:numPr>
          <w:ilvl w:val="0"/>
          <w:numId w:val="18"/>
        </w:numPr>
        <w:spacing w:after="0" w:line="360" w:lineRule="auto"/>
        <w:jc w:val="both"/>
        <w:rPr>
          <w:rFonts w:ascii="Arial Nova" w:hAnsi="Arial Nova"/>
          <w:sz w:val="24"/>
          <w:szCs w:val="24"/>
        </w:rPr>
      </w:pPr>
      <w:proofErr w:type="spellStart"/>
      <w:r w:rsidRPr="00EA6F4C">
        <w:rPr>
          <w:rFonts w:ascii="Arial Nova" w:hAnsi="Arial Nova"/>
          <w:b/>
          <w:bCs/>
          <w:sz w:val="24"/>
          <w:szCs w:val="24"/>
        </w:rPr>
        <w:t>su</w:t>
      </w:r>
      <w:proofErr w:type="spellEnd"/>
      <w:r w:rsidRPr="00EA6F4C">
        <w:rPr>
          <w:rFonts w:ascii="Arial Nova" w:hAnsi="Arial Nova"/>
          <w:sz w:val="24"/>
          <w:szCs w:val="24"/>
        </w:rPr>
        <w:t xml:space="preserve"> prompts for a password but fails due to incorrect authentication.</w:t>
      </w:r>
    </w:p>
    <w:p w:rsidRPr="00EA6F4C" w:rsidR="008E7B57" w:rsidP="003843F4" w:rsidRDefault="008E7B57" w14:paraId="24673475" w14:textId="77777777">
      <w:pPr>
        <w:numPr>
          <w:ilvl w:val="0"/>
          <w:numId w:val="18"/>
        </w:numPr>
        <w:spacing w:after="0" w:line="360" w:lineRule="auto"/>
        <w:jc w:val="both"/>
        <w:rPr>
          <w:rFonts w:ascii="Arial Nova" w:hAnsi="Arial Nova"/>
          <w:sz w:val="24"/>
          <w:szCs w:val="24"/>
        </w:rPr>
      </w:pPr>
      <w:proofErr w:type="spellStart"/>
      <w:r w:rsidRPr="00EA6F4C">
        <w:rPr>
          <w:rFonts w:ascii="Arial Nova" w:hAnsi="Arial Nova"/>
          <w:b/>
          <w:bCs/>
          <w:sz w:val="24"/>
          <w:szCs w:val="24"/>
        </w:rPr>
        <w:t>su</w:t>
      </w:r>
      <w:proofErr w:type="spellEnd"/>
      <w:r w:rsidRPr="00EA6F4C">
        <w:rPr>
          <w:rFonts w:ascii="Arial Nova" w:hAnsi="Arial Nova"/>
          <w:b/>
          <w:bCs/>
          <w:sz w:val="24"/>
          <w:szCs w:val="24"/>
        </w:rPr>
        <w:t xml:space="preserve"> sysadmin</w:t>
      </w:r>
      <w:r w:rsidRPr="00EA6F4C">
        <w:rPr>
          <w:rFonts w:ascii="Arial Nova" w:hAnsi="Arial Nova"/>
          <w:sz w:val="24"/>
          <w:szCs w:val="24"/>
        </w:rPr>
        <w:t xml:space="preserve"> successfully switches to the </w:t>
      </w:r>
      <w:r w:rsidRPr="00EA6F4C">
        <w:rPr>
          <w:rFonts w:ascii="Arial Nova" w:hAnsi="Arial Nova"/>
          <w:b/>
          <w:bCs/>
          <w:sz w:val="24"/>
          <w:szCs w:val="24"/>
        </w:rPr>
        <w:t>sysadmin</w:t>
      </w:r>
      <w:r w:rsidRPr="00EA6F4C">
        <w:rPr>
          <w:rFonts w:ascii="Arial Nova" w:hAnsi="Arial Nova"/>
          <w:sz w:val="24"/>
          <w:szCs w:val="24"/>
        </w:rPr>
        <w:t xml:space="preserve"> user after providing the correct password.</w:t>
      </w:r>
    </w:p>
    <w:p w:rsidRPr="00EA6F4C" w:rsidR="008E7B57" w:rsidP="005532E3" w:rsidRDefault="008E7B57" w14:paraId="06611A95" w14:textId="110DF3A8">
      <w:pPr>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color w:val="222222"/>
          <w:sz w:val="24"/>
          <w:szCs w:val="24"/>
          <w:highlight w:val="white"/>
        </w:rPr>
        <w:t xml:space="preserve">Example 2: PWD – present working directory </w:t>
      </w:r>
    </w:p>
    <w:p w:rsidRPr="00EA6F4C" w:rsidR="008E7B57" w:rsidP="008E7B57" w:rsidRDefault="008E7B57" w14:paraId="56456C44"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76529151" wp14:editId="589DCA55">
            <wp:extent cx="4743450" cy="4143375"/>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4743450" cy="4143375"/>
                    </a:xfrm>
                    <a:prstGeom prst="rect">
                      <a:avLst/>
                    </a:prstGeom>
                    <a:ln/>
                  </pic:spPr>
                </pic:pic>
              </a:graphicData>
            </a:graphic>
          </wp:inline>
        </w:drawing>
      </w:r>
    </w:p>
    <w:p w:rsidRPr="00EA6F4C" w:rsidR="008E7B57" w:rsidP="008E7B57" w:rsidRDefault="008E7B57" w14:paraId="40575800"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8E7B57" w:rsidRDefault="008E7B57" w14:paraId="71D7D608" w14:textId="77777777">
      <w:pPr>
        <w:rPr>
          <w:rFonts w:ascii="Arial Nova" w:hAnsi="Arial Nova"/>
          <w:sz w:val="24"/>
          <w:szCs w:val="24"/>
        </w:rPr>
      </w:pPr>
      <w:r w:rsidRPr="00EA6F4C">
        <w:rPr>
          <w:rFonts w:ascii="Arial Nova" w:hAnsi="Arial Nova"/>
          <w:sz w:val="24"/>
          <w:szCs w:val="24"/>
        </w:rPr>
        <w:t xml:space="preserve">The </w:t>
      </w:r>
      <w:proofErr w:type="spellStart"/>
      <w:r w:rsidRPr="00EA6F4C">
        <w:rPr>
          <w:rFonts w:ascii="Arial Nova" w:hAnsi="Arial Nova"/>
          <w:b/>
          <w:bCs/>
          <w:sz w:val="24"/>
          <w:szCs w:val="24"/>
        </w:rPr>
        <w:t>systeminfo</w:t>
      </w:r>
      <w:proofErr w:type="spellEnd"/>
      <w:r w:rsidRPr="00EA6F4C">
        <w:rPr>
          <w:rFonts w:ascii="Arial Nova" w:hAnsi="Arial Nova"/>
          <w:sz w:val="24"/>
          <w:szCs w:val="24"/>
        </w:rPr>
        <w:t xml:space="preserve"> command in the screenshot provides detailed information about the Windows system. It includes:</w:t>
      </w:r>
    </w:p>
    <w:p w:rsidRPr="00EA6F4C" w:rsidR="008E7B57" w:rsidP="008E7B57" w:rsidRDefault="008E7B57" w14:paraId="003AEF8A" w14:textId="77777777">
      <w:pPr>
        <w:numPr>
          <w:ilvl w:val="0"/>
          <w:numId w:val="19"/>
        </w:numPr>
        <w:spacing w:after="0"/>
        <w:rPr>
          <w:rFonts w:ascii="Arial Nova" w:hAnsi="Arial Nova"/>
          <w:sz w:val="24"/>
          <w:szCs w:val="24"/>
        </w:rPr>
      </w:pPr>
      <w:r w:rsidRPr="00EA6F4C">
        <w:rPr>
          <w:rFonts w:ascii="Arial Nova" w:hAnsi="Arial Nova"/>
          <w:b/>
          <w:bCs/>
          <w:sz w:val="24"/>
          <w:szCs w:val="24"/>
        </w:rPr>
        <w:t>Host Name</w:t>
      </w:r>
      <w:r w:rsidRPr="00EA6F4C">
        <w:rPr>
          <w:rFonts w:ascii="Arial Nova" w:hAnsi="Arial Nova"/>
          <w:sz w:val="24"/>
          <w:szCs w:val="24"/>
        </w:rPr>
        <w:t>: METS</w:t>
      </w:r>
    </w:p>
    <w:p w:rsidRPr="00EA6F4C" w:rsidR="008E7B57" w:rsidP="008E7B57" w:rsidRDefault="008E7B57" w14:paraId="700433B5" w14:textId="77777777">
      <w:pPr>
        <w:numPr>
          <w:ilvl w:val="0"/>
          <w:numId w:val="19"/>
        </w:numPr>
        <w:spacing w:after="0"/>
        <w:rPr>
          <w:rFonts w:ascii="Arial Nova" w:hAnsi="Arial Nova"/>
          <w:sz w:val="24"/>
          <w:szCs w:val="24"/>
        </w:rPr>
      </w:pPr>
      <w:r w:rsidRPr="00EA6F4C">
        <w:rPr>
          <w:rFonts w:ascii="Arial Nova" w:hAnsi="Arial Nova"/>
          <w:b/>
          <w:bCs/>
          <w:sz w:val="24"/>
          <w:szCs w:val="24"/>
        </w:rPr>
        <w:t>OS Version</w:t>
      </w:r>
      <w:r w:rsidRPr="00EA6F4C">
        <w:rPr>
          <w:rFonts w:ascii="Arial Nova" w:hAnsi="Arial Nova"/>
          <w:sz w:val="24"/>
          <w:szCs w:val="24"/>
        </w:rPr>
        <w:t>: Windows 11 Home, Build 26200</w:t>
      </w:r>
    </w:p>
    <w:p w:rsidRPr="00EA6F4C" w:rsidR="008E7B57" w:rsidP="008E7B57" w:rsidRDefault="008E7B57" w14:paraId="6C4097E5" w14:textId="77777777">
      <w:pPr>
        <w:numPr>
          <w:ilvl w:val="0"/>
          <w:numId w:val="19"/>
        </w:numPr>
        <w:spacing w:after="0"/>
        <w:rPr>
          <w:rFonts w:ascii="Arial Nova" w:hAnsi="Arial Nova"/>
          <w:sz w:val="24"/>
          <w:szCs w:val="24"/>
        </w:rPr>
      </w:pPr>
      <w:r w:rsidRPr="00EA6F4C">
        <w:rPr>
          <w:rFonts w:ascii="Arial Nova" w:hAnsi="Arial Nova"/>
          <w:b/>
          <w:bCs/>
          <w:sz w:val="24"/>
          <w:szCs w:val="24"/>
        </w:rPr>
        <w:t>Manufacturer</w:t>
      </w:r>
      <w:r w:rsidRPr="00EA6F4C">
        <w:rPr>
          <w:rFonts w:ascii="Arial Nova" w:hAnsi="Arial Nova"/>
          <w:sz w:val="24"/>
          <w:szCs w:val="24"/>
        </w:rPr>
        <w:t>: Microsoft, HP Laptop</w:t>
      </w:r>
    </w:p>
    <w:p w:rsidRPr="00EA6F4C" w:rsidR="008E7B57" w:rsidP="008E7B57" w:rsidRDefault="008E7B57" w14:paraId="05101F0F" w14:textId="77777777">
      <w:pPr>
        <w:numPr>
          <w:ilvl w:val="0"/>
          <w:numId w:val="19"/>
        </w:numPr>
        <w:spacing w:after="0"/>
        <w:rPr>
          <w:rFonts w:ascii="Arial Nova" w:hAnsi="Arial Nova"/>
          <w:sz w:val="24"/>
          <w:szCs w:val="24"/>
        </w:rPr>
      </w:pPr>
      <w:r w:rsidRPr="00EA6F4C">
        <w:rPr>
          <w:rFonts w:ascii="Arial Nova" w:hAnsi="Arial Nova"/>
          <w:b/>
          <w:bCs/>
          <w:sz w:val="24"/>
          <w:szCs w:val="24"/>
        </w:rPr>
        <w:t>Processor</w:t>
      </w:r>
      <w:r w:rsidRPr="00EA6F4C">
        <w:rPr>
          <w:rFonts w:ascii="Arial Nova" w:hAnsi="Arial Nova"/>
          <w:sz w:val="24"/>
          <w:szCs w:val="24"/>
        </w:rPr>
        <w:t>: Intel64 Family 6 Model 154</w:t>
      </w:r>
    </w:p>
    <w:p w:rsidRPr="00EA6F4C" w:rsidR="008E7B57" w:rsidP="008E7B57" w:rsidRDefault="008E7B57" w14:paraId="56844775" w14:textId="77777777">
      <w:pPr>
        <w:numPr>
          <w:ilvl w:val="0"/>
          <w:numId w:val="19"/>
        </w:numPr>
        <w:spacing w:after="0"/>
        <w:rPr>
          <w:rFonts w:ascii="Arial Nova" w:hAnsi="Arial Nova"/>
          <w:sz w:val="24"/>
          <w:szCs w:val="24"/>
        </w:rPr>
      </w:pPr>
      <w:r w:rsidRPr="00EA6F4C">
        <w:rPr>
          <w:rFonts w:ascii="Arial Nova" w:hAnsi="Arial Nova"/>
          <w:b/>
          <w:bCs/>
          <w:sz w:val="24"/>
          <w:szCs w:val="24"/>
        </w:rPr>
        <w:t>System Memory</w:t>
      </w:r>
      <w:r w:rsidRPr="00EA6F4C">
        <w:rPr>
          <w:rFonts w:ascii="Arial Nova" w:hAnsi="Arial Nova"/>
          <w:sz w:val="24"/>
          <w:szCs w:val="24"/>
        </w:rPr>
        <w:t>: 7,863 MB total, 1,503 MB available</w:t>
      </w:r>
    </w:p>
    <w:p w:rsidRPr="00EA6F4C" w:rsidR="008E7B57" w:rsidP="008E7B57" w:rsidRDefault="008E7B57" w14:paraId="2BB63882" w14:textId="77777777">
      <w:pPr>
        <w:numPr>
          <w:ilvl w:val="0"/>
          <w:numId w:val="19"/>
        </w:numPr>
        <w:spacing w:after="0"/>
        <w:rPr>
          <w:rFonts w:ascii="Arial Nova" w:hAnsi="Arial Nova"/>
          <w:sz w:val="24"/>
          <w:szCs w:val="24"/>
        </w:rPr>
      </w:pPr>
      <w:r w:rsidRPr="00EA6F4C">
        <w:rPr>
          <w:rFonts w:ascii="Arial Nova" w:hAnsi="Arial Nova"/>
          <w:b/>
          <w:bCs/>
          <w:sz w:val="24"/>
          <w:szCs w:val="24"/>
        </w:rPr>
        <w:t>System Boot Time</w:t>
      </w:r>
      <w:r w:rsidRPr="00EA6F4C">
        <w:rPr>
          <w:rFonts w:ascii="Arial Nova" w:hAnsi="Arial Nova"/>
          <w:sz w:val="24"/>
          <w:szCs w:val="24"/>
        </w:rPr>
        <w:t>: 21/01/2026, 14:07:14</w:t>
      </w:r>
    </w:p>
    <w:p w:rsidRPr="00EA6F4C" w:rsidR="008E7B57" w:rsidP="008E7B57" w:rsidRDefault="008E7B57" w14:paraId="08A2A760" w14:textId="77777777">
      <w:pPr>
        <w:rPr>
          <w:rFonts w:ascii="Arial Nova" w:hAnsi="Arial Nova"/>
          <w:sz w:val="24"/>
          <w:szCs w:val="24"/>
        </w:rPr>
      </w:pPr>
      <w:r w:rsidRPr="00EA6F4C">
        <w:rPr>
          <w:rFonts w:ascii="Arial Nova" w:hAnsi="Arial Nova"/>
          <w:sz w:val="24"/>
          <w:szCs w:val="24"/>
        </w:rPr>
        <w:t>This command is used to provide the system configuration, hardware, and software information.</w:t>
      </w:r>
    </w:p>
    <w:p w:rsidRPr="00EA6F4C" w:rsidR="008E7B57" w:rsidP="008E7B57" w:rsidRDefault="008E7B57" w14:paraId="62FBC0AD" w14:textId="77777777">
      <w:pPr>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color w:val="222222"/>
          <w:sz w:val="24"/>
          <w:szCs w:val="24"/>
          <w:highlight w:val="white"/>
        </w:rPr>
        <w:t xml:space="preserve">Example 3: ls – list  </w:t>
      </w:r>
    </w:p>
    <w:p w:rsidRPr="00EA6F4C" w:rsidR="008E7B57" w:rsidP="008E7B57" w:rsidRDefault="008E7B57" w14:paraId="6F1B8C87" w14:textId="5C346A34">
      <w:pPr>
        <w:spacing w:after="160"/>
        <w:rPr>
          <w:rFonts w:ascii="Arial Nova" w:hAnsi="Arial Nova"/>
          <w:color w:val="222222"/>
          <w:sz w:val="24"/>
          <w:szCs w:val="24"/>
          <w:highlight w:val="white"/>
        </w:rPr>
      </w:pPr>
    </w:p>
    <w:p w:rsidRPr="00EA6F4C" w:rsidR="008E7B57" w:rsidP="008E7B57" w:rsidRDefault="008E7B57" w14:paraId="0EEB1586"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38680D19" wp14:editId="0ACB5958">
            <wp:extent cx="5943600" cy="295910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6"/>
                    <a:srcRect/>
                    <a:stretch>
                      <a:fillRect/>
                    </a:stretch>
                  </pic:blipFill>
                  <pic:spPr>
                    <a:xfrm>
                      <a:off x="0" y="0"/>
                      <a:ext cx="5943600" cy="2959100"/>
                    </a:xfrm>
                    <a:prstGeom prst="rect">
                      <a:avLst/>
                    </a:prstGeom>
                    <a:ln/>
                  </pic:spPr>
                </pic:pic>
              </a:graphicData>
            </a:graphic>
          </wp:inline>
        </w:drawing>
      </w:r>
    </w:p>
    <w:p w:rsidRPr="00EA6F4C" w:rsidR="008E7B57" w:rsidP="008E7B57" w:rsidRDefault="008E7B57" w14:paraId="6BA58088"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259FEA8D" w:rsidRDefault="008E7B57" w14:paraId="4740CCDA" w14:textId="4E9CA473">
      <w:pPr>
        <w:pStyle w:val="Normal"/>
        <w:spacing w:line="360" w:lineRule="auto"/>
        <w:jc w:val="both"/>
        <w:rPr>
          <w:rFonts w:ascii="Arial Nova" w:hAnsi="Arial Nova"/>
          <w:sz w:val="24"/>
          <w:szCs w:val="24"/>
        </w:rPr>
      </w:pPr>
      <w:r w:rsidRPr="259FEA8D" w:rsidR="008E7B57">
        <w:rPr>
          <w:rFonts w:ascii="Arial Nova" w:hAnsi="Arial Nova"/>
          <w:sz w:val="24"/>
          <w:szCs w:val="24"/>
        </w:rPr>
        <w:t xml:space="preserve">The screenshot shows a </w:t>
      </w:r>
      <w:r w:rsidRPr="259FEA8D" w:rsidR="5325F3C9">
        <w:rPr>
          <w:rFonts w:ascii="Arial Nova" w:hAnsi="Arial Nova"/>
          <w:sz w:val="24"/>
          <w:szCs w:val="24"/>
        </w:rPr>
        <w:t>B</w:t>
      </w:r>
      <w:r w:rsidRPr="259FEA8D" w:rsidR="22DED5F9">
        <w:rPr>
          <w:rFonts w:ascii="Arial Nova" w:hAnsi="Arial Nova" w:eastAsia="Arial Nova" w:cs="Arial Nova"/>
          <w:noProof w:val="0"/>
          <w:sz w:val="24"/>
          <w:szCs w:val="24"/>
          <w:lang w:val="en-US"/>
        </w:rPr>
        <w:t>atch</w:t>
      </w:r>
      <w:r w:rsidRPr="259FEA8D" w:rsidR="008E7B57">
        <w:rPr>
          <w:rFonts w:ascii="Arial Nova" w:hAnsi="Arial Nova"/>
          <w:b w:val="1"/>
          <w:bCs w:val="1"/>
          <w:sz w:val="24"/>
          <w:szCs w:val="24"/>
        </w:rPr>
        <w:t xml:space="preserve"> script</w:t>
      </w:r>
      <w:r w:rsidRPr="259FEA8D" w:rsidR="008E7B57">
        <w:rPr>
          <w:rFonts w:ascii="Arial Nova" w:hAnsi="Arial Nova"/>
          <w:sz w:val="24"/>
          <w:szCs w:val="24"/>
        </w:rPr>
        <w:t xml:space="preserve"> that </w:t>
      </w:r>
      <w:r w:rsidRPr="259FEA8D" w:rsidR="008E7B57">
        <w:rPr>
          <w:rFonts w:ascii="Arial Nova" w:hAnsi="Arial Nova"/>
          <w:sz w:val="24"/>
          <w:szCs w:val="24"/>
        </w:rPr>
        <w:t>determines</w:t>
      </w:r>
      <w:r w:rsidRPr="259FEA8D" w:rsidR="008E7B57">
        <w:rPr>
          <w:rFonts w:ascii="Arial Nova" w:hAnsi="Arial Nova"/>
          <w:sz w:val="24"/>
          <w:szCs w:val="24"/>
        </w:rPr>
        <w:t xml:space="preserve"> eligibility to vote based on age:</w:t>
      </w:r>
    </w:p>
    <w:p w:rsidRPr="00EA6F4C" w:rsidR="008E7B57" w:rsidP="00462A01" w:rsidRDefault="008E7B57" w14:paraId="1BFFB352" w14:textId="77777777">
      <w:pPr>
        <w:numPr>
          <w:ilvl w:val="0"/>
          <w:numId w:val="20"/>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set /p</w:t>
      </w:r>
      <w:r w:rsidRPr="00EA6F4C">
        <w:rPr>
          <w:rFonts w:ascii="Arial Nova" w:hAnsi="Arial Nova"/>
          <w:sz w:val="24"/>
          <w:szCs w:val="24"/>
        </w:rPr>
        <w:t xml:space="preserve"> command prompts the user to enter their age.</w:t>
      </w:r>
    </w:p>
    <w:p w:rsidRPr="00EA6F4C" w:rsidR="008E7B57" w:rsidP="00462A01" w:rsidRDefault="008E7B57" w14:paraId="3B8F0863" w14:textId="77777777">
      <w:pPr>
        <w:numPr>
          <w:ilvl w:val="0"/>
          <w:numId w:val="20"/>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if</w:t>
      </w:r>
      <w:r w:rsidRPr="00EA6F4C">
        <w:rPr>
          <w:rFonts w:ascii="Arial Nova" w:hAnsi="Arial Nova"/>
          <w:sz w:val="24"/>
          <w:szCs w:val="24"/>
        </w:rPr>
        <w:t xml:space="preserve"> statement checks if the age is greater than or equal to 18.</w:t>
      </w:r>
    </w:p>
    <w:p w:rsidRPr="00EA6F4C" w:rsidR="008E7B57" w:rsidP="00462A01" w:rsidRDefault="008E7B57" w14:paraId="79418F42" w14:textId="77777777">
      <w:pPr>
        <w:numPr>
          <w:ilvl w:val="1"/>
          <w:numId w:val="20"/>
        </w:numPr>
        <w:spacing w:after="0" w:line="360" w:lineRule="auto"/>
        <w:jc w:val="both"/>
        <w:rPr>
          <w:rFonts w:ascii="Arial Nova" w:hAnsi="Arial Nova"/>
          <w:sz w:val="24"/>
          <w:szCs w:val="24"/>
        </w:rPr>
      </w:pPr>
      <w:r w:rsidRPr="00EA6F4C">
        <w:rPr>
          <w:rFonts w:ascii="Arial Nova" w:hAnsi="Arial Nova"/>
          <w:sz w:val="24"/>
          <w:szCs w:val="24"/>
        </w:rPr>
        <w:t>If true, it prints "You are eligible to vote."</w:t>
      </w:r>
    </w:p>
    <w:p w:rsidRPr="00EA6F4C" w:rsidR="008E7B57" w:rsidP="00462A01" w:rsidRDefault="008E7B57" w14:paraId="6321DA40" w14:textId="77777777">
      <w:pPr>
        <w:numPr>
          <w:ilvl w:val="1"/>
          <w:numId w:val="20"/>
        </w:numPr>
        <w:spacing w:after="0" w:line="360" w:lineRule="auto"/>
        <w:jc w:val="both"/>
        <w:rPr>
          <w:rFonts w:ascii="Arial Nova" w:hAnsi="Arial Nova"/>
          <w:sz w:val="24"/>
          <w:szCs w:val="24"/>
        </w:rPr>
      </w:pPr>
      <w:r w:rsidRPr="00EA6F4C">
        <w:rPr>
          <w:rFonts w:ascii="Arial Nova" w:hAnsi="Arial Nova"/>
          <w:sz w:val="24"/>
          <w:szCs w:val="24"/>
        </w:rPr>
        <w:t>If false, it prints "You are not eligible to vote yet."</w:t>
      </w:r>
    </w:p>
    <w:p w:rsidRPr="00EA6F4C" w:rsidR="008E7B57" w:rsidP="00462A01" w:rsidRDefault="008E7B57" w14:paraId="24BEAC15" w14:textId="77777777">
      <w:pPr>
        <w:numPr>
          <w:ilvl w:val="0"/>
          <w:numId w:val="20"/>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pause</w:t>
      </w:r>
      <w:r w:rsidRPr="00EA6F4C">
        <w:rPr>
          <w:rFonts w:ascii="Arial Nova" w:hAnsi="Arial Nova"/>
          <w:sz w:val="24"/>
          <w:szCs w:val="24"/>
        </w:rPr>
        <w:t xml:space="preserve"> command waits for the user to press a key before closing the window.</w:t>
      </w:r>
    </w:p>
    <w:p w:rsidRPr="00EA6F4C" w:rsidR="008E7B57" w:rsidP="00462A01" w:rsidRDefault="008E7B57" w14:paraId="41DC6B82" w14:textId="77777777">
      <w:pPr>
        <w:spacing w:line="360" w:lineRule="auto"/>
        <w:jc w:val="both"/>
        <w:rPr>
          <w:rFonts w:ascii="Arial Nova" w:hAnsi="Arial Nova"/>
          <w:sz w:val="24"/>
          <w:szCs w:val="24"/>
        </w:rPr>
      </w:pPr>
      <w:r w:rsidRPr="00EA6F4C">
        <w:rPr>
          <w:rFonts w:ascii="Arial Nova" w:hAnsi="Arial Nova"/>
          <w:sz w:val="24"/>
          <w:szCs w:val="24"/>
        </w:rPr>
        <w:t>This is a simple age check script to check the eligibility of voters.</w:t>
      </w:r>
    </w:p>
    <w:p w:rsidRPr="00EA6F4C" w:rsidR="008E7B57" w:rsidP="259FEA8D" w:rsidRDefault="008E7B57" w14:paraId="401537D0" w14:textId="48B9E5CB">
      <w:pPr>
        <w:pStyle w:val="Normal"/>
        <w:rPr>
          <w:rFonts w:ascii="Arial Nova" w:hAnsi="Arial Nova"/>
          <w:color w:val="222222"/>
          <w:sz w:val="24"/>
          <w:szCs w:val="24"/>
          <w:highlight w:val="white"/>
        </w:rPr>
      </w:pPr>
      <w:r>
        <w:br/>
      </w:r>
      <w:r w:rsidRPr="259FEA8D" w:rsidR="008E7B57">
        <w:rPr>
          <w:rFonts w:ascii="Arial Nova" w:hAnsi="Arial Nova"/>
          <w:color w:val="222222"/>
          <w:sz w:val="24"/>
          <w:szCs w:val="24"/>
          <w:highlight w:val="white"/>
        </w:rPr>
        <w:t xml:space="preserve">Example 4: cd </w:t>
      </w:r>
      <w:r w:rsidRPr="259FEA8D" w:rsidR="563E0D21">
        <w:rPr>
          <w:rFonts w:ascii="Arial Nova" w:hAnsi="Arial Nova" w:eastAsia="Arial Nova" w:cs="Arial Nova"/>
          <w:noProof w:val="0"/>
          <w:sz w:val="24"/>
          <w:szCs w:val="24"/>
          <w:lang w:val="en-US"/>
        </w:rPr>
        <w:t>– change</w:t>
      </w:r>
      <w:r w:rsidRPr="259FEA8D" w:rsidR="008E7B57">
        <w:rPr>
          <w:rFonts w:ascii="Arial Nova" w:hAnsi="Arial Nova"/>
          <w:color w:val="222222"/>
          <w:sz w:val="24"/>
          <w:szCs w:val="24"/>
          <w:highlight w:val="white"/>
        </w:rPr>
        <w:t xml:space="preserve"> directory </w:t>
      </w:r>
    </w:p>
    <w:p w:rsidRPr="00EA6F4C" w:rsidR="008E7B57" w:rsidP="008E7B57" w:rsidRDefault="008E7B57" w14:paraId="090AFB63" w14:textId="0061C7B9">
      <w:pPr>
        <w:spacing w:after="160"/>
        <w:rPr>
          <w:rFonts w:ascii="Arial Nova" w:hAnsi="Arial Nova"/>
          <w:color w:val="222222"/>
          <w:sz w:val="24"/>
          <w:szCs w:val="24"/>
          <w:highlight w:val="white"/>
        </w:rPr>
      </w:pPr>
    </w:p>
    <w:p w:rsidRPr="00EA6F4C" w:rsidR="008E7B57" w:rsidP="008E7B57" w:rsidRDefault="008E7B57" w14:paraId="022F3213"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362F2F9B" wp14:editId="4B420E59">
            <wp:extent cx="5753100" cy="4514850"/>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7"/>
                    <a:srcRect/>
                    <a:stretch>
                      <a:fillRect/>
                    </a:stretch>
                  </pic:blipFill>
                  <pic:spPr>
                    <a:xfrm>
                      <a:off x="0" y="0"/>
                      <a:ext cx="5753100" cy="4514850"/>
                    </a:xfrm>
                    <a:prstGeom prst="rect">
                      <a:avLst/>
                    </a:prstGeom>
                    <a:ln/>
                  </pic:spPr>
                </pic:pic>
              </a:graphicData>
            </a:graphic>
          </wp:inline>
        </w:drawing>
      </w:r>
    </w:p>
    <w:p w:rsidRPr="00EA6F4C" w:rsidR="008E7B57" w:rsidP="008E7B57" w:rsidRDefault="008E7B57" w14:paraId="67A0B806"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462A01" w:rsidRDefault="008E7B57" w14:paraId="1BC0B612" w14:textId="77777777">
      <w:pPr>
        <w:spacing w:line="360" w:lineRule="auto"/>
        <w:jc w:val="both"/>
        <w:rPr>
          <w:rFonts w:ascii="Arial Nova" w:hAnsi="Arial Nova"/>
          <w:sz w:val="24"/>
          <w:szCs w:val="24"/>
        </w:rPr>
      </w:pPr>
      <w:r w:rsidRPr="00EA6F4C">
        <w:rPr>
          <w:rFonts w:ascii="Arial Nova" w:hAnsi="Arial Nova"/>
          <w:sz w:val="24"/>
          <w:szCs w:val="24"/>
        </w:rPr>
        <w:t>In the screenshot:</w:t>
      </w:r>
    </w:p>
    <w:p w:rsidRPr="00EA6F4C" w:rsidR="008E7B57" w:rsidP="00462A01" w:rsidRDefault="008E7B57" w14:paraId="4B158CA2" w14:textId="77777777">
      <w:pPr>
        <w:numPr>
          <w:ilvl w:val="0"/>
          <w:numId w:val="21"/>
        </w:numPr>
        <w:spacing w:after="0" w:line="360" w:lineRule="auto"/>
        <w:jc w:val="both"/>
        <w:rPr>
          <w:rFonts w:ascii="Arial Nova" w:hAnsi="Arial Nova"/>
          <w:sz w:val="24"/>
          <w:szCs w:val="24"/>
        </w:rPr>
      </w:pPr>
      <w:r w:rsidRPr="00EA6F4C">
        <w:rPr>
          <w:rFonts w:ascii="Arial Nova" w:hAnsi="Arial Nova"/>
          <w:b/>
          <w:bCs/>
          <w:sz w:val="24"/>
          <w:szCs w:val="24"/>
        </w:rPr>
        <w:t>nano loop.sh</w:t>
      </w:r>
      <w:r w:rsidRPr="00EA6F4C">
        <w:rPr>
          <w:rFonts w:ascii="Arial Nova" w:hAnsi="Arial Nova"/>
          <w:sz w:val="24"/>
          <w:szCs w:val="24"/>
        </w:rPr>
        <w:t xml:space="preserve"> opens the </w:t>
      </w:r>
      <w:r w:rsidRPr="00EA6F4C">
        <w:rPr>
          <w:rFonts w:ascii="Arial Nova" w:hAnsi="Arial Nova"/>
          <w:b/>
          <w:bCs/>
          <w:sz w:val="24"/>
          <w:szCs w:val="24"/>
        </w:rPr>
        <w:t>loop.sh</w:t>
      </w:r>
      <w:r w:rsidRPr="00EA6F4C">
        <w:rPr>
          <w:rFonts w:ascii="Arial Nova" w:hAnsi="Arial Nova"/>
          <w:sz w:val="24"/>
          <w:szCs w:val="24"/>
        </w:rPr>
        <w:t xml:space="preserve"> shell script file for editing.</w:t>
      </w:r>
    </w:p>
    <w:p w:rsidRPr="00EA6F4C" w:rsidR="008E7B57" w:rsidP="00462A01" w:rsidRDefault="008E7B57" w14:paraId="14C0F041" w14:textId="77777777">
      <w:pPr>
        <w:numPr>
          <w:ilvl w:val="0"/>
          <w:numId w:val="21"/>
        </w:numPr>
        <w:spacing w:after="0" w:line="360" w:lineRule="auto"/>
        <w:jc w:val="both"/>
        <w:rPr>
          <w:rFonts w:ascii="Arial Nova" w:hAnsi="Arial Nova"/>
          <w:sz w:val="24"/>
          <w:szCs w:val="24"/>
        </w:rPr>
      </w:pPr>
      <w:proofErr w:type="spellStart"/>
      <w:r w:rsidRPr="00EA6F4C">
        <w:rPr>
          <w:rFonts w:ascii="Arial Nova" w:hAnsi="Arial Nova"/>
          <w:b/>
          <w:bCs/>
          <w:sz w:val="24"/>
          <w:szCs w:val="24"/>
        </w:rPr>
        <w:t>chmod</w:t>
      </w:r>
      <w:proofErr w:type="spellEnd"/>
      <w:r w:rsidRPr="00EA6F4C">
        <w:rPr>
          <w:rFonts w:ascii="Arial Nova" w:hAnsi="Arial Nova"/>
          <w:b/>
          <w:bCs/>
          <w:sz w:val="24"/>
          <w:szCs w:val="24"/>
        </w:rPr>
        <w:t xml:space="preserve"> +x loop.sh</w:t>
      </w:r>
      <w:r w:rsidRPr="00EA6F4C">
        <w:rPr>
          <w:rFonts w:ascii="Arial Nova" w:hAnsi="Arial Nova"/>
          <w:sz w:val="24"/>
          <w:szCs w:val="24"/>
        </w:rPr>
        <w:t xml:space="preserve"> grants executable permission to the script, making it runnable.</w:t>
      </w:r>
    </w:p>
    <w:p w:rsidRPr="00EA6F4C" w:rsidR="008E7B57" w:rsidP="00462A01" w:rsidRDefault="008E7B57" w14:paraId="48CDB971" w14:textId="77777777">
      <w:pPr>
        <w:numPr>
          <w:ilvl w:val="0"/>
          <w:numId w:val="21"/>
        </w:numPr>
        <w:spacing w:after="0" w:line="360" w:lineRule="auto"/>
        <w:jc w:val="both"/>
        <w:rPr>
          <w:rFonts w:ascii="Arial Nova" w:hAnsi="Arial Nova"/>
          <w:sz w:val="24"/>
          <w:szCs w:val="24"/>
        </w:rPr>
      </w:pPr>
      <w:r w:rsidRPr="00EA6F4C">
        <w:rPr>
          <w:rFonts w:ascii="Arial Nova" w:hAnsi="Arial Nova"/>
          <w:b/>
          <w:bCs/>
          <w:sz w:val="24"/>
          <w:szCs w:val="24"/>
        </w:rPr>
        <w:t>./loop.sh</w:t>
      </w:r>
      <w:r w:rsidRPr="00EA6F4C">
        <w:rPr>
          <w:rFonts w:ascii="Arial Nova" w:hAnsi="Arial Nova"/>
          <w:sz w:val="24"/>
          <w:szCs w:val="24"/>
        </w:rPr>
        <w:t xml:space="preserve"> executes the </w:t>
      </w:r>
      <w:r w:rsidRPr="00EA6F4C">
        <w:rPr>
          <w:rFonts w:ascii="Arial Nova" w:hAnsi="Arial Nova"/>
          <w:b/>
          <w:bCs/>
          <w:sz w:val="24"/>
          <w:szCs w:val="24"/>
        </w:rPr>
        <w:t>loop.sh</w:t>
      </w:r>
      <w:r w:rsidRPr="00EA6F4C">
        <w:rPr>
          <w:rFonts w:ascii="Arial Nova" w:hAnsi="Arial Nova"/>
          <w:sz w:val="24"/>
          <w:szCs w:val="24"/>
        </w:rPr>
        <w:t xml:space="preserve"> script, which outputs numbers 1 to 9, likely due to a loop in the script.</w:t>
      </w:r>
    </w:p>
    <w:p w:rsidRPr="00EA6F4C" w:rsidR="008E7B57" w:rsidP="249491B5" w:rsidRDefault="008E7B57" w14:paraId="174FF700" w14:textId="2240F630">
      <w:pPr>
        <w:pStyle w:val="Normal"/>
        <w:rPr>
          <w:rFonts w:ascii="Arial Nova" w:hAnsi="Arial Nova"/>
          <w:color w:val="222222"/>
          <w:sz w:val="24"/>
          <w:szCs w:val="24"/>
          <w:highlight w:val="white"/>
        </w:rPr>
      </w:pPr>
      <w:r>
        <w:br/>
      </w:r>
      <w:r w:rsidRPr="249491B5" w:rsidR="008E7B57">
        <w:rPr>
          <w:rFonts w:ascii="Arial Nova" w:hAnsi="Arial Nova"/>
          <w:color w:val="222222"/>
          <w:sz w:val="24"/>
          <w:szCs w:val="24"/>
          <w:highlight w:val="white"/>
        </w:rPr>
        <w:t xml:space="preserve">Example 5: </w:t>
      </w:r>
      <w:r w:rsidRPr="249491B5" w:rsidR="008E7B57">
        <w:rPr>
          <w:rFonts w:ascii="Arial Nova" w:hAnsi="Arial Nova"/>
          <w:color w:val="222222"/>
          <w:sz w:val="24"/>
          <w:szCs w:val="24"/>
          <w:highlight w:val="white"/>
        </w:rPr>
        <w:t>mkdir</w:t>
      </w:r>
      <w:r w:rsidRPr="249491B5" w:rsidR="008E7B57">
        <w:rPr>
          <w:rFonts w:ascii="Arial Nova" w:hAnsi="Arial Nova"/>
          <w:color w:val="222222"/>
          <w:sz w:val="24"/>
          <w:szCs w:val="24"/>
          <w:highlight w:val="white"/>
        </w:rPr>
        <w:t xml:space="preserve"> </w:t>
      </w:r>
      <w:r w:rsidRPr="249491B5" w:rsidR="6EAEA168">
        <w:rPr>
          <w:rFonts w:ascii="Arial Nova" w:hAnsi="Arial Nova" w:eastAsia="Arial Nova" w:cs="Arial Nova"/>
          <w:noProof w:val="0"/>
          <w:sz w:val="24"/>
          <w:szCs w:val="24"/>
          <w:lang w:val="en-US"/>
        </w:rPr>
        <w:t>– make</w:t>
      </w:r>
      <w:r w:rsidRPr="249491B5" w:rsidR="008E7B57">
        <w:rPr>
          <w:rFonts w:ascii="Arial Nova" w:hAnsi="Arial Nova"/>
          <w:color w:val="222222"/>
          <w:sz w:val="24"/>
          <w:szCs w:val="24"/>
          <w:highlight w:val="white"/>
        </w:rPr>
        <w:t xml:space="preserve"> directory </w:t>
      </w:r>
    </w:p>
    <w:p w:rsidRPr="00EA6F4C" w:rsidR="008E7B57" w:rsidP="008E7B57" w:rsidRDefault="008E7B57" w14:paraId="71C37165" w14:textId="35794FB7">
      <w:pPr>
        <w:spacing w:after="160"/>
        <w:rPr>
          <w:rFonts w:ascii="Arial Nova" w:hAnsi="Arial Nova"/>
          <w:color w:val="222222"/>
          <w:sz w:val="24"/>
          <w:szCs w:val="24"/>
          <w:highlight w:val="white"/>
        </w:rPr>
      </w:pPr>
    </w:p>
    <w:p w:rsidRPr="00EA6F4C" w:rsidR="008E7B57" w:rsidP="008E7B57" w:rsidRDefault="008E7B57" w14:paraId="0C967E7A"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402D3949" wp14:editId="21FB6DE7">
            <wp:extent cx="5829300" cy="4457700"/>
            <wp:effectExtent l="0" t="0" r="0" b="0"/>
            <wp:docPr id="21"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8"/>
                    <a:srcRect/>
                    <a:stretch>
                      <a:fillRect/>
                    </a:stretch>
                  </pic:blipFill>
                  <pic:spPr>
                    <a:xfrm>
                      <a:off x="0" y="0"/>
                      <a:ext cx="5829300" cy="4457700"/>
                    </a:xfrm>
                    <a:prstGeom prst="rect">
                      <a:avLst/>
                    </a:prstGeom>
                    <a:ln/>
                  </pic:spPr>
                </pic:pic>
              </a:graphicData>
            </a:graphic>
          </wp:inline>
        </w:drawing>
      </w:r>
    </w:p>
    <w:p w:rsidRPr="00EA6F4C" w:rsidR="008E7B57" w:rsidP="00462A01" w:rsidRDefault="008E7B57" w14:paraId="047ECBD7" w14:textId="77777777">
      <w:pPr>
        <w:spacing w:line="360" w:lineRule="auto"/>
        <w:jc w:val="both"/>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462A01" w:rsidRDefault="008E7B57" w14:paraId="0F5EAF74" w14:textId="77777777">
      <w:pPr>
        <w:spacing w:line="360" w:lineRule="auto"/>
        <w:jc w:val="both"/>
        <w:rPr>
          <w:rFonts w:ascii="Arial Nova" w:hAnsi="Arial Nova"/>
          <w:sz w:val="24"/>
          <w:szCs w:val="24"/>
        </w:rPr>
      </w:pPr>
      <w:r w:rsidRPr="00EA6F4C">
        <w:rPr>
          <w:rFonts w:ascii="Arial Nova" w:hAnsi="Arial Nova"/>
          <w:sz w:val="24"/>
          <w:szCs w:val="24"/>
        </w:rPr>
        <w:t xml:space="preserve">The </w:t>
      </w:r>
      <w:proofErr w:type="spellStart"/>
      <w:r w:rsidRPr="00EA6F4C">
        <w:rPr>
          <w:rFonts w:ascii="Arial Nova" w:hAnsi="Arial Nova"/>
          <w:b/>
          <w:bCs/>
          <w:sz w:val="24"/>
          <w:szCs w:val="24"/>
        </w:rPr>
        <w:t>pwd</w:t>
      </w:r>
      <w:proofErr w:type="spellEnd"/>
      <w:r w:rsidRPr="00EA6F4C">
        <w:rPr>
          <w:rFonts w:ascii="Arial Nova" w:hAnsi="Arial Nova"/>
          <w:sz w:val="24"/>
          <w:szCs w:val="24"/>
        </w:rPr>
        <w:t xml:space="preserve"> command in the screenshot stands for </w:t>
      </w:r>
      <w:r w:rsidRPr="00EA6F4C">
        <w:rPr>
          <w:rFonts w:ascii="Arial Nova" w:hAnsi="Arial Nova"/>
          <w:b/>
          <w:bCs/>
          <w:sz w:val="24"/>
          <w:szCs w:val="24"/>
        </w:rPr>
        <w:t>Print Working Directory</w:t>
      </w:r>
      <w:r w:rsidRPr="00EA6F4C">
        <w:rPr>
          <w:rFonts w:ascii="Arial Nova" w:hAnsi="Arial Nova"/>
          <w:sz w:val="24"/>
          <w:szCs w:val="24"/>
        </w:rPr>
        <w:t>.</w:t>
      </w:r>
    </w:p>
    <w:p w:rsidRPr="00EA6F4C" w:rsidR="008E7B57" w:rsidP="00462A01" w:rsidRDefault="008E7B57" w14:paraId="3E7DBF65" w14:textId="77777777">
      <w:pPr>
        <w:numPr>
          <w:ilvl w:val="0"/>
          <w:numId w:val="22"/>
        </w:numPr>
        <w:spacing w:after="0" w:line="360" w:lineRule="auto"/>
        <w:jc w:val="both"/>
        <w:rPr>
          <w:rFonts w:ascii="Arial Nova" w:hAnsi="Arial Nova"/>
          <w:sz w:val="24"/>
          <w:szCs w:val="24"/>
        </w:rPr>
      </w:pPr>
      <w:r w:rsidRPr="00EA6F4C">
        <w:rPr>
          <w:rFonts w:ascii="Arial Nova" w:hAnsi="Arial Nova"/>
          <w:sz w:val="24"/>
          <w:szCs w:val="24"/>
        </w:rPr>
        <w:t xml:space="preserve">The output </w:t>
      </w:r>
      <w:r w:rsidRPr="00EA6F4C">
        <w:rPr>
          <w:rFonts w:ascii="Arial Nova" w:hAnsi="Arial Nova"/>
          <w:b/>
          <w:bCs/>
          <w:sz w:val="24"/>
          <w:szCs w:val="24"/>
        </w:rPr>
        <w:t>/home/sysadmin</w:t>
      </w:r>
      <w:r w:rsidRPr="00EA6F4C">
        <w:rPr>
          <w:rFonts w:ascii="Arial Nova" w:hAnsi="Arial Nova"/>
          <w:sz w:val="24"/>
          <w:szCs w:val="24"/>
        </w:rPr>
        <w:t xml:space="preserve"> shows the current directory path the user is in, which is the </w:t>
      </w:r>
      <w:r w:rsidRPr="00EA6F4C">
        <w:rPr>
          <w:rFonts w:ascii="Arial Nova" w:hAnsi="Arial Nova"/>
          <w:b/>
          <w:bCs/>
          <w:sz w:val="24"/>
          <w:szCs w:val="24"/>
        </w:rPr>
        <w:t>sysadmin</w:t>
      </w:r>
      <w:r w:rsidRPr="00EA6F4C">
        <w:rPr>
          <w:rFonts w:ascii="Arial Nova" w:hAnsi="Arial Nova"/>
          <w:sz w:val="24"/>
          <w:szCs w:val="24"/>
        </w:rPr>
        <w:t xml:space="preserve"> user's home directory on a Linux system.</w:t>
      </w:r>
    </w:p>
    <w:p w:rsidR="005532E3" w:rsidP="00462A01" w:rsidRDefault="008E7B57" w14:paraId="20AFA571" w14:textId="77777777">
      <w:pPr>
        <w:spacing w:line="360" w:lineRule="auto"/>
        <w:jc w:val="both"/>
        <w:rPr>
          <w:rFonts w:ascii="Arial Nova" w:hAnsi="Arial Nova"/>
          <w:color w:val="222222"/>
          <w:sz w:val="24"/>
          <w:szCs w:val="24"/>
          <w:highlight w:val="white"/>
        </w:rPr>
      </w:pPr>
      <w:r w:rsidRPr="00EA6F4C">
        <w:rPr>
          <w:rFonts w:ascii="Arial Nova" w:hAnsi="Arial Nova"/>
          <w:sz w:val="24"/>
          <w:szCs w:val="24"/>
        </w:rPr>
        <w:br/>
      </w:r>
    </w:p>
    <w:p w:rsidR="005532E3" w:rsidP="00462A01" w:rsidRDefault="005532E3" w14:paraId="4CCCF22A" w14:textId="77777777">
      <w:pPr>
        <w:spacing w:line="360" w:lineRule="auto"/>
        <w:jc w:val="both"/>
        <w:rPr>
          <w:rFonts w:ascii="Arial Nova" w:hAnsi="Arial Nova"/>
          <w:color w:val="222222"/>
          <w:sz w:val="24"/>
          <w:szCs w:val="24"/>
          <w:highlight w:val="white"/>
        </w:rPr>
      </w:pPr>
    </w:p>
    <w:p w:rsidR="005532E3" w:rsidP="00462A01" w:rsidRDefault="005532E3" w14:paraId="705C57AB" w14:textId="77777777">
      <w:pPr>
        <w:spacing w:line="360" w:lineRule="auto"/>
        <w:jc w:val="both"/>
        <w:rPr>
          <w:rFonts w:ascii="Arial Nova" w:hAnsi="Arial Nova"/>
          <w:color w:val="222222"/>
          <w:sz w:val="24"/>
          <w:szCs w:val="24"/>
          <w:highlight w:val="white"/>
        </w:rPr>
      </w:pPr>
    </w:p>
    <w:p w:rsidRPr="00EA6F4C" w:rsidR="008E7B57" w:rsidP="259FEA8D" w:rsidRDefault="008E7B57" w14:paraId="037A55B2" w14:textId="0C0B99E7">
      <w:pPr>
        <w:pStyle w:val="Normal"/>
        <w:spacing w:line="360" w:lineRule="auto"/>
        <w:jc w:val="both"/>
        <w:rPr>
          <w:rFonts w:ascii="Arial Nova" w:hAnsi="Arial Nova"/>
          <w:color w:val="222222"/>
          <w:sz w:val="24"/>
          <w:szCs w:val="24"/>
          <w:highlight w:val="white"/>
        </w:rPr>
      </w:pPr>
      <w:r w:rsidRPr="259FEA8D" w:rsidR="008E7B57">
        <w:rPr>
          <w:rFonts w:ascii="Arial Nova" w:hAnsi="Arial Nova"/>
          <w:color w:val="222222"/>
          <w:sz w:val="24"/>
          <w:szCs w:val="24"/>
          <w:highlight w:val="white"/>
        </w:rPr>
        <w:t xml:space="preserve">Example 6: </w:t>
      </w:r>
      <w:r w:rsidRPr="259FEA8D" w:rsidR="008E7B57">
        <w:rPr>
          <w:rFonts w:ascii="Arial Nova" w:hAnsi="Arial Nova"/>
          <w:color w:val="222222"/>
          <w:sz w:val="24"/>
          <w:szCs w:val="24"/>
          <w:highlight w:val="white"/>
        </w:rPr>
        <w:t>rmdir</w:t>
      </w:r>
      <w:r w:rsidRPr="259FEA8D" w:rsidR="008E7B57">
        <w:rPr>
          <w:rFonts w:ascii="Arial Nova" w:hAnsi="Arial Nova"/>
          <w:color w:val="222222"/>
          <w:sz w:val="24"/>
          <w:szCs w:val="24"/>
          <w:highlight w:val="white"/>
        </w:rPr>
        <w:t xml:space="preserve"> </w:t>
      </w:r>
      <w:r w:rsidRPr="259FEA8D" w:rsidR="77A97601">
        <w:rPr>
          <w:rFonts w:ascii="Arial Nova" w:hAnsi="Arial Nova" w:eastAsia="Arial Nova" w:cs="Arial Nova"/>
          <w:noProof w:val="0"/>
          <w:sz w:val="24"/>
          <w:szCs w:val="24"/>
          <w:lang w:val="en-US"/>
        </w:rPr>
        <w:t>– removes</w:t>
      </w:r>
      <w:r w:rsidRPr="259FEA8D" w:rsidR="008E7B57">
        <w:rPr>
          <w:rFonts w:ascii="Arial Nova" w:hAnsi="Arial Nova"/>
          <w:color w:val="222222"/>
          <w:sz w:val="24"/>
          <w:szCs w:val="24"/>
          <w:highlight w:val="white"/>
        </w:rPr>
        <w:t xml:space="preserve"> directory  </w:t>
      </w:r>
    </w:p>
    <w:p w:rsidRPr="00EA6F4C" w:rsidR="008E7B57" w:rsidP="008E7B57" w:rsidRDefault="008E7B57" w14:paraId="07363468"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45B3FC3A" wp14:editId="24E01796">
            <wp:extent cx="5057775" cy="4143375"/>
            <wp:effectExtent l="0" t="0" r="0" b="0"/>
            <wp:docPr id="2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9"/>
                    <a:srcRect/>
                    <a:stretch>
                      <a:fillRect/>
                    </a:stretch>
                  </pic:blipFill>
                  <pic:spPr>
                    <a:xfrm>
                      <a:off x="0" y="0"/>
                      <a:ext cx="5057775" cy="4143375"/>
                    </a:xfrm>
                    <a:prstGeom prst="rect">
                      <a:avLst/>
                    </a:prstGeom>
                    <a:ln/>
                  </pic:spPr>
                </pic:pic>
              </a:graphicData>
            </a:graphic>
          </wp:inline>
        </w:drawing>
      </w:r>
    </w:p>
    <w:p w:rsidRPr="00EA6F4C" w:rsidR="008E7B57" w:rsidP="008E7B57" w:rsidRDefault="008E7B57" w14:paraId="458529BC"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462A01" w:rsidRDefault="008E7B57" w14:paraId="209EF4BB" w14:textId="77777777">
      <w:pPr>
        <w:spacing w:line="360" w:lineRule="auto"/>
        <w:rPr>
          <w:rFonts w:ascii="Arial Nova" w:hAnsi="Arial Nova"/>
          <w:sz w:val="24"/>
          <w:szCs w:val="24"/>
        </w:rPr>
      </w:pPr>
      <w:r w:rsidRPr="00EA6F4C">
        <w:rPr>
          <w:rFonts w:ascii="Arial Nova" w:hAnsi="Arial Nova"/>
          <w:sz w:val="24"/>
          <w:szCs w:val="24"/>
        </w:rPr>
        <w:t xml:space="preserve">The </w:t>
      </w:r>
      <w:proofErr w:type="spellStart"/>
      <w:r w:rsidRPr="00EA6F4C">
        <w:rPr>
          <w:rFonts w:ascii="Arial Nova" w:hAnsi="Arial Nova"/>
          <w:b/>
          <w:bCs/>
          <w:sz w:val="24"/>
          <w:szCs w:val="24"/>
        </w:rPr>
        <w:t>tasklist</w:t>
      </w:r>
      <w:proofErr w:type="spellEnd"/>
      <w:r w:rsidRPr="00EA6F4C">
        <w:rPr>
          <w:rFonts w:ascii="Arial Nova" w:hAnsi="Arial Nova"/>
          <w:sz w:val="24"/>
          <w:szCs w:val="24"/>
        </w:rPr>
        <w:t xml:space="preserve"> command in the screenshot displays a list of active processes running on the Windows system.</w:t>
      </w:r>
    </w:p>
    <w:p w:rsidRPr="00EA6F4C" w:rsidR="008E7B57" w:rsidP="00462A01" w:rsidRDefault="008E7B57" w14:paraId="0D1F5ED6" w14:textId="09745B65">
      <w:pPr>
        <w:pStyle w:val="ListParagraph"/>
        <w:numPr>
          <w:ilvl w:val="0"/>
          <w:numId w:val="30"/>
        </w:numPr>
        <w:spacing w:after="0" w:line="360" w:lineRule="auto"/>
        <w:rPr>
          <w:rFonts w:ascii="Arial Nova" w:hAnsi="Arial Nova"/>
          <w:sz w:val="24"/>
          <w:szCs w:val="24"/>
        </w:rPr>
      </w:pPr>
      <w:r w:rsidRPr="249491B5" w:rsidR="008E7B57">
        <w:rPr>
          <w:rFonts w:ascii="Arial Nova" w:hAnsi="Arial Nova"/>
          <w:sz w:val="24"/>
          <w:szCs w:val="24"/>
        </w:rPr>
        <w:t>Processes, such as System Idle Process, Secure System, svchost.exe and its PID (Process ID),</w:t>
      </w:r>
      <w:r w:rsidRPr="249491B5" w:rsidR="008E7B57">
        <w:rPr>
          <w:rFonts w:ascii="Arial Nova" w:hAnsi="Arial Nova" w:eastAsia="Arial Nova" w:cs="Arial Nova"/>
          <w:sz w:val="24"/>
          <w:szCs w:val="24"/>
        </w:rPr>
        <w:t xml:space="preserve"> </w:t>
      </w:r>
      <w:r w:rsidRPr="249491B5" w:rsidR="12581B59">
        <w:rPr>
          <w:rFonts w:ascii="Arial Nova" w:hAnsi="Arial Nova" w:eastAsia="Arial Nova" w:cs="Arial Nova"/>
          <w:noProof w:val="0"/>
          <w:sz w:val="24"/>
          <w:szCs w:val="24"/>
          <w:lang w:val="en-US"/>
        </w:rPr>
        <w:t>session</w:t>
      </w:r>
      <w:r w:rsidRPr="249491B5" w:rsidR="0D0627EA">
        <w:rPr>
          <w:rFonts w:ascii="Arial Nova" w:hAnsi="Arial Nova" w:eastAsia="Arial Nova" w:cs="Arial Nova"/>
          <w:noProof w:val="0"/>
          <w:sz w:val="24"/>
          <w:szCs w:val="24"/>
          <w:lang w:val="en-US"/>
        </w:rPr>
        <w:t xml:space="preserve"> name</w:t>
      </w:r>
      <w:r w:rsidRPr="249491B5" w:rsidR="008E7B57">
        <w:rPr>
          <w:rFonts w:ascii="Arial Nova" w:hAnsi="Arial Nova"/>
          <w:sz w:val="24"/>
          <w:szCs w:val="24"/>
        </w:rPr>
        <w:t xml:space="preserve"> and Memory Usage are displayed in the command.</w:t>
      </w:r>
    </w:p>
    <w:p w:rsidRPr="00EA6F4C" w:rsidR="008E7B57" w:rsidP="00462A01" w:rsidRDefault="008E7B57" w14:paraId="0785F45D" w14:textId="77777777">
      <w:pPr>
        <w:pStyle w:val="ListParagraph"/>
        <w:numPr>
          <w:ilvl w:val="0"/>
          <w:numId w:val="30"/>
        </w:numPr>
        <w:spacing w:after="0" w:line="360" w:lineRule="auto"/>
        <w:rPr>
          <w:rFonts w:ascii="Arial Nova" w:hAnsi="Arial Nova"/>
          <w:sz w:val="24"/>
          <w:szCs w:val="24"/>
        </w:rPr>
      </w:pPr>
      <w:r w:rsidRPr="00EA6F4C">
        <w:rPr>
          <w:rFonts w:ascii="Arial Nova" w:hAnsi="Arial Nova"/>
          <w:sz w:val="24"/>
          <w:szCs w:val="24"/>
        </w:rPr>
        <w:t>It can be applied to keep track of system activity and memory consumption of different processes needed to manage performance and debug.</w:t>
      </w:r>
    </w:p>
    <w:p w:rsidR="005532E3" w:rsidP="00462A01" w:rsidRDefault="008E7B57" w14:paraId="7A2CDD77" w14:textId="77777777">
      <w:pPr>
        <w:spacing w:line="360" w:lineRule="auto"/>
        <w:rPr>
          <w:rFonts w:ascii="Arial Nova" w:hAnsi="Arial Nova"/>
          <w:color w:val="222222"/>
          <w:sz w:val="24"/>
          <w:szCs w:val="24"/>
          <w:highlight w:val="white"/>
        </w:rPr>
      </w:pPr>
      <w:r w:rsidRPr="00EA6F4C">
        <w:rPr>
          <w:rFonts w:ascii="Arial Nova" w:hAnsi="Arial Nova"/>
          <w:sz w:val="24"/>
          <w:szCs w:val="24"/>
        </w:rPr>
        <w:br/>
      </w:r>
    </w:p>
    <w:p w:rsidRPr="00EA6F4C" w:rsidR="008E7B57" w:rsidP="005532E3" w:rsidRDefault="008E7B57" w14:paraId="40F90A81" w14:textId="49A87878">
      <w:pPr>
        <w:spacing w:line="360" w:lineRule="auto"/>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7: touch </w:t>
      </w:r>
    </w:p>
    <w:p w:rsidRPr="00EA6F4C" w:rsidR="008E7B57" w:rsidP="008E7B57" w:rsidRDefault="008E7B57" w14:paraId="2D14CC6F"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43F59927" wp14:editId="400147D5">
            <wp:extent cx="5943600" cy="3594100"/>
            <wp:effectExtent l="0" t="0" r="0" b="0"/>
            <wp:docPr id="33"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0"/>
                    <a:srcRect/>
                    <a:stretch>
                      <a:fillRect/>
                    </a:stretch>
                  </pic:blipFill>
                  <pic:spPr>
                    <a:xfrm>
                      <a:off x="0" y="0"/>
                      <a:ext cx="5943600" cy="3594100"/>
                    </a:xfrm>
                    <a:prstGeom prst="rect">
                      <a:avLst/>
                    </a:prstGeom>
                    <a:ln/>
                  </pic:spPr>
                </pic:pic>
              </a:graphicData>
            </a:graphic>
          </wp:inline>
        </w:drawing>
      </w:r>
    </w:p>
    <w:p w:rsidRPr="00EA6F4C" w:rsidR="008E7B57" w:rsidP="008E7B57" w:rsidRDefault="008E7B57" w14:paraId="11F38270"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462A01" w:rsidRDefault="008E7B57" w14:paraId="45DFBA6F" w14:textId="77777777">
      <w:pPr>
        <w:spacing w:line="360" w:lineRule="auto"/>
        <w:jc w:val="both"/>
        <w:rPr>
          <w:rFonts w:ascii="Arial Nova" w:hAnsi="Arial Nova"/>
          <w:sz w:val="24"/>
          <w:szCs w:val="24"/>
        </w:rPr>
      </w:pPr>
      <w:r w:rsidRPr="00EA6F4C">
        <w:rPr>
          <w:rFonts w:ascii="Arial Nova" w:hAnsi="Arial Nova"/>
          <w:sz w:val="24"/>
          <w:szCs w:val="24"/>
        </w:rPr>
        <w:t xml:space="preserve">The screenshot shows the </w:t>
      </w:r>
      <w:r w:rsidRPr="00EA6F4C">
        <w:rPr>
          <w:rFonts w:ascii="Arial Nova" w:hAnsi="Arial Nova"/>
          <w:b/>
          <w:bCs/>
          <w:sz w:val="24"/>
          <w:szCs w:val="24"/>
        </w:rPr>
        <w:t>Windows Security</w:t>
      </w:r>
      <w:r w:rsidRPr="00EA6F4C">
        <w:rPr>
          <w:rFonts w:ascii="Arial Nova" w:hAnsi="Arial Nova"/>
          <w:sz w:val="24"/>
          <w:szCs w:val="24"/>
        </w:rPr>
        <w:t xml:space="preserve"> settings page.</w:t>
      </w:r>
    </w:p>
    <w:p w:rsidRPr="00EA6F4C" w:rsidR="008E7B57" w:rsidP="00462A01" w:rsidRDefault="008E7B57" w14:paraId="3300138F" w14:textId="54011653">
      <w:pPr>
        <w:numPr>
          <w:ilvl w:val="0"/>
          <w:numId w:val="23"/>
        </w:numPr>
        <w:spacing w:after="0" w:line="360" w:lineRule="auto"/>
        <w:jc w:val="both"/>
        <w:rPr>
          <w:rFonts w:ascii="Arial Nova" w:hAnsi="Arial Nova"/>
          <w:sz w:val="24"/>
          <w:szCs w:val="24"/>
        </w:rPr>
      </w:pPr>
      <w:r w:rsidRPr="249491B5" w:rsidR="008E7B57">
        <w:rPr>
          <w:rFonts w:ascii="Arial Nova" w:hAnsi="Arial Nova"/>
          <w:sz w:val="24"/>
          <w:szCs w:val="24"/>
        </w:rPr>
        <w:t xml:space="preserve">The </w:t>
      </w:r>
      <w:r w:rsidRPr="249491B5" w:rsidR="008E7B57">
        <w:rPr>
          <w:rFonts w:ascii="Arial Nova" w:hAnsi="Arial Nova"/>
          <w:b w:val="1"/>
          <w:bCs w:val="1"/>
          <w:sz w:val="24"/>
          <w:szCs w:val="24"/>
        </w:rPr>
        <w:t xml:space="preserve">Security </w:t>
      </w:r>
      <w:r w:rsidRPr="249491B5" w:rsidR="5729922F">
        <w:rPr>
          <w:rFonts w:ascii="Arial Nova" w:hAnsi="Arial Nova"/>
          <w:b w:val="1"/>
          <w:bCs w:val="1"/>
          <w:sz w:val="24"/>
          <w:szCs w:val="24"/>
        </w:rPr>
        <w:t>brief</w:t>
      </w:r>
      <w:r w:rsidRPr="249491B5" w:rsidR="008E7B57">
        <w:rPr>
          <w:rFonts w:ascii="Arial Nova" w:hAnsi="Arial Nova"/>
          <w:sz w:val="24"/>
          <w:szCs w:val="24"/>
        </w:rPr>
        <w:t xml:space="preserve"> section provides an overview of the system's security status, </w:t>
      </w:r>
      <w:r w:rsidRPr="249491B5" w:rsidR="2B538F87">
        <w:rPr>
          <w:rFonts w:ascii="Arial Nova" w:hAnsi="Arial Nova" w:eastAsia="Arial Nova" w:cs="Arial Nova"/>
          <w:noProof w:val="0"/>
          <w:sz w:val="24"/>
          <w:szCs w:val="24"/>
          <w:lang w:val="en-US"/>
        </w:rPr>
        <w:t>including the following:</w:t>
      </w:r>
    </w:p>
    <w:p w:rsidRPr="00EA6F4C" w:rsidR="008E7B57" w:rsidP="00462A01" w:rsidRDefault="008E7B57" w14:paraId="24FB299F" w14:textId="5ED73A40">
      <w:pPr>
        <w:numPr>
          <w:ilvl w:val="1"/>
          <w:numId w:val="23"/>
        </w:numPr>
        <w:spacing w:after="0" w:line="360" w:lineRule="auto"/>
        <w:jc w:val="both"/>
        <w:rPr>
          <w:rFonts w:ascii="Arial Nova" w:hAnsi="Arial Nova"/>
          <w:sz w:val="24"/>
          <w:szCs w:val="24"/>
        </w:rPr>
      </w:pPr>
      <w:r w:rsidRPr="249491B5" w:rsidR="008E7B57">
        <w:rPr>
          <w:rFonts w:ascii="Arial Nova" w:hAnsi="Arial Nova"/>
          <w:b w:val="1"/>
          <w:bCs w:val="1"/>
          <w:sz w:val="24"/>
          <w:szCs w:val="24"/>
        </w:rPr>
        <w:t>Virus &amp; threat protection</w:t>
      </w:r>
      <w:r w:rsidRPr="249491B5" w:rsidR="008E7B57">
        <w:rPr>
          <w:rFonts w:ascii="Arial Nova" w:hAnsi="Arial Nova"/>
          <w:sz w:val="24"/>
          <w:szCs w:val="24"/>
        </w:rPr>
        <w:t xml:space="preserve">: No action </w:t>
      </w:r>
      <w:r w:rsidRPr="249491B5" w:rsidR="0AA598DE">
        <w:rPr>
          <w:rFonts w:ascii="Arial Nova" w:hAnsi="Arial Nova"/>
          <w:sz w:val="24"/>
          <w:szCs w:val="24"/>
        </w:rPr>
        <w:t>is needed</w:t>
      </w:r>
      <w:r w:rsidRPr="249491B5" w:rsidR="008E7B57">
        <w:rPr>
          <w:rFonts w:ascii="Arial Nova" w:hAnsi="Arial Nova"/>
          <w:sz w:val="24"/>
          <w:szCs w:val="24"/>
        </w:rPr>
        <w:t>.</w:t>
      </w:r>
    </w:p>
    <w:p w:rsidRPr="00EA6F4C" w:rsidR="008E7B57" w:rsidP="00462A01" w:rsidRDefault="008E7B57" w14:paraId="527875FA" w14:textId="134B9586">
      <w:pPr>
        <w:numPr>
          <w:ilvl w:val="1"/>
          <w:numId w:val="23"/>
        </w:numPr>
        <w:spacing w:after="0" w:line="360" w:lineRule="auto"/>
        <w:jc w:val="both"/>
        <w:rPr>
          <w:rFonts w:ascii="Arial Nova" w:hAnsi="Arial Nova"/>
          <w:sz w:val="24"/>
          <w:szCs w:val="24"/>
        </w:rPr>
      </w:pPr>
      <w:r w:rsidRPr="249491B5" w:rsidR="008E7B57">
        <w:rPr>
          <w:rFonts w:ascii="Arial Nova" w:hAnsi="Arial Nova"/>
          <w:b w:val="1"/>
          <w:bCs w:val="1"/>
          <w:sz w:val="24"/>
          <w:szCs w:val="24"/>
        </w:rPr>
        <w:t>Account protection</w:t>
      </w:r>
      <w:r w:rsidRPr="249491B5" w:rsidR="008E7B57">
        <w:rPr>
          <w:rFonts w:ascii="Arial Nova" w:hAnsi="Arial Nova"/>
          <w:sz w:val="24"/>
          <w:szCs w:val="24"/>
        </w:rPr>
        <w:t xml:space="preserve">: No action </w:t>
      </w:r>
      <w:r w:rsidRPr="249491B5" w:rsidR="36A7CE56">
        <w:rPr>
          <w:rFonts w:ascii="Arial Nova" w:hAnsi="Arial Nova"/>
          <w:sz w:val="24"/>
          <w:szCs w:val="24"/>
        </w:rPr>
        <w:t>is needed</w:t>
      </w:r>
      <w:r w:rsidRPr="249491B5" w:rsidR="008E7B57">
        <w:rPr>
          <w:rFonts w:ascii="Arial Nova" w:hAnsi="Arial Nova"/>
          <w:sz w:val="24"/>
          <w:szCs w:val="24"/>
        </w:rPr>
        <w:t>.</w:t>
      </w:r>
    </w:p>
    <w:p w:rsidRPr="00EA6F4C" w:rsidR="008E7B57" w:rsidP="00462A01" w:rsidRDefault="008E7B57" w14:paraId="7252E104" w14:textId="77777777">
      <w:pPr>
        <w:numPr>
          <w:ilvl w:val="1"/>
          <w:numId w:val="23"/>
        </w:numPr>
        <w:spacing w:after="0" w:line="360" w:lineRule="auto"/>
        <w:jc w:val="both"/>
        <w:rPr>
          <w:rFonts w:ascii="Arial Nova" w:hAnsi="Arial Nova"/>
          <w:sz w:val="24"/>
          <w:szCs w:val="24"/>
        </w:rPr>
      </w:pPr>
      <w:r w:rsidRPr="00EA6F4C">
        <w:rPr>
          <w:rFonts w:ascii="Arial Nova" w:hAnsi="Arial Nova"/>
          <w:b/>
          <w:bCs/>
          <w:sz w:val="24"/>
          <w:szCs w:val="24"/>
        </w:rPr>
        <w:t>Firewall &amp; network protection</w:t>
      </w:r>
      <w:r w:rsidRPr="00EA6F4C">
        <w:rPr>
          <w:rFonts w:ascii="Arial Nova" w:hAnsi="Arial Nova"/>
          <w:sz w:val="24"/>
          <w:szCs w:val="24"/>
        </w:rPr>
        <w:t>: No action needed.</w:t>
      </w:r>
    </w:p>
    <w:p w:rsidRPr="00EA6F4C" w:rsidR="008E7B57" w:rsidP="00462A01" w:rsidRDefault="008E7B57" w14:paraId="708F578D" w14:textId="77777777">
      <w:pPr>
        <w:numPr>
          <w:ilvl w:val="1"/>
          <w:numId w:val="23"/>
        </w:numPr>
        <w:spacing w:after="0" w:line="360" w:lineRule="auto"/>
        <w:jc w:val="both"/>
        <w:rPr>
          <w:rFonts w:ascii="Arial Nova" w:hAnsi="Arial Nova"/>
          <w:sz w:val="24"/>
          <w:szCs w:val="24"/>
        </w:rPr>
      </w:pPr>
      <w:r w:rsidRPr="00EA6F4C">
        <w:rPr>
          <w:rFonts w:ascii="Arial Nova" w:hAnsi="Arial Nova"/>
          <w:b/>
          <w:bCs/>
          <w:sz w:val="24"/>
          <w:szCs w:val="24"/>
        </w:rPr>
        <w:t>App &amp; browser control</w:t>
      </w:r>
      <w:r w:rsidRPr="00EA6F4C">
        <w:rPr>
          <w:rFonts w:ascii="Arial Nova" w:hAnsi="Arial Nova"/>
          <w:sz w:val="24"/>
          <w:szCs w:val="24"/>
        </w:rPr>
        <w:t>: Indicates settings to block potentially unwanted apps.</w:t>
      </w:r>
    </w:p>
    <w:p w:rsidRPr="00EA6F4C" w:rsidR="008E7B57" w:rsidP="00462A01" w:rsidRDefault="008E7B57" w14:paraId="461EBB3A" w14:textId="77777777">
      <w:pPr>
        <w:numPr>
          <w:ilvl w:val="1"/>
          <w:numId w:val="23"/>
        </w:numPr>
        <w:spacing w:after="0" w:line="360" w:lineRule="auto"/>
        <w:jc w:val="both"/>
        <w:rPr>
          <w:rFonts w:ascii="Arial Nova" w:hAnsi="Arial Nova"/>
          <w:sz w:val="24"/>
          <w:szCs w:val="24"/>
        </w:rPr>
      </w:pPr>
      <w:r w:rsidRPr="00EA6F4C">
        <w:rPr>
          <w:rFonts w:ascii="Arial Nova" w:hAnsi="Arial Nova"/>
          <w:b/>
          <w:bCs/>
          <w:sz w:val="24"/>
          <w:szCs w:val="24"/>
        </w:rPr>
        <w:t>Device security</w:t>
      </w:r>
      <w:r w:rsidRPr="00EA6F4C">
        <w:rPr>
          <w:rFonts w:ascii="Arial Nova" w:hAnsi="Arial Nova"/>
          <w:sz w:val="24"/>
          <w:szCs w:val="24"/>
        </w:rPr>
        <w:t>: Information on the security features of the device.</w:t>
      </w:r>
    </w:p>
    <w:p w:rsidRPr="00EA6F4C" w:rsidR="008E7B57" w:rsidP="00462A01" w:rsidRDefault="008E7B57" w14:paraId="2401756A" w14:textId="77777777">
      <w:pPr>
        <w:numPr>
          <w:ilvl w:val="1"/>
          <w:numId w:val="23"/>
        </w:numPr>
        <w:spacing w:after="0" w:line="360" w:lineRule="auto"/>
        <w:jc w:val="both"/>
        <w:rPr>
          <w:rFonts w:ascii="Arial Nova" w:hAnsi="Arial Nova"/>
          <w:sz w:val="24"/>
          <w:szCs w:val="24"/>
        </w:rPr>
      </w:pPr>
      <w:r w:rsidRPr="00EA6F4C">
        <w:rPr>
          <w:rFonts w:ascii="Arial Nova" w:hAnsi="Arial Nova"/>
          <w:b/>
          <w:bCs/>
          <w:sz w:val="24"/>
          <w:szCs w:val="24"/>
        </w:rPr>
        <w:t>Device performance &amp; health</w:t>
      </w:r>
      <w:r w:rsidRPr="00EA6F4C">
        <w:rPr>
          <w:rFonts w:ascii="Arial Nova" w:hAnsi="Arial Nova"/>
          <w:sz w:val="24"/>
          <w:szCs w:val="24"/>
        </w:rPr>
        <w:t>: Monitors the system's performance and health.</w:t>
      </w:r>
    </w:p>
    <w:p w:rsidRPr="00EA6F4C" w:rsidR="008E7B57" w:rsidP="00462A01" w:rsidRDefault="008E7B57" w14:paraId="67023913" w14:textId="77777777">
      <w:pPr>
        <w:spacing w:line="360" w:lineRule="auto"/>
        <w:jc w:val="both"/>
        <w:rPr>
          <w:rFonts w:ascii="Arial Nova" w:hAnsi="Arial Nova"/>
          <w:sz w:val="24"/>
          <w:szCs w:val="24"/>
        </w:rPr>
      </w:pPr>
      <w:r w:rsidRPr="00EA6F4C">
        <w:rPr>
          <w:rFonts w:ascii="Arial Nova" w:hAnsi="Arial Nova"/>
          <w:sz w:val="24"/>
          <w:szCs w:val="24"/>
        </w:rPr>
        <w:t xml:space="preserve">This page is part of </w:t>
      </w:r>
      <w:r w:rsidRPr="00EA6F4C">
        <w:rPr>
          <w:rFonts w:ascii="Arial Nova" w:hAnsi="Arial Nova"/>
          <w:b/>
          <w:bCs/>
          <w:sz w:val="24"/>
          <w:szCs w:val="24"/>
        </w:rPr>
        <w:t>Windows Security</w:t>
      </w:r>
      <w:r w:rsidRPr="00EA6F4C">
        <w:rPr>
          <w:rFonts w:ascii="Arial Nova" w:hAnsi="Arial Nova"/>
          <w:sz w:val="24"/>
          <w:szCs w:val="24"/>
        </w:rPr>
        <w:t xml:space="preserve"> to manage device security and health.</w:t>
      </w:r>
    </w:p>
    <w:p w:rsidRPr="00EA6F4C" w:rsidR="008E7B57" w:rsidP="005532E3" w:rsidRDefault="008E7B57" w14:paraId="529AD8FC" w14:textId="1CBC2CAF">
      <w:pPr>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color w:val="222222"/>
          <w:sz w:val="24"/>
          <w:szCs w:val="24"/>
          <w:highlight w:val="white"/>
        </w:rPr>
        <w:t xml:space="preserve">Example 8: echo &amp; cat  </w:t>
      </w:r>
    </w:p>
    <w:p w:rsidRPr="00EA6F4C" w:rsidR="008E7B57" w:rsidP="008E7B57" w:rsidRDefault="008E7B57" w14:paraId="19831AC9"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0C2D87FB" wp14:editId="49C6543E">
            <wp:extent cx="5715000" cy="4238625"/>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1"/>
                    <a:srcRect/>
                    <a:stretch>
                      <a:fillRect/>
                    </a:stretch>
                  </pic:blipFill>
                  <pic:spPr>
                    <a:xfrm>
                      <a:off x="0" y="0"/>
                      <a:ext cx="5715000" cy="4238625"/>
                    </a:xfrm>
                    <a:prstGeom prst="rect">
                      <a:avLst/>
                    </a:prstGeom>
                    <a:ln/>
                  </pic:spPr>
                </pic:pic>
              </a:graphicData>
            </a:graphic>
          </wp:inline>
        </w:drawing>
      </w:r>
    </w:p>
    <w:p w:rsidRPr="00EA6F4C" w:rsidR="008E7B57" w:rsidP="008E7B57" w:rsidRDefault="008E7B57" w14:paraId="55A73F53"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8E7B57" w:rsidRDefault="008E7B57" w14:paraId="0C3536BC" w14:textId="77777777">
      <w:pPr>
        <w:rPr>
          <w:rFonts w:ascii="Arial Nova" w:hAnsi="Arial Nova"/>
          <w:sz w:val="24"/>
          <w:szCs w:val="24"/>
        </w:rPr>
      </w:pPr>
      <w:r w:rsidRPr="00EA6F4C">
        <w:rPr>
          <w:rFonts w:ascii="Arial Nova" w:hAnsi="Arial Nova"/>
          <w:sz w:val="24"/>
          <w:szCs w:val="24"/>
        </w:rPr>
        <w:t>In the screenshot:</w:t>
      </w:r>
    </w:p>
    <w:p w:rsidRPr="00EA6F4C" w:rsidR="008E7B57" w:rsidP="00462A01" w:rsidRDefault="008E7B57" w14:paraId="70818D21" w14:textId="4ADA691A">
      <w:pPr>
        <w:pStyle w:val="ListParagraph"/>
        <w:numPr>
          <w:ilvl w:val="0"/>
          <w:numId w:val="31"/>
        </w:numPr>
        <w:spacing w:after="0" w:line="360" w:lineRule="auto"/>
        <w:jc w:val="both"/>
        <w:rPr>
          <w:rFonts w:ascii="Arial Nova" w:hAnsi="Arial Nova"/>
          <w:sz w:val="24"/>
          <w:szCs w:val="24"/>
        </w:rPr>
      </w:pPr>
      <w:r w:rsidRPr="249491B5" w:rsidR="008E7B57">
        <w:rPr>
          <w:rFonts w:ascii="Arial Nova" w:hAnsi="Arial Nova"/>
          <w:sz w:val="24"/>
          <w:szCs w:val="24"/>
        </w:rPr>
        <w:t xml:space="preserve">To switch to the Desktop folder, the Desktop/ command is to be </w:t>
      </w:r>
      <w:r w:rsidRPr="249491B5" w:rsidR="115B2131">
        <w:rPr>
          <w:rFonts w:ascii="Arial Nova" w:hAnsi="Arial Nova" w:eastAsia="Arial Nova" w:cs="Arial Nova"/>
          <w:noProof w:val="0"/>
          <w:sz w:val="24"/>
          <w:szCs w:val="24"/>
          <w:lang w:val="en-US"/>
        </w:rPr>
        <w:t>utilised</w:t>
      </w:r>
      <w:r w:rsidRPr="249491B5" w:rsidR="008E7B57">
        <w:rPr>
          <w:rFonts w:ascii="Arial Nova" w:hAnsi="Arial Nova"/>
          <w:sz w:val="24"/>
          <w:szCs w:val="24"/>
        </w:rPr>
        <w:t xml:space="preserve"> to change the directory. The prompt </w:t>
      </w:r>
      <w:r w:rsidRPr="249491B5" w:rsidR="008E7B57">
        <w:rPr>
          <w:rFonts w:ascii="Arial Nova" w:hAnsi="Arial Nova"/>
          <w:sz w:val="24"/>
          <w:szCs w:val="24"/>
        </w:rPr>
        <w:t>indicates</w:t>
      </w:r>
      <w:r w:rsidRPr="249491B5" w:rsidR="008E7B57">
        <w:rPr>
          <w:rFonts w:ascii="Arial Nova" w:hAnsi="Arial Nova"/>
          <w:sz w:val="24"/>
          <w:szCs w:val="24"/>
        </w:rPr>
        <w:t xml:space="preserve"> that the user has navigated to a successful destination</w:t>
      </w:r>
      <w:r w:rsidRPr="249491B5" w:rsidR="25F2E006">
        <w:rPr>
          <w:noProof w:val="0"/>
          <w:lang w:val="en-US"/>
        </w:rPr>
        <w:t xml:space="preserve">, </w:t>
      </w:r>
      <w:r w:rsidRPr="249491B5" w:rsidR="25F2E006">
        <w:rPr>
          <w:rFonts w:ascii="Arial Nova" w:hAnsi="Arial Nova" w:eastAsia="Arial Nova" w:cs="Arial Nova"/>
          <w:noProof w:val="0"/>
          <w:sz w:val="24"/>
          <w:szCs w:val="24"/>
          <w:lang w:val="en-US"/>
        </w:rPr>
        <w:t>which</w:t>
      </w:r>
      <w:r w:rsidRPr="249491B5" w:rsidR="008E7B57">
        <w:rPr>
          <w:rFonts w:ascii="Arial Nova" w:hAnsi="Arial Nova"/>
          <w:sz w:val="24"/>
          <w:szCs w:val="24"/>
        </w:rPr>
        <w:t xml:space="preserve"> is the </w:t>
      </w:r>
      <w:r w:rsidRPr="249491B5" w:rsidR="47544EED">
        <w:rPr>
          <w:rFonts w:ascii="Arial Nova" w:hAnsi="Arial Nova" w:eastAsia="Arial Nova" w:cs="Arial Nova"/>
          <w:noProof w:val="0"/>
          <w:sz w:val="24"/>
          <w:szCs w:val="24"/>
          <w:lang w:val="en-US"/>
        </w:rPr>
        <w:t>desktop</w:t>
      </w:r>
      <w:r w:rsidRPr="249491B5" w:rsidR="008E7B57">
        <w:rPr>
          <w:rFonts w:ascii="Arial Nova" w:hAnsi="Arial Nova" w:eastAsia="Arial Nova" w:cs="Arial Nova"/>
          <w:sz w:val="24"/>
          <w:szCs w:val="24"/>
        </w:rPr>
        <w:t xml:space="preserve"> </w:t>
      </w:r>
      <w:r w:rsidRPr="249491B5" w:rsidR="008E7B57">
        <w:rPr>
          <w:rFonts w:ascii="Arial Nova" w:hAnsi="Arial Nova"/>
          <w:sz w:val="24"/>
          <w:szCs w:val="24"/>
        </w:rPr>
        <w:t>of the user.</w:t>
      </w:r>
    </w:p>
    <w:p w:rsidRPr="00EA6F4C" w:rsidR="008E7B57" w:rsidP="00462A01" w:rsidRDefault="008E7B57" w14:paraId="35102C17" w14:textId="77777777">
      <w:pPr>
        <w:pStyle w:val="ListParagraph"/>
        <w:numPr>
          <w:ilvl w:val="0"/>
          <w:numId w:val="31"/>
        </w:numPr>
        <w:spacing w:after="0" w:line="360" w:lineRule="auto"/>
        <w:jc w:val="both"/>
        <w:rPr>
          <w:rFonts w:ascii="Arial Nova" w:hAnsi="Arial Nova"/>
          <w:sz w:val="24"/>
          <w:szCs w:val="24"/>
        </w:rPr>
      </w:pPr>
      <w:r w:rsidRPr="00EA6F4C">
        <w:rPr>
          <w:rFonts w:ascii="Arial Nova" w:hAnsi="Arial Nova"/>
          <w:sz w:val="24"/>
          <w:szCs w:val="24"/>
        </w:rPr>
        <w:t>This is a simple navigation command in Linux command-line interface (CLI), which permits people to change to different directories.</w:t>
      </w:r>
    </w:p>
    <w:p w:rsidR="00AE4FB1" w:rsidP="00462A01" w:rsidRDefault="008E7B57" w14:paraId="315885D0" w14:textId="77777777">
      <w:pPr>
        <w:spacing w:line="360" w:lineRule="auto"/>
        <w:jc w:val="both"/>
        <w:rPr>
          <w:rFonts w:ascii="Arial Nova" w:hAnsi="Arial Nova"/>
          <w:color w:val="222222"/>
          <w:sz w:val="24"/>
          <w:szCs w:val="24"/>
          <w:highlight w:val="white"/>
        </w:rPr>
      </w:pPr>
      <w:r w:rsidRPr="00EA6F4C">
        <w:rPr>
          <w:rFonts w:ascii="Arial Nova" w:hAnsi="Arial Nova"/>
          <w:sz w:val="24"/>
          <w:szCs w:val="24"/>
        </w:rPr>
        <w:br/>
      </w:r>
    </w:p>
    <w:p w:rsidR="00AE4FB1" w:rsidP="00462A01" w:rsidRDefault="00AE4FB1" w14:paraId="578673B5" w14:textId="77777777">
      <w:pPr>
        <w:spacing w:line="360" w:lineRule="auto"/>
        <w:jc w:val="both"/>
        <w:rPr>
          <w:rFonts w:ascii="Arial Nova" w:hAnsi="Arial Nova"/>
          <w:color w:val="222222"/>
          <w:sz w:val="24"/>
          <w:szCs w:val="24"/>
          <w:highlight w:val="white"/>
        </w:rPr>
      </w:pPr>
    </w:p>
    <w:p w:rsidRPr="00EA6F4C" w:rsidR="008E7B57" w:rsidP="00AE4FB1" w:rsidRDefault="008E7B57" w14:paraId="494879E8" w14:textId="5C11D51F">
      <w:pPr>
        <w:spacing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9: if config </w:t>
      </w:r>
    </w:p>
    <w:p w:rsidRPr="00EA6F4C" w:rsidR="008E7B57" w:rsidP="008E7B57" w:rsidRDefault="008E7B57" w14:paraId="7C7987E1"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589AA0DE" wp14:editId="3F1A5664">
            <wp:extent cx="5943600" cy="3949700"/>
            <wp:effectExtent l="0" t="0" r="0" b="0"/>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2"/>
                    <a:srcRect/>
                    <a:stretch>
                      <a:fillRect/>
                    </a:stretch>
                  </pic:blipFill>
                  <pic:spPr>
                    <a:xfrm>
                      <a:off x="0" y="0"/>
                      <a:ext cx="5943600" cy="3949700"/>
                    </a:xfrm>
                    <a:prstGeom prst="rect">
                      <a:avLst/>
                    </a:prstGeom>
                    <a:ln/>
                  </pic:spPr>
                </pic:pic>
              </a:graphicData>
            </a:graphic>
          </wp:inline>
        </w:drawing>
      </w:r>
    </w:p>
    <w:p w:rsidRPr="00EA6F4C" w:rsidR="008E7B57" w:rsidP="008E7B57" w:rsidRDefault="008E7B57" w14:paraId="5D5EB155" w14:textId="77777777">
      <w:pPr>
        <w:rPr>
          <w:rFonts w:ascii="Arial Nova" w:hAnsi="Arial Nova"/>
          <w:b/>
          <w:bCs/>
          <w:sz w:val="24"/>
          <w:szCs w:val="24"/>
        </w:rPr>
      </w:pPr>
      <w:r w:rsidRPr="00EA6F4C">
        <w:rPr>
          <w:rFonts w:ascii="Arial Nova" w:hAnsi="Arial Nova"/>
          <w:b/>
          <w:bCs/>
          <w:sz w:val="24"/>
          <w:szCs w:val="24"/>
        </w:rPr>
        <w:t>Answer:</w:t>
      </w:r>
    </w:p>
    <w:p w:rsidRPr="00EA6F4C" w:rsidR="008E7B57" w:rsidP="00462A01" w:rsidRDefault="008E7B57" w14:paraId="14C5E79E" w14:textId="77777777">
      <w:pPr>
        <w:spacing w:line="360" w:lineRule="auto"/>
        <w:jc w:val="both"/>
        <w:rPr>
          <w:rFonts w:ascii="Arial Nova" w:hAnsi="Arial Nova"/>
          <w:sz w:val="24"/>
          <w:szCs w:val="24"/>
        </w:rPr>
      </w:pPr>
      <w:r w:rsidRPr="00EA6F4C">
        <w:rPr>
          <w:rFonts w:ascii="Arial Nova" w:hAnsi="Arial Nova"/>
          <w:sz w:val="24"/>
          <w:szCs w:val="24"/>
        </w:rPr>
        <w:t xml:space="preserve">The </w:t>
      </w:r>
      <w:proofErr w:type="spellStart"/>
      <w:r w:rsidRPr="00EA6F4C">
        <w:rPr>
          <w:rFonts w:ascii="Arial Nova" w:hAnsi="Arial Nova"/>
          <w:b/>
          <w:bCs/>
          <w:sz w:val="24"/>
          <w:szCs w:val="24"/>
        </w:rPr>
        <w:t>tracert</w:t>
      </w:r>
      <w:proofErr w:type="spellEnd"/>
      <w:r w:rsidRPr="00EA6F4C">
        <w:rPr>
          <w:rFonts w:ascii="Arial Nova" w:hAnsi="Arial Nova"/>
          <w:sz w:val="24"/>
          <w:szCs w:val="24"/>
        </w:rPr>
        <w:t xml:space="preserve"> command in the screenshot is used to trace the route taken by packets from the user's system to </w:t>
      </w:r>
      <w:r w:rsidRPr="00EA6F4C">
        <w:rPr>
          <w:rFonts w:ascii="Arial Nova" w:hAnsi="Arial Nova"/>
          <w:b/>
          <w:bCs/>
          <w:sz w:val="24"/>
          <w:szCs w:val="24"/>
        </w:rPr>
        <w:t>www.google.com</w:t>
      </w:r>
      <w:r w:rsidRPr="00EA6F4C">
        <w:rPr>
          <w:rFonts w:ascii="Arial Nova" w:hAnsi="Arial Nova"/>
          <w:sz w:val="24"/>
          <w:szCs w:val="24"/>
        </w:rPr>
        <w:t>:</w:t>
      </w:r>
    </w:p>
    <w:p w:rsidRPr="00EA6F4C" w:rsidR="008E7B57" w:rsidP="00462A01" w:rsidRDefault="008E7B57" w14:paraId="075354CB" w14:textId="77777777">
      <w:pPr>
        <w:numPr>
          <w:ilvl w:val="0"/>
          <w:numId w:val="24"/>
        </w:numPr>
        <w:spacing w:after="0" w:line="360" w:lineRule="auto"/>
        <w:jc w:val="both"/>
        <w:rPr>
          <w:rFonts w:ascii="Arial Nova" w:hAnsi="Arial Nova"/>
          <w:sz w:val="24"/>
          <w:szCs w:val="24"/>
        </w:rPr>
      </w:pPr>
      <w:r w:rsidRPr="00EA6F4C">
        <w:rPr>
          <w:rFonts w:ascii="Arial Nova" w:hAnsi="Arial Nova"/>
          <w:sz w:val="24"/>
          <w:szCs w:val="24"/>
        </w:rPr>
        <w:t>The command outputs each hop along the route, showing the round-trip time (in milliseconds) for each hop.</w:t>
      </w:r>
    </w:p>
    <w:p w:rsidRPr="00EA6F4C" w:rsidR="008E7B57" w:rsidP="00462A01" w:rsidRDefault="008E7B57" w14:paraId="22E8B2A9" w14:textId="77777777">
      <w:pPr>
        <w:numPr>
          <w:ilvl w:val="0"/>
          <w:numId w:val="24"/>
        </w:numPr>
        <w:spacing w:after="0" w:line="360" w:lineRule="auto"/>
        <w:jc w:val="both"/>
        <w:rPr>
          <w:rFonts w:ascii="Arial Nova" w:hAnsi="Arial Nova"/>
          <w:sz w:val="24"/>
          <w:szCs w:val="24"/>
        </w:rPr>
      </w:pPr>
      <w:r w:rsidRPr="00EA6F4C">
        <w:rPr>
          <w:rFonts w:ascii="Arial Nova" w:hAnsi="Arial Nova"/>
          <w:sz w:val="24"/>
          <w:szCs w:val="24"/>
        </w:rPr>
        <w:t xml:space="preserve">Some hops (from hop 10 onward) show </w:t>
      </w:r>
      <w:r w:rsidRPr="00EA6F4C">
        <w:rPr>
          <w:rFonts w:ascii="Arial Nova" w:hAnsi="Arial Nova"/>
          <w:b/>
          <w:bCs/>
          <w:sz w:val="24"/>
          <w:szCs w:val="24"/>
        </w:rPr>
        <w:t>Request timed out</w:t>
      </w:r>
      <w:r w:rsidRPr="00EA6F4C">
        <w:rPr>
          <w:rFonts w:ascii="Arial Nova" w:hAnsi="Arial Nova"/>
          <w:sz w:val="24"/>
          <w:szCs w:val="24"/>
        </w:rPr>
        <w:t>, indicating that those intermediate routers are configured to not respond to ICMP requests.</w:t>
      </w:r>
    </w:p>
    <w:p w:rsidRPr="00EA6F4C" w:rsidR="008E7B57" w:rsidP="00462A01" w:rsidRDefault="008E7B57" w14:paraId="541AB8BD" w14:textId="77777777">
      <w:pPr>
        <w:numPr>
          <w:ilvl w:val="0"/>
          <w:numId w:val="24"/>
        </w:numPr>
        <w:spacing w:after="0" w:line="360" w:lineRule="auto"/>
        <w:jc w:val="both"/>
        <w:rPr>
          <w:rFonts w:ascii="Arial Nova" w:hAnsi="Arial Nova"/>
          <w:sz w:val="24"/>
          <w:szCs w:val="24"/>
        </w:rPr>
      </w:pPr>
      <w:r w:rsidRPr="00EA6F4C">
        <w:rPr>
          <w:rFonts w:ascii="Arial Nova" w:hAnsi="Arial Nova"/>
          <w:sz w:val="24"/>
          <w:szCs w:val="24"/>
        </w:rPr>
        <w:t xml:space="preserve">The final destination, </w:t>
      </w:r>
      <w:r w:rsidRPr="00EA6F4C">
        <w:rPr>
          <w:rFonts w:ascii="Arial Nova" w:hAnsi="Arial Nova"/>
          <w:b/>
          <w:bCs/>
          <w:sz w:val="24"/>
          <w:szCs w:val="24"/>
        </w:rPr>
        <w:t>lclhrb-in-f99.1e100.net</w:t>
      </w:r>
      <w:r w:rsidRPr="00EA6F4C">
        <w:rPr>
          <w:rFonts w:ascii="Arial Nova" w:hAnsi="Arial Nova"/>
          <w:sz w:val="24"/>
          <w:szCs w:val="24"/>
        </w:rPr>
        <w:t>, is successfully reached, with the trace completing.</w:t>
      </w:r>
    </w:p>
    <w:p w:rsidRPr="00EA6F4C" w:rsidR="008E7B57" w:rsidP="00462A01" w:rsidRDefault="008E7B57" w14:paraId="202DFF1B" w14:textId="77777777">
      <w:pPr>
        <w:spacing w:line="360" w:lineRule="auto"/>
        <w:jc w:val="both"/>
        <w:rPr>
          <w:rFonts w:ascii="Arial Nova" w:hAnsi="Arial Nova"/>
          <w:sz w:val="24"/>
          <w:szCs w:val="24"/>
        </w:rPr>
      </w:pPr>
      <w:r w:rsidRPr="00EA6F4C">
        <w:rPr>
          <w:rFonts w:ascii="Arial Nova" w:hAnsi="Arial Nova"/>
          <w:sz w:val="24"/>
          <w:szCs w:val="24"/>
        </w:rPr>
        <w:t>This tool is useful for diagnosing network routing issues.</w:t>
      </w:r>
    </w:p>
    <w:p w:rsidRPr="00EA6F4C" w:rsidR="008E7B57" w:rsidP="00AE4FB1" w:rsidRDefault="008E7B57" w14:paraId="6AFACD3E" w14:textId="632B84F1">
      <w:pPr>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color w:val="222222"/>
          <w:sz w:val="24"/>
          <w:szCs w:val="24"/>
          <w:highlight w:val="white"/>
        </w:rPr>
        <w:t xml:space="preserve">Example 10: </w:t>
      </w:r>
      <w:proofErr w:type="spellStart"/>
      <w:r w:rsidRPr="00EA6F4C">
        <w:rPr>
          <w:rFonts w:ascii="Arial Nova" w:hAnsi="Arial Nova"/>
          <w:color w:val="222222"/>
          <w:sz w:val="24"/>
          <w:szCs w:val="24"/>
          <w:highlight w:val="white"/>
        </w:rPr>
        <w:t>whoami</w:t>
      </w:r>
      <w:proofErr w:type="spellEnd"/>
      <w:r w:rsidRPr="00EA6F4C">
        <w:rPr>
          <w:rFonts w:ascii="Arial Nova" w:hAnsi="Arial Nova"/>
          <w:color w:val="222222"/>
          <w:sz w:val="24"/>
          <w:szCs w:val="24"/>
          <w:highlight w:val="white"/>
        </w:rPr>
        <w:t xml:space="preserve"> , date &amp; rm  </w:t>
      </w:r>
    </w:p>
    <w:p w:rsidRPr="00EA6F4C" w:rsidR="008E7B57" w:rsidP="008E7B57" w:rsidRDefault="008E7B57" w14:paraId="32A0C381"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707109D3" wp14:editId="3B92D924">
            <wp:extent cx="5943600" cy="4089400"/>
            <wp:effectExtent l="0" t="0" r="0" b="0"/>
            <wp:docPr id="34"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3"/>
                    <a:srcRect/>
                    <a:stretch>
                      <a:fillRect/>
                    </a:stretch>
                  </pic:blipFill>
                  <pic:spPr>
                    <a:xfrm>
                      <a:off x="0" y="0"/>
                      <a:ext cx="5943600" cy="4089400"/>
                    </a:xfrm>
                    <a:prstGeom prst="rect">
                      <a:avLst/>
                    </a:prstGeom>
                    <a:ln/>
                  </pic:spPr>
                </pic:pic>
              </a:graphicData>
            </a:graphic>
          </wp:inline>
        </w:drawing>
      </w:r>
    </w:p>
    <w:p w:rsidRPr="00EA6F4C" w:rsidR="008E7B57" w:rsidP="008E7B57" w:rsidRDefault="008E7B57" w14:paraId="5C78E8A1"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462A01" w:rsidRDefault="008E7B57" w14:paraId="25814E3E" w14:textId="77777777">
      <w:pPr>
        <w:spacing w:line="360" w:lineRule="auto"/>
        <w:jc w:val="both"/>
        <w:rPr>
          <w:rFonts w:ascii="Arial Nova" w:hAnsi="Arial Nova"/>
          <w:sz w:val="24"/>
          <w:szCs w:val="24"/>
        </w:rPr>
      </w:pPr>
      <w:r w:rsidRPr="00EA6F4C">
        <w:rPr>
          <w:rFonts w:ascii="Arial Nova" w:hAnsi="Arial Nova"/>
          <w:sz w:val="24"/>
          <w:szCs w:val="24"/>
        </w:rPr>
        <w:t xml:space="preserve">The screenshot represents the device manager in windows, which is the HP </w:t>
      </w:r>
      <w:proofErr w:type="spellStart"/>
      <w:r w:rsidRPr="00EA6F4C">
        <w:rPr>
          <w:rFonts w:ascii="Arial Nova" w:hAnsi="Arial Nova"/>
          <w:sz w:val="24"/>
          <w:szCs w:val="24"/>
        </w:rPr>
        <w:t>TrueVision</w:t>
      </w:r>
      <w:proofErr w:type="spellEnd"/>
      <w:r w:rsidRPr="00EA6F4C">
        <w:rPr>
          <w:rFonts w:ascii="Arial Nova" w:hAnsi="Arial Nova"/>
          <w:sz w:val="24"/>
          <w:szCs w:val="24"/>
        </w:rPr>
        <w:t xml:space="preserve"> HD Camera properties.</w:t>
      </w:r>
    </w:p>
    <w:p w:rsidRPr="00EA6F4C" w:rsidR="008E7B57" w:rsidP="00462A01" w:rsidRDefault="008E7B57" w14:paraId="6CA36D9F" w14:textId="77777777">
      <w:pPr>
        <w:numPr>
          <w:ilvl w:val="0"/>
          <w:numId w:val="25"/>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Device Status</w:t>
      </w:r>
      <w:r w:rsidRPr="00EA6F4C">
        <w:rPr>
          <w:rFonts w:ascii="Arial Nova" w:hAnsi="Arial Nova"/>
          <w:sz w:val="24"/>
          <w:szCs w:val="24"/>
        </w:rPr>
        <w:t xml:space="preserve"> indicates that the device is functioning properly.</w:t>
      </w:r>
    </w:p>
    <w:p w:rsidRPr="00EA6F4C" w:rsidR="008E7B57" w:rsidP="00462A01" w:rsidRDefault="008E7B57" w14:paraId="54B16971" w14:textId="77777777">
      <w:pPr>
        <w:numPr>
          <w:ilvl w:val="0"/>
          <w:numId w:val="25"/>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Manufacturer</w:t>
      </w:r>
      <w:r w:rsidRPr="00EA6F4C">
        <w:rPr>
          <w:rFonts w:ascii="Arial Nova" w:hAnsi="Arial Nova"/>
          <w:sz w:val="24"/>
          <w:szCs w:val="24"/>
        </w:rPr>
        <w:t xml:space="preserve"> is listed as </w:t>
      </w:r>
      <w:r w:rsidRPr="00EA6F4C">
        <w:rPr>
          <w:rFonts w:ascii="Arial Nova" w:hAnsi="Arial Nova"/>
          <w:b/>
          <w:bCs/>
          <w:sz w:val="24"/>
          <w:szCs w:val="24"/>
        </w:rPr>
        <w:t>Microsoft</w:t>
      </w:r>
      <w:r w:rsidRPr="00EA6F4C">
        <w:rPr>
          <w:rFonts w:ascii="Arial Nova" w:hAnsi="Arial Nova"/>
          <w:sz w:val="24"/>
          <w:szCs w:val="24"/>
        </w:rPr>
        <w:t>, meaning the driver is provided by Windows.</w:t>
      </w:r>
    </w:p>
    <w:p w:rsidRPr="00EA6F4C" w:rsidR="008E7B57" w:rsidP="00462A01" w:rsidRDefault="008E7B57" w14:paraId="3526F77B" w14:textId="77777777">
      <w:pPr>
        <w:numPr>
          <w:ilvl w:val="0"/>
          <w:numId w:val="25"/>
        </w:numPr>
        <w:spacing w:after="0" w:line="360" w:lineRule="auto"/>
        <w:jc w:val="both"/>
        <w:rPr>
          <w:rFonts w:ascii="Arial Nova" w:hAnsi="Arial Nova"/>
          <w:sz w:val="24"/>
          <w:szCs w:val="24"/>
        </w:rPr>
      </w:pPr>
      <w:r w:rsidRPr="00EA6F4C">
        <w:rPr>
          <w:rFonts w:ascii="Arial Nova" w:hAnsi="Arial Nova"/>
          <w:sz w:val="24"/>
          <w:szCs w:val="24"/>
        </w:rPr>
        <w:t xml:space="preserve">The </w:t>
      </w:r>
      <w:r w:rsidRPr="00EA6F4C">
        <w:rPr>
          <w:rFonts w:ascii="Arial Nova" w:hAnsi="Arial Nova"/>
          <w:b/>
          <w:bCs/>
          <w:sz w:val="24"/>
          <w:szCs w:val="24"/>
        </w:rPr>
        <w:t>Location</w:t>
      </w:r>
      <w:r w:rsidRPr="00EA6F4C">
        <w:rPr>
          <w:rFonts w:ascii="Arial Nova" w:hAnsi="Arial Nova"/>
          <w:sz w:val="24"/>
          <w:szCs w:val="24"/>
        </w:rPr>
        <w:t xml:space="preserve"> shows the hardware path for the device.</w:t>
      </w:r>
    </w:p>
    <w:p w:rsidRPr="00EA6F4C" w:rsidR="008E7B57" w:rsidP="00462A01" w:rsidRDefault="008E7B57" w14:paraId="32F104F3" w14:textId="77777777">
      <w:pPr>
        <w:spacing w:line="360" w:lineRule="auto"/>
        <w:jc w:val="both"/>
        <w:rPr>
          <w:rFonts w:ascii="Arial Nova" w:hAnsi="Arial Nova"/>
          <w:sz w:val="24"/>
          <w:szCs w:val="24"/>
        </w:rPr>
      </w:pPr>
      <w:r w:rsidRPr="00EA6F4C">
        <w:rPr>
          <w:rFonts w:ascii="Arial Nova" w:hAnsi="Arial Nova"/>
          <w:sz w:val="24"/>
          <w:szCs w:val="24"/>
        </w:rPr>
        <w:t>This is part of managing and troubleshooting hardware devices in the system.</w:t>
      </w:r>
    </w:p>
    <w:p w:rsidR="00AE4FB1" w:rsidP="00462A01" w:rsidRDefault="008E7B57" w14:paraId="6FB67F06" w14:textId="77777777">
      <w:pPr>
        <w:spacing w:line="360" w:lineRule="auto"/>
        <w:jc w:val="both"/>
        <w:rPr>
          <w:rFonts w:ascii="Arial Nova" w:hAnsi="Arial Nova"/>
          <w:color w:val="222222"/>
          <w:sz w:val="24"/>
          <w:szCs w:val="24"/>
          <w:highlight w:val="white"/>
        </w:rPr>
      </w:pPr>
      <w:r w:rsidRPr="00EA6F4C">
        <w:rPr>
          <w:rFonts w:ascii="Arial Nova" w:hAnsi="Arial Nova"/>
          <w:sz w:val="24"/>
          <w:szCs w:val="24"/>
        </w:rPr>
        <w:br/>
      </w:r>
    </w:p>
    <w:p w:rsidR="00AE4FB1" w:rsidP="00462A01" w:rsidRDefault="00AE4FB1" w14:paraId="2EC98F6C" w14:textId="77777777">
      <w:pPr>
        <w:spacing w:line="360" w:lineRule="auto"/>
        <w:jc w:val="both"/>
        <w:rPr>
          <w:rFonts w:ascii="Arial Nova" w:hAnsi="Arial Nova"/>
          <w:color w:val="222222"/>
          <w:sz w:val="24"/>
          <w:szCs w:val="24"/>
          <w:highlight w:val="white"/>
        </w:rPr>
      </w:pPr>
    </w:p>
    <w:p w:rsidRPr="00EA6F4C" w:rsidR="008E7B57" w:rsidP="00AE4FB1" w:rsidRDefault="008E7B57" w14:paraId="32DE1B02" w14:textId="058FE539">
      <w:pPr>
        <w:spacing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Use of Windows OS scripts </w:t>
      </w:r>
    </w:p>
    <w:p w:rsidRPr="00EA6F4C" w:rsidR="008E7B57" w:rsidP="00462A01" w:rsidRDefault="008E7B57" w14:paraId="0DBEF113" w14:textId="77777777">
      <w:pPr>
        <w:spacing w:after="160" w:line="360" w:lineRule="auto"/>
        <w:jc w:val="both"/>
        <w:rPr>
          <w:rFonts w:ascii="Arial Nova" w:hAnsi="Arial Nova"/>
          <w:b/>
          <w:bCs/>
          <w:color w:val="222222"/>
          <w:sz w:val="24"/>
          <w:szCs w:val="24"/>
          <w:highlight w:val="white"/>
        </w:rPr>
      </w:pPr>
      <w:r w:rsidRPr="00EA6F4C">
        <w:rPr>
          <w:rFonts w:ascii="Arial Nova" w:hAnsi="Arial Nova"/>
          <w:b/>
          <w:bCs/>
          <w:color w:val="222222"/>
          <w:sz w:val="24"/>
          <w:szCs w:val="24"/>
          <w:highlight w:val="white"/>
        </w:rPr>
        <w:t>Answer:</w:t>
      </w:r>
    </w:p>
    <w:p w:rsidRPr="00EA6F4C" w:rsidR="008E7B57" w:rsidP="00462A01" w:rsidRDefault="008E7B57" w14:paraId="7133151B" w14:textId="14706EFA">
      <w:pPr>
        <w:spacing w:after="160" w:line="360" w:lineRule="auto"/>
        <w:jc w:val="both"/>
        <w:rPr>
          <w:rFonts w:ascii="Arial Nova" w:hAnsi="Arial Nova"/>
          <w:color w:val="222222"/>
          <w:sz w:val="24"/>
          <w:szCs w:val="24"/>
          <w:highlight w:val="white"/>
        </w:rPr>
      </w:pPr>
      <w:r w:rsidRPr="00EA6F4C">
        <w:rPr>
          <w:rFonts w:ascii="Arial Nova" w:hAnsi="Arial Nova"/>
          <w:color w:val="222222"/>
          <w:sz w:val="24"/>
          <w:szCs w:val="24"/>
        </w:rPr>
        <w:t>Windows can engage in Windows automation through batch scripting, which involves repetitive programming with simple text files having an extension of.bat. It is commonly employed in system administration, startup procedures, file control and scheduled tasks, enhancing speed and uniformity in standard procedures.</w:t>
      </w:r>
    </w:p>
    <w:p w:rsidRPr="00EA6F4C" w:rsidR="008E7B57" w:rsidP="00462A01" w:rsidRDefault="008E7B57" w14:paraId="4FBD9748" w14:textId="77777777">
      <w:pPr>
        <w:spacing w:after="160" w:line="360" w:lineRule="auto"/>
        <w:jc w:val="both"/>
        <w:rPr>
          <w:rFonts w:ascii="Arial Nova" w:hAnsi="Arial Nova"/>
          <w:color w:val="222222"/>
          <w:sz w:val="24"/>
          <w:szCs w:val="24"/>
          <w:highlight w:val="white"/>
        </w:rPr>
      </w:pPr>
    </w:p>
    <w:p w:rsidRPr="00EA6F4C" w:rsidR="008E7B57" w:rsidP="00AE4FB1" w:rsidRDefault="008E7B57" w14:paraId="32F886CF" w14:textId="2BB84C39">
      <w:pPr>
        <w:spacing w:before="160" w:after="80" w:line="360" w:lineRule="auto"/>
        <w:jc w:val="both"/>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1: Script to add two numbers  1A output of the script. </w:t>
      </w:r>
    </w:p>
    <w:p w:rsidRPr="00EA6F4C" w:rsidR="008E7B57" w:rsidP="00462A01" w:rsidRDefault="008E7B57" w14:paraId="035883C0" w14:textId="77777777">
      <w:pPr>
        <w:spacing w:after="160" w:line="360" w:lineRule="auto"/>
        <w:jc w:val="both"/>
        <w:rPr>
          <w:rFonts w:ascii="Arial Nova" w:hAnsi="Arial Nova"/>
          <w:b/>
          <w:bCs/>
          <w:color w:val="222222"/>
          <w:sz w:val="24"/>
          <w:szCs w:val="24"/>
          <w:highlight w:val="white"/>
        </w:rPr>
      </w:pPr>
      <w:r w:rsidRPr="00EA6F4C">
        <w:rPr>
          <w:rFonts w:ascii="Arial Nova" w:hAnsi="Arial Nova"/>
          <w:b/>
          <w:bCs/>
          <w:color w:val="222222"/>
          <w:sz w:val="24"/>
          <w:szCs w:val="24"/>
          <w:highlight w:val="white"/>
        </w:rPr>
        <w:t>Answer:</w:t>
      </w:r>
    </w:p>
    <w:p w:rsidRPr="00EA6F4C" w:rsidR="008E7B57" w:rsidP="00462A01" w:rsidRDefault="008E7B57" w14:paraId="75C31A57" w14:textId="77777777">
      <w:pPr>
        <w:spacing w:after="160" w:line="360" w:lineRule="auto"/>
        <w:jc w:val="both"/>
        <w:rPr>
          <w:rFonts w:ascii="Arial Nova" w:hAnsi="Arial Nova"/>
          <w:color w:val="222222"/>
          <w:sz w:val="24"/>
          <w:szCs w:val="24"/>
          <w:highlight w:val="white"/>
        </w:rPr>
      </w:pPr>
      <w:r w:rsidRPr="00EA6F4C">
        <w:rPr>
          <w:rFonts w:ascii="Arial Nova" w:hAnsi="Arial Nova"/>
          <w:color w:val="222222"/>
          <w:sz w:val="24"/>
          <w:szCs w:val="24"/>
        </w:rPr>
        <w:t>The Batch script of adding two numbers is a script that involves simple input/output and arithmetic operations:</w:t>
      </w:r>
    </w:p>
    <w:p w:rsidRPr="00EA6F4C" w:rsidR="008E7B57" w:rsidP="008E7B57" w:rsidRDefault="008E7B57" w14:paraId="58D66148" w14:textId="77777777">
      <w:pPr>
        <w:spacing w:after="160"/>
        <w:rPr>
          <w:rFonts w:ascii="Arial Nova" w:hAnsi="Arial Nova"/>
          <w:color w:val="222222"/>
          <w:sz w:val="24"/>
          <w:szCs w:val="24"/>
          <w:highlight w:val="white"/>
        </w:rPr>
      </w:pPr>
      <w:r w:rsidRPr="00EA6F4C">
        <w:rPr>
          <w:rFonts w:ascii="Arial Nova" w:hAnsi="Arial Nova"/>
          <w:noProof/>
          <w:color w:val="222222"/>
          <w:sz w:val="24"/>
          <w:szCs w:val="24"/>
        </w:rPr>
        <w:drawing>
          <wp:inline distT="0" distB="0" distL="0" distR="0" wp14:anchorId="0BA10CBA" wp14:editId="3C71FC75">
            <wp:extent cx="2991267" cy="1409897"/>
            <wp:effectExtent l="0" t="0" r="0" b="0"/>
            <wp:docPr id="470916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16218" name=""/>
                    <pic:cNvPicPr/>
                  </pic:nvPicPr>
                  <pic:blipFill>
                    <a:blip r:embed="rId34"/>
                    <a:stretch>
                      <a:fillRect/>
                    </a:stretch>
                  </pic:blipFill>
                  <pic:spPr>
                    <a:xfrm>
                      <a:off x="0" y="0"/>
                      <a:ext cx="2991267" cy="1409897"/>
                    </a:xfrm>
                    <a:prstGeom prst="rect">
                      <a:avLst/>
                    </a:prstGeom>
                  </pic:spPr>
                </pic:pic>
              </a:graphicData>
            </a:graphic>
          </wp:inline>
        </w:drawing>
      </w:r>
    </w:p>
    <w:p w:rsidRPr="00EA6F4C" w:rsidR="008E7B57" w:rsidP="00462A01" w:rsidRDefault="008E7B57" w14:paraId="335EF3BA" w14:textId="77777777">
      <w:pPr>
        <w:spacing w:after="160" w:line="360" w:lineRule="auto"/>
        <w:jc w:val="both"/>
        <w:rPr>
          <w:rFonts w:ascii="Arial Nova" w:hAnsi="Arial Nova"/>
          <w:b/>
          <w:bCs/>
          <w:color w:val="222222"/>
          <w:sz w:val="24"/>
          <w:szCs w:val="24"/>
          <w:highlight w:val="white"/>
        </w:rPr>
      </w:pPr>
      <w:r w:rsidRPr="00EA6F4C">
        <w:rPr>
          <w:rFonts w:ascii="Arial Nova" w:hAnsi="Arial Nova"/>
          <w:b/>
          <w:bCs/>
          <w:color w:val="222222"/>
          <w:sz w:val="24"/>
          <w:szCs w:val="24"/>
          <w:highlight w:val="white"/>
        </w:rPr>
        <w:t>Explanation of the Script:</w:t>
      </w:r>
    </w:p>
    <w:p w:rsidRPr="00EA6F4C" w:rsidR="008E7B57" w:rsidP="00462A01" w:rsidRDefault="008E7B57" w14:paraId="5CB907FA" w14:textId="77777777">
      <w:pPr>
        <w:numPr>
          <w:ilvl w:val="0"/>
          <w:numId w:val="26"/>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@echo off</w:t>
      </w:r>
      <w:r w:rsidRPr="00EA6F4C">
        <w:rPr>
          <w:rFonts w:ascii="Arial Nova" w:hAnsi="Arial Nova"/>
          <w:color w:val="222222"/>
          <w:sz w:val="24"/>
          <w:szCs w:val="24"/>
          <w:highlight w:val="white"/>
        </w:rPr>
        <w:t>: Prevents the script from displaying each command as it runs, making the output cleaner.</w:t>
      </w:r>
    </w:p>
    <w:p w:rsidRPr="00EA6F4C" w:rsidR="008E7B57" w:rsidP="00462A01" w:rsidRDefault="008E7B57" w14:paraId="4173E0C1" w14:textId="77777777">
      <w:pPr>
        <w:numPr>
          <w:ilvl w:val="0"/>
          <w:numId w:val="26"/>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set /p num1=Enter the first number:</w:t>
      </w:r>
      <w:r w:rsidRPr="00EA6F4C">
        <w:rPr>
          <w:rFonts w:ascii="Arial Nova" w:hAnsi="Arial Nova"/>
          <w:color w:val="222222"/>
          <w:sz w:val="24"/>
          <w:szCs w:val="24"/>
          <w:highlight w:val="white"/>
        </w:rPr>
        <w:t>: Prompts the user to input the first number, storing it in the num1 variable.</w:t>
      </w:r>
    </w:p>
    <w:p w:rsidRPr="00EA6F4C" w:rsidR="008E7B57" w:rsidP="00462A01" w:rsidRDefault="008E7B57" w14:paraId="15822B46" w14:textId="77777777">
      <w:pPr>
        <w:numPr>
          <w:ilvl w:val="0"/>
          <w:numId w:val="26"/>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set /p num2=Enter the second number:</w:t>
      </w:r>
      <w:r w:rsidRPr="00EA6F4C">
        <w:rPr>
          <w:rFonts w:ascii="Arial Nova" w:hAnsi="Arial Nova"/>
          <w:color w:val="222222"/>
          <w:sz w:val="24"/>
          <w:szCs w:val="24"/>
          <w:highlight w:val="white"/>
        </w:rPr>
        <w:t>: Prompts the user for the second number, storing it in the num2 variable.</w:t>
      </w:r>
    </w:p>
    <w:p w:rsidRPr="00EA6F4C" w:rsidR="008E7B57" w:rsidP="00462A01" w:rsidRDefault="008E7B57" w14:paraId="3DC2EA21" w14:textId="77777777">
      <w:pPr>
        <w:numPr>
          <w:ilvl w:val="0"/>
          <w:numId w:val="26"/>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set /a sum=num1+num2</w:t>
      </w:r>
      <w:r w:rsidRPr="00EA6F4C">
        <w:rPr>
          <w:rFonts w:ascii="Arial Nova" w:hAnsi="Arial Nova"/>
          <w:color w:val="222222"/>
          <w:sz w:val="24"/>
          <w:szCs w:val="24"/>
          <w:highlight w:val="white"/>
        </w:rPr>
        <w:t>: Performs the addition of num1 and num2 and stores the result in the sum variable.</w:t>
      </w:r>
    </w:p>
    <w:p w:rsidRPr="00EA6F4C" w:rsidR="008E7B57" w:rsidP="00462A01" w:rsidRDefault="008E7B57" w14:paraId="799CDBB0" w14:textId="77777777">
      <w:pPr>
        <w:numPr>
          <w:ilvl w:val="0"/>
          <w:numId w:val="26"/>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echo The sum is %sum%</w:t>
      </w:r>
      <w:r w:rsidRPr="00EA6F4C">
        <w:rPr>
          <w:rFonts w:ascii="Arial Nova" w:hAnsi="Arial Nova"/>
          <w:color w:val="222222"/>
          <w:sz w:val="24"/>
          <w:szCs w:val="24"/>
          <w:highlight w:val="white"/>
        </w:rPr>
        <w:t>: Displays the sum of the two numbers.</w:t>
      </w:r>
    </w:p>
    <w:p w:rsidRPr="00EA6F4C" w:rsidR="008E7B57" w:rsidP="00462A01" w:rsidRDefault="008E7B57" w14:paraId="11A4D7C4" w14:textId="76224A53">
      <w:pPr>
        <w:numPr>
          <w:ilvl w:val="0"/>
          <w:numId w:val="26"/>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pause</w:t>
      </w:r>
      <w:r w:rsidRPr="00EA6F4C">
        <w:rPr>
          <w:rFonts w:ascii="Arial Nova" w:hAnsi="Arial Nova"/>
          <w:color w:val="222222"/>
          <w:sz w:val="24"/>
          <w:szCs w:val="24"/>
          <w:highlight w:val="white"/>
        </w:rPr>
        <w:t>: Waits for the user to press a key before closing the script.</w:t>
      </w:r>
    </w:p>
    <w:p w:rsidR="00AE4FB1" w:rsidP="008E7B57" w:rsidRDefault="00AE4FB1" w14:paraId="166310EF" w14:textId="77777777">
      <w:pPr>
        <w:spacing w:after="160"/>
        <w:rPr>
          <w:rFonts w:ascii="Arial Nova" w:hAnsi="Arial Nova"/>
          <w:color w:val="222222"/>
          <w:sz w:val="24"/>
          <w:szCs w:val="24"/>
          <w:highlight w:val="white"/>
        </w:rPr>
      </w:pPr>
    </w:p>
    <w:p w:rsidR="00AE4FB1" w:rsidP="008E7B57" w:rsidRDefault="00AE4FB1" w14:paraId="54B72D5A" w14:textId="77777777">
      <w:pPr>
        <w:spacing w:after="160"/>
        <w:rPr>
          <w:rFonts w:ascii="Arial Nova" w:hAnsi="Arial Nova"/>
          <w:color w:val="222222"/>
          <w:sz w:val="24"/>
          <w:szCs w:val="24"/>
          <w:highlight w:val="white"/>
        </w:rPr>
      </w:pPr>
    </w:p>
    <w:p w:rsidRPr="00EA6F4C" w:rsidR="008E7B57" w:rsidP="008E7B57" w:rsidRDefault="008E7B57" w14:paraId="7BF6322C" w14:textId="718D4C5B">
      <w:pPr>
        <w:spacing w:after="160"/>
        <w:rPr>
          <w:rFonts w:ascii="Arial Nova" w:hAnsi="Arial Nova"/>
          <w:color w:val="222222"/>
          <w:sz w:val="24"/>
          <w:szCs w:val="24"/>
          <w:highlight w:val="white"/>
        </w:rPr>
      </w:pPr>
      <w:r w:rsidRPr="00EA6F4C">
        <w:rPr>
          <w:rFonts w:ascii="Arial Nova" w:hAnsi="Arial Nova"/>
          <w:color w:val="222222"/>
          <w:sz w:val="24"/>
          <w:szCs w:val="24"/>
          <w:highlight w:val="white"/>
        </w:rPr>
        <w:t>Example Output:</w:t>
      </w:r>
    </w:p>
    <w:p w:rsidRPr="00EA6F4C" w:rsidR="008E7B57" w:rsidP="008E7B57" w:rsidRDefault="008E7B57" w14:paraId="2EEFB620" w14:textId="77777777">
      <w:pPr>
        <w:spacing w:after="160"/>
        <w:rPr>
          <w:rFonts w:ascii="Arial Nova" w:hAnsi="Arial Nova"/>
          <w:color w:val="222222"/>
          <w:sz w:val="24"/>
          <w:szCs w:val="24"/>
          <w:highlight w:val="white"/>
        </w:rPr>
      </w:pPr>
      <w:r w:rsidRPr="00EA6F4C">
        <w:rPr>
          <w:rFonts w:ascii="Arial Nova" w:hAnsi="Arial Nova"/>
          <w:noProof/>
          <w:color w:val="222222"/>
          <w:sz w:val="24"/>
          <w:szCs w:val="24"/>
        </w:rPr>
        <w:drawing>
          <wp:inline distT="0" distB="0" distL="0" distR="0" wp14:anchorId="7BEEF9E1" wp14:editId="19F523BA">
            <wp:extent cx="2429214" cy="914528"/>
            <wp:effectExtent l="0" t="0" r="0" b="0"/>
            <wp:docPr id="1719023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023903" name=""/>
                    <pic:cNvPicPr/>
                  </pic:nvPicPr>
                  <pic:blipFill>
                    <a:blip r:embed="rId35"/>
                    <a:stretch>
                      <a:fillRect/>
                    </a:stretch>
                  </pic:blipFill>
                  <pic:spPr>
                    <a:xfrm>
                      <a:off x="0" y="0"/>
                      <a:ext cx="2429214" cy="914528"/>
                    </a:xfrm>
                    <a:prstGeom prst="rect">
                      <a:avLst/>
                    </a:prstGeom>
                  </pic:spPr>
                </pic:pic>
              </a:graphicData>
            </a:graphic>
          </wp:inline>
        </w:drawing>
      </w:r>
    </w:p>
    <w:p w:rsidRPr="00EA6F4C" w:rsidR="008E7B57" w:rsidP="008E7B57" w:rsidRDefault="008E7B57" w14:paraId="3D2AB215"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6C685B21" wp14:editId="7A7CE28B">
            <wp:extent cx="5943600" cy="3136900"/>
            <wp:effectExtent l="0" t="0" r="0" b="0"/>
            <wp:docPr id="29"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6"/>
                    <a:srcRect/>
                    <a:stretch>
                      <a:fillRect/>
                    </a:stretch>
                  </pic:blipFill>
                  <pic:spPr>
                    <a:xfrm>
                      <a:off x="0" y="0"/>
                      <a:ext cx="5943600" cy="3136900"/>
                    </a:xfrm>
                    <a:prstGeom prst="rect">
                      <a:avLst/>
                    </a:prstGeom>
                    <a:ln/>
                  </pic:spPr>
                </pic:pic>
              </a:graphicData>
            </a:graphic>
          </wp:inline>
        </w:drawing>
      </w:r>
    </w:p>
    <w:p w:rsidRPr="00EA6F4C" w:rsidR="008E7B57" w:rsidP="008E7B57" w:rsidRDefault="008E7B57" w14:paraId="29FE9BE8" w14:textId="77777777">
      <w:pPr>
        <w:rPr>
          <w:rFonts w:ascii="Arial Nova" w:hAnsi="Arial Nova"/>
          <w:color w:val="222222"/>
          <w:sz w:val="24"/>
          <w:szCs w:val="24"/>
        </w:rPr>
      </w:pPr>
    </w:p>
    <w:p w:rsidRPr="00EA6F4C" w:rsidR="00AE4FB1" w:rsidP="00AE4FB1" w:rsidRDefault="008E7B57" w14:paraId="51D31058" w14:textId="1A7F4772">
      <w:pPr>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noProof/>
          <w:sz w:val="24"/>
          <w:szCs w:val="24"/>
        </w:rPr>
        <w:drawing>
          <wp:inline distT="114300" distB="114300" distL="114300" distR="114300" wp14:anchorId="240BDB85" wp14:editId="75F13BE1">
            <wp:extent cx="5943600" cy="3086100"/>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7"/>
                    <a:srcRect/>
                    <a:stretch>
                      <a:fillRect/>
                    </a:stretch>
                  </pic:blipFill>
                  <pic:spPr>
                    <a:xfrm>
                      <a:off x="0" y="0"/>
                      <a:ext cx="5943600" cy="3086100"/>
                    </a:xfrm>
                    <a:prstGeom prst="rect">
                      <a:avLst/>
                    </a:prstGeom>
                    <a:ln/>
                  </pic:spPr>
                </pic:pic>
              </a:graphicData>
            </a:graphic>
          </wp:inline>
        </w:drawing>
      </w:r>
      <w:r w:rsidRPr="00EA6F4C">
        <w:rPr>
          <w:rFonts w:ascii="Arial Nova" w:hAnsi="Arial Nova"/>
          <w:sz w:val="24"/>
          <w:szCs w:val="24"/>
        </w:rPr>
        <w:br/>
      </w:r>
      <w:r w:rsidRPr="00EA6F4C">
        <w:rPr>
          <w:rFonts w:ascii="Arial Nova" w:hAnsi="Arial Nova"/>
          <w:color w:val="222222"/>
          <w:sz w:val="24"/>
          <w:szCs w:val="24"/>
          <w:highlight w:val="white"/>
        </w:rPr>
        <w:t xml:space="preserve">Example 2:  </w:t>
      </w:r>
    </w:p>
    <w:p w:rsidRPr="00EA6F4C" w:rsidR="008E7B57" w:rsidP="008E7B57" w:rsidRDefault="008E7B57" w14:paraId="157F963F"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42931A47" wp14:editId="2063F33B">
            <wp:extent cx="5000625" cy="414337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8"/>
                    <a:srcRect/>
                    <a:stretch>
                      <a:fillRect/>
                    </a:stretch>
                  </pic:blipFill>
                  <pic:spPr>
                    <a:xfrm>
                      <a:off x="0" y="0"/>
                      <a:ext cx="5000625" cy="4143375"/>
                    </a:xfrm>
                    <a:prstGeom prst="rect">
                      <a:avLst/>
                    </a:prstGeom>
                    <a:ln/>
                  </pic:spPr>
                </pic:pic>
              </a:graphicData>
            </a:graphic>
          </wp:inline>
        </w:drawing>
      </w:r>
    </w:p>
    <w:p w:rsidRPr="00EA6F4C" w:rsidR="008E7B57" w:rsidP="008E7B57" w:rsidRDefault="008E7B57" w14:paraId="5AB3ABE1"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462A01" w:rsidRDefault="008E7B57" w14:paraId="39D5AB09" w14:textId="77777777">
      <w:pPr>
        <w:spacing w:line="360" w:lineRule="auto"/>
        <w:jc w:val="both"/>
        <w:rPr>
          <w:rFonts w:ascii="Arial Nova" w:hAnsi="Arial Nova"/>
          <w:sz w:val="24"/>
          <w:szCs w:val="24"/>
        </w:rPr>
      </w:pPr>
      <w:r w:rsidRPr="00EA6F4C">
        <w:rPr>
          <w:rFonts w:ascii="Arial Nova" w:hAnsi="Arial Nova"/>
          <w:sz w:val="24"/>
          <w:szCs w:val="24"/>
        </w:rPr>
        <w:t>In the given screenshot, ipconfig /all command shows the entire IP configuration of the system. It displays in-depth information of network adapters such as:</w:t>
      </w:r>
    </w:p>
    <w:p w:rsidRPr="00EA6F4C" w:rsidR="008E7B57" w:rsidP="00462A01" w:rsidRDefault="008E7B57" w14:paraId="550F3902" w14:textId="77777777">
      <w:pPr>
        <w:numPr>
          <w:ilvl w:val="0"/>
          <w:numId w:val="27"/>
        </w:numPr>
        <w:spacing w:after="0" w:line="360" w:lineRule="auto"/>
        <w:jc w:val="both"/>
        <w:rPr>
          <w:rFonts w:ascii="Arial Nova" w:hAnsi="Arial Nova"/>
          <w:sz w:val="24"/>
          <w:szCs w:val="24"/>
        </w:rPr>
      </w:pPr>
      <w:r w:rsidRPr="00EA6F4C">
        <w:rPr>
          <w:rFonts w:ascii="Arial Nova" w:hAnsi="Arial Nova"/>
          <w:b/>
          <w:bCs/>
          <w:sz w:val="24"/>
          <w:szCs w:val="24"/>
        </w:rPr>
        <w:t>Host Name</w:t>
      </w:r>
      <w:r w:rsidRPr="00EA6F4C">
        <w:rPr>
          <w:rFonts w:ascii="Arial Nova" w:hAnsi="Arial Nova"/>
          <w:sz w:val="24"/>
          <w:szCs w:val="24"/>
        </w:rPr>
        <w:t xml:space="preserve">: Identifies the device as </w:t>
      </w:r>
      <w:r w:rsidRPr="00EA6F4C">
        <w:rPr>
          <w:rFonts w:ascii="Arial Nova" w:hAnsi="Arial Nova"/>
          <w:b/>
          <w:bCs/>
          <w:sz w:val="24"/>
          <w:szCs w:val="24"/>
        </w:rPr>
        <w:t>Mets</w:t>
      </w:r>
      <w:r w:rsidRPr="00EA6F4C">
        <w:rPr>
          <w:rFonts w:ascii="Arial Nova" w:hAnsi="Arial Nova"/>
          <w:sz w:val="24"/>
          <w:szCs w:val="24"/>
        </w:rPr>
        <w:t>.</w:t>
      </w:r>
    </w:p>
    <w:p w:rsidRPr="00EA6F4C" w:rsidR="008E7B57" w:rsidP="00462A01" w:rsidRDefault="008E7B57" w14:paraId="440AD92B" w14:textId="77777777">
      <w:pPr>
        <w:numPr>
          <w:ilvl w:val="0"/>
          <w:numId w:val="27"/>
        </w:numPr>
        <w:spacing w:after="0" w:line="360" w:lineRule="auto"/>
        <w:jc w:val="both"/>
        <w:rPr>
          <w:rFonts w:ascii="Arial Nova" w:hAnsi="Arial Nova"/>
          <w:sz w:val="24"/>
          <w:szCs w:val="24"/>
        </w:rPr>
      </w:pPr>
      <w:r w:rsidRPr="00EA6F4C">
        <w:rPr>
          <w:rFonts w:ascii="Arial Nova" w:hAnsi="Arial Nova"/>
          <w:b/>
          <w:bCs/>
          <w:sz w:val="24"/>
          <w:szCs w:val="24"/>
        </w:rPr>
        <w:t>DNS Suffix</w:t>
      </w:r>
      <w:r w:rsidRPr="00EA6F4C">
        <w:rPr>
          <w:rFonts w:ascii="Arial Nova" w:hAnsi="Arial Nova"/>
          <w:sz w:val="24"/>
          <w:szCs w:val="24"/>
        </w:rPr>
        <w:t xml:space="preserve">: Displays </w:t>
      </w:r>
      <w:proofErr w:type="spellStart"/>
      <w:r w:rsidRPr="00EA6F4C">
        <w:rPr>
          <w:rFonts w:ascii="Arial Nova" w:hAnsi="Arial Nova"/>
          <w:b/>
          <w:bCs/>
          <w:sz w:val="24"/>
          <w:szCs w:val="24"/>
        </w:rPr>
        <w:t>uni.local</w:t>
      </w:r>
      <w:proofErr w:type="spellEnd"/>
      <w:r w:rsidRPr="00EA6F4C">
        <w:rPr>
          <w:rFonts w:ascii="Arial Nova" w:hAnsi="Arial Nova"/>
          <w:sz w:val="24"/>
          <w:szCs w:val="24"/>
        </w:rPr>
        <w:t>, indicating a local network domain.</w:t>
      </w:r>
    </w:p>
    <w:p w:rsidRPr="00EA6F4C" w:rsidR="008E7B57" w:rsidP="00462A01" w:rsidRDefault="008E7B57" w14:paraId="6F3A1F7C" w14:textId="77777777">
      <w:pPr>
        <w:numPr>
          <w:ilvl w:val="0"/>
          <w:numId w:val="27"/>
        </w:numPr>
        <w:spacing w:after="0" w:line="360" w:lineRule="auto"/>
        <w:jc w:val="both"/>
        <w:rPr>
          <w:rFonts w:ascii="Arial Nova" w:hAnsi="Arial Nova"/>
          <w:sz w:val="24"/>
          <w:szCs w:val="24"/>
        </w:rPr>
      </w:pPr>
      <w:r w:rsidRPr="00EA6F4C">
        <w:rPr>
          <w:rFonts w:ascii="Arial Nova" w:hAnsi="Arial Nova"/>
          <w:b/>
          <w:bCs/>
          <w:sz w:val="24"/>
          <w:szCs w:val="24"/>
        </w:rPr>
        <w:t>Media State</w:t>
      </w:r>
      <w:r w:rsidRPr="00EA6F4C">
        <w:rPr>
          <w:rFonts w:ascii="Arial Nova" w:hAnsi="Arial Nova"/>
          <w:sz w:val="24"/>
          <w:szCs w:val="24"/>
        </w:rPr>
        <w:t xml:space="preserve">: The two wireless LAN adapters (Local Area Connection 1 and 2) are </w:t>
      </w:r>
      <w:r w:rsidRPr="00EA6F4C">
        <w:rPr>
          <w:rFonts w:ascii="Arial Nova" w:hAnsi="Arial Nova"/>
          <w:b/>
          <w:bCs/>
          <w:sz w:val="24"/>
          <w:szCs w:val="24"/>
        </w:rPr>
        <w:t>disconnected</w:t>
      </w:r>
      <w:r w:rsidRPr="00EA6F4C">
        <w:rPr>
          <w:rFonts w:ascii="Arial Nova" w:hAnsi="Arial Nova"/>
          <w:sz w:val="24"/>
          <w:szCs w:val="24"/>
        </w:rPr>
        <w:t>.</w:t>
      </w:r>
    </w:p>
    <w:p w:rsidRPr="00EA6F4C" w:rsidR="008E7B57" w:rsidP="00462A01" w:rsidRDefault="008E7B57" w14:paraId="23D6C239" w14:textId="77777777">
      <w:pPr>
        <w:numPr>
          <w:ilvl w:val="0"/>
          <w:numId w:val="27"/>
        </w:numPr>
        <w:spacing w:after="0" w:line="360" w:lineRule="auto"/>
        <w:jc w:val="both"/>
        <w:rPr>
          <w:rFonts w:ascii="Arial Nova" w:hAnsi="Arial Nova"/>
          <w:sz w:val="24"/>
          <w:szCs w:val="24"/>
        </w:rPr>
      </w:pPr>
      <w:r w:rsidRPr="00EA6F4C">
        <w:rPr>
          <w:rFonts w:ascii="Arial Nova" w:hAnsi="Arial Nova"/>
          <w:b/>
          <w:bCs/>
          <w:sz w:val="24"/>
          <w:szCs w:val="24"/>
        </w:rPr>
        <w:t xml:space="preserve">Wireless LAN adapter </w:t>
      </w:r>
      <w:proofErr w:type="spellStart"/>
      <w:r w:rsidRPr="00EA6F4C">
        <w:rPr>
          <w:rFonts w:ascii="Arial Nova" w:hAnsi="Arial Nova"/>
          <w:b/>
          <w:bCs/>
          <w:sz w:val="24"/>
          <w:szCs w:val="24"/>
        </w:rPr>
        <w:t>WiFi</w:t>
      </w:r>
      <w:proofErr w:type="spellEnd"/>
      <w:r w:rsidRPr="00EA6F4C">
        <w:rPr>
          <w:rFonts w:ascii="Arial Nova" w:hAnsi="Arial Nova"/>
          <w:sz w:val="24"/>
          <w:szCs w:val="24"/>
        </w:rPr>
        <w:t xml:space="preserve">: Shows connection settings for an active wireless adapter, including </w:t>
      </w:r>
      <w:r w:rsidRPr="00EA6F4C">
        <w:rPr>
          <w:rFonts w:ascii="Arial Nova" w:hAnsi="Arial Nova"/>
          <w:b/>
          <w:bCs/>
          <w:sz w:val="24"/>
          <w:szCs w:val="24"/>
        </w:rPr>
        <w:t>DNS suffix</w:t>
      </w:r>
      <w:r w:rsidRPr="00EA6F4C">
        <w:rPr>
          <w:rFonts w:ascii="Arial Nova" w:hAnsi="Arial Nova"/>
          <w:sz w:val="24"/>
          <w:szCs w:val="24"/>
        </w:rPr>
        <w:t xml:space="preserve"> and </w:t>
      </w:r>
      <w:r w:rsidRPr="00EA6F4C">
        <w:rPr>
          <w:rFonts w:ascii="Arial Nova" w:hAnsi="Arial Nova"/>
          <w:b/>
          <w:bCs/>
          <w:sz w:val="24"/>
          <w:szCs w:val="24"/>
        </w:rPr>
        <w:t>DHCP</w:t>
      </w:r>
      <w:r w:rsidRPr="00EA6F4C">
        <w:rPr>
          <w:rFonts w:ascii="Arial Nova" w:hAnsi="Arial Nova"/>
          <w:sz w:val="24"/>
          <w:szCs w:val="24"/>
        </w:rPr>
        <w:t xml:space="preserve"> configuration. It also confirms </w:t>
      </w:r>
      <w:r w:rsidRPr="00EA6F4C">
        <w:rPr>
          <w:rFonts w:ascii="Arial Nova" w:hAnsi="Arial Nova"/>
          <w:b/>
          <w:bCs/>
          <w:sz w:val="24"/>
          <w:szCs w:val="24"/>
        </w:rPr>
        <w:t>Auto-configuration</w:t>
      </w:r>
      <w:r w:rsidRPr="00EA6F4C">
        <w:rPr>
          <w:rFonts w:ascii="Arial Nova" w:hAnsi="Arial Nova"/>
          <w:sz w:val="24"/>
          <w:szCs w:val="24"/>
        </w:rPr>
        <w:t xml:space="preserve"> is enabled.</w:t>
      </w:r>
    </w:p>
    <w:p w:rsidRPr="00EA6F4C" w:rsidR="008E7B57" w:rsidP="00462A01" w:rsidRDefault="008E7B57" w14:paraId="00E5C706" w14:textId="77777777">
      <w:pPr>
        <w:numPr>
          <w:ilvl w:val="0"/>
          <w:numId w:val="27"/>
        </w:numPr>
        <w:spacing w:after="0" w:line="360" w:lineRule="auto"/>
        <w:jc w:val="both"/>
        <w:rPr>
          <w:rFonts w:ascii="Arial Nova" w:hAnsi="Arial Nova"/>
          <w:sz w:val="24"/>
          <w:szCs w:val="24"/>
        </w:rPr>
      </w:pPr>
      <w:r w:rsidRPr="00EA6F4C">
        <w:rPr>
          <w:rFonts w:ascii="Arial Nova" w:hAnsi="Arial Nova"/>
          <w:b/>
          <w:bCs/>
          <w:sz w:val="24"/>
          <w:szCs w:val="24"/>
        </w:rPr>
        <w:t>Physical Address</w:t>
      </w:r>
      <w:r w:rsidRPr="00EA6F4C">
        <w:rPr>
          <w:rFonts w:ascii="Arial Nova" w:hAnsi="Arial Nova"/>
          <w:sz w:val="24"/>
          <w:szCs w:val="24"/>
        </w:rPr>
        <w:t>: Displays unique MAC addresses for the adapters, necessary for hardware identification.</w:t>
      </w:r>
    </w:p>
    <w:p w:rsidRPr="00EA6F4C" w:rsidR="008E7B57" w:rsidP="00462A01" w:rsidRDefault="008E7B57" w14:paraId="0A10DB25" w14:textId="77777777">
      <w:pPr>
        <w:numPr>
          <w:ilvl w:val="0"/>
          <w:numId w:val="27"/>
        </w:numPr>
        <w:spacing w:after="0" w:line="360" w:lineRule="auto"/>
        <w:jc w:val="both"/>
        <w:rPr>
          <w:rFonts w:ascii="Arial Nova" w:hAnsi="Arial Nova"/>
          <w:sz w:val="24"/>
          <w:szCs w:val="24"/>
        </w:rPr>
      </w:pPr>
      <w:r w:rsidRPr="00EA6F4C">
        <w:rPr>
          <w:rFonts w:ascii="Arial Nova" w:hAnsi="Arial Nova"/>
          <w:b/>
          <w:bCs/>
          <w:sz w:val="24"/>
          <w:szCs w:val="24"/>
        </w:rPr>
        <w:t>DHCP Enabled</w:t>
      </w:r>
      <w:r w:rsidRPr="00EA6F4C">
        <w:rPr>
          <w:rFonts w:ascii="Arial Nova" w:hAnsi="Arial Nova"/>
          <w:sz w:val="24"/>
          <w:szCs w:val="24"/>
        </w:rPr>
        <w:t>: Indicates if the device is set to automatically receive an IP address from a DHCP server.</w:t>
      </w:r>
    </w:p>
    <w:p w:rsidRPr="00EA6F4C" w:rsidR="008E7B57" w:rsidP="00462A01" w:rsidRDefault="008E7B57" w14:paraId="43B3C321" w14:textId="77777777">
      <w:pPr>
        <w:spacing w:line="360" w:lineRule="auto"/>
        <w:jc w:val="both"/>
        <w:rPr>
          <w:rFonts w:ascii="Arial Nova" w:hAnsi="Arial Nova"/>
          <w:sz w:val="24"/>
          <w:szCs w:val="24"/>
        </w:rPr>
      </w:pPr>
      <w:r w:rsidRPr="00EA6F4C">
        <w:rPr>
          <w:rFonts w:ascii="Arial Nova" w:hAnsi="Arial Nova"/>
          <w:sz w:val="24"/>
          <w:szCs w:val="24"/>
        </w:rPr>
        <w:t>This is critical information that is required in network troubleshooting, verifying adapter settings, and connection status.</w:t>
      </w:r>
    </w:p>
    <w:p w:rsidRPr="00EA6F4C" w:rsidR="008E7B57" w:rsidP="005172AE" w:rsidRDefault="008E7B57" w14:paraId="707A653D" w14:textId="0AE0A929">
      <w:pPr>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noProof/>
          <w:sz w:val="24"/>
          <w:szCs w:val="24"/>
        </w:rPr>
        <w:drawing>
          <wp:inline distT="114300" distB="114300" distL="114300" distR="114300" wp14:anchorId="3576E551" wp14:editId="2D4827D3">
            <wp:extent cx="5715000" cy="2781300"/>
            <wp:effectExtent l="0" t="0" r="0" b="0"/>
            <wp:docPr id="25"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9"/>
                    <a:srcRect/>
                    <a:stretch>
                      <a:fillRect/>
                    </a:stretch>
                  </pic:blipFill>
                  <pic:spPr>
                    <a:xfrm>
                      <a:off x="0" y="0"/>
                      <a:ext cx="5715000" cy="2781300"/>
                    </a:xfrm>
                    <a:prstGeom prst="rect">
                      <a:avLst/>
                    </a:prstGeom>
                    <a:ln/>
                  </pic:spPr>
                </pic:pic>
              </a:graphicData>
            </a:graphic>
          </wp:inline>
        </w:drawing>
      </w:r>
      <w:r w:rsidRPr="00EA6F4C">
        <w:rPr>
          <w:rFonts w:ascii="Arial Nova" w:hAnsi="Arial Nova"/>
          <w:sz w:val="24"/>
          <w:szCs w:val="24"/>
        </w:rPr>
        <w:br/>
      </w:r>
      <w:r w:rsidRPr="00EA6F4C">
        <w:rPr>
          <w:rFonts w:ascii="Arial Nova" w:hAnsi="Arial Nova"/>
          <w:noProof/>
          <w:sz w:val="24"/>
          <w:szCs w:val="24"/>
        </w:rPr>
        <w:drawing>
          <wp:inline distT="114300" distB="114300" distL="114300" distR="114300" wp14:anchorId="442C837F" wp14:editId="7ABD81AA">
            <wp:extent cx="5943600" cy="3340100"/>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0"/>
                    <a:srcRect/>
                    <a:stretch>
                      <a:fillRect/>
                    </a:stretch>
                  </pic:blipFill>
                  <pic:spPr>
                    <a:xfrm>
                      <a:off x="0" y="0"/>
                      <a:ext cx="5943600" cy="3340100"/>
                    </a:xfrm>
                    <a:prstGeom prst="rect">
                      <a:avLst/>
                    </a:prstGeom>
                    <a:ln/>
                  </pic:spPr>
                </pic:pic>
              </a:graphicData>
            </a:graphic>
          </wp:inline>
        </w:drawing>
      </w:r>
      <w:r w:rsidRPr="00EA6F4C">
        <w:rPr>
          <w:rFonts w:ascii="Arial Nova" w:hAnsi="Arial Nova"/>
          <w:sz w:val="24"/>
          <w:szCs w:val="24"/>
        </w:rPr>
        <w:br/>
      </w:r>
      <w:r w:rsidRPr="00EA6F4C">
        <w:rPr>
          <w:rFonts w:ascii="Arial Nova" w:hAnsi="Arial Nova"/>
          <w:color w:val="222222"/>
          <w:sz w:val="24"/>
          <w:szCs w:val="24"/>
          <w:highlight w:val="white"/>
        </w:rPr>
        <w:t xml:space="preserve">Use of Linux OS scripts </w:t>
      </w:r>
    </w:p>
    <w:p w:rsidRPr="00EA6F4C" w:rsidR="008E7B57" w:rsidP="00462A01" w:rsidRDefault="008E7B57" w14:paraId="228ACA46" w14:textId="77777777">
      <w:pPr>
        <w:spacing w:after="160" w:line="360" w:lineRule="auto"/>
        <w:jc w:val="both"/>
        <w:rPr>
          <w:rFonts w:ascii="Arial Nova" w:hAnsi="Arial Nova"/>
          <w:b/>
          <w:bCs/>
          <w:color w:val="222222"/>
          <w:sz w:val="24"/>
          <w:szCs w:val="24"/>
          <w:highlight w:val="white"/>
        </w:rPr>
      </w:pPr>
      <w:r w:rsidRPr="00EA6F4C">
        <w:rPr>
          <w:rFonts w:ascii="Arial Nova" w:hAnsi="Arial Nova"/>
          <w:b/>
          <w:bCs/>
          <w:color w:val="222222"/>
          <w:sz w:val="24"/>
          <w:szCs w:val="24"/>
          <w:highlight w:val="white"/>
        </w:rPr>
        <w:t>Answer:</w:t>
      </w:r>
    </w:p>
    <w:p w:rsidRPr="00EA6F4C" w:rsidR="008E7B57" w:rsidP="00462A01" w:rsidRDefault="008E7B57" w14:paraId="417EB5AC" w14:textId="77777777">
      <w:pPr>
        <w:spacing w:after="160" w:line="360" w:lineRule="auto"/>
        <w:jc w:val="both"/>
        <w:rPr>
          <w:rFonts w:ascii="Arial Nova" w:hAnsi="Arial Nova"/>
          <w:color w:val="222222"/>
          <w:sz w:val="24"/>
          <w:szCs w:val="24"/>
          <w:highlight w:val="white"/>
        </w:rPr>
      </w:pPr>
      <w:r w:rsidRPr="00EA6F4C">
        <w:rPr>
          <w:rFonts w:ascii="Arial Nova" w:hAnsi="Arial Nova"/>
          <w:color w:val="222222"/>
          <w:sz w:val="24"/>
          <w:szCs w:val="24"/>
        </w:rPr>
        <w:t xml:space="preserve">BASH (Bourne Again </w:t>
      </w:r>
      <w:proofErr w:type="spellStart"/>
      <w:r w:rsidRPr="00EA6F4C">
        <w:rPr>
          <w:rFonts w:ascii="Arial Nova" w:hAnsi="Arial Nova"/>
          <w:color w:val="222222"/>
          <w:sz w:val="24"/>
          <w:szCs w:val="24"/>
        </w:rPr>
        <w:t>SHell</w:t>
      </w:r>
      <w:proofErr w:type="spellEnd"/>
      <w:r w:rsidRPr="00EA6F4C">
        <w:rPr>
          <w:rFonts w:ascii="Arial Nova" w:hAnsi="Arial Nova"/>
          <w:color w:val="222222"/>
          <w:sz w:val="24"/>
          <w:szCs w:val="24"/>
        </w:rPr>
        <w:t>) scripting is the automation of Linux tasks, which involves the same combination of commands, control structures, and variables into the re-usable scripts. It is commonly utilized in system management, data recovery, log analysis, and automation of deployment processes, which saves much work and human error [7; 1].</w:t>
      </w:r>
    </w:p>
    <w:p w:rsidRPr="00EA6F4C" w:rsidR="008E7B57" w:rsidP="00462A01" w:rsidRDefault="008E7B57" w14:paraId="350C63F2" w14:textId="77777777">
      <w:pPr>
        <w:spacing w:after="160" w:line="360" w:lineRule="auto"/>
        <w:jc w:val="both"/>
        <w:rPr>
          <w:rFonts w:ascii="Arial Nova" w:hAnsi="Arial Nova"/>
          <w:color w:val="222222"/>
          <w:sz w:val="24"/>
          <w:szCs w:val="24"/>
          <w:highlight w:val="white"/>
        </w:rPr>
      </w:pPr>
    </w:p>
    <w:p w:rsidR="005172AE" w:rsidP="005172AE" w:rsidRDefault="005172AE" w14:paraId="3BEE3B06" w14:textId="77777777">
      <w:pPr>
        <w:spacing w:before="160" w:after="80"/>
        <w:rPr>
          <w:rFonts w:ascii="Arial Nova" w:hAnsi="Arial Nova"/>
          <w:color w:val="222222"/>
          <w:sz w:val="24"/>
          <w:szCs w:val="24"/>
          <w:highlight w:val="white"/>
        </w:rPr>
      </w:pPr>
    </w:p>
    <w:p w:rsidR="005172AE" w:rsidP="005172AE" w:rsidRDefault="005172AE" w14:paraId="6FABB307" w14:textId="77777777">
      <w:pPr>
        <w:spacing w:before="160" w:after="80"/>
        <w:rPr>
          <w:rFonts w:ascii="Arial Nova" w:hAnsi="Arial Nova"/>
          <w:color w:val="222222"/>
          <w:sz w:val="24"/>
          <w:szCs w:val="24"/>
          <w:highlight w:val="white"/>
        </w:rPr>
      </w:pPr>
    </w:p>
    <w:p w:rsidR="005172AE" w:rsidP="005172AE" w:rsidRDefault="005172AE" w14:paraId="000E5A13" w14:textId="77777777">
      <w:pPr>
        <w:spacing w:before="160" w:after="80"/>
        <w:rPr>
          <w:rFonts w:ascii="Arial Nova" w:hAnsi="Arial Nova"/>
          <w:color w:val="222222"/>
          <w:sz w:val="24"/>
          <w:szCs w:val="24"/>
          <w:highlight w:val="white"/>
        </w:rPr>
      </w:pPr>
    </w:p>
    <w:p w:rsidR="005172AE" w:rsidP="005172AE" w:rsidRDefault="005172AE" w14:paraId="09A17102" w14:textId="77777777">
      <w:pPr>
        <w:spacing w:before="160" w:after="80"/>
        <w:rPr>
          <w:rFonts w:ascii="Arial Nova" w:hAnsi="Arial Nova"/>
          <w:color w:val="222222"/>
          <w:sz w:val="24"/>
          <w:szCs w:val="24"/>
          <w:highlight w:val="white"/>
        </w:rPr>
      </w:pPr>
    </w:p>
    <w:p w:rsidR="005172AE" w:rsidP="005172AE" w:rsidRDefault="005172AE" w14:paraId="6CBCECE5" w14:textId="77777777">
      <w:pPr>
        <w:spacing w:before="160" w:after="80"/>
        <w:rPr>
          <w:rFonts w:ascii="Arial Nova" w:hAnsi="Arial Nova"/>
          <w:color w:val="222222"/>
          <w:sz w:val="24"/>
          <w:szCs w:val="24"/>
          <w:highlight w:val="white"/>
        </w:rPr>
      </w:pPr>
    </w:p>
    <w:p w:rsidR="005172AE" w:rsidP="005172AE" w:rsidRDefault="005172AE" w14:paraId="6EB01B33" w14:textId="77777777">
      <w:pPr>
        <w:spacing w:before="160" w:after="80"/>
        <w:rPr>
          <w:rFonts w:ascii="Arial Nova" w:hAnsi="Arial Nova"/>
          <w:color w:val="222222"/>
          <w:sz w:val="24"/>
          <w:szCs w:val="24"/>
          <w:highlight w:val="white"/>
        </w:rPr>
      </w:pPr>
    </w:p>
    <w:p w:rsidR="005172AE" w:rsidP="005172AE" w:rsidRDefault="005172AE" w14:paraId="103AE108" w14:textId="77777777">
      <w:pPr>
        <w:spacing w:before="160" w:after="80"/>
        <w:rPr>
          <w:rFonts w:ascii="Arial Nova" w:hAnsi="Arial Nova"/>
          <w:color w:val="222222"/>
          <w:sz w:val="24"/>
          <w:szCs w:val="24"/>
          <w:highlight w:val="white"/>
        </w:rPr>
      </w:pPr>
    </w:p>
    <w:p w:rsidRPr="00EA6F4C" w:rsidR="008E7B57" w:rsidP="005172AE" w:rsidRDefault="008E7B57" w14:paraId="6FF4B836" w14:textId="75105FDF">
      <w:pPr>
        <w:spacing w:before="160" w:after="80"/>
        <w:rPr>
          <w:rFonts w:ascii="Arial Nova" w:hAnsi="Arial Nova"/>
          <w:color w:val="222222"/>
          <w:sz w:val="24"/>
          <w:szCs w:val="24"/>
          <w:highlight w:val="white"/>
        </w:rPr>
      </w:pPr>
      <w:r w:rsidRPr="00EA6F4C">
        <w:rPr>
          <w:rFonts w:ascii="Arial Nova" w:hAnsi="Arial Nova"/>
          <w:color w:val="222222"/>
          <w:sz w:val="24"/>
          <w:szCs w:val="24"/>
          <w:highlight w:val="white"/>
        </w:rPr>
        <w:t xml:space="preserve">Example 1:  Bash script to add two numbers  </w:t>
      </w:r>
    </w:p>
    <w:p w:rsidRPr="00EA6F4C" w:rsidR="008E7B57" w:rsidP="008E7B57" w:rsidRDefault="008E7B57" w14:paraId="1A4BF152" w14:textId="77777777">
      <w:pPr>
        <w:rPr>
          <w:rFonts w:ascii="Arial Nova" w:hAnsi="Arial Nova"/>
          <w:color w:val="222222"/>
          <w:sz w:val="24"/>
          <w:szCs w:val="24"/>
        </w:rPr>
      </w:pPr>
      <w:r w:rsidRPr="00EA6F4C">
        <w:rPr>
          <w:rFonts w:ascii="Arial Nova" w:hAnsi="Arial Nova"/>
          <w:noProof/>
          <w:sz w:val="24"/>
          <w:szCs w:val="24"/>
        </w:rPr>
        <w:drawing>
          <wp:inline distT="114300" distB="114300" distL="114300" distR="114300" wp14:anchorId="5324517D" wp14:editId="335716A1">
            <wp:extent cx="3857625" cy="4143375"/>
            <wp:effectExtent l="0" t="0" r="0" b="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41"/>
                    <a:srcRect/>
                    <a:stretch>
                      <a:fillRect/>
                    </a:stretch>
                  </pic:blipFill>
                  <pic:spPr>
                    <a:xfrm>
                      <a:off x="0" y="0"/>
                      <a:ext cx="3857625" cy="4143375"/>
                    </a:xfrm>
                    <a:prstGeom prst="rect">
                      <a:avLst/>
                    </a:prstGeom>
                    <a:ln/>
                  </pic:spPr>
                </pic:pic>
              </a:graphicData>
            </a:graphic>
          </wp:inline>
        </w:drawing>
      </w:r>
    </w:p>
    <w:p w:rsidRPr="00EA6F4C" w:rsidR="008E7B57" w:rsidP="008E7B57" w:rsidRDefault="008E7B57" w14:paraId="6E759A72" w14:textId="77777777">
      <w:pPr>
        <w:rPr>
          <w:rFonts w:ascii="Arial Nova" w:hAnsi="Arial Nova"/>
          <w:b/>
          <w:bCs/>
          <w:color w:val="222222"/>
          <w:sz w:val="24"/>
          <w:szCs w:val="24"/>
        </w:rPr>
      </w:pPr>
      <w:r w:rsidRPr="00EA6F4C">
        <w:rPr>
          <w:rFonts w:ascii="Arial Nova" w:hAnsi="Arial Nova"/>
          <w:b/>
          <w:bCs/>
          <w:color w:val="222222"/>
          <w:sz w:val="24"/>
          <w:szCs w:val="24"/>
        </w:rPr>
        <w:t>Answer:</w:t>
      </w:r>
    </w:p>
    <w:p w:rsidRPr="00EA6F4C" w:rsidR="008E7B57" w:rsidP="008E7B57" w:rsidRDefault="008E7B57" w14:paraId="30B30871" w14:textId="77777777">
      <w:pPr>
        <w:rPr>
          <w:rFonts w:ascii="Arial Nova" w:hAnsi="Arial Nova"/>
          <w:color w:val="222222"/>
          <w:sz w:val="24"/>
          <w:szCs w:val="24"/>
        </w:rPr>
      </w:pPr>
      <w:r w:rsidRPr="00EA6F4C">
        <w:rPr>
          <w:rFonts w:ascii="Arial Nova" w:hAnsi="Arial Nova"/>
          <w:b/>
          <w:bCs/>
          <w:color w:val="222222"/>
          <w:sz w:val="24"/>
          <w:szCs w:val="24"/>
        </w:rPr>
        <w:t>BASH script</w:t>
      </w:r>
      <w:r w:rsidRPr="00EA6F4C">
        <w:rPr>
          <w:rFonts w:ascii="Arial Nova" w:hAnsi="Arial Nova"/>
          <w:color w:val="222222"/>
          <w:sz w:val="24"/>
          <w:szCs w:val="24"/>
        </w:rPr>
        <w:t xml:space="preserve"> that adds two numbers:</w:t>
      </w:r>
    </w:p>
    <w:p w:rsidRPr="00EA6F4C" w:rsidR="008E7B57" w:rsidP="008E7B57" w:rsidRDefault="008E7B57" w14:paraId="5F57A8CC" w14:textId="77777777">
      <w:pPr>
        <w:rPr>
          <w:rFonts w:ascii="Arial Nova" w:hAnsi="Arial Nova"/>
          <w:color w:val="222222"/>
          <w:sz w:val="24"/>
          <w:szCs w:val="24"/>
        </w:rPr>
      </w:pPr>
      <w:r w:rsidRPr="00EA6F4C">
        <w:rPr>
          <w:rFonts w:ascii="Arial Nova" w:hAnsi="Arial Nova"/>
          <w:noProof/>
          <w:color w:val="222222"/>
          <w:sz w:val="24"/>
          <w:szCs w:val="24"/>
        </w:rPr>
        <w:drawing>
          <wp:inline distT="0" distB="0" distL="0" distR="0" wp14:anchorId="2F0BFFBF" wp14:editId="7A5F1362">
            <wp:extent cx="3181794" cy="2829320"/>
            <wp:effectExtent l="0" t="0" r="0" b="9525"/>
            <wp:docPr id="1145691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691412" name=""/>
                    <pic:cNvPicPr/>
                  </pic:nvPicPr>
                  <pic:blipFill>
                    <a:blip r:embed="rId42"/>
                    <a:stretch>
                      <a:fillRect/>
                    </a:stretch>
                  </pic:blipFill>
                  <pic:spPr>
                    <a:xfrm>
                      <a:off x="0" y="0"/>
                      <a:ext cx="3181794" cy="2829320"/>
                    </a:xfrm>
                    <a:prstGeom prst="rect">
                      <a:avLst/>
                    </a:prstGeom>
                  </pic:spPr>
                </pic:pic>
              </a:graphicData>
            </a:graphic>
          </wp:inline>
        </w:drawing>
      </w:r>
    </w:p>
    <w:p w:rsidRPr="00EA6F4C" w:rsidR="008E7B57" w:rsidP="008E7B57" w:rsidRDefault="008E7B57" w14:paraId="40F37A78" w14:textId="77777777">
      <w:pPr>
        <w:rPr>
          <w:rFonts w:ascii="Arial Nova" w:hAnsi="Arial Nova"/>
          <w:b/>
          <w:bCs/>
          <w:color w:val="222222"/>
          <w:sz w:val="24"/>
          <w:szCs w:val="24"/>
        </w:rPr>
      </w:pPr>
      <w:r w:rsidRPr="00EA6F4C">
        <w:rPr>
          <w:rFonts w:ascii="Arial Nova" w:hAnsi="Arial Nova"/>
          <w:b/>
          <w:bCs/>
          <w:color w:val="222222"/>
          <w:sz w:val="24"/>
          <w:szCs w:val="24"/>
        </w:rPr>
        <w:t>Explanation of the Script:</w:t>
      </w:r>
    </w:p>
    <w:p w:rsidRPr="00EA6F4C" w:rsidR="008E7B57" w:rsidP="00462A01" w:rsidRDefault="008E7B57" w14:paraId="57AE17B2" w14:textId="77777777">
      <w:pPr>
        <w:numPr>
          <w:ilvl w:val="0"/>
          <w:numId w:val="28"/>
        </w:numPr>
        <w:spacing w:after="0" w:line="360" w:lineRule="auto"/>
        <w:jc w:val="both"/>
        <w:rPr>
          <w:rFonts w:ascii="Arial Nova" w:hAnsi="Arial Nova"/>
          <w:color w:val="222222"/>
          <w:sz w:val="24"/>
          <w:szCs w:val="24"/>
        </w:rPr>
      </w:pPr>
      <w:r w:rsidRPr="00EA6F4C">
        <w:rPr>
          <w:rFonts w:ascii="Arial Nova" w:hAnsi="Arial Nova"/>
          <w:b/>
          <w:bCs/>
          <w:color w:val="222222"/>
          <w:sz w:val="24"/>
          <w:szCs w:val="24"/>
        </w:rPr>
        <w:t>#!/bin/bash</w:t>
      </w:r>
      <w:r w:rsidRPr="00EA6F4C">
        <w:rPr>
          <w:rFonts w:ascii="Arial Nova" w:hAnsi="Arial Nova"/>
          <w:color w:val="222222"/>
          <w:sz w:val="24"/>
          <w:szCs w:val="24"/>
        </w:rPr>
        <w:t xml:space="preserve">: This is the </w:t>
      </w:r>
      <w:r w:rsidRPr="00EA6F4C">
        <w:rPr>
          <w:rFonts w:ascii="Arial Nova" w:hAnsi="Arial Nova"/>
          <w:b/>
          <w:bCs/>
          <w:color w:val="222222"/>
          <w:sz w:val="24"/>
          <w:szCs w:val="24"/>
        </w:rPr>
        <w:t>shebang</w:t>
      </w:r>
      <w:r w:rsidRPr="00EA6F4C">
        <w:rPr>
          <w:rFonts w:ascii="Arial Nova" w:hAnsi="Arial Nova"/>
          <w:color w:val="222222"/>
          <w:sz w:val="24"/>
          <w:szCs w:val="24"/>
        </w:rPr>
        <w:t xml:space="preserve"> line, which tells the system that the script should be executed using the BASH shell.</w:t>
      </w:r>
    </w:p>
    <w:p w:rsidRPr="00EA6F4C" w:rsidR="008E7B57" w:rsidP="00462A01" w:rsidRDefault="008E7B57" w14:paraId="4CCFFA27" w14:textId="77777777">
      <w:pPr>
        <w:numPr>
          <w:ilvl w:val="0"/>
          <w:numId w:val="28"/>
        </w:numPr>
        <w:spacing w:after="0" w:line="360" w:lineRule="auto"/>
        <w:jc w:val="both"/>
        <w:rPr>
          <w:rFonts w:ascii="Arial Nova" w:hAnsi="Arial Nova"/>
          <w:color w:val="222222"/>
          <w:sz w:val="24"/>
          <w:szCs w:val="24"/>
        </w:rPr>
      </w:pPr>
      <w:r w:rsidRPr="00EA6F4C">
        <w:rPr>
          <w:rFonts w:ascii="Arial Nova" w:hAnsi="Arial Nova"/>
          <w:b/>
          <w:bCs/>
          <w:color w:val="222222"/>
          <w:sz w:val="24"/>
          <w:szCs w:val="24"/>
        </w:rPr>
        <w:t>echo</w:t>
      </w:r>
      <w:r w:rsidRPr="00EA6F4C">
        <w:rPr>
          <w:rFonts w:ascii="Arial Nova" w:hAnsi="Arial Nova"/>
          <w:color w:val="222222"/>
          <w:sz w:val="24"/>
          <w:szCs w:val="24"/>
        </w:rPr>
        <w:t>: Displays text prompting the user to input two numbers.</w:t>
      </w:r>
    </w:p>
    <w:p w:rsidRPr="00EA6F4C" w:rsidR="008E7B57" w:rsidP="00462A01" w:rsidRDefault="008E7B57" w14:paraId="61BC98FC" w14:textId="77777777">
      <w:pPr>
        <w:numPr>
          <w:ilvl w:val="0"/>
          <w:numId w:val="28"/>
        </w:numPr>
        <w:spacing w:after="0" w:line="360" w:lineRule="auto"/>
        <w:jc w:val="both"/>
        <w:rPr>
          <w:rFonts w:ascii="Arial Nova" w:hAnsi="Arial Nova"/>
          <w:color w:val="222222"/>
          <w:sz w:val="24"/>
          <w:szCs w:val="24"/>
        </w:rPr>
      </w:pPr>
      <w:r w:rsidRPr="00EA6F4C">
        <w:rPr>
          <w:rFonts w:ascii="Arial Nova" w:hAnsi="Arial Nova"/>
          <w:b/>
          <w:bCs/>
          <w:color w:val="222222"/>
          <w:sz w:val="24"/>
          <w:szCs w:val="24"/>
        </w:rPr>
        <w:t>read</w:t>
      </w:r>
      <w:r w:rsidRPr="00EA6F4C">
        <w:rPr>
          <w:rFonts w:ascii="Arial Nova" w:hAnsi="Arial Nova"/>
          <w:color w:val="222222"/>
          <w:sz w:val="24"/>
          <w:szCs w:val="24"/>
        </w:rPr>
        <w:t>: Reads the user’s input and stores it in variables num1 and num2.</w:t>
      </w:r>
    </w:p>
    <w:p w:rsidRPr="00EA6F4C" w:rsidR="008E7B57" w:rsidP="00462A01" w:rsidRDefault="008E7B57" w14:paraId="1B45EE31" w14:textId="77777777">
      <w:pPr>
        <w:numPr>
          <w:ilvl w:val="0"/>
          <w:numId w:val="28"/>
        </w:numPr>
        <w:spacing w:after="0" w:line="360" w:lineRule="auto"/>
        <w:jc w:val="both"/>
        <w:rPr>
          <w:rFonts w:ascii="Arial Nova" w:hAnsi="Arial Nova"/>
          <w:color w:val="222222"/>
          <w:sz w:val="24"/>
          <w:szCs w:val="24"/>
        </w:rPr>
      </w:pPr>
      <w:r w:rsidRPr="00EA6F4C">
        <w:rPr>
          <w:rFonts w:ascii="Arial Nova" w:hAnsi="Arial Nova"/>
          <w:b/>
          <w:bCs/>
          <w:color w:val="222222"/>
          <w:sz w:val="24"/>
          <w:szCs w:val="24"/>
        </w:rPr>
        <w:t>sum=$((num1 + num2))</w:t>
      </w:r>
      <w:r w:rsidRPr="00EA6F4C">
        <w:rPr>
          <w:rFonts w:ascii="Arial Nova" w:hAnsi="Arial Nova"/>
          <w:color w:val="222222"/>
          <w:sz w:val="24"/>
          <w:szCs w:val="24"/>
        </w:rPr>
        <w:t>: Uses arithmetic expansion to calculate the sum of num1 and num2, storing it in the variable sum.</w:t>
      </w:r>
    </w:p>
    <w:p w:rsidRPr="00EA6F4C" w:rsidR="008E7B57" w:rsidP="00462A01" w:rsidRDefault="008E7B57" w14:paraId="64CF7DD4" w14:textId="77777777">
      <w:pPr>
        <w:numPr>
          <w:ilvl w:val="0"/>
          <w:numId w:val="28"/>
        </w:numPr>
        <w:spacing w:after="0" w:line="360" w:lineRule="auto"/>
        <w:jc w:val="both"/>
        <w:rPr>
          <w:rFonts w:ascii="Arial Nova" w:hAnsi="Arial Nova"/>
          <w:color w:val="222222"/>
          <w:sz w:val="24"/>
          <w:szCs w:val="24"/>
        </w:rPr>
      </w:pPr>
      <w:r w:rsidRPr="00EA6F4C">
        <w:rPr>
          <w:rFonts w:ascii="Arial Nova" w:hAnsi="Arial Nova"/>
          <w:b/>
          <w:bCs/>
          <w:color w:val="222222"/>
          <w:sz w:val="24"/>
          <w:szCs w:val="24"/>
        </w:rPr>
        <w:t>echo "The sum is $sum"</w:t>
      </w:r>
      <w:r w:rsidRPr="00EA6F4C">
        <w:rPr>
          <w:rFonts w:ascii="Arial Nova" w:hAnsi="Arial Nova"/>
          <w:color w:val="222222"/>
          <w:sz w:val="24"/>
          <w:szCs w:val="24"/>
        </w:rPr>
        <w:t>: Displays the result of the addition.</w:t>
      </w:r>
    </w:p>
    <w:p w:rsidRPr="00EA6F4C" w:rsidR="008E7B57" w:rsidP="003843F4" w:rsidRDefault="008E7B57" w14:paraId="071B186B" w14:textId="77777777">
      <w:pPr>
        <w:spacing w:line="360" w:lineRule="auto"/>
        <w:rPr>
          <w:rFonts w:ascii="Arial Nova" w:hAnsi="Arial Nova"/>
          <w:b/>
          <w:bCs/>
          <w:color w:val="222222"/>
          <w:sz w:val="24"/>
          <w:szCs w:val="24"/>
        </w:rPr>
      </w:pPr>
      <w:r w:rsidRPr="00EA6F4C">
        <w:rPr>
          <w:rFonts w:ascii="Arial Nova" w:hAnsi="Arial Nova"/>
          <w:b/>
          <w:bCs/>
          <w:color w:val="222222"/>
          <w:sz w:val="24"/>
          <w:szCs w:val="24"/>
        </w:rPr>
        <w:t>Example Output:</w:t>
      </w:r>
    </w:p>
    <w:p w:rsidRPr="00EA6F4C" w:rsidR="008E7B57" w:rsidP="008E7B57" w:rsidRDefault="008E7B57" w14:paraId="358471A6" w14:textId="77777777">
      <w:pPr>
        <w:rPr>
          <w:rFonts w:ascii="Arial Nova" w:hAnsi="Arial Nova"/>
          <w:color w:val="222222"/>
          <w:sz w:val="24"/>
          <w:szCs w:val="24"/>
        </w:rPr>
      </w:pPr>
      <w:r w:rsidRPr="00EA6F4C">
        <w:rPr>
          <w:rFonts w:ascii="Arial Nova" w:hAnsi="Arial Nova"/>
          <w:noProof/>
          <w:color w:val="222222"/>
          <w:sz w:val="24"/>
          <w:szCs w:val="24"/>
        </w:rPr>
        <w:drawing>
          <wp:inline distT="0" distB="0" distL="0" distR="0" wp14:anchorId="2C777E01" wp14:editId="7F29B950">
            <wp:extent cx="2200582" cy="1247949"/>
            <wp:effectExtent l="0" t="0" r="9525" b="9525"/>
            <wp:docPr id="1747361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61425" name=""/>
                    <pic:cNvPicPr/>
                  </pic:nvPicPr>
                  <pic:blipFill>
                    <a:blip r:embed="rId43"/>
                    <a:stretch>
                      <a:fillRect/>
                    </a:stretch>
                  </pic:blipFill>
                  <pic:spPr>
                    <a:xfrm>
                      <a:off x="0" y="0"/>
                      <a:ext cx="2200582" cy="1247949"/>
                    </a:xfrm>
                    <a:prstGeom prst="rect">
                      <a:avLst/>
                    </a:prstGeom>
                  </pic:spPr>
                </pic:pic>
              </a:graphicData>
            </a:graphic>
          </wp:inline>
        </w:drawing>
      </w:r>
    </w:p>
    <w:p w:rsidRPr="00EA6F4C" w:rsidR="008E7B57" w:rsidP="005172AE" w:rsidRDefault="008E7B57" w14:paraId="2E39B7B1" w14:textId="005239FE">
      <w:pPr>
        <w:rPr>
          <w:rFonts w:ascii="Arial Nova" w:hAnsi="Arial Nova"/>
          <w:color w:val="222222"/>
          <w:sz w:val="24"/>
          <w:szCs w:val="24"/>
          <w:highlight w:val="white"/>
        </w:rPr>
      </w:pPr>
      <w:r w:rsidRPr="00EA6F4C">
        <w:rPr>
          <w:rFonts w:ascii="Arial Nova" w:hAnsi="Arial Nova"/>
          <w:sz w:val="24"/>
          <w:szCs w:val="24"/>
        </w:rPr>
        <w:br/>
      </w:r>
      <w:r w:rsidRPr="00EA6F4C">
        <w:rPr>
          <w:rFonts w:ascii="Arial Nova" w:hAnsi="Arial Nova"/>
          <w:noProof/>
          <w:sz w:val="24"/>
          <w:szCs w:val="24"/>
        </w:rPr>
        <w:drawing>
          <wp:inline distT="114300" distB="114300" distL="114300" distR="114300" wp14:anchorId="7EB720CE" wp14:editId="52726AA8">
            <wp:extent cx="5686425" cy="4686300"/>
            <wp:effectExtent l="0" t="0" r="0" b="0"/>
            <wp:docPr id="22"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44"/>
                    <a:srcRect/>
                    <a:stretch>
                      <a:fillRect/>
                    </a:stretch>
                  </pic:blipFill>
                  <pic:spPr>
                    <a:xfrm>
                      <a:off x="0" y="0"/>
                      <a:ext cx="5686425" cy="4686300"/>
                    </a:xfrm>
                    <a:prstGeom prst="rect">
                      <a:avLst/>
                    </a:prstGeom>
                    <a:ln/>
                  </pic:spPr>
                </pic:pic>
              </a:graphicData>
            </a:graphic>
          </wp:inline>
        </w:drawing>
      </w:r>
      <w:r w:rsidRPr="00EA6F4C">
        <w:rPr>
          <w:rFonts w:ascii="Arial Nova" w:hAnsi="Arial Nova"/>
          <w:sz w:val="24"/>
          <w:szCs w:val="24"/>
        </w:rPr>
        <w:br/>
      </w:r>
      <w:r w:rsidRPr="00EA6F4C">
        <w:rPr>
          <w:rFonts w:ascii="Arial Nova" w:hAnsi="Arial Nova"/>
          <w:color w:val="222222"/>
          <w:sz w:val="24"/>
          <w:szCs w:val="24"/>
          <w:highlight w:val="white"/>
        </w:rPr>
        <w:t xml:space="preserve">Example 2: example of a loop </w:t>
      </w:r>
    </w:p>
    <w:p w:rsidRPr="00EA6F4C" w:rsidR="008E7B57" w:rsidP="008E7B57" w:rsidRDefault="008E7B57" w14:paraId="7748C209" w14:textId="77777777">
      <w:pPr>
        <w:spacing w:after="160"/>
        <w:rPr>
          <w:rFonts w:ascii="Arial Nova" w:hAnsi="Arial Nova"/>
          <w:b/>
          <w:bCs/>
          <w:color w:val="222222"/>
          <w:sz w:val="24"/>
          <w:szCs w:val="24"/>
          <w:highlight w:val="white"/>
        </w:rPr>
      </w:pPr>
      <w:r w:rsidRPr="00EA6F4C">
        <w:rPr>
          <w:rFonts w:ascii="Arial Nova" w:hAnsi="Arial Nova"/>
          <w:b/>
          <w:bCs/>
          <w:color w:val="222222"/>
          <w:sz w:val="24"/>
          <w:szCs w:val="24"/>
          <w:highlight w:val="white"/>
        </w:rPr>
        <w:t>Answer:</w:t>
      </w:r>
    </w:p>
    <w:p w:rsidRPr="00EA6F4C" w:rsidR="008E7B57" w:rsidP="008E7B57" w:rsidRDefault="008E7B57" w14:paraId="3D48D113" w14:textId="77777777">
      <w:pPr>
        <w:spacing w:after="160"/>
        <w:rPr>
          <w:rFonts w:ascii="Arial Nova" w:hAnsi="Arial Nova"/>
          <w:color w:val="222222"/>
          <w:sz w:val="24"/>
          <w:szCs w:val="24"/>
          <w:highlight w:val="white"/>
        </w:rPr>
      </w:pPr>
      <w:r w:rsidRPr="00EA6F4C">
        <w:rPr>
          <w:rFonts w:ascii="Arial Nova" w:hAnsi="Arial Nova"/>
          <w:b/>
          <w:bCs/>
          <w:color w:val="222222"/>
          <w:sz w:val="24"/>
          <w:szCs w:val="24"/>
          <w:highlight w:val="white"/>
        </w:rPr>
        <w:t>BASH script</w:t>
      </w:r>
      <w:r w:rsidRPr="00EA6F4C">
        <w:rPr>
          <w:rFonts w:ascii="Arial Nova" w:hAnsi="Arial Nova"/>
          <w:color w:val="222222"/>
          <w:sz w:val="24"/>
          <w:szCs w:val="24"/>
          <w:highlight w:val="white"/>
        </w:rPr>
        <w:t xml:space="preserve"> using a loop to display numbers from 1 to 5</w:t>
      </w:r>
    </w:p>
    <w:p w:rsidRPr="00EA6F4C" w:rsidR="008E7B57" w:rsidP="008E7B57" w:rsidRDefault="008E7B57" w14:paraId="2D899ED8" w14:textId="77777777">
      <w:pPr>
        <w:spacing w:after="160"/>
        <w:rPr>
          <w:rFonts w:ascii="Arial Nova" w:hAnsi="Arial Nova"/>
          <w:color w:val="222222"/>
          <w:sz w:val="24"/>
          <w:szCs w:val="24"/>
          <w:highlight w:val="white"/>
        </w:rPr>
      </w:pPr>
      <w:r w:rsidRPr="00EA6F4C">
        <w:rPr>
          <w:rFonts w:ascii="Arial Nova" w:hAnsi="Arial Nova"/>
          <w:noProof/>
          <w:color w:val="222222"/>
          <w:sz w:val="24"/>
          <w:szCs w:val="24"/>
        </w:rPr>
        <w:drawing>
          <wp:inline distT="0" distB="0" distL="0" distR="0" wp14:anchorId="0A72978F" wp14:editId="692D0B55">
            <wp:extent cx="3886742" cy="1590897"/>
            <wp:effectExtent l="0" t="0" r="0" b="9525"/>
            <wp:docPr id="2111313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313221" name=""/>
                    <pic:cNvPicPr/>
                  </pic:nvPicPr>
                  <pic:blipFill>
                    <a:blip r:embed="rId45"/>
                    <a:stretch>
                      <a:fillRect/>
                    </a:stretch>
                  </pic:blipFill>
                  <pic:spPr>
                    <a:xfrm>
                      <a:off x="0" y="0"/>
                      <a:ext cx="3886742" cy="1590897"/>
                    </a:xfrm>
                    <a:prstGeom prst="rect">
                      <a:avLst/>
                    </a:prstGeom>
                  </pic:spPr>
                </pic:pic>
              </a:graphicData>
            </a:graphic>
          </wp:inline>
        </w:drawing>
      </w:r>
    </w:p>
    <w:p w:rsidR="005172AE" w:rsidP="008E7B57" w:rsidRDefault="005172AE" w14:paraId="25BBCFEE" w14:textId="77777777">
      <w:pPr>
        <w:spacing w:after="160"/>
        <w:rPr>
          <w:rFonts w:ascii="Arial Nova" w:hAnsi="Arial Nova"/>
          <w:b/>
          <w:bCs/>
          <w:color w:val="222222"/>
          <w:sz w:val="24"/>
          <w:szCs w:val="24"/>
          <w:highlight w:val="white"/>
        </w:rPr>
      </w:pPr>
    </w:p>
    <w:p w:rsidRPr="00EA6F4C" w:rsidR="008E7B57" w:rsidP="008E7B57" w:rsidRDefault="008E7B57" w14:paraId="139F8F40" w14:textId="4F66619E">
      <w:pPr>
        <w:spacing w:after="160"/>
        <w:rPr>
          <w:rFonts w:ascii="Arial Nova" w:hAnsi="Arial Nova"/>
          <w:b/>
          <w:bCs/>
          <w:color w:val="222222"/>
          <w:sz w:val="24"/>
          <w:szCs w:val="24"/>
          <w:highlight w:val="white"/>
        </w:rPr>
      </w:pPr>
      <w:r w:rsidRPr="00EA6F4C">
        <w:rPr>
          <w:rFonts w:ascii="Arial Nova" w:hAnsi="Arial Nova"/>
          <w:b/>
          <w:bCs/>
          <w:color w:val="222222"/>
          <w:sz w:val="24"/>
          <w:szCs w:val="24"/>
          <w:highlight w:val="white"/>
        </w:rPr>
        <w:t>Explanation of the Script:</w:t>
      </w:r>
    </w:p>
    <w:p w:rsidRPr="00EA6F4C" w:rsidR="008E7B57" w:rsidP="00462A01" w:rsidRDefault="008E7B57" w14:paraId="6B47485D" w14:textId="77777777">
      <w:pPr>
        <w:numPr>
          <w:ilvl w:val="0"/>
          <w:numId w:val="29"/>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#!/bin/bash</w:t>
      </w:r>
      <w:r w:rsidRPr="00EA6F4C">
        <w:rPr>
          <w:rFonts w:ascii="Arial Nova" w:hAnsi="Arial Nova"/>
          <w:color w:val="222222"/>
          <w:sz w:val="24"/>
          <w:szCs w:val="24"/>
          <w:highlight w:val="white"/>
        </w:rPr>
        <w:t>: The shebang line to indicate that the script should be executed using the BASH shell.</w:t>
      </w:r>
    </w:p>
    <w:p w:rsidRPr="00EA6F4C" w:rsidR="008E7B57" w:rsidP="00462A01" w:rsidRDefault="008E7B57" w14:paraId="28B007E1" w14:textId="77777777">
      <w:pPr>
        <w:numPr>
          <w:ilvl w:val="0"/>
          <w:numId w:val="29"/>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 xml:space="preserve">for </w:t>
      </w:r>
      <w:proofErr w:type="spellStart"/>
      <w:r w:rsidRPr="00EA6F4C">
        <w:rPr>
          <w:rFonts w:ascii="Arial Nova" w:hAnsi="Arial Nova"/>
          <w:b/>
          <w:bCs/>
          <w:color w:val="222222"/>
          <w:sz w:val="24"/>
          <w:szCs w:val="24"/>
          <w:highlight w:val="white"/>
        </w:rPr>
        <w:t>i</w:t>
      </w:r>
      <w:proofErr w:type="spellEnd"/>
      <w:r w:rsidRPr="00EA6F4C">
        <w:rPr>
          <w:rFonts w:ascii="Arial Nova" w:hAnsi="Arial Nova"/>
          <w:b/>
          <w:bCs/>
          <w:color w:val="222222"/>
          <w:sz w:val="24"/>
          <w:szCs w:val="24"/>
          <w:highlight w:val="white"/>
        </w:rPr>
        <w:t xml:space="preserve"> in {1..5}</w:t>
      </w:r>
      <w:r w:rsidRPr="00EA6F4C">
        <w:rPr>
          <w:rFonts w:ascii="Arial Nova" w:hAnsi="Arial Nova"/>
          <w:color w:val="222222"/>
          <w:sz w:val="24"/>
          <w:szCs w:val="24"/>
          <w:highlight w:val="white"/>
        </w:rPr>
        <w:t xml:space="preserve">: A </w:t>
      </w:r>
      <w:r w:rsidRPr="00EA6F4C">
        <w:rPr>
          <w:rFonts w:ascii="Arial Nova" w:hAnsi="Arial Nova"/>
          <w:b/>
          <w:bCs/>
          <w:color w:val="222222"/>
          <w:sz w:val="24"/>
          <w:szCs w:val="24"/>
          <w:highlight w:val="white"/>
        </w:rPr>
        <w:t>for loop</w:t>
      </w:r>
      <w:r w:rsidRPr="00EA6F4C">
        <w:rPr>
          <w:rFonts w:ascii="Arial Nova" w:hAnsi="Arial Nova"/>
          <w:color w:val="222222"/>
          <w:sz w:val="24"/>
          <w:szCs w:val="24"/>
          <w:highlight w:val="white"/>
        </w:rPr>
        <w:t xml:space="preserve"> that iterates through the range from 1 to 5.</w:t>
      </w:r>
    </w:p>
    <w:p w:rsidRPr="00EA6F4C" w:rsidR="008E7B57" w:rsidP="00462A01" w:rsidRDefault="008E7B57" w14:paraId="042B1264" w14:textId="77777777">
      <w:pPr>
        <w:numPr>
          <w:ilvl w:val="0"/>
          <w:numId w:val="29"/>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do</w:t>
      </w:r>
      <w:r w:rsidRPr="00EA6F4C">
        <w:rPr>
          <w:rFonts w:ascii="Arial Nova" w:hAnsi="Arial Nova"/>
          <w:color w:val="222222"/>
          <w:sz w:val="24"/>
          <w:szCs w:val="24"/>
          <w:highlight w:val="white"/>
        </w:rPr>
        <w:t>: Marks the beginning of the loop's body.</w:t>
      </w:r>
    </w:p>
    <w:p w:rsidRPr="00EA6F4C" w:rsidR="008E7B57" w:rsidP="00462A01" w:rsidRDefault="008E7B57" w14:paraId="036D3D08" w14:textId="77777777">
      <w:pPr>
        <w:numPr>
          <w:ilvl w:val="0"/>
          <w:numId w:val="29"/>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echo "Number: $</w:t>
      </w:r>
      <w:proofErr w:type="spellStart"/>
      <w:r w:rsidRPr="00EA6F4C">
        <w:rPr>
          <w:rFonts w:ascii="Arial Nova" w:hAnsi="Arial Nova"/>
          <w:b/>
          <w:bCs/>
          <w:color w:val="222222"/>
          <w:sz w:val="24"/>
          <w:szCs w:val="24"/>
          <w:highlight w:val="white"/>
        </w:rPr>
        <w:t>i</w:t>
      </w:r>
      <w:proofErr w:type="spellEnd"/>
      <w:r w:rsidRPr="00EA6F4C">
        <w:rPr>
          <w:rFonts w:ascii="Arial Nova" w:hAnsi="Arial Nova"/>
          <w:b/>
          <w:bCs/>
          <w:color w:val="222222"/>
          <w:sz w:val="24"/>
          <w:szCs w:val="24"/>
          <w:highlight w:val="white"/>
        </w:rPr>
        <w:t>"</w:t>
      </w:r>
      <w:r w:rsidRPr="00EA6F4C">
        <w:rPr>
          <w:rFonts w:ascii="Arial Nova" w:hAnsi="Arial Nova"/>
          <w:color w:val="222222"/>
          <w:sz w:val="24"/>
          <w:szCs w:val="24"/>
          <w:highlight w:val="white"/>
        </w:rPr>
        <w:t xml:space="preserve">: Inside the loop, this command prints the current value of </w:t>
      </w:r>
      <w:proofErr w:type="spellStart"/>
      <w:r w:rsidRPr="00EA6F4C">
        <w:rPr>
          <w:rFonts w:ascii="Arial Nova" w:hAnsi="Arial Nova"/>
          <w:color w:val="222222"/>
          <w:sz w:val="24"/>
          <w:szCs w:val="24"/>
          <w:highlight w:val="white"/>
        </w:rPr>
        <w:t>i</w:t>
      </w:r>
      <w:proofErr w:type="spellEnd"/>
      <w:r w:rsidRPr="00EA6F4C">
        <w:rPr>
          <w:rFonts w:ascii="Arial Nova" w:hAnsi="Arial Nova"/>
          <w:color w:val="222222"/>
          <w:sz w:val="24"/>
          <w:szCs w:val="24"/>
          <w:highlight w:val="white"/>
        </w:rPr>
        <w:t xml:space="preserve"> for each iteration.</w:t>
      </w:r>
    </w:p>
    <w:p w:rsidRPr="00EA6F4C" w:rsidR="008E7B57" w:rsidP="00462A01" w:rsidRDefault="008E7B57" w14:paraId="10CAFFF3" w14:textId="77777777">
      <w:pPr>
        <w:numPr>
          <w:ilvl w:val="0"/>
          <w:numId w:val="29"/>
        </w:numPr>
        <w:spacing w:after="160" w:line="360" w:lineRule="auto"/>
        <w:jc w:val="both"/>
        <w:rPr>
          <w:rFonts w:ascii="Arial Nova" w:hAnsi="Arial Nova"/>
          <w:color w:val="222222"/>
          <w:sz w:val="24"/>
          <w:szCs w:val="24"/>
          <w:highlight w:val="white"/>
        </w:rPr>
      </w:pPr>
      <w:r w:rsidRPr="00EA6F4C">
        <w:rPr>
          <w:rFonts w:ascii="Arial Nova" w:hAnsi="Arial Nova"/>
          <w:b/>
          <w:bCs/>
          <w:color w:val="222222"/>
          <w:sz w:val="24"/>
          <w:szCs w:val="24"/>
          <w:highlight w:val="white"/>
        </w:rPr>
        <w:t>done</w:t>
      </w:r>
      <w:r w:rsidRPr="00EA6F4C">
        <w:rPr>
          <w:rFonts w:ascii="Arial Nova" w:hAnsi="Arial Nova"/>
          <w:color w:val="222222"/>
          <w:sz w:val="24"/>
          <w:szCs w:val="24"/>
          <w:highlight w:val="white"/>
        </w:rPr>
        <w:t>: Marks the end of the loop.</w:t>
      </w:r>
    </w:p>
    <w:p w:rsidR="005172AE" w:rsidP="00462A01" w:rsidRDefault="005172AE" w14:paraId="253723D5" w14:textId="77777777">
      <w:pPr>
        <w:spacing w:after="160" w:line="360" w:lineRule="auto"/>
        <w:jc w:val="both"/>
        <w:rPr>
          <w:rFonts w:ascii="Arial Nova" w:hAnsi="Arial Nova"/>
          <w:b/>
          <w:bCs/>
          <w:color w:val="222222"/>
          <w:sz w:val="24"/>
          <w:szCs w:val="24"/>
          <w:highlight w:val="white"/>
        </w:rPr>
      </w:pPr>
    </w:p>
    <w:p w:rsidRPr="00EA6F4C" w:rsidR="008E7B57" w:rsidP="00462A01" w:rsidRDefault="008E7B57" w14:paraId="56C9CEEA" w14:textId="54499071">
      <w:pPr>
        <w:spacing w:after="160" w:line="360" w:lineRule="auto"/>
        <w:jc w:val="both"/>
        <w:rPr>
          <w:rFonts w:ascii="Arial Nova" w:hAnsi="Arial Nova"/>
          <w:b/>
          <w:bCs/>
          <w:color w:val="222222"/>
          <w:sz w:val="24"/>
          <w:szCs w:val="24"/>
          <w:highlight w:val="white"/>
        </w:rPr>
      </w:pPr>
      <w:r w:rsidRPr="00EA6F4C">
        <w:rPr>
          <w:rFonts w:ascii="Arial Nova" w:hAnsi="Arial Nova"/>
          <w:b/>
          <w:bCs/>
          <w:color w:val="222222"/>
          <w:sz w:val="24"/>
          <w:szCs w:val="24"/>
          <w:highlight w:val="white"/>
        </w:rPr>
        <w:t>Example Output:</w:t>
      </w:r>
    </w:p>
    <w:p w:rsidRPr="00EA6F4C" w:rsidR="008E7B57" w:rsidP="008E7B57" w:rsidRDefault="008E7B57" w14:paraId="1713C558" w14:textId="77777777">
      <w:pPr>
        <w:spacing w:after="160"/>
        <w:rPr>
          <w:rFonts w:ascii="Arial Nova" w:hAnsi="Arial Nova"/>
          <w:color w:val="222222"/>
          <w:sz w:val="24"/>
          <w:szCs w:val="24"/>
          <w:highlight w:val="white"/>
        </w:rPr>
      </w:pPr>
      <w:r w:rsidRPr="00EA6F4C">
        <w:rPr>
          <w:rFonts w:ascii="Arial Nova" w:hAnsi="Arial Nova"/>
          <w:noProof/>
          <w:color w:val="222222"/>
          <w:sz w:val="24"/>
          <w:szCs w:val="24"/>
        </w:rPr>
        <w:drawing>
          <wp:inline distT="0" distB="0" distL="0" distR="0" wp14:anchorId="0018B98A" wp14:editId="4F9287B2">
            <wp:extent cx="1238423" cy="1219370"/>
            <wp:effectExtent l="0" t="0" r="0" b="0"/>
            <wp:docPr id="1132543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543186" name=""/>
                    <pic:cNvPicPr/>
                  </pic:nvPicPr>
                  <pic:blipFill>
                    <a:blip r:embed="rId46"/>
                    <a:stretch>
                      <a:fillRect/>
                    </a:stretch>
                  </pic:blipFill>
                  <pic:spPr>
                    <a:xfrm>
                      <a:off x="0" y="0"/>
                      <a:ext cx="1238423" cy="1219370"/>
                    </a:xfrm>
                    <a:prstGeom prst="rect">
                      <a:avLst/>
                    </a:prstGeom>
                  </pic:spPr>
                </pic:pic>
              </a:graphicData>
            </a:graphic>
          </wp:inline>
        </w:drawing>
      </w:r>
    </w:p>
    <w:p w:rsidRPr="00EA6F4C" w:rsidR="008E7B57" w:rsidP="00462A01" w:rsidRDefault="008E7B57" w14:paraId="6C868EBE" w14:textId="77777777">
      <w:pPr>
        <w:spacing w:after="160" w:line="360" w:lineRule="auto"/>
        <w:jc w:val="both"/>
        <w:rPr>
          <w:rFonts w:ascii="Arial Nova" w:hAnsi="Arial Nova"/>
          <w:color w:val="222222"/>
          <w:sz w:val="24"/>
          <w:szCs w:val="24"/>
          <w:highlight w:val="white"/>
        </w:rPr>
      </w:pPr>
      <w:r w:rsidRPr="00EA6F4C">
        <w:rPr>
          <w:rFonts w:ascii="Arial Nova" w:hAnsi="Arial Nova"/>
          <w:color w:val="222222"/>
          <w:sz w:val="24"/>
          <w:szCs w:val="24"/>
        </w:rPr>
        <w:t>This script involves a for loop which goes through the numbers 1-5 and presents each of the numbers one by one. It shows simple looping of the BASH scripting, which is helpful in activities such as repetition or automation.</w:t>
      </w:r>
    </w:p>
    <w:p w:rsidR="008E7B57" w:rsidP="008E7B57" w:rsidRDefault="008E7B57" w14:paraId="011EFDB2" w14:textId="77777777">
      <w:pPr>
        <w:spacing w:after="160"/>
        <w:rPr>
          <w:rFonts w:ascii="Arial Nova" w:hAnsi="Arial Nova"/>
          <w:color w:val="222222"/>
          <w:sz w:val="24"/>
          <w:szCs w:val="24"/>
          <w:highlight w:val="white"/>
        </w:rPr>
      </w:pPr>
    </w:p>
    <w:p w:rsidR="005172AE" w:rsidP="008E7B57" w:rsidRDefault="005172AE" w14:paraId="638E30B6" w14:textId="77777777">
      <w:pPr>
        <w:spacing w:after="160"/>
        <w:rPr>
          <w:rFonts w:ascii="Arial Nova" w:hAnsi="Arial Nova"/>
          <w:color w:val="222222"/>
          <w:sz w:val="24"/>
          <w:szCs w:val="24"/>
          <w:highlight w:val="white"/>
        </w:rPr>
      </w:pPr>
    </w:p>
    <w:p w:rsidR="005172AE" w:rsidP="008E7B57" w:rsidRDefault="005172AE" w14:paraId="62B74D0F" w14:textId="77777777">
      <w:pPr>
        <w:spacing w:after="160"/>
        <w:rPr>
          <w:rFonts w:ascii="Arial Nova" w:hAnsi="Arial Nova"/>
          <w:color w:val="222222"/>
          <w:sz w:val="24"/>
          <w:szCs w:val="24"/>
          <w:highlight w:val="white"/>
        </w:rPr>
      </w:pPr>
    </w:p>
    <w:p w:rsidR="005172AE" w:rsidP="008E7B57" w:rsidRDefault="005172AE" w14:paraId="7AF0DA4B" w14:textId="77777777">
      <w:pPr>
        <w:spacing w:after="160"/>
        <w:rPr>
          <w:rFonts w:ascii="Arial Nova" w:hAnsi="Arial Nova"/>
          <w:color w:val="222222"/>
          <w:sz w:val="24"/>
          <w:szCs w:val="24"/>
          <w:highlight w:val="white"/>
        </w:rPr>
      </w:pPr>
    </w:p>
    <w:p w:rsidR="005172AE" w:rsidP="008E7B57" w:rsidRDefault="005172AE" w14:paraId="04F4857D" w14:textId="77777777">
      <w:pPr>
        <w:spacing w:after="160"/>
        <w:rPr>
          <w:rFonts w:ascii="Arial Nova" w:hAnsi="Arial Nova"/>
          <w:color w:val="222222"/>
          <w:sz w:val="24"/>
          <w:szCs w:val="24"/>
          <w:highlight w:val="white"/>
        </w:rPr>
      </w:pPr>
    </w:p>
    <w:p w:rsidR="005172AE" w:rsidP="008E7B57" w:rsidRDefault="005172AE" w14:paraId="42DC5301" w14:textId="77777777">
      <w:pPr>
        <w:spacing w:after="160"/>
        <w:rPr>
          <w:rFonts w:ascii="Arial Nova" w:hAnsi="Arial Nova"/>
          <w:color w:val="222222"/>
          <w:sz w:val="24"/>
          <w:szCs w:val="24"/>
          <w:highlight w:val="white"/>
        </w:rPr>
      </w:pPr>
    </w:p>
    <w:p w:rsidRPr="00EA6F4C" w:rsidR="005172AE" w:rsidP="008E7B57" w:rsidRDefault="005172AE" w14:paraId="2CC1E6CE" w14:textId="77777777">
      <w:pPr>
        <w:spacing w:after="160"/>
        <w:rPr>
          <w:rFonts w:ascii="Arial Nova" w:hAnsi="Arial Nova"/>
          <w:color w:val="222222"/>
          <w:sz w:val="24"/>
          <w:szCs w:val="24"/>
          <w:highlight w:val="white"/>
        </w:rPr>
      </w:pPr>
    </w:p>
    <w:p w:rsidRPr="00EA6F4C" w:rsidR="008E7B57" w:rsidP="008E7B57" w:rsidRDefault="008E7B57" w14:paraId="1CF75415" w14:textId="77777777">
      <w:pPr>
        <w:rPr>
          <w:rFonts w:ascii="Arial Nova" w:hAnsi="Arial Nova"/>
          <w:color w:val="222222"/>
          <w:sz w:val="24"/>
          <w:szCs w:val="24"/>
          <w:highlight w:val="white"/>
        </w:rPr>
      </w:pPr>
      <w:r w:rsidR="008E7B57">
        <w:drawing>
          <wp:inline wp14:editId="2D2501D1" wp14:anchorId="436CAA15">
            <wp:extent cx="3571875" cy="4143375"/>
            <wp:effectExtent l="0" t="0" r="0" b="0"/>
            <wp:docPr id="27" name="image26.png"/>
            <wp:cNvGraphicFramePr/>
            <a:graphic>
              <a:graphicData xmlns:a="http://schemas.openxmlformats.org/drawingml/2006/main" uri="http://schemas.openxmlformats.org/drawingml/2006/picture">
                <pic:pic xmlns:pic="http://schemas.openxmlformats.org/drawingml/2006/picture">
                  <pic:nvPicPr>
                    <pic:cNvPr id="0" name="image26.png"/>
                    <pic:cNvPicPr preferRelativeResize="0"/>
                  </pic:nvPicPr>
                  <pic:blipFill>
                    <a:blip xmlns:r="http://schemas.openxmlformats.org/officeDocument/2006/relationships" r:embed="rId47"/>
                    <a:srcRect/>
                    <a:stretch>
                      <a:fillRect/>
                    </a:stretch>
                  </pic:blipFill>
                  <pic:spPr>
                    <a:xfrm>
                      <a:off x="0" y="0"/>
                      <a:ext cx="3571875" cy="4143375"/>
                    </a:xfrm>
                    <a:prstGeom prst="rect">
                      <a:avLst/>
                    </a:prstGeom>
                    <a:ln/>
                  </pic:spPr>
                </pic:pic>
              </a:graphicData>
            </a:graphic>
          </wp:inline>
        </w:drawing>
      </w:r>
      <w:r>
        <w:br/>
      </w:r>
      <w:r w:rsidR="008E7B57">
        <w:drawing>
          <wp:inline wp14:editId="708D6ADB" wp14:anchorId="4E00DCC2">
            <wp:extent cx="5581650" cy="1771650"/>
            <wp:effectExtent l="0" t="0" r="0" b="0"/>
            <wp:docPr id="18" name="image20.png"/>
            <wp:cNvGraphicFramePr/>
            <a:graphic>
              <a:graphicData xmlns:a="http://schemas.openxmlformats.org/drawingml/2006/main" uri="http://schemas.openxmlformats.org/drawingml/2006/picture">
                <pic:pic xmlns:pic="http://schemas.openxmlformats.org/drawingml/2006/picture">
                  <pic:nvPicPr>
                    <pic:cNvPr id="0" name="image20.png"/>
                    <pic:cNvPicPr preferRelativeResize="0"/>
                  </pic:nvPicPr>
                  <pic:blipFill>
                    <a:blip xmlns:r="http://schemas.openxmlformats.org/officeDocument/2006/relationships" r:embed="rId48"/>
                    <a:srcRect/>
                    <a:stretch>
                      <a:fillRect/>
                    </a:stretch>
                  </pic:blipFill>
                  <pic:spPr>
                    <a:xfrm>
                      <a:off x="0" y="0"/>
                      <a:ext cx="5581650" cy="1771650"/>
                    </a:xfrm>
                    <a:prstGeom prst="rect">
                      <a:avLst/>
                    </a:prstGeom>
                    <a:ln/>
                  </pic:spPr>
                </pic:pic>
              </a:graphicData>
            </a:graphic>
          </wp:inline>
        </w:drawing>
      </w:r>
      <w:r>
        <w:br/>
      </w:r>
      <w:r w:rsidRPr="249491B5" w:rsidR="008E7B57">
        <w:rPr>
          <w:rFonts w:ascii="Arial Nova" w:hAnsi="Arial Nova"/>
          <w:color w:val="222222"/>
          <w:sz w:val="24"/>
          <w:szCs w:val="24"/>
          <w:highlight w:val="white"/>
        </w:rPr>
        <w:t xml:space="preserve">Conclusion </w:t>
      </w:r>
    </w:p>
    <w:p w:rsidRPr="00EA6F4C" w:rsidR="008E7B57" w:rsidP="249491B5" w:rsidRDefault="008E7B57" w14:paraId="576168DE" w14:textId="19DD692C">
      <w:pPr>
        <w:pStyle w:val="Normal"/>
        <w:spacing w:after="160" w:line="360" w:lineRule="auto"/>
        <w:jc w:val="both"/>
        <w:rPr>
          <w:rFonts w:ascii="Arial Nova" w:hAnsi="Arial Nova"/>
          <w:color w:val="222222"/>
          <w:sz w:val="24"/>
          <w:szCs w:val="24"/>
          <w:highlight w:val="white"/>
        </w:rPr>
      </w:pPr>
      <w:r w:rsidRPr="249491B5" w:rsidR="62DB64E4">
        <w:rPr>
          <w:rFonts w:ascii="Arial Nova" w:hAnsi="Arial Nova" w:eastAsia="Arial Nova" w:cs="Arial Nova"/>
          <w:noProof w:val="0"/>
          <w:sz w:val="24"/>
          <w:szCs w:val="24"/>
          <w:lang w:val="en-US"/>
        </w:rPr>
        <w:t>Summarise</w:t>
      </w:r>
      <w:r w:rsidRPr="249491B5" w:rsidR="008E7B57">
        <w:rPr>
          <w:rFonts w:ascii="Arial Nova" w:hAnsi="Arial Nova"/>
          <w:color w:val="222222"/>
          <w:sz w:val="24"/>
          <w:szCs w:val="24"/>
          <w:highlight w:val="white"/>
        </w:rPr>
        <w:t xml:space="preserve"> the report and your understanding of these tasks. (50 words) </w:t>
      </w:r>
    </w:p>
    <w:p w:rsidRPr="00EA6F4C" w:rsidR="008E7B57" w:rsidP="00462A01" w:rsidRDefault="008E7B57" w14:paraId="4F00FDAD" w14:textId="77777777">
      <w:pPr>
        <w:spacing w:line="360" w:lineRule="auto"/>
        <w:jc w:val="both"/>
        <w:rPr>
          <w:rFonts w:ascii="Arial Nova" w:hAnsi="Arial Nova"/>
          <w:b/>
          <w:bCs/>
          <w:sz w:val="24"/>
          <w:szCs w:val="24"/>
        </w:rPr>
      </w:pPr>
      <w:r w:rsidRPr="00EA6F4C">
        <w:rPr>
          <w:rFonts w:ascii="Arial Nova" w:hAnsi="Arial Nova"/>
          <w:b/>
          <w:bCs/>
          <w:sz w:val="24"/>
          <w:szCs w:val="24"/>
        </w:rPr>
        <w:t>Answer:</w:t>
      </w:r>
    </w:p>
    <w:p w:rsidRPr="00EA6F4C" w:rsidR="008E7B57" w:rsidP="00462A01" w:rsidRDefault="008E7B57" w14:paraId="7410C317" w14:textId="77777777">
      <w:pPr>
        <w:spacing w:line="360" w:lineRule="auto"/>
        <w:jc w:val="both"/>
        <w:rPr>
          <w:rFonts w:ascii="Arial Nova" w:hAnsi="Arial Nova"/>
          <w:sz w:val="24"/>
          <w:szCs w:val="24"/>
        </w:rPr>
      </w:pPr>
      <w:r w:rsidRPr="00EA6F4C">
        <w:rPr>
          <w:rFonts w:ascii="Arial Nova" w:hAnsi="Arial Nova"/>
          <w:sz w:val="24"/>
          <w:szCs w:val="24"/>
        </w:rPr>
        <w:t>To sum it up, this report discussed key operating systems concepts, such as task management, file handling, and device management. It showed the application of CLI commands in Windows and Linux in real world scenarios as well as scripting examples to automate processes. These methods are essential in system management, automation and troubleshooting.</w:t>
      </w:r>
    </w:p>
    <w:p w:rsidRPr="00EA6F4C" w:rsidR="008E7B57" w:rsidP="008E7B57" w:rsidRDefault="008E7B57" w14:paraId="2353F31F" w14:textId="77777777">
      <w:pPr>
        <w:rPr>
          <w:rFonts w:ascii="Arial Nova" w:hAnsi="Arial Nova"/>
          <w:sz w:val="24"/>
          <w:szCs w:val="24"/>
        </w:rPr>
      </w:pPr>
    </w:p>
    <w:p w:rsidRPr="00EA6F4C" w:rsidR="008E7B57" w:rsidP="008E7B57" w:rsidRDefault="008E7B57" w14:paraId="149F7C5F" w14:textId="2174AE76">
      <w:pPr>
        <w:rPr>
          <w:rFonts w:ascii="Arial Nova" w:hAnsi="Arial Nova"/>
          <w:sz w:val="24"/>
          <w:szCs w:val="24"/>
        </w:rPr>
      </w:pPr>
    </w:p>
    <w:p w:rsidRPr="00EA6F4C" w:rsidR="008E7B57" w:rsidP="008E7B57" w:rsidRDefault="008E7B57" w14:paraId="45730D85" w14:textId="0F6CC314">
      <w:pPr>
        <w:pStyle w:val="Heading1"/>
        <w:rPr>
          <w:rFonts w:ascii="Arial Nova" w:hAnsi="Arial Nova"/>
          <w:sz w:val="24"/>
          <w:szCs w:val="24"/>
        </w:rPr>
      </w:pPr>
      <w:r w:rsidRPr="00EA6F4C">
        <w:rPr>
          <w:rFonts w:ascii="Arial Nova" w:hAnsi="Arial Nova"/>
          <w:sz w:val="24"/>
          <w:szCs w:val="24"/>
        </w:rPr>
        <w:t xml:space="preserve">9. Linux CLI and System Control </w:t>
      </w:r>
    </w:p>
    <w:p w:rsidRPr="00EA6F4C" w:rsidR="008E7B57" w:rsidP="00462A01" w:rsidRDefault="008E7B57" w14:paraId="69DA8C51" w14:textId="129EF6C5">
      <w:pPr>
        <w:spacing w:line="360" w:lineRule="auto"/>
        <w:jc w:val="both"/>
        <w:rPr>
          <w:rFonts w:ascii="Arial Nova" w:hAnsi="Arial Nova"/>
          <w:sz w:val="24"/>
          <w:szCs w:val="24"/>
        </w:rPr>
      </w:pPr>
      <w:r w:rsidRPr="00EA6F4C">
        <w:rPr>
          <w:rFonts w:ascii="Arial Nova" w:hAnsi="Arial Nova"/>
          <w:sz w:val="24"/>
          <w:szCs w:val="24"/>
        </w:rPr>
        <w:t xml:space="preserve">Linux CLI provides direct kernel-level interaction through commands such as ls, </w:t>
      </w:r>
      <w:proofErr w:type="spellStart"/>
      <w:r w:rsidRPr="00EA6F4C">
        <w:rPr>
          <w:rFonts w:ascii="Arial Nova" w:hAnsi="Arial Nova"/>
          <w:sz w:val="24"/>
          <w:szCs w:val="24"/>
        </w:rPr>
        <w:t>chmod</w:t>
      </w:r>
      <w:proofErr w:type="spellEnd"/>
      <w:r w:rsidRPr="00EA6F4C">
        <w:rPr>
          <w:rFonts w:ascii="Arial Nova" w:hAnsi="Arial Nova"/>
          <w:sz w:val="24"/>
          <w:szCs w:val="24"/>
        </w:rPr>
        <w:t>, and grep. Studies show Linux offers superior automation capability due to shell scripting flexibility and open-source transparency, making it highly suitable for server and cloud infrastructures [3].</w:t>
      </w:r>
    </w:p>
    <w:p w:rsidRPr="00EA6F4C" w:rsidR="008E7B57" w:rsidP="00462A01" w:rsidRDefault="008E7B57" w14:paraId="0045F9F0" w14:textId="1455B56B">
      <w:pPr>
        <w:spacing w:line="360" w:lineRule="auto"/>
        <w:jc w:val="both"/>
        <w:rPr>
          <w:rFonts w:ascii="Arial Nova" w:hAnsi="Arial Nova"/>
          <w:sz w:val="24"/>
          <w:szCs w:val="24"/>
        </w:rPr>
      </w:pPr>
    </w:p>
    <w:p w:rsidRPr="00EA6F4C" w:rsidR="008E7B57" w:rsidP="00462A01" w:rsidRDefault="008E7B57" w14:paraId="17921EFE" w14:textId="77777777">
      <w:pPr>
        <w:pStyle w:val="Heading1"/>
        <w:spacing w:line="360" w:lineRule="auto"/>
        <w:jc w:val="both"/>
        <w:rPr>
          <w:rFonts w:ascii="Arial Nova" w:hAnsi="Arial Nova"/>
          <w:sz w:val="24"/>
          <w:szCs w:val="24"/>
        </w:rPr>
      </w:pPr>
      <w:r w:rsidRPr="00EA6F4C">
        <w:rPr>
          <w:rFonts w:ascii="Arial Nova" w:hAnsi="Arial Nova"/>
          <w:sz w:val="24"/>
          <w:szCs w:val="24"/>
        </w:rPr>
        <w:t>10. Critical Comparison (Windows vs Linux CLI)</w:t>
      </w:r>
    </w:p>
    <w:p w:rsidRPr="00EA6F4C" w:rsidR="008E7B57" w:rsidP="00462A01" w:rsidRDefault="008E7B57" w14:paraId="5BBBAF98" w14:textId="2ACC7E97">
      <w:pPr>
        <w:spacing w:line="360" w:lineRule="auto"/>
        <w:jc w:val="both"/>
        <w:rPr>
          <w:rFonts w:ascii="Arial Nova" w:hAnsi="Arial Nova"/>
          <w:sz w:val="24"/>
          <w:szCs w:val="24"/>
        </w:rPr>
      </w:pPr>
      <w:r w:rsidRPr="00EA6F4C">
        <w:rPr>
          <w:rFonts w:ascii="Arial Nova" w:hAnsi="Arial Nova"/>
          <w:sz w:val="24"/>
          <w:szCs w:val="24"/>
        </w:rPr>
        <w:t xml:space="preserve">Empirical OS studies show that Linux provides higher system transparency and lower resource overhead compared to Windows, largely due to kernel design and modular architecture [2]. However, Windows offers stronger enterprise usability and GUI-based administrative abstraction. </w:t>
      </w:r>
      <w:r w:rsidRPr="00EA6F4C">
        <w:rPr>
          <w:rFonts w:ascii="Arial Nova" w:hAnsi="Arial Nova"/>
          <w:b/>
          <w:bCs/>
          <w:sz w:val="24"/>
          <w:szCs w:val="24"/>
        </w:rPr>
        <w:t>This trade-off reflects the classic OS design tension between usability and system control depth.</w:t>
      </w:r>
    </w:p>
    <w:p w:rsidRPr="00EA6F4C" w:rsidR="008E7B57" w:rsidP="008E7B57" w:rsidRDefault="008E7B57" w14:paraId="4A4C40B4" w14:textId="371D8777">
      <w:pPr>
        <w:rPr>
          <w:rFonts w:ascii="Arial Nova" w:hAnsi="Arial Nova"/>
          <w:sz w:val="24"/>
          <w:szCs w:val="24"/>
        </w:rPr>
      </w:pPr>
    </w:p>
    <w:p w:rsidR="008E7B57" w:rsidRDefault="008E7B57" w14:paraId="4B0F83FE" w14:textId="77777777">
      <w:pPr>
        <w:rPr>
          <w:rFonts w:ascii="Segoe UI Emoji" w:hAnsi="Segoe UI Emoji" w:cs="Segoe UI Emoji"/>
          <w:b/>
          <w:bCs/>
        </w:rPr>
      </w:pPr>
      <w:r>
        <w:rPr>
          <w:rFonts w:ascii="Segoe UI Emoji" w:hAnsi="Segoe UI Emoji" w:cs="Segoe UI Emoji"/>
          <w:b/>
          <w:bCs/>
        </w:rPr>
        <w:br w:type="page"/>
      </w:r>
    </w:p>
    <w:p w:rsidRPr="008E7B57" w:rsidR="008E7B57" w:rsidP="008E7B57" w:rsidRDefault="008E7B57" w14:paraId="6A5B0750" w14:textId="738F9C19">
      <w:pPr>
        <w:pStyle w:val="Heading1"/>
      </w:pPr>
      <w:r>
        <w:t>References</w:t>
      </w:r>
    </w:p>
    <w:p w:rsidRPr="008E7B57" w:rsidR="008E7B57" w:rsidP="002A3B58" w:rsidRDefault="009C14E6" w14:paraId="6AE857E5" w14:textId="1DAB3ECF">
      <w:pPr>
        <w:pStyle w:val="ListParagraph"/>
        <w:numPr>
          <w:ilvl w:val="0"/>
          <w:numId w:val="32"/>
        </w:numPr>
      </w:pPr>
      <w:r>
        <w:t>Silberschatz, A., Galvin, P. B., &amp; Gagne, G. (2006). </w:t>
      </w:r>
      <w:r>
        <w:rPr>
          <w:i/>
          <w:iCs/>
        </w:rPr>
        <w:t>Operating system concepts, windows XP update</w:t>
      </w:r>
      <w:r>
        <w:t>. John Wiley &amp; Sons.</w:t>
      </w:r>
    </w:p>
    <w:p w:rsidRPr="008E7B57" w:rsidR="008E7B57" w:rsidP="002A3B58" w:rsidRDefault="008E7B57" w14:paraId="6477AAA1" w14:textId="77777777">
      <w:pPr>
        <w:pStyle w:val="ListParagraph"/>
        <w:numPr>
          <w:ilvl w:val="0"/>
          <w:numId w:val="32"/>
        </w:numPr>
      </w:pPr>
      <w:r>
        <w:t xml:space="preserve">González-Rodríguez, M. (2024) ‘Study and evaluation of CPU scheduling algorithms’, </w:t>
      </w:r>
      <w:r>
        <w:rPr>
          <w:i/>
          <w:iCs/>
        </w:rPr>
        <w:t>Journal of Operating Systems Research</w:t>
      </w:r>
      <w:r>
        <w:t>, 18(2), pp. 112–129.</w:t>
      </w:r>
    </w:p>
    <w:p w:rsidR="00B9425C" w:rsidP="002A3B58" w:rsidRDefault="00B9425C" w14:paraId="047848DE" w14:textId="1B50877C">
      <w:pPr>
        <w:pStyle w:val="ListParagraph"/>
        <w:numPr>
          <w:ilvl w:val="0"/>
          <w:numId w:val="32"/>
        </w:numPr>
      </w:pPr>
      <w:r>
        <w:t xml:space="preserve">Adekotujo, A., </w:t>
      </w:r>
      <w:proofErr w:type="spellStart"/>
      <w:r>
        <w:t>Odumabo</w:t>
      </w:r>
      <w:proofErr w:type="spellEnd"/>
      <w:r>
        <w:t xml:space="preserve">, A., Adedokun, A., &amp; </w:t>
      </w:r>
      <w:proofErr w:type="spellStart"/>
      <w:r>
        <w:t>Aiyeniko</w:t>
      </w:r>
      <w:proofErr w:type="spellEnd"/>
      <w:r>
        <w:t xml:space="preserve">, O. (2020). A comparative study of operating systems: Case of windows, </w:t>
      </w:r>
      <w:proofErr w:type="spellStart"/>
      <w:r>
        <w:t>unix</w:t>
      </w:r>
      <w:proofErr w:type="spellEnd"/>
      <w:r>
        <w:t xml:space="preserve">, </w:t>
      </w:r>
      <w:proofErr w:type="spellStart"/>
      <w:r>
        <w:t>linux</w:t>
      </w:r>
      <w:proofErr w:type="spellEnd"/>
      <w:r>
        <w:t xml:space="preserve">, mac, android and </w:t>
      </w:r>
      <w:proofErr w:type="spellStart"/>
      <w:r>
        <w:t>ios</w:t>
      </w:r>
      <w:proofErr w:type="spellEnd"/>
      <w:r>
        <w:t>. </w:t>
      </w:r>
      <w:r>
        <w:rPr>
          <w:i/>
          <w:iCs/>
        </w:rPr>
        <w:t>International Journal of Computer Applications</w:t>
      </w:r>
      <w:r>
        <w:t>, </w:t>
      </w:r>
      <w:r>
        <w:rPr>
          <w:i/>
          <w:iCs/>
        </w:rPr>
        <w:t>176</w:t>
      </w:r>
      <w:r>
        <w:t>(39), 16-23.</w:t>
      </w:r>
    </w:p>
    <w:p w:rsidRPr="008E7B57" w:rsidR="008E7B57" w:rsidP="002A3B58" w:rsidRDefault="008E7B57" w14:paraId="0892EC3B" w14:textId="77777777">
      <w:pPr>
        <w:pStyle w:val="ListParagraph"/>
        <w:numPr>
          <w:ilvl w:val="0"/>
          <w:numId w:val="32"/>
        </w:numPr>
      </w:pPr>
      <w:r>
        <w:t xml:space="preserve">Kode, O. and Oyemade, T. (2024) ‘Analysis of synchronization mechanisms in operating systems’, </w:t>
      </w:r>
      <w:proofErr w:type="spellStart"/>
      <w:r>
        <w:rPr>
          <w:i/>
          <w:iCs/>
        </w:rPr>
        <w:t>arXiv</w:t>
      </w:r>
      <w:proofErr w:type="spellEnd"/>
      <w:r>
        <w:rPr>
          <w:i/>
          <w:iCs/>
        </w:rPr>
        <w:t xml:space="preserve"> preprint arXiv:2409.11271</w:t>
      </w:r>
      <w:r>
        <w:t>.</w:t>
      </w:r>
    </w:p>
    <w:p w:rsidRPr="008E7B57" w:rsidR="008E7B57" w:rsidP="002A3B58" w:rsidRDefault="009C14E6" w14:paraId="077D3F0C" w14:textId="753A31C5">
      <w:pPr>
        <w:pStyle w:val="ListParagraph"/>
        <w:numPr>
          <w:ilvl w:val="0"/>
          <w:numId w:val="32"/>
        </w:numPr>
      </w:pPr>
      <w:r>
        <w:t>Ling, X., Wu, L., Zhang, J., Qu, Z., Deng, W., Chen, X., ... &amp; Wu, Y. (2023). Adversarial attacks against Windows PE malware detection: A survey of the state-of-the-art. </w:t>
      </w:r>
      <w:r>
        <w:rPr>
          <w:i/>
          <w:iCs/>
        </w:rPr>
        <w:t>Computers &amp; Security</w:t>
      </w:r>
      <w:r>
        <w:t>, </w:t>
      </w:r>
      <w:r>
        <w:rPr>
          <w:i/>
          <w:iCs/>
        </w:rPr>
        <w:t>128</w:t>
      </w:r>
      <w:r>
        <w:t>, 103134.</w:t>
      </w:r>
    </w:p>
    <w:p w:rsidR="008E7B57" w:rsidP="002A3B58" w:rsidRDefault="008E7B57" w14:paraId="5DD9D37B" w14:textId="77777777">
      <w:pPr>
        <w:pStyle w:val="ListParagraph"/>
        <w:numPr>
          <w:ilvl w:val="0"/>
          <w:numId w:val="32"/>
        </w:numPr>
      </w:pPr>
      <w:r>
        <w:t xml:space="preserve">Jain, V., Sudhakaran, S. and Senthivel, S. (2026) ‘Platform-aware forensic analysis across Windows and Linux systems’, </w:t>
      </w:r>
      <w:proofErr w:type="spellStart"/>
      <w:r>
        <w:rPr>
          <w:i/>
          <w:iCs/>
        </w:rPr>
        <w:t>arXiv</w:t>
      </w:r>
      <w:proofErr w:type="spellEnd"/>
      <w:r>
        <w:rPr>
          <w:i/>
          <w:iCs/>
        </w:rPr>
        <w:t xml:space="preserve"> preprint arXiv:2602.00160</w:t>
      </w:r>
      <w:r>
        <w:t>.</w:t>
      </w:r>
    </w:p>
    <w:p w:rsidR="008C4203" w:rsidP="008C4203" w:rsidRDefault="008C4203" w14:paraId="73D04D19" w14:textId="5BB73E1D">
      <w:pPr>
        <w:pStyle w:val="ListParagraph"/>
        <w:numPr>
          <w:ilvl w:val="0"/>
          <w:numId w:val="32"/>
        </w:numPr>
      </w:pPr>
      <w:r>
        <w:t xml:space="preserve">Russinovich, M.E. and Solomon, D.A. (2012) Windows Internals: Including Windows Server 2008 and Windows Vista. 6th </w:t>
      </w:r>
      <w:proofErr w:type="spellStart"/>
      <w:r>
        <w:t>edn</w:t>
      </w:r>
      <w:proofErr w:type="spellEnd"/>
      <w:r>
        <w:t>. Microsoft Press.</w:t>
      </w:r>
      <w:r w:rsidR="00EA6F4C">
        <w:t xml:space="preserve"> </w:t>
      </w:r>
    </w:p>
    <w:p w:rsidR="00EA6F4C" w:rsidP="00EA6F4C" w:rsidRDefault="00EA6F4C" w14:paraId="0B550D96" w14:textId="77777777">
      <w:pPr>
        <w:pStyle w:val="ListParagraph"/>
      </w:pPr>
    </w:p>
    <w:p w:rsidR="00EA6F4C" w:rsidP="00EA6F4C" w:rsidRDefault="00EA6F4C" w14:paraId="122753DB" w14:textId="77777777">
      <w:pPr>
        <w:pStyle w:val="ListParagraph"/>
      </w:pPr>
    </w:p>
    <w:p w:rsidR="00EA6F4C" w:rsidP="00EA6F4C" w:rsidRDefault="00EA6F4C" w14:paraId="74990EA0" w14:textId="77777777">
      <w:pPr>
        <w:pStyle w:val="ListParagraph"/>
      </w:pPr>
    </w:p>
    <w:p w:rsidR="00EA6F4C" w:rsidP="00EA6F4C" w:rsidRDefault="00EA6F4C" w14:paraId="70F585F8" w14:textId="77777777">
      <w:pPr>
        <w:pStyle w:val="ListParagraph"/>
      </w:pPr>
    </w:p>
    <w:p w:rsidR="00EA6F4C" w:rsidP="00EA6F4C" w:rsidRDefault="00EA6F4C" w14:paraId="1AF761A4" w14:textId="77777777">
      <w:pPr>
        <w:pStyle w:val="ListParagraph"/>
      </w:pPr>
    </w:p>
    <w:p w:rsidR="00EA6F4C" w:rsidP="00EA6F4C" w:rsidRDefault="00EA6F4C" w14:paraId="3020E60F" w14:textId="77777777">
      <w:pPr>
        <w:pStyle w:val="ListParagraph"/>
      </w:pPr>
    </w:p>
    <w:p w:rsidR="00EA6F4C" w:rsidP="00EA6F4C" w:rsidRDefault="00EA6F4C" w14:paraId="57E1969A" w14:textId="77777777">
      <w:pPr>
        <w:pStyle w:val="ListParagraph"/>
      </w:pPr>
    </w:p>
    <w:p w:rsidR="00EA6F4C" w:rsidP="00EA6F4C" w:rsidRDefault="00EA6F4C" w14:paraId="42D848F7" w14:textId="77777777">
      <w:pPr>
        <w:pStyle w:val="ListParagraph"/>
      </w:pPr>
    </w:p>
    <w:p w:rsidR="00EA6F4C" w:rsidP="00EA6F4C" w:rsidRDefault="00EA6F4C" w14:paraId="4656A912" w14:textId="77777777">
      <w:pPr>
        <w:pStyle w:val="ListParagraph"/>
      </w:pPr>
    </w:p>
    <w:p w:rsidR="00EA6F4C" w:rsidP="00EA6F4C" w:rsidRDefault="00EA6F4C" w14:paraId="0989F13A" w14:textId="77777777">
      <w:pPr>
        <w:pStyle w:val="ListParagraph"/>
      </w:pPr>
    </w:p>
    <w:p w:rsidR="00EA6F4C" w:rsidP="00EA6F4C" w:rsidRDefault="00EA6F4C" w14:paraId="02C260D3" w14:textId="77777777">
      <w:pPr>
        <w:pStyle w:val="NormalWeb"/>
      </w:pPr>
      <w:r>
        <w:rPr>
          <w:noProof/>
        </w:rPr>
        <w:drawing>
          <wp:inline distT="0" distB="0" distL="0" distR="0" wp14:anchorId="76093D11" wp14:editId="7DBF4842">
            <wp:extent cx="5802630" cy="4486948"/>
            <wp:effectExtent l="0" t="0" r="7620" b="8890"/>
            <wp:docPr id="11611400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40791" cy="4516456"/>
                    </a:xfrm>
                    <a:prstGeom prst="rect">
                      <a:avLst/>
                    </a:prstGeom>
                    <a:noFill/>
                    <a:ln>
                      <a:noFill/>
                    </a:ln>
                  </pic:spPr>
                </pic:pic>
              </a:graphicData>
            </a:graphic>
          </wp:inline>
        </w:drawing>
      </w:r>
    </w:p>
    <w:p w:rsidR="00EA6F4C" w:rsidP="00462A01" w:rsidRDefault="00EA6F4C" w14:paraId="40622BE5" w14:textId="072A0D1D"/>
    <w:p w:rsidR="00EA6F4C" w:rsidP="00EA6F4C" w:rsidRDefault="00EA6F4C" w14:paraId="18C9D68B" w14:textId="77777777">
      <w:pPr>
        <w:pStyle w:val="ListParagraph"/>
      </w:pPr>
    </w:p>
    <w:p w:rsidR="00EA6F4C" w:rsidP="00EA6F4C" w:rsidRDefault="00EA6F4C" w14:paraId="17B846E7" w14:textId="77777777">
      <w:pPr>
        <w:pStyle w:val="ListParagraph"/>
      </w:pPr>
    </w:p>
    <w:p w:rsidR="00EA6F4C" w:rsidP="00EA6F4C" w:rsidRDefault="00EA6F4C" w14:paraId="681F46CF" w14:textId="77777777">
      <w:pPr>
        <w:pStyle w:val="ListParagraph"/>
      </w:pPr>
    </w:p>
    <w:p w:rsidR="00EA6F4C" w:rsidP="00EA6F4C" w:rsidRDefault="00EA6F4C" w14:paraId="0FB2FA88" w14:textId="77777777">
      <w:pPr>
        <w:pStyle w:val="ListParagraph"/>
      </w:pPr>
    </w:p>
    <w:p w:rsidR="00EA6F4C" w:rsidP="00EA6F4C" w:rsidRDefault="00EA6F4C" w14:paraId="5A96C588" w14:textId="77777777">
      <w:pPr>
        <w:pStyle w:val="ListParagraph"/>
      </w:pPr>
    </w:p>
    <w:p w:rsidR="00EA6F4C" w:rsidP="00EA6F4C" w:rsidRDefault="00EA6F4C" w14:paraId="523A81D9" w14:textId="77777777">
      <w:pPr>
        <w:pStyle w:val="ListParagraph"/>
      </w:pPr>
    </w:p>
    <w:p w:rsidR="00EA6F4C" w:rsidP="00EA6F4C" w:rsidRDefault="00EA6F4C" w14:paraId="3790FDD8" w14:textId="77777777">
      <w:pPr>
        <w:pStyle w:val="ListParagraph"/>
      </w:pPr>
    </w:p>
    <w:p w:rsidR="00EA6F4C" w:rsidP="00EA6F4C" w:rsidRDefault="00EA6F4C" w14:paraId="20EB5490" w14:textId="77777777">
      <w:pPr>
        <w:pStyle w:val="ListParagraph"/>
      </w:pPr>
    </w:p>
    <w:p w:rsidR="00EA6F4C" w:rsidP="00EA6F4C" w:rsidRDefault="00EA6F4C" w14:paraId="4F145481" w14:textId="77777777">
      <w:pPr>
        <w:pStyle w:val="ListParagraph"/>
      </w:pPr>
    </w:p>
    <w:p w:rsidRPr="008E7B57" w:rsidR="00EA6F4C" w:rsidP="00EA6F4C" w:rsidRDefault="00EA6F4C" w14:paraId="7FF188B7" w14:textId="77777777">
      <w:pPr>
        <w:pStyle w:val="ListParagraph"/>
      </w:pPr>
    </w:p>
    <w:p w:rsidRPr="008E7B57" w:rsidR="00354E9C" w:rsidP="008E7B57" w:rsidRDefault="00354E9C" w14:paraId="5331F89D" w14:textId="13F119D7"/>
    <w:sectPr w:rsidRPr="008E7B57" w:rsidR="00354E9C" w:rsidSect="00034616">
      <w:footerReference w:type="default" r:id="rId50"/>
      <w:pgSz w:w="12240" w:h="15840" w:orient="portrait"/>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693F" w:rsidP="004A632B" w:rsidRDefault="002E693F" w14:paraId="4864B843" w14:textId="77777777">
      <w:pPr>
        <w:spacing w:after="0" w:line="240" w:lineRule="auto"/>
      </w:pPr>
      <w:r>
        <w:separator/>
      </w:r>
    </w:p>
  </w:endnote>
  <w:endnote w:type="continuationSeparator" w:id="0">
    <w:p w:rsidR="002E693F" w:rsidP="004A632B" w:rsidRDefault="002E693F" w14:paraId="528529C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Arial Nova">
    <w:charset w:val="00"/>
    <w:family w:val="swiss"/>
    <w:pitch w:val="variable"/>
    <w:sig w:usb0="2000028F" w:usb1="00000002"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352699"/>
      <w:docPartObj>
        <w:docPartGallery w:val="Page Numbers (Bottom of Page)"/>
        <w:docPartUnique/>
      </w:docPartObj>
    </w:sdtPr>
    <w:sdtContent>
      <w:p w:rsidR="004A632B" w:rsidRDefault="004A632B" w14:paraId="58044A8B" w14:textId="4EECFA99">
        <w:pPr>
          <w:pStyle w:val="Footer"/>
          <w:jc w:val="center"/>
        </w:pPr>
        <w:r>
          <w:fldChar w:fldCharType="begin"/>
        </w:r>
        <w:r>
          <w:instrText>PAGE   \* MERGEFORMAT</w:instrText>
        </w:r>
        <w:r>
          <w:fldChar w:fldCharType="separate"/>
        </w:r>
        <w:r>
          <w:rPr>
            <w:lang w:val="en-GB"/>
          </w:rPr>
          <w:t>2</w:t>
        </w:r>
        <w:r>
          <w:fldChar w:fldCharType="end"/>
        </w:r>
      </w:p>
    </w:sdtContent>
  </w:sdt>
  <w:p w:rsidR="004A632B" w:rsidRDefault="004A632B" w14:paraId="6B7A7D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693F" w:rsidP="004A632B" w:rsidRDefault="002E693F" w14:paraId="6D9F5717" w14:textId="77777777">
      <w:pPr>
        <w:spacing w:after="0" w:line="240" w:lineRule="auto"/>
      </w:pPr>
      <w:r>
        <w:separator/>
      </w:r>
    </w:p>
  </w:footnote>
  <w:footnote w:type="continuationSeparator" w:id="0">
    <w:p w:rsidR="002E693F" w:rsidP="004A632B" w:rsidRDefault="002E693F" w14:paraId="7AFA0B2F"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QeYvtYciNj3zfU" int2:id="WShR0Bjk">
      <int2:state int2:type="spell" int2:value="Rejected"/>
    </int2:textHash>
    <int2:textHash int2:hashCode="IlaH5swFy23Bi2" int2:id="0EAOx4o6">
      <int2:state int2:type="spell" int2:value="Rejected"/>
    </int2:textHash>
    <int2:textHash int2:hashCode="Pwxxtk1Oaaejcq" int2:id="dzsSxi0E">
      <int2:state int2:type="spell" int2:value="Rejected"/>
    </int2:textHash>
    <int2:textHash int2:hashCode="SPg4py7Yiz94zG" int2:id="WRnbp2uI">
      <int2:state int2:type="spell" int2:value="Rejected"/>
    </int2:textHash>
    <int2:textHash int2:hashCode="Gm1bBJX6Z3z9B9" int2:id="EIyvN85y">
      <int2:state int2:type="spell" int2:value="Rejected"/>
    </int2:textHash>
    <int2:textHash int2:hashCode="sXRg4odcBHNmDL" int2:id="XaLTA9TG">
      <int2:state int2:type="spell" int2:value="Rejected"/>
    </int2:textHash>
    <int2:bookmark int2:bookmarkName="_Int_X7WyOsjm" int2:invalidationBookmarkName="" int2:hashCode="E1+Tt6RJBbZOzq" int2:id="VtBlojR4">
      <int2:state int2:type="styl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abstractNum w:abstractNumId="9" w15:restartNumberingAfterBreak="0">
    <w:nsid w:val="02FA59DE"/>
    <w:multiLevelType w:val="multilevel"/>
    <w:tmpl w:val="D9EE4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4B2231"/>
    <w:multiLevelType w:val="hybridMultilevel"/>
    <w:tmpl w:val="E4F05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B13CA8"/>
    <w:multiLevelType w:val="multilevel"/>
    <w:tmpl w:val="5EFC7B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0E7129BC"/>
    <w:multiLevelType w:val="multilevel"/>
    <w:tmpl w:val="7B6ECC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154104EA"/>
    <w:multiLevelType w:val="multilevel"/>
    <w:tmpl w:val="79924B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17DC0F9B"/>
    <w:multiLevelType w:val="multilevel"/>
    <w:tmpl w:val="E4D41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517024"/>
    <w:multiLevelType w:val="multilevel"/>
    <w:tmpl w:val="E4901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06506F"/>
    <w:multiLevelType w:val="multilevel"/>
    <w:tmpl w:val="009CD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26F655D0"/>
    <w:multiLevelType w:val="multilevel"/>
    <w:tmpl w:val="8A183E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F9A5715"/>
    <w:multiLevelType w:val="multilevel"/>
    <w:tmpl w:val="019E852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E8E107C"/>
    <w:multiLevelType w:val="multilevel"/>
    <w:tmpl w:val="2F4CC3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00C3CBF"/>
    <w:multiLevelType w:val="multilevel"/>
    <w:tmpl w:val="4A5E78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3E717B1"/>
    <w:multiLevelType w:val="multilevel"/>
    <w:tmpl w:val="08087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27E443A"/>
    <w:multiLevelType w:val="multilevel"/>
    <w:tmpl w:val="4C84F2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F887655"/>
    <w:multiLevelType w:val="hybridMultilevel"/>
    <w:tmpl w:val="DBE4321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70BD5F48"/>
    <w:multiLevelType w:val="multilevel"/>
    <w:tmpl w:val="37B8DF5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11C1929"/>
    <w:multiLevelType w:val="multilevel"/>
    <w:tmpl w:val="D26AB6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2C71E23"/>
    <w:multiLevelType w:val="multilevel"/>
    <w:tmpl w:val="B7AE08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7346850"/>
    <w:multiLevelType w:val="multilevel"/>
    <w:tmpl w:val="2B2EDA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84D6257"/>
    <w:multiLevelType w:val="hybridMultilevel"/>
    <w:tmpl w:val="C3E6D86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7C6A3AD1"/>
    <w:multiLevelType w:val="multilevel"/>
    <w:tmpl w:val="61B0F5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E275FA1"/>
    <w:multiLevelType w:val="multilevel"/>
    <w:tmpl w:val="BDFACE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7FA64FEE"/>
    <w:multiLevelType w:val="multilevel"/>
    <w:tmpl w:val="286ABE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34808728">
    <w:abstractNumId w:val="8"/>
  </w:num>
  <w:num w:numId="2" w16cid:durableId="1950699056">
    <w:abstractNumId w:val="6"/>
  </w:num>
  <w:num w:numId="3" w16cid:durableId="1054277916">
    <w:abstractNumId w:val="5"/>
  </w:num>
  <w:num w:numId="4" w16cid:durableId="1435638922">
    <w:abstractNumId w:val="4"/>
  </w:num>
  <w:num w:numId="5" w16cid:durableId="1125469565">
    <w:abstractNumId w:val="7"/>
  </w:num>
  <w:num w:numId="6" w16cid:durableId="858272920">
    <w:abstractNumId w:val="3"/>
  </w:num>
  <w:num w:numId="7" w16cid:durableId="431703355">
    <w:abstractNumId w:val="2"/>
  </w:num>
  <w:num w:numId="8" w16cid:durableId="1538663646">
    <w:abstractNumId w:val="1"/>
  </w:num>
  <w:num w:numId="9" w16cid:durableId="811403970">
    <w:abstractNumId w:val="0"/>
  </w:num>
  <w:num w:numId="10" w16cid:durableId="264925124">
    <w:abstractNumId w:val="12"/>
  </w:num>
  <w:num w:numId="11" w16cid:durableId="540946825">
    <w:abstractNumId w:val="17"/>
  </w:num>
  <w:num w:numId="12" w16cid:durableId="458500271">
    <w:abstractNumId w:val="11"/>
  </w:num>
  <w:num w:numId="13" w16cid:durableId="132797536">
    <w:abstractNumId w:val="22"/>
  </w:num>
  <w:num w:numId="14" w16cid:durableId="1625425683">
    <w:abstractNumId w:val="16"/>
  </w:num>
  <w:num w:numId="15" w16cid:durableId="792479408">
    <w:abstractNumId w:val="31"/>
  </w:num>
  <w:num w:numId="16" w16cid:durableId="1687101497">
    <w:abstractNumId w:val="26"/>
  </w:num>
  <w:num w:numId="17" w16cid:durableId="1169053566">
    <w:abstractNumId w:val="13"/>
  </w:num>
  <w:num w:numId="18" w16cid:durableId="1826973601">
    <w:abstractNumId w:val="20"/>
  </w:num>
  <w:num w:numId="19" w16cid:durableId="2068869823">
    <w:abstractNumId w:val="30"/>
  </w:num>
  <w:num w:numId="20" w16cid:durableId="1306357024">
    <w:abstractNumId w:val="24"/>
  </w:num>
  <w:num w:numId="21" w16cid:durableId="538471251">
    <w:abstractNumId w:val="29"/>
  </w:num>
  <w:num w:numId="22" w16cid:durableId="144470605">
    <w:abstractNumId w:val="25"/>
  </w:num>
  <w:num w:numId="23" w16cid:durableId="1648631968">
    <w:abstractNumId w:val="18"/>
  </w:num>
  <w:num w:numId="24" w16cid:durableId="365105986">
    <w:abstractNumId w:val="19"/>
  </w:num>
  <w:num w:numId="25" w16cid:durableId="223488607">
    <w:abstractNumId w:val="27"/>
  </w:num>
  <w:num w:numId="26" w16cid:durableId="1247686699">
    <w:abstractNumId w:val="15"/>
  </w:num>
  <w:num w:numId="27" w16cid:durableId="720708437">
    <w:abstractNumId w:val="9"/>
  </w:num>
  <w:num w:numId="28" w16cid:durableId="2046563451">
    <w:abstractNumId w:val="14"/>
  </w:num>
  <w:num w:numId="29" w16cid:durableId="545067699">
    <w:abstractNumId w:val="21"/>
  </w:num>
  <w:num w:numId="30" w16cid:durableId="411512961">
    <w:abstractNumId w:val="28"/>
  </w:num>
  <w:num w:numId="31" w16cid:durableId="733895878">
    <w:abstractNumId w:val="23"/>
  </w:num>
  <w:num w:numId="32" w16cid:durableId="3117576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0E9F"/>
    <w:rsid w:val="0015074B"/>
    <w:rsid w:val="001C1ECE"/>
    <w:rsid w:val="00239FB9"/>
    <w:rsid w:val="0029639D"/>
    <w:rsid w:val="002A3B58"/>
    <w:rsid w:val="002E693F"/>
    <w:rsid w:val="00326F90"/>
    <w:rsid w:val="00354E9C"/>
    <w:rsid w:val="003843F4"/>
    <w:rsid w:val="00415455"/>
    <w:rsid w:val="004512C1"/>
    <w:rsid w:val="00462A01"/>
    <w:rsid w:val="004A632B"/>
    <w:rsid w:val="004C6BF0"/>
    <w:rsid w:val="005172AE"/>
    <w:rsid w:val="005349E3"/>
    <w:rsid w:val="005532E3"/>
    <w:rsid w:val="005BA2F4"/>
    <w:rsid w:val="00603CCB"/>
    <w:rsid w:val="00664B2F"/>
    <w:rsid w:val="006C235C"/>
    <w:rsid w:val="006C5845"/>
    <w:rsid w:val="006C5A54"/>
    <w:rsid w:val="008640DC"/>
    <w:rsid w:val="008B5D91"/>
    <w:rsid w:val="008C4203"/>
    <w:rsid w:val="008D7252"/>
    <w:rsid w:val="008E7B57"/>
    <w:rsid w:val="00934311"/>
    <w:rsid w:val="00944037"/>
    <w:rsid w:val="009C14E6"/>
    <w:rsid w:val="009C4A12"/>
    <w:rsid w:val="00A62F28"/>
    <w:rsid w:val="00A8792A"/>
    <w:rsid w:val="00AA1D8D"/>
    <w:rsid w:val="00AB0B9C"/>
    <w:rsid w:val="00AE4FB1"/>
    <w:rsid w:val="00AF6986"/>
    <w:rsid w:val="00B02E2F"/>
    <w:rsid w:val="00B47730"/>
    <w:rsid w:val="00B9425C"/>
    <w:rsid w:val="00B9567E"/>
    <w:rsid w:val="00BA4968"/>
    <w:rsid w:val="00BD3B57"/>
    <w:rsid w:val="00C91B33"/>
    <w:rsid w:val="00CA035D"/>
    <w:rsid w:val="00CB0664"/>
    <w:rsid w:val="00CD3C63"/>
    <w:rsid w:val="00DD2651"/>
    <w:rsid w:val="00EA6F4C"/>
    <w:rsid w:val="00F17DFC"/>
    <w:rsid w:val="00F30F5F"/>
    <w:rsid w:val="00FC693F"/>
    <w:rsid w:val="00FD2C47"/>
    <w:rsid w:val="0555541A"/>
    <w:rsid w:val="069B0E8E"/>
    <w:rsid w:val="089816D8"/>
    <w:rsid w:val="0A473C0D"/>
    <w:rsid w:val="0A7B1AD1"/>
    <w:rsid w:val="0AA598DE"/>
    <w:rsid w:val="0B06FD58"/>
    <w:rsid w:val="0BE195AB"/>
    <w:rsid w:val="0C8551CE"/>
    <w:rsid w:val="0D0627EA"/>
    <w:rsid w:val="114846C2"/>
    <w:rsid w:val="115B2131"/>
    <w:rsid w:val="12581B59"/>
    <w:rsid w:val="142E56AD"/>
    <w:rsid w:val="15CF74AC"/>
    <w:rsid w:val="177ABD40"/>
    <w:rsid w:val="17E8A2B6"/>
    <w:rsid w:val="1957C76E"/>
    <w:rsid w:val="19AAEFFE"/>
    <w:rsid w:val="1D213D7F"/>
    <w:rsid w:val="225A5363"/>
    <w:rsid w:val="22DED5F9"/>
    <w:rsid w:val="249491B5"/>
    <w:rsid w:val="259FEA8D"/>
    <w:rsid w:val="25F2E006"/>
    <w:rsid w:val="26831DD7"/>
    <w:rsid w:val="288304D8"/>
    <w:rsid w:val="28EF5458"/>
    <w:rsid w:val="2A9251A2"/>
    <w:rsid w:val="2B538F87"/>
    <w:rsid w:val="2CD1115C"/>
    <w:rsid w:val="2D948E6C"/>
    <w:rsid w:val="2DE94F70"/>
    <w:rsid w:val="2E7AD69D"/>
    <w:rsid w:val="3209EE93"/>
    <w:rsid w:val="33303615"/>
    <w:rsid w:val="35935AEE"/>
    <w:rsid w:val="35A767AB"/>
    <w:rsid w:val="36A7CE56"/>
    <w:rsid w:val="37E70F05"/>
    <w:rsid w:val="37EEDA04"/>
    <w:rsid w:val="3C047CCE"/>
    <w:rsid w:val="3F6B43EA"/>
    <w:rsid w:val="4404DC19"/>
    <w:rsid w:val="4526E186"/>
    <w:rsid w:val="46A509EF"/>
    <w:rsid w:val="47082F27"/>
    <w:rsid w:val="47544EED"/>
    <w:rsid w:val="48A89763"/>
    <w:rsid w:val="48BF567E"/>
    <w:rsid w:val="496AB2C6"/>
    <w:rsid w:val="4B775266"/>
    <w:rsid w:val="4D36508F"/>
    <w:rsid w:val="4E7DE507"/>
    <w:rsid w:val="4ED416F6"/>
    <w:rsid w:val="500505E9"/>
    <w:rsid w:val="525D7F3F"/>
    <w:rsid w:val="527B5BC1"/>
    <w:rsid w:val="5325F3C9"/>
    <w:rsid w:val="532DEC39"/>
    <w:rsid w:val="554A212E"/>
    <w:rsid w:val="563E0D21"/>
    <w:rsid w:val="5729922F"/>
    <w:rsid w:val="577F4651"/>
    <w:rsid w:val="5D990D57"/>
    <w:rsid w:val="5EFC3E44"/>
    <w:rsid w:val="60DAFE9A"/>
    <w:rsid w:val="61E374FF"/>
    <w:rsid w:val="62495FD3"/>
    <w:rsid w:val="62DB64E4"/>
    <w:rsid w:val="63E0BA34"/>
    <w:rsid w:val="65F27A6D"/>
    <w:rsid w:val="673A36A2"/>
    <w:rsid w:val="678B754B"/>
    <w:rsid w:val="6A66A568"/>
    <w:rsid w:val="6B6C53AD"/>
    <w:rsid w:val="6B9150AD"/>
    <w:rsid w:val="6C08B337"/>
    <w:rsid w:val="6C990598"/>
    <w:rsid w:val="6D00F862"/>
    <w:rsid w:val="6DDC0853"/>
    <w:rsid w:val="6EAEA168"/>
    <w:rsid w:val="7107395A"/>
    <w:rsid w:val="715A015D"/>
    <w:rsid w:val="730B296E"/>
    <w:rsid w:val="77A97601"/>
    <w:rsid w:val="789221DB"/>
    <w:rsid w:val="7B22EFF1"/>
    <w:rsid w:val="7DAD0FF2"/>
    <w:rsid w:val="7E2BCB72"/>
    <w:rsid w:val="7EDCB3AF"/>
    <w:rsid w:val="7F95A0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7020EA"/>
  <w14:defaultImageDpi w14:val="300"/>
  <w15:docId w15:val="{1451440A-917F-464C-825F-39B33CF14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style>
  <w:style w:type="paragraph" w:styleId="Heading1">
    <w:name w:val="heading 1"/>
    <w:basedOn w:val="Normal"/>
    <w:next w:val="Normal"/>
    <w:link w:val="Heading1Char"/>
    <w:uiPriority w:val="9"/>
    <w:qFormat/>
    <w:rsid w:val="008E7B57"/>
    <w:pPr>
      <w:outlineLvl w:val="0"/>
    </w:pPr>
    <w:rPr>
      <w:rFonts w:ascii="Times New Roman" w:hAnsi="Times New Roman" w:cs="Times New Roman"/>
      <w:b/>
      <w:bCs/>
      <w:sz w:val="28"/>
      <w:szCs w:val="28"/>
    </w:rPr>
  </w:style>
  <w:style w:type="paragraph" w:styleId="Heading2">
    <w:name w:val="heading 2"/>
    <w:basedOn w:val="Normal"/>
    <w:next w:val="Normal"/>
    <w:link w:val="Heading2Char"/>
    <w:uiPriority w:val="9"/>
    <w:unhideWhenUsed/>
    <w:qFormat/>
    <w:rsid w:val="008E7B57"/>
    <w:pPr>
      <w:keepNext/>
      <w:keepLines/>
      <w:spacing w:before="200" w:after="0"/>
      <w:outlineLvl w:val="1"/>
    </w:pPr>
    <w:rPr>
      <w:rFonts w:ascii="Times New Roman" w:hAnsi="Times New Roman" w:cs="Times New Roman" w:eastAsiaTheme="majorEastAsia"/>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8E7B57"/>
    <w:rPr>
      <w:rFonts w:ascii="Times New Roman" w:hAnsi="Times New Roman" w:cs="Times New Roman"/>
      <w:b/>
      <w:bCs/>
      <w:sz w:val="28"/>
      <w:szCs w:val="28"/>
    </w:rPr>
  </w:style>
  <w:style w:type="character" w:styleId="Heading2Char" w:customStyle="1">
    <w:name w:val="Heading 2 Char"/>
    <w:basedOn w:val="DefaultParagraphFont"/>
    <w:link w:val="Heading2"/>
    <w:uiPriority w:val="9"/>
    <w:rsid w:val="008E7B57"/>
    <w:rPr>
      <w:rFonts w:ascii="Times New Roman" w:hAnsi="Times New Roman" w:cs="Times New Roman" w:eastAsiaTheme="majorEastAsia"/>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EA6F4C"/>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paragraph" w:styleId="paragraph" w:customStyle="1">
    <w:name w:val="paragraph"/>
    <w:basedOn w:val="Normal"/>
    <w:rsid w:val="00A8792A"/>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A8792A"/>
  </w:style>
  <w:style w:type="character" w:styleId="eop" w:customStyle="1">
    <w:name w:val="eop"/>
    <w:basedOn w:val="DefaultParagraphFont"/>
    <w:rsid w:val="00A879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image" Target="media/image19.png" Id="rId26" /><Relationship Type="http://schemas.openxmlformats.org/officeDocument/2006/relationships/image" Target="media/image32.png" Id="rId39" /><Relationship Type="http://schemas.openxmlformats.org/officeDocument/2006/relationships/image" Target="media/image14.png" Id="rId21" /><Relationship Type="http://schemas.openxmlformats.org/officeDocument/2006/relationships/image" Target="media/image27.png" Id="rId34" /><Relationship Type="http://schemas.openxmlformats.org/officeDocument/2006/relationships/image" Target="media/image35.png" Id="rId42" /><Relationship Type="http://schemas.openxmlformats.org/officeDocument/2006/relationships/image" Target="media/image40.png" Id="rId47" /><Relationship Type="http://schemas.openxmlformats.org/officeDocument/2006/relationships/footer" Target="footer1.xml" Id="rId50"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image" Target="media/image22.png" Id="rId29" /><Relationship Type="http://schemas.openxmlformats.org/officeDocument/2006/relationships/image" Target="media/image4.png" Id="rId11" /><Relationship Type="http://schemas.openxmlformats.org/officeDocument/2006/relationships/image" Target="media/image17.png" Id="rId24" /><Relationship Type="http://schemas.openxmlformats.org/officeDocument/2006/relationships/image" Target="media/image25.png" Id="rId32" /><Relationship Type="http://schemas.openxmlformats.org/officeDocument/2006/relationships/image" Target="media/image30.png" Id="rId37" /><Relationship Type="http://schemas.openxmlformats.org/officeDocument/2006/relationships/image" Target="media/image33.png" Id="rId40" /><Relationship Type="http://schemas.openxmlformats.org/officeDocument/2006/relationships/image" Target="media/image38.png" Id="rId45" /><Relationship Type="http://schemas.microsoft.com/office/2020/10/relationships/intelligence" Target="intelligence2.xml" Id="rId53" /><Relationship Type="http://schemas.openxmlformats.org/officeDocument/2006/relationships/webSettings" Target="webSettings.xml" Id="rId5"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image" Target="media/image24.png" Id="rId31" /><Relationship Type="http://schemas.openxmlformats.org/officeDocument/2006/relationships/image" Target="media/image37.png" Id="rId44" /><Relationship Type="http://schemas.openxmlformats.org/officeDocument/2006/relationships/theme" Target="theme/theme1.xml" Id="rId52"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png" Id="rId27" /><Relationship Type="http://schemas.openxmlformats.org/officeDocument/2006/relationships/image" Target="media/image23.png" Id="rId30" /><Relationship Type="http://schemas.openxmlformats.org/officeDocument/2006/relationships/image" Target="media/image28.png" Id="rId35" /><Relationship Type="http://schemas.openxmlformats.org/officeDocument/2006/relationships/image" Target="media/image36.png" Id="rId43" /><Relationship Type="http://schemas.openxmlformats.org/officeDocument/2006/relationships/image" Target="media/image41.png" Id="rId48" /><Relationship Type="http://schemas.openxmlformats.org/officeDocument/2006/relationships/image" Target="media/image1.png" Id="rId8" /><Relationship Type="http://schemas.openxmlformats.org/officeDocument/2006/relationships/fontTable" Target="fontTable.xml" Id="rId51" /><Relationship Type="http://schemas.openxmlformats.org/officeDocument/2006/relationships/styles" Target="styles.xml" Id="rId3"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image" Target="media/image18.png" Id="rId25" /><Relationship Type="http://schemas.openxmlformats.org/officeDocument/2006/relationships/image" Target="media/image26.png" Id="rId33" /><Relationship Type="http://schemas.openxmlformats.org/officeDocument/2006/relationships/image" Target="media/image31.png" Id="rId38" /><Relationship Type="http://schemas.openxmlformats.org/officeDocument/2006/relationships/image" Target="media/image39.png" Id="rId46" /><Relationship Type="http://schemas.openxmlformats.org/officeDocument/2006/relationships/image" Target="media/image13.png" Id="rId20" /><Relationship Type="http://schemas.openxmlformats.org/officeDocument/2006/relationships/image" Target="media/image34.png" Id="rId41"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image" Target="media/image29.png" Id="rId36" /><Relationship Type="http://schemas.openxmlformats.org/officeDocument/2006/relationships/image" Target="media/image42.png" Id="rId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Methuseli Ncube (2507567)</lastModifiedBy>
  <revision>9</revision>
  <dcterms:created xsi:type="dcterms:W3CDTF">2026-06-22T14:50:00.0000000Z</dcterms:created>
  <dcterms:modified xsi:type="dcterms:W3CDTF">2026-07-07T10:06:07.2782205Z</dcterms:modified>
  <category/>
</coreProperties>
</file>