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6910A" w14:textId="77777777" w:rsidR="009D7692" w:rsidRDefault="00000000">
      <w:pPr>
        <w:pStyle w:val="Heading1"/>
      </w:pPr>
      <w:r>
        <w:t>LCLM4005 – Component 1: CV, Cover Letter &amp; Job Advert</w:t>
      </w:r>
    </w:p>
    <w:p w14:paraId="6887044C" w14:textId="77777777" w:rsidR="009D7692" w:rsidRDefault="00000000">
      <w:r>
        <w:t>Student Name: Raluca Mihaela Pop</w:t>
      </w:r>
    </w:p>
    <w:p w14:paraId="1EBCC562" w14:textId="77777777" w:rsidR="009D7692" w:rsidRDefault="00000000">
      <w:r>
        <w:t>Student ID: 2425444</w:t>
      </w:r>
    </w:p>
    <w:p w14:paraId="4AECF80C" w14:textId="77777777" w:rsidR="009D7692" w:rsidRDefault="00000000">
      <w:r>
        <w:t>Module: Employability and Career Development</w:t>
      </w:r>
    </w:p>
    <w:p w14:paraId="7FF4CE14" w14:textId="74B9FE20" w:rsidR="009D7692" w:rsidRDefault="00000000">
      <w:r>
        <w:t xml:space="preserve">Lecturer: </w:t>
      </w:r>
      <w:r w:rsidR="00982F64">
        <w:t>Piyumika Kithulgoda Gamage</w:t>
      </w:r>
    </w:p>
    <w:p w14:paraId="6D92E0C8" w14:textId="77777777" w:rsidR="009D7692" w:rsidRDefault="00000000">
      <w:r>
        <w:t>Academic Year: 2024/2025</w:t>
      </w:r>
    </w:p>
    <w:p w14:paraId="36C63AE3" w14:textId="77777777" w:rsidR="009D7692" w:rsidRDefault="00000000">
      <w:r>
        <w:br w:type="page"/>
      </w:r>
    </w:p>
    <w:p w14:paraId="6DCDF566" w14:textId="77777777" w:rsidR="009D7692" w:rsidRDefault="00000000">
      <w:pPr>
        <w:pStyle w:val="Heading1"/>
      </w:pPr>
      <w:r>
        <w:lastRenderedPageBreak/>
        <w:t>Curriculum Vitae – Raluca Mihaela Pop</w:t>
      </w:r>
    </w:p>
    <w:p w14:paraId="114C2938" w14:textId="77777777" w:rsidR="009D7692" w:rsidRDefault="00000000">
      <w:r>
        <w:t>London, UK</w:t>
      </w:r>
    </w:p>
    <w:p w14:paraId="31D5F0D5" w14:textId="29CB5989" w:rsidR="009D7692" w:rsidRDefault="00000000">
      <w:r>
        <w:t xml:space="preserve">Phone: </w:t>
      </w:r>
      <w:r w:rsidR="00982F64">
        <w:t>07481839398</w:t>
      </w:r>
    </w:p>
    <w:p w14:paraId="7784EAA6" w14:textId="18712704" w:rsidR="009D7692" w:rsidRDefault="00000000">
      <w:r>
        <w:t xml:space="preserve">Email: </w:t>
      </w:r>
      <w:r w:rsidR="00982F64">
        <w:t>2425445@student.uwtsd.ac.uk</w:t>
      </w:r>
    </w:p>
    <w:p w14:paraId="412AE940" w14:textId="77777777" w:rsidR="009D7692" w:rsidRDefault="009D7692"/>
    <w:p w14:paraId="26431B56" w14:textId="77777777" w:rsidR="009D7692" w:rsidRDefault="00000000">
      <w:r>
        <w:t>PROFILE</w:t>
      </w:r>
    </w:p>
    <w:p w14:paraId="777C78F9" w14:textId="77777777" w:rsidR="009D7692" w:rsidRDefault="00000000">
      <w:r>
        <w:t>I am currently working as a General Manager with more than 10 years of professional experience in hospitality, restaurant operations, and team leadership. I progressed from waiter to General Manager, demonstrating dedication, stability, and continuous professional development.</w:t>
      </w:r>
    </w:p>
    <w:p w14:paraId="7D39D447" w14:textId="77777777" w:rsidR="009D7692" w:rsidRDefault="009D7692"/>
    <w:p w14:paraId="2E919052" w14:textId="77777777" w:rsidR="009D7692" w:rsidRDefault="00000000">
      <w:r>
        <w:t>OBJECTIVE</w:t>
      </w:r>
    </w:p>
    <w:p w14:paraId="215A5C41" w14:textId="77777777" w:rsidR="009D7692" w:rsidRDefault="00000000">
      <w:r>
        <w:t>To contribute to a leading hospitality organisation by applying my experience in team management, customer service, operational control, and high‑volume restaurant leadership.</w:t>
      </w:r>
    </w:p>
    <w:p w14:paraId="2291E183" w14:textId="77777777" w:rsidR="009D7692" w:rsidRDefault="009D7692"/>
    <w:p w14:paraId="51852565" w14:textId="77777777" w:rsidR="009D7692" w:rsidRDefault="00000000">
      <w:r>
        <w:t>PROFESSIONAL CERTIFICATIONS</w:t>
      </w:r>
    </w:p>
    <w:p w14:paraId="7BF8867A" w14:textId="77777777" w:rsidR="009D7692" w:rsidRDefault="00000000">
      <w:r>
        <w:t>• Food Safety Level 2</w:t>
      </w:r>
    </w:p>
    <w:p w14:paraId="084C0104" w14:textId="77777777" w:rsidR="009D7692" w:rsidRDefault="00000000">
      <w:r>
        <w:t>• Health &amp; Safety – Hospitality</w:t>
      </w:r>
    </w:p>
    <w:p w14:paraId="70EB7C69" w14:textId="71F4F847" w:rsidR="00982F64" w:rsidRDefault="00000000" w:rsidP="00982F64">
      <w:r>
        <w:t>• First Aid (if applicable)</w:t>
      </w:r>
    </w:p>
    <w:p w14:paraId="48F8D2A6" w14:textId="77777777" w:rsidR="009D7692" w:rsidRDefault="009D7692"/>
    <w:p w14:paraId="0CB60280" w14:textId="77777777" w:rsidR="009D7692" w:rsidRDefault="00000000">
      <w:r>
        <w:t>SKILLS</w:t>
      </w:r>
    </w:p>
    <w:p w14:paraId="3D8A93F5" w14:textId="77777777" w:rsidR="009D7692" w:rsidRDefault="00000000">
      <w:r>
        <w:t>• Leadership &amp; staff management</w:t>
      </w:r>
    </w:p>
    <w:p w14:paraId="085B0555" w14:textId="77777777" w:rsidR="009D7692" w:rsidRDefault="00000000">
      <w:r>
        <w:t>• Recruitment &amp; training</w:t>
      </w:r>
    </w:p>
    <w:p w14:paraId="26E853DD" w14:textId="77777777" w:rsidR="009D7692" w:rsidRDefault="00000000">
      <w:r>
        <w:t>• High‑volume operations</w:t>
      </w:r>
    </w:p>
    <w:p w14:paraId="39E611CA" w14:textId="77777777" w:rsidR="009D7692" w:rsidRDefault="00000000">
      <w:r>
        <w:t>• Guest satisfaction improvement</w:t>
      </w:r>
    </w:p>
    <w:p w14:paraId="4A453751" w14:textId="77777777" w:rsidR="009D7692" w:rsidRDefault="00000000">
      <w:r>
        <w:t>• Budgeting &amp; cost control</w:t>
      </w:r>
    </w:p>
    <w:p w14:paraId="5C67FC76" w14:textId="77777777" w:rsidR="009D7692" w:rsidRDefault="00000000">
      <w:r>
        <w:t>• Stock &amp; supplier coordination</w:t>
      </w:r>
    </w:p>
    <w:p w14:paraId="1C4D1323" w14:textId="77777777" w:rsidR="009D7692" w:rsidRDefault="00000000">
      <w:r>
        <w:t>• Communication &amp; problem‑solving</w:t>
      </w:r>
    </w:p>
    <w:p w14:paraId="53E3D824" w14:textId="77777777" w:rsidR="009D7692" w:rsidRDefault="00000000">
      <w:r>
        <w:lastRenderedPageBreak/>
        <w:t>• Ability to work under pressure</w:t>
      </w:r>
    </w:p>
    <w:p w14:paraId="66E7C048" w14:textId="77777777" w:rsidR="009D7692" w:rsidRDefault="009D7692"/>
    <w:p w14:paraId="63C876E0" w14:textId="77777777" w:rsidR="009D7692" w:rsidRDefault="00000000">
      <w:r>
        <w:t>COMPUTER SKILLS</w:t>
      </w:r>
    </w:p>
    <w:p w14:paraId="1C855EB9" w14:textId="77777777" w:rsidR="009D7692" w:rsidRDefault="00000000">
      <w:r>
        <w:t>• Microsoft Office (Word, Excel, Outlook)</w:t>
      </w:r>
    </w:p>
    <w:p w14:paraId="438F8F89" w14:textId="77777777" w:rsidR="009D7692" w:rsidRDefault="00000000">
      <w:r>
        <w:t>• POS systems</w:t>
      </w:r>
    </w:p>
    <w:p w14:paraId="75825AAD" w14:textId="77777777" w:rsidR="009D7692" w:rsidRDefault="00000000">
      <w:r>
        <w:t>• Inventory &amp; scheduling systems</w:t>
      </w:r>
    </w:p>
    <w:p w14:paraId="24DD8BDF" w14:textId="77777777" w:rsidR="009D7692" w:rsidRDefault="009D7692"/>
    <w:p w14:paraId="624BA893" w14:textId="77777777" w:rsidR="009D7692" w:rsidRDefault="00000000">
      <w:r>
        <w:t>KEY STRENGTHS</w:t>
      </w:r>
    </w:p>
    <w:p w14:paraId="0B8F02F2" w14:textId="77777777" w:rsidR="009D7692" w:rsidRDefault="00000000">
      <w:r>
        <w:t>Communication Skills: Clear communication with guests, staff, and senior management.</w:t>
      </w:r>
    </w:p>
    <w:p w14:paraId="0870B4D7" w14:textId="77777777" w:rsidR="009D7692" w:rsidRDefault="00000000">
      <w:r>
        <w:t>Organised: Strong multitasking ability, rota planning, stock control, and operational structure.</w:t>
      </w:r>
    </w:p>
    <w:p w14:paraId="66D6550D" w14:textId="77777777" w:rsidR="009D7692" w:rsidRDefault="009D7692"/>
    <w:p w14:paraId="4789AF5C" w14:textId="77777777" w:rsidR="009D7692" w:rsidRDefault="00000000">
      <w:r>
        <w:t>WORK HISTORY</w:t>
      </w:r>
    </w:p>
    <w:p w14:paraId="08193BE2" w14:textId="77777777" w:rsidR="009D7692" w:rsidRDefault="00000000">
      <w:r>
        <w:t>General Manager – Fatto, Covent Garden, London (2022 – Present)</w:t>
      </w:r>
    </w:p>
    <w:p w14:paraId="4B1B1050" w14:textId="77777777" w:rsidR="009D7692" w:rsidRDefault="00000000">
      <w:pPr>
        <w:pStyle w:val="ListBullet"/>
      </w:pPr>
      <w:r>
        <w:t>• Oversee daily FOH and BOH operations.</w:t>
      </w:r>
    </w:p>
    <w:p w14:paraId="684DA447" w14:textId="77777777" w:rsidR="009D7692" w:rsidRDefault="00000000">
      <w:pPr>
        <w:pStyle w:val="ListBullet"/>
      </w:pPr>
      <w:r>
        <w:t>• Lead and train staff, including supervisors and chefs.</w:t>
      </w:r>
    </w:p>
    <w:p w14:paraId="05A4221F" w14:textId="77777777" w:rsidR="009D7692" w:rsidRDefault="00000000">
      <w:pPr>
        <w:pStyle w:val="ListBullet"/>
      </w:pPr>
      <w:r>
        <w:t>• Manage rotas, stock levels, ordering, and suppliers.</w:t>
      </w:r>
    </w:p>
    <w:p w14:paraId="04BDA913" w14:textId="77777777" w:rsidR="009D7692" w:rsidRDefault="00000000">
      <w:pPr>
        <w:pStyle w:val="ListBullet"/>
      </w:pPr>
      <w:r>
        <w:t>• Maintain guest satisfaction and handle escalated complaints.</w:t>
      </w:r>
    </w:p>
    <w:p w14:paraId="7B0BFF03" w14:textId="77777777" w:rsidR="009D7692" w:rsidRDefault="00000000">
      <w:pPr>
        <w:pStyle w:val="ListBullet"/>
      </w:pPr>
      <w:r>
        <w:t>• Monitor budgets and support forecasting.</w:t>
      </w:r>
    </w:p>
    <w:p w14:paraId="16431060" w14:textId="77777777" w:rsidR="009D7692" w:rsidRDefault="00000000">
      <w:pPr>
        <w:pStyle w:val="ListBullet"/>
      </w:pPr>
      <w:r>
        <w:t>• Resolve operational challenges during peak service.</w:t>
      </w:r>
    </w:p>
    <w:p w14:paraId="25D7F723" w14:textId="77777777" w:rsidR="009D7692" w:rsidRDefault="009D7692"/>
    <w:p w14:paraId="6930BF65" w14:textId="55E506FF" w:rsidR="009D7692" w:rsidRDefault="00000000">
      <w:r>
        <w:t xml:space="preserve">Assistant Manager → Deputy Manager → General Manager – </w:t>
      </w:r>
      <w:r w:rsidR="00982F64">
        <w:t>Bird</w:t>
      </w:r>
      <w:r>
        <w:t xml:space="preserve"> Restaurant, London (2015 – 2022)</w:t>
      </w:r>
    </w:p>
    <w:p w14:paraId="0E2B830D" w14:textId="77777777" w:rsidR="009D7692" w:rsidRDefault="00000000">
      <w:pPr>
        <w:pStyle w:val="ListBullet"/>
      </w:pPr>
      <w:r>
        <w:t>• Promoted multiple times after starting as a waiter.</w:t>
      </w:r>
    </w:p>
    <w:p w14:paraId="364F38C7" w14:textId="77777777" w:rsidR="009D7692" w:rsidRDefault="00000000">
      <w:pPr>
        <w:pStyle w:val="ListBullet"/>
      </w:pPr>
      <w:r>
        <w:t>• Managed shifts, customer service, cash handling, and bookings.</w:t>
      </w:r>
    </w:p>
    <w:p w14:paraId="184206D5" w14:textId="77777777" w:rsidR="009D7692" w:rsidRDefault="00000000">
      <w:pPr>
        <w:pStyle w:val="ListBullet"/>
      </w:pPr>
      <w:r>
        <w:t>• Supported recruitment, training, and performance reviews.</w:t>
      </w:r>
    </w:p>
    <w:p w14:paraId="380CD95E" w14:textId="77777777" w:rsidR="009D7692" w:rsidRDefault="00000000">
      <w:pPr>
        <w:pStyle w:val="ListBullet"/>
      </w:pPr>
      <w:r>
        <w:t>• Ensured communication between FOH and BOH.</w:t>
      </w:r>
    </w:p>
    <w:p w14:paraId="5FFBC9A2" w14:textId="77777777" w:rsidR="009D7692" w:rsidRDefault="00000000">
      <w:pPr>
        <w:pStyle w:val="ListBullet"/>
      </w:pPr>
      <w:r>
        <w:t>• Delivered consistent service standards over 7 years.</w:t>
      </w:r>
    </w:p>
    <w:p w14:paraId="59732790" w14:textId="77777777" w:rsidR="009D7692" w:rsidRDefault="009D7692"/>
    <w:p w14:paraId="31C1A5BE" w14:textId="77777777" w:rsidR="009D7692" w:rsidRDefault="00000000">
      <w:pPr>
        <w:pStyle w:val="Heading2"/>
      </w:pPr>
      <w:r>
        <w:t>Interests</w:t>
      </w:r>
    </w:p>
    <w:p w14:paraId="6D00291C" w14:textId="77777777" w:rsidR="009D7692" w:rsidRDefault="00000000">
      <w:r>
        <w:t>• Cooking and healthy eating</w:t>
      </w:r>
    </w:p>
    <w:p w14:paraId="3A361521" w14:textId="77777777" w:rsidR="009D7692" w:rsidRDefault="00000000">
      <w:r>
        <w:lastRenderedPageBreak/>
        <w:t>• Gym and fitness</w:t>
      </w:r>
    </w:p>
    <w:p w14:paraId="47D55380" w14:textId="77777777" w:rsidR="009D7692" w:rsidRDefault="00000000">
      <w:r>
        <w:t>• Travel</w:t>
      </w:r>
    </w:p>
    <w:p w14:paraId="5DF13E66" w14:textId="77777777" w:rsidR="009D7692" w:rsidRDefault="00000000">
      <w:r>
        <w:t>• Music</w:t>
      </w:r>
    </w:p>
    <w:p w14:paraId="0AF3B449" w14:textId="77777777" w:rsidR="009D7692" w:rsidRDefault="009D7692"/>
    <w:p w14:paraId="42581735" w14:textId="77777777" w:rsidR="009D7692" w:rsidRDefault="00000000">
      <w:pPr>
        <w:pStyle w:val="Heading2"/>
      </w:pPr>
      <w:r>
        <w:t>Languages</w:t>
      </w:r>
    </w:p>
    <w:p w14:paraId="487F190E" w14:textId="77777777" w:rsidR="009D7692" w:rsidRDefault="00000000">
      <w:r>
        <w:t>• Romanian – Native</w:t>
      </w:r>
    </w:p>
    <w:p w14:paraId="4EF10EE5" w14:textId="77777777" w:rsidR="009D7692" w:rsidRDefault="00000000">
      <w:r>
        <w:t>• English – Fluent</w:t>
      </w:r>
    </w:p>
    <w:p w14:paraId="10D534BF" w14:textId="77777777" w:rsidR="009D7692" w:rsidRDefault="00000000">
      <w:r>
        <w:br w:type="page"/>
      </w:r>
    </w:p>
    <w:p w14:paraId="5E5536C9" w14:textId="77777777" w:rsidR="009D7692" w:rsidRDefault="00000000">
      <w:pPr>
        <w:pStyle w:val="Heading1"/>
      </w:pPr>
      <w:r>
        <w:lastRenderedPageBreak/>
        <w:t>Cover Letter</w:t>
      </w:r>
    </w:p>
    <w:p w14:paraId="0623AE17" w14:textId="77777777" w:rsidR="009D7692" w:rsidRDefault="00000000">
      <w:r>
        <w:t>Hiring Manager</w:t>
      </w:r>
    </w:p>
    <w:p w14:paraId="21DA5F81" w14:textId="77777777" w:rsidR="009D7692" w:rsidRDefault="00000000">
      <w:r>
        <w:t>The Standard Hotel</w:t>
      </w:r>
    </w:p>
    <w:p w14:paraId="6559C8B2" w14:textId="716DABF0" w:rsidR="009D7692" w:rsidRDefault="00000000">
      <w:r>
        <w:t>London</w:t>
      </w:r>
    </w:p>
    <w:p w14:paraId="5A9C5B13" w14:textId="1FB50C49" w:rsidR="00982F64" w:rsidRDefault="00982F64">
      <w:r>
        <w:t>16/11/2025</w:t>
      </w:r>
    </w:p>
    <w:p w14:paraId="407533AC" w14:textId="77777777" w:rsidR="009D7692" w:rsidRDefault="009D7692"/>
    <w:p w14:paraId="6B4C339C" w14:textId="77777777" w:rsidR="009D7692" w:rsidRDefault="00000000">
      <w:r>
        <w:t>Dear Hiring Manager,</w:t>
      </w:r>
    </w:p>
    <w:p w14:paraId="6564D79D" w14:textId="77777777" w:rsidR="009D7692" w:rsidRDefault="009D7692"/>
    <w:p w14:paraId="68B08A42" w14:textId="162566C4" w:rsidR="009D7692" w:rsidRDefault="00000000">
      <w:r>
        <w:t>I am writing to apply for the position of Restaurant General Manager at The Standard Hotel. With over 10 years of experience in hospitality</w:t>
      </w:r>
      <w:r w:rsidR="00982F64">
        <w:t xml:space="preserve">, </w:t>
      </w:r>
      <w:r>
        <w:t>from waiter to General Manager</w:t>
      </w:r>
      <w:r w:rsidR="00982F64">
        <w:t xml:space="preserve">. </w:t>
      </w:r>
      <w:r>
        <w:t>I am confident that my skills and leadership make me a strong fit for your organisation.</w:t>
      </w:r>
    </w:p>
    <w:p w14:paraId="57B4F937" w14:textId="77777777" w:rsidR="009D7692" w:rsidRDefault="009D7692"/>
    <w:p w14:paraId="54C99AC1" w14:textId="77777777" w:rsidR="009D7692" w:rsidRDefault="00000000">
      <w:r>
        <w:t>For the past three years, I have managed Fatto in Covent Garden, one of London’s busiest locations. I oversee daily operations, staff training, budgeting, stock control, and guest satisfaction. My ability to maintain strong service standards, lead teams, and handle operational challenges has contributed to positive customer ratings and team stability.</w:t>
      </w:r>
    </w:p>
    <w:p w14:paraId="5542CDE8" w14:textId="77777777" w:rsidR="009D7692" w:rsidRDefault="009D7692"/>
    <w:p w14:paraId="7EE2176B" w14:textId="77777777" w:rsidR="009D7692" w:rsidRDefault="00000000">
      <w:r>
        <w:t>Before this role, I spent seven years progressing through multiple positions in my previous restaurant, demonstrating long‑term commitment, reliability, and continuous development.</w:t>
      </w:r>
    </w:p>
    <w:p w14:paraId="42A9516B" w14:textId="77777777" w:rsidR="009D7692" w:rsidRDefault="009D7692"/>
    <w:p w14:paraId="74A53EEC" w14:textId="77777777" w:rsidR="009D7692" w:rsidRDefault="00000000">
      <w:r>
        <w:t>I believe I can bring my experience, dedication, and passion for hospitality to The Standard Hotel, contributing to staff development, guest satisfaction, and smooth day‑to‑day operations.</w:t>
      </w:r>
    </w:p>
    <w:p w14:paraId="026BE7C3" w14:textId="77777777" w:rsidR="009D7692" w:rsidRDefault="009D7692"/>
    <w:p w14:paraId="00A6D96B" w14:textId="77777777" w:rsidR="009D7692" w:rsidRDefault="00000000">
      <w:r>
        <w:t>Thank you for considering my application. I look forward to the opportunity to discuss my experience further.</w:t>
      </w:r>
    </w:p>
    <w:p w14:paraId="1BEF8C7B" w14:textId="77777777" w:rsidR="009D7692" w:rsidRDefault="009D7692"/>
    <w:p w14:paraId="4FED1468" w14:textId="77777777" w:rsidR="009D7692" w:rsidRDefault="00000000">
      <w:r>
        <w:t>Yours sincerely,</w:t>
      </w:r>
    </w:p>
    <w:p w14:paraId="5534BCA6" w14:textId="77777777" w:rsidR="009D7692" w:rsidRDefault="00000000">
      <w:r>
        <w:t>Raluca Mihaela Pop</w:t>
      </w:r>
    </w:p>
    <w:p w14:paraId="63360CCF" w14:textId="77777777" w:rsidR="009D7692" w:rsidRDefault="00000000">
      <w:r>
        <w:br w:type="page"/>
      </w:r>
    </w:p>
    <w:p w14:paraId="2B965F9B" w14:textId="77777777" w:rsidR="009D7692" w:rsidRDefault="00000000">
      <w:pPr>
        <w:pStyle w:val="Heading1"/>
      </w:pPr>
      <w:r>
        <w:lastRenderedPageBreak/>
        <w:t>Job Advert: Restaurant General Manager – The Standard Hotel</w:t>
      </w:r>
    </w:p>
    <w:p w14:paraId="42DE8132" w14:textId="77777777" w:rsidR="009D7692" w:rsidRDefault="00000000">
      <w:r>
        <w:t>Job Title: Restaurant General Manager (Decimo – The Standard Hotel)</w:t>
      </w:r>
    </w:p>
    <w:p w14:paraId="6D0F245E" w14:textId="77777777" w:rsidR="009D7692" w:rsidRDefault="00000000">
      <w:r>
        <w:t>Location: London</w:t>
      </w:r>
    </w:p>
    <w:p w14:paraId="78F315BE" w14:textId="77777777" w:rsidR="009D7692" w:rsidRDefault="009D7692"/>
    <w:p w14:paraId="209613EF" w14:textId="77777777" w:rsidR="009D7692" w:rsidRDefault="00000000">
      <w:r>
        <w:t>Key Responsibilities:</w:t>
      </w:r>
    </w:p>
    <w:p w14:paraId="38877FAE" w14:textId="77777777" w:rsidR="009D7692" w:rsidRDefault="00000000">
      <w:r>
        <w:t>• Lead the restaurant team at Decimo, ensuring smooth daily operations.</w:t>
      </w:r>
    </w:p>
    <w:p w14:paraId="413A1778" w14:textId="77777777" w:rsidR="009D7692" w:rsidRDefault="00000000">
      <w:r>
        <w:t>• Support staff development, training, and performance management.</w:t>
      </w:r>
    </w:p>
    <w:p w14:paraId="6CA32797" w14:textId="77777777" w:rsidR="009D7692" w:rsidRDefault="00000000">
      <w:r>
        <w:t>• Ensure excellent guest experience and service standards.</w:t>
      </w:r>
    </w:p>
    <w:p w14:paraId="4A32B342" w14:textId="77777777" w:rsidR="009D7692" w:rsidRDefault="00000000">
      <w:r>
        <w:t>• Manage financial targets, cost control, and operational budgets.</w:t>
      </w:r>
    </w:p>
    <w:p w14:paraId="1613B7EE" w14:textId="77777777" w:rsidR="009D7692" w:rsidRDefault="00000000">
      <w:r>
        <w:t>• Collaborate with senior management and the culinary team.</w:t>
      </w:r>
    </w:p>
    <w:p w14:paraId="0D83EDD8" w14:textId="77777777" w:rsidR="009D7692" w:rsidRDefault="009D7692"/>
    <w:p w14:paraId="19483CC8" w14:textId="77777777" w:rsidR="009D7692" w:rsidRDefault="00000000">
      <w:r>
        <w:t>Key Requirements:</w:t>
      </w:r>
    </w:p>
    <w:p w14:paraId="035078CF" w14:textId="77777777" w:rsidR="009D7692" w:rsidRDefault="00000000">
      <w:r>
        <w:t>• Experience in high‑volume restaurant management.</w:t>
      </w:r>
    </w:p>
    <w:p w14:paraId="413760DC" w14:textId="77777777" w:rsidR="009D7692" w:rsidRDefault="00000000">
      <w:r>
        <w:t>• Strong leadership and communication skills.</w:t>
      </w:r>
    </w:p>
    <w:p w14:paraId="048BB297" w14:textId="77777777" w:rsidR="009D7692" w:rsidRDefault="00000000">
      <w:r>
        <w:t>• Ability to manage teams, budgets, and service standards.</w:t>
      </w:r>
    </w:p>
    <w:p w14:paraId="7E4F0D17" w14:textId="77777777" w:rsidR="009D7692" w:rsidRDefault="00000000">
      <w:r>
        <w:t>• Passion for hospitality and guest experience.</w:t>
      </w:r>
    </w:p>
    <w:p w14:paraId="39B61B13" w14:textId="77777777" w:rsidR="009D7692" w:rsidRDefault="009D7692"/>
    <w:p w14:paraId="1A397B26" w14:textId="77777777" w:rsidR="009D7692" w:rsidRDefault="00000000">
      <w:r>
        <w:t>This role represents an opportunity to join The Standard Hotel’s highly regarded restaurant, supporting exceptional service within one of London’s most dynamic hospitality environments.</w:t>
      </w:r>
    </w:p>
    <w:sectPr w:rsidR="009D769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D3E04EB"/>
    <w:multiLevelType w:val="hybridMultilevel"/>
    <w:tmpl w:val="2EEEA4C2"/>
    <w:lvl w:ilvl="0" w:tplc="DB4EEEE4">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775ED9"/>
    <w:multiLevelType w:val="hybridMultilevel"/>
    <w:tmpl w:val="21AC2766"/>
    <w:lvl w:ilvl="0" w:tplc="CE24E064">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279753">
    <w:abstractNumId w:val="8"/>
  </w:num>
  <w:num w:numId="2" w16cid:durableId="1110272346">
    <w:abstractNumId w:val="6"/>
  </w:num>
  <w:num w:numId="3" w16cid:durableId="1455372019">
    <w:abstractNumId w:val="5"/>
  </w:num>
  <w:num w:numId="4" w16cid:durableId="1671131023">
    <w:abstractNumId w:val="4"/>
  </w:num>
  <w:num w:numId="5" w16cid:durableId="1296326496">
    <w:abstractNumId w:val="7"/>
  </w:num>
  <w:num w:numId="6" w16cid:durableId="753430509">
    <w:abstractNumId w:val="3"/>
  </w:num>
  <w:num w:numId="7" w16cid:durableId="1058239588">
    <w:abstractNumId w:val="2"/>
  </w:num>
  <w:num w:numId="8" w16cid:durableId="2103530595">
    <w:abstractNumId w:val="1"/>
  </w:num>
  <w:num w:numId="9" w16cid:durableId="188958853">
    <w:abstractNumId w:val="0"/>
  </w:num>
  <w:num w:numId="10" w16cid:durableId="1803497614">
    <w:abstractNumId w:val="9"/>
  </w:num>
  <w:num w:numId="11" w16cid:durableId="10356932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91CB3"/>
    <w:rsid w:val="00982F64"/>
    <w:rsid w:val="009D769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F0A458"/>
  <w14:defaultImageDpi w14:val="300"/>
  <w15:docId w15:val="{F052ECE5-717A-4DA9-838A-D5D2656F5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590</Words>
  <Characters>3886</Characters>
  <Application>Microsoft Office Word</Application>
  <DocSecurity>0</DocSecurity>
  <Lines>129</Lines>
  <Paragraphs>97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Raluca Pop</cp:lastModifiedBy>
  <cp:revision>2</cp:revision>
  <dcterms:created xsi:type="dcterms:W3CDTF">2013-12-23T23:15:00Z</dcterms:created>
  <dcterms:modified xsi:type="dcterms:W3CDTF">2025-11-16T15:49:00Z</dcterms:modified>
  <cp:category/>
</cp:coreProperties>
</file>