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Ana Maria Șerban</w:t>
      </w:r>
    </w:p>
    <w:p>
      <w:r>
        <w:t>Ana Maria Șerban</w:t>
      </w:r>
    </w:p>
    <w:p/>
    <w:p>
      <w:r>
        <w:t>West Midlands, UK</w:t>
      </w:r>
    </w:p>
    <w:p>
      <w:r>
        <w:t>Mobile: 07xxx xxx xxx</w:t>
      </w:r>
    </w:p>
    <w:p>
      <w:r>
        <w:t>Email: anamaria.serban@email.com</w:t>
      </w:r>
    </w:p>
    <w:p/>
    <w:p>
      <w:r>
        <w:t>PERSONAL PROFILE</w:t>
      </w:r>
    </w:p>
    <w:p/>
    <w:p>
      <w:r>
        <w:t>Friendly, reliable and hardworking individual looking to build a long-term career with Amazon. I enjoy working as part of a team, staying active, and taking pride in doing a job properly. I am organised, punctual and able to work well in fast-paced environments. I am always willing to learn new skills and take on new responsibilities.</w:t>
      </w:r>
    </w:p>
    <w:p/>
    <w:p>
      <w:r>
        <w:t>Age: 46</w:t>
      </w:r>
    </w:p>
    <w:p/>
    <w:p>
      <w:r>
        <w:t>KEY SKILLS</w:t>
      </w:r>
    </w:p>
    <w:p/>
    <w:p>
      <w:r>
        <w:t>• Excellent teamwork and communication</w:t>
      </w:r>
    </w:p>
    <w:p>
      <w:r>
        <w:t>• Strong attention to detail</w:t>
      </w:r>
    </w:p>
    <w:p>
      <w:r>
        <w:t>• Time management and organisation</w:t>
      </w:r>
    </w:p>
    <w:p>
      <w:r>
        <w:t>• Reliable and punctual</w:t>
      </w:r>
    </w:p>
    <w:p>
      <w:r>
        <w:t>• Able to follow health and safety procedures</w:t>
      </w:r>
    </w:p>
    <w:p>
      <w:r>
        <w:t>• Customer service skills</w:t>
      </w:r>
    </w:p>
    <w:p>
      <w:r>
        <w:t>• Comfortable working in busy environments</w:t>
      </w:r>
    </w:p>
    <w:p>
      <w:r>
        <w:t>• Quick learner with a positive attitude</w:t>
      </w:r>
    </w:p>
    <w:p/>
    <w:p>
      <w:r>
        <w:t>WORK EXPERIENCE</w:t>
      </w:r>
    </w:p>
    <w:p/>
    <w:p>
      <w:r>
        <w:t>Retail Assistant</w:t>
      </w:r>
    </w:p>
    <w:p>
      <w:r>
        <w:t>2024 – Present</w:t>
      </w:r>
    </w:p>
    <w:p/>
    <w:p>
      <w:r>
        <w:t>• Assisted customers in a friendly and professional manner.</w:t>
      </w:r>
    </w:p>
    <w:p>
      <w:r>
        <w:t>• Restocked shelves and kept work areas clean and organised.</w:t>
      </w:r>
    </w:p>
    <w:p>
      <w:r>
        <w:t>• Handled deliveries and checked stock levels.</w:t>
      </w:r>
    </w:p>
    <w:p>
      <w:r>
        <w:t>• Worked as part of a team to meet daily targets.</w:t>
      </w:r>
    </w:p>
    <w:p/>
    <w:p>
      <w:r>
        <w:t>Volunteer Community Helper</w:t>
      </w:r>
    </w:p>
    <w:p>
      <w:r>
        <w:t>2023 – 2024</w:t>
      </w:r>
    </w:p>
    <w:p/>
    <w:p>
      <w:r>
        <w:t>• Supported local community events and activities.</w:t>
      </w:r>
    </w:p>
    <w:p>
      <w:r>
        <w:t>• Helped set up equipment and prepare venues.</w:t>
      </w:r>
    </w:p>
    <w:p>
      <w:r>
        <w:t>• Worked with people from different backgrounds.</w:t>
      </w:r>
    </w:p>
    <w:p>
      <w:r>
        <w:t>• Developed communication and problem-solving skills.</w:t>
      </w:r>
    </w:p>
    <w:p/>
    <w:p>
      <w:r>
        <w:t>EDUCATION</w:t>
      </w:r>
    </w:p>
    <w:p/>
    <w:p>
      <w:r>
        <w:t>GCSE Equivalent Education</w:t>
      </w:r>
    </w:p>
    <w:p>
      <w:r>
        <w:t>Including English and Mathematics</w:t>
      </w:r>
    </w:p>
    <w:p/>
    <w:p>
      <w:r>
        <w:t>REFERENCES</w:t>
      </w:r>
    </w:p>
    <w:p/>
    <w:p>
      <w:r>
        <w:t>Available upon request.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