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4040000" cy="936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_high_resolution_academic_poster_infographic_imag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40000" cy="9360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3811" w:h="16838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