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8A9A6AA" w14:textId="43C62489" w:rsidR="00C940E2" w:rsidRDefault="00000000">
      <w:pPr>
        <w:pStyle w:val="Heading1"/>
      </w:pPr>
      <w:r>
        <w:t>Catering Assistant Application – Willy</w:t>
      </w:r>
      <w:r w:rsidR="00DE46FB">
        <w:t xml:space="preserve"> Segura</w:t>
      </w:r>
      <w:r>
        <w:t xml:space="preserve"> Sanchez</w:t>
      </w:r>
    </w:p>
    <w:p w14:paraId="5F6BAC9C" w14:textId="77777777" w:rsidR="00C940E2" w:rsidRDefault="00000000">
      <w:pPr>
        <w:pStyle w:val="Heading2"/>
      </w:pPr>
      <w:r>
        <w:t>Job Advertisement: Catering Assistant – Lime Academy Larkswood</w:t>
      </w:r>
    </w:p>
    <w:p w14:paraId="40C9C93E" w14:textId="77777777" w:rsidR="00C940E2" w:rsidRDefault="00000000">
      <w:r>
        <w:t>Employer: Lime Academy Larkswood (Lime Trust)</w:t>
      </w:r>
      <w:r>
        <w:br/>
        <w:t>Location: London E4 (Larkswood)</w:t>
      </w:r>
      <w:r>
        <w:br/>
        <w:t>Contract: Fixed-term, part-time (15 hours/week), term-time only</w:t>
      </w:r>
      <w:r>
        <w:br/>
        <w:t>Salary: £10,038.79 – £10,181.92 (actual pay)</w:t>
      </w:r>
      <w:r>
        <w:br/>
      </w:r>
      <w:r>
        <w:br/>
        <w:t>Role Responsibilities:</w:t>
      </w:r>
      <w:r>
        <w:br/>
        <w:t>- Assist the Cook with daily kitchen tasks</w:t>
      </w:r>
      <w:r>
        <w:br/>
        <w:t>- Prepare ingredients and support meal preparation</w:t>
      </w:r>
      <w:r>
        <w:br/>
        <w:t>- Serve food and drinks in the dining area</w:t>
      </w:r>
      <w:r>
        <w:br/>
        <w:t>- Maintain high hygiene and safety standards</w:t>
      </w:r>
      <w:r>
        <w:br/>
        <w:t>- Clean utensils, surfaces, and dining areas</w:t>
      </w:r>
      <w:r>
        <w:br/>
        <w:t>- Support school events with catering</w:t>
      </w:r>
      <w:r>
        <w:br/>
      </w:r>
      <w:r>
        <w:br/>
        <w:t>Person Specification:</w:t>
      </w:r>
      <w:r>
        <w:br/>
        <w:t>- Enthusiastic and motivated</w:t>
      </w:r>
      <w:r>
        <w:br/>
        <w:t>- Ability to follow instructions</w:t>
      </w:r>
      <w:r>
        <w:br/>
        <w:t>- Good attention to detail</w:t>
      </w:r>
      <w:r>
        <w:br/>
        <w:t>- Understanding of hygiene procedures</w:t>
      </w:r>
      <w:r>
        <w:br/>
        <w:t>- Eligible to work in the UK</w:t>
      </w:r>
      <w:r>
        <w:br/>
        <w:t>- Willing to undergo DBS check</w:t>
      </w:r>
    </w:p>
    <w:p w14:paraId="183A30EF" w14:textId="4991BA12" w:rsidR="00C940E2" w:rsidRDefault="00000000">
      <w:pPr>
        <w:pStyle w:val="Heading2"/>
      </w:pPr>
      <w:r>
        <w:t>Curriculum Vitae – Willy</w:t>
      </w:r>
      <w:r w:rsidR="00DE46FB">
        <w:t xml:space="preserve"> Segura</w:t>
      </w:r>
      <w:r>
        <w:t xml:space="preserve"> Sanchez</w:t>
      </w:r>
    </w:p>
    <w:p w14:paraId="0B73F966" w14:textId="0EE8F249" w:rsidR="00C940E2" w:rsidRDefault="00000000">
      <w:r>
        <w:t>Personal Profile:</w:t>
      </w:r>
      <w:r>
        <w:br/>
        <w:t>A motivated and adaptable individual with experience in catering, food running, and warehouse operations. Confident in fast-paced environments and working within both kitchen and front-of-house teams. Multilingual in English, Italian, and Bulgarian.</w:t>
      </w:r>
      <w:r>
        <w:br/>
      </w:r>
      <w:r>
        <w:br/>
        <w:t>Key Skills:</w:t>
      </w:r>
      <w:r>
        <w:br/>
        <w:t>- Food preparation &amp; plating</w:t>
      </w:r>
      <w:r>
        <w:br/>
        <w:t>- Food running &amp; table service</w:t>
      </w:r>
      <w:r>
        <w:br/>
        <w:t>- Customer service &amp; communication</w:t>
      </w:r>
      <w:r>
        <w:br/>
        <w:t>- Kitchen hygiene &amp; safety</w:t>
      </w:r>
      <w:r>
        <w:br/>
        <w:t>- Stock rotation &amp; organisation</w:t>
      </w:r>
      <w:r>
        <w:br/>
        <w:t>- Teamwork &amp; adaptability</w:t>
      </w:r>
      <w:r>
        <w:br/>
        <w:t>- Physical stamina &amp; time management</w:t>
      </w:r>
      <w:r>
        <w:br/>
        <w:t>- Multilingual abilities</w:t>
      </w:r>
      <w:r>
        <w:br/>
      </w:r>
      <w:r>
        <w:br/>
        <w:t>Work Experience:</w:t>
      </w:r>
      <w:r>
        <w:br/>
        <w:t>Catering Assistant / Food Runner (202</w:t>
      </w:r>
      <w:r w:rsidR="001A5721">
        <w:t>4</w:t>
      </w:r>
      <w:r>
        <w:t>–202</w:t>
      </w:r>
      <w:r w:rsidR="001A5721">
        <w:t>5</w:t>
      </w:r>
      <w:r>
        <w:t>)</w:t>
      </w:r>
      <w:r>
        <w:br/>
        <w:t>• Delivered food during busy service times</w:t>
      </w:r>
      <w:r>
        <w:br/>
        <w:t>• Assisted with meal preparation and plating</w:t>
      </w:r>
      <w:r>
        <w:br/>
        <w:t>• Maintained dining and kitchen cleanliness</w:t>
      </w:r>
      <w:r>
        <w:br/>
        <w:t>• Followed strict food hygiene standards</w:t>
      </w:r>
      <w:r>
        <w:br/>
        <w:t>• Supported chefs and waiters</w:t>
      </w:r>
      <w:r>
        <w:br/>
      </w:r>
      <w:r>
        <w:br/>
        <w:t>Warehouse Operative (202</w:t>
      </w:r>
      <w:r w:rsidR="00DE46FB">
        <w:t>3</w:t>
      </w:r>
      <w:r>
        <w:t>–202</w:t>
      </w:r>
      <w:r w:rsidR="00DE46FB">
        <w:t>4</w:t>
      </w:r>
      <w:r>
        <w:t>)</w:t>
      </w:r>
      <w:r>
        <w:br/>
        <w:t>• Picked and packed orders accurately</w:t>
      </w:r>
      <w:r>
        <w:br/>
        <w:t>• Loaded/unloaded deliveries</w:t>
      </w:r>
      <w:r>
        <w:br/>
        <w:t>• Kept stock organised</w:t>
      </w:r>
      <w:r>
        <w:br/>
        <w:t>• Met fast-paced daily targets</w:t>
      </w:r>
      <w:r>
        <w:br/>
        <w:t>• Worked efficiently in a team</w:t>
      </w:r>
      <w:r>
        <w:br/>
      </w:r>
      <w:r>
        <w:br/>
        <w:t>Education:</w:t>
      </w:r>
      <w:r>
        <w:br/>
        <w:t>GCSE-level Secondary Education</w:t>
      </w:r>
      <w:r>
        <w:br/>
      </w:r>
      <w:r>
        <w:br/>
        <w:t>Additional Information:</w:t>
      </w:r>
      <w:r>
        <w:br/>
        <w:t>- Willing to undergo DBS check</w:t>
      </w:r>
      <w:r>
        <w:br/>
        <w:t>- Reliable and hardworking</w:t>
      </w:r>
      <w:r>
        <w:br/>
        <w:t>- Able to work flexible hours</w:t>
      </w:r>
    </w:p>
    <w:p w14:paraId="7B3376D9" w14:textId="77777777" w:rsidR="00C940E2" w:rsidRDefault="00000000">
      <w:pPr>
        <w:pStyle w:val="Heading2"/>
      </w:pPr>
      <w:r>
        <w:t>Cover Letter</w:t>
      </w:r>
    </w:p>
    <w:p w14:paraId="006356E6" w14:textId="540EE6D9" w:rsidR="00C940E2" w:rsidRDefault="00000000">
      <w:r>
        <w:t>Dear Hiring Manager,</w:t>
      </w:r>
      <w:r>
        <w:br/>
      </w:r>
      <w:r>
        <w:br/>
        <w:t>I am writing to apply for the Catering Assistant position at Lime Academy Larkswood. My experience as a catering assistant, food runner, and warehouse operative has equipped me with strong teamwork, organisation, and food hygiene skills.</w:t>
      </w:r>
      <w:r>
        <w:br/>
      </w:r>
      <w:r>
        <w:br/>
        <w:t xml:space="preserve">I have experience preparing food, delivering dishes, supporting chefs, and </w:t>
      </w:r>
      <w:r w:rsidR="001A5721">
        <w:t>keeping</w:t>
      </w:r>
      <w:r>
        <w:t xml:space="preserve"> clean kitchen areas. I am comfortable working quickly during busy service periods and always follow safety and hygiene procedures. My warehouse background strengthened my speed, accuracy, and time‑management, helping me stay efficient when restocking or preparing meal areas.</w:t>
      </w:r>
      <w:r>
        <w:br/>
      </w:r>
      <w:r>
        <w:br/>
        <w:t>I am multilingual in English, Italian, and Bulgarian, and I work well with diverse teams. I am reliable, motivated, and willing to undergo a DBS check.</w:t>
      </w:r>
      <w:r>
        <w:br/>
      </w:r>
      <w:r>
        <w:br/>
        <w:t>Thank you for considering my application. I would welcome the opportunity to discuss how I can contribute to your catering team.</w:t>
      </w:r>
      <w:r>
        <w:br/>
      </w:r>
      <w:r>
        <w:br/>
        <w:t>Kind regards,</w:t>
      </w:r>
      <w:r>
        <w:br/>
        <w:t xml:space="preserve">Willy </w:t>
      </w:r>
      <w:r w:rsidR="001A5721">
        <w:t xml:space="preserve">Segura </w:t>
      </w:r>
      <w:r>
        <w:t>Sanchez</w:t>
      </w:r>
    </w:p>
    <w:sectPr w:rsidR="00C940E2"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00002FF" w:usb1="4000ACFF" w:usb2="00000001"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Courier">
    <w:panose1 w:val="020B0604020202020204"/>
    <w:charset w:val="00"/>
    <w:family w:val="auto"/>
    <w:pitch w:val="variable"/>
    <w:sig w:usb0="00000003" w:usb1="00000000" w:usb2="0000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16cid:durableId="196744215">
    <w:abstractNumId w:val="8"/>
  </w:num>
  <w:num w:numId="2" w16cid:durableId="2065594386">
    <w:abstractNumId w:val="6"/>
  </w:num>
  <w:num w:numId="3" w16cid:durableId="1979603849">
    <w:abstractNumId w:val="5"/>
  </w:num>
  <w:num w:numId="4" w16cid:durableId="1624993471">
    <w:abstractNumId w:val="4"/>
  </w:num>
  <w:num w:numId="5" w16cid:durableId="689723794">
    <w:abstractNumId w:val="7"/>
  </w:num>
  <w:num w:numId="6" w16cid:durableId="254410845">
    <w:abstractNumId w:val="3"/>
  </w:num>
  <w:num w:numId="7" w16cid:durableId="635842620">
    <w:abstractNumId w:val="2"/>
  </w:num>
  <w:num w:numId="8" w16cid:durableId="1535340557">
    <w:abstractNumId w:val="1"/>
  </w:num>
  <w:num w:numId="9" w16cid:durableId="12832230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web"/>
  <w:zoom w:percent="123"/>
  <w:proofState w:spelling="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B47730"/>
    <w:rsid w:val="00034616"/>
    <w:rsid w:val="0006063C"/>
    <w:rsid w:val="0015074B"/>
    <w:rsid w:val="001A5721"/>
    <w:rsid w:val="0029639D"/>
    <w:rsid w:val="00326F90"/>
    <w:rsid w:val="00494C45"/>
    <w:rsid w:val="0079609F"/>
    <w:rsid w:val="00AA1D8D"/>
    <w:rsid w:val="00B47730"/>
    <w:rsid w:val="00C940E2"/>
    <w:rsid w:val="00CB0664"/>
    <w:rsid w:val="00DE46FB"/>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76F4CD78"/>
  <w14:defaultImageDpi w14:val="300"/>
  <w15:docId w15:val="{32D5373B-176B-9E43-AAC7-BD389A7C64C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4F81BD" w:themeColor="accent1"/>
        <w:bottom w:val="single" w:sz="8" w:space="0" w:color="4F81BD" w:themeColor="accent1"/>
      </w:tblBorders>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C0504D" w:themeColor="accent2"/>
        <w:bottom w:val="single" w:sz="8" w:space="0" w:color="C0504D" w:themeColor="accent2"/>
      </w:tblBorders>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9BBB59" w:themeColor="accent3"/>
        <w:bottom w:val="single" w:sz="8" w:space="0" w:color="9BBB59" w:themeColor="accent3"/>
      </w:tblBorders>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8064A2" w:themeColor="accent4"/>
        <w:bottom w:val="single" w:sz="8" w:space="0" w:color="8064A2" w:themeColor="accent4"/>
      </w:tblBorders>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F79646" w:themeColor="accent6"/>
        <w:bottom w:val="single" w:sz="8" w:space="0" w:color="F79646" w:themeColor="accent6"/>
      </w:tblBorders>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u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u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u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u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u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u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u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u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u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u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u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u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u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u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u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u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u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u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u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u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u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Pages>
  <Words>436</Words>
  <Characters>2489</Characters>
  <Application>Microsoft Office Word</Application>
  <DocSecurity>0</DocSecurity>
  <Lines>20</Lines>
  <Paragraphs>5</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2920</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Willy Segura Sanchez (2427223)</cp:lastModifiedBy>
  <cp:revision>4</cp:revision>
  <dcterms:created xsi:type="dcterms:W3CDTF">2025-11-17T02:57:00Z</dcterms:created>
  <dcterms:modified xsi:type="dcterms:W3CDTF">2025-11-17T02:58:00Z</dcterms:modified>
  <cp:category/>
</cp:coreProperties>
</file>