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882CB" w14:textId="77777777" w:rsidR="00AB3529" w:rsidRDefault="00FA27AA">
      <w:pPr>
        <w:pStyle w:val="Title"/>
      </w:pPr>
      <w:r>
        <w:t>REPORT TEMPLATE</w:t>
      </w:r>
    </w:p>
    <w:p w14:paraId="09DE5E78" w14:textId="77777777" w:rsidR="00AB3529" w:rsidRDefault="00FA27AA">
      <w:r>
        <w:t>Module: Introduction to Web and Database Concepts (ACCA4023)</w:t>
      </w:r>
    </w:p>
    <w:p w14:paraId="32DAE854" w14:textId="77777777" w:rsidR="00AB3529" w:rsidRDefault="00FA27AA">
      <w:r>
        <w:t>Assignment: HTML &amp; CSS Web Development</w:t>
      </w:r>
      <w:r>
        <w:br/>
      </w:r>
    </w:p>
    <w:p w14:paraId="130FA3FA" w14:textId="60C1C825" w:rsidR="00AB3529" w:rsidRDefault="00FA27AA">
      <w:r>
        <w:t>Student Name: __</w:t>
      </w:r>
      <w:proofErr w:type="spellStart"/>
      <w:r w:rsidR="009C4EEB">
        <w:t>Maksym</w:t>
      </w:r>
      <w:r>
        <w:t>______</w:t>
      </w:r>
      <w:proofErr w:type="gramStart"/>
      <w:r w:rsidR="009C4EEB">
        <w:t>Berkyta</w:t>
      </w:r>
      <w:proofErr w:type="spellEnd"/>
      <w:r>
        <w:t>__</w:t>
      </w:r>
      <w:proofErr w:type="gramEnd"/>
      <w:r>
        <w:t>____</w:t>
      </w:r>
    </w:p>
    <w:p w14:paraId="5A126FE8" w14:textId="5ACA67FE" w:rsidR="00AB3529" w:rsidRDefault="00FA27AA">
      <w:r>
        <w:t>Student ID: ___</w:t>
      </w:r>
      <w:r w:rsidR="009C4EEB">
        <w:t>2518672</w:t>
      </w:r>
      <w:r>
        <w:t>____</w:t>
      </w:r>
    </w:p>
    <w:p w14:paraId="105BF911" w14:textId="350B3BA0" w:rsidR="00AB3529" w:rsidRDefault="00FA27AA">
      <w:r>
        <w:t>Course: ___</w:t>
      </w:r>
      <w:r w:rsidR="009C4EEB" w:rsidRPr="009C4EEB">
        <w:rPr>
          <w:rFonts w:ascii="Arial" w:hAnsi="Arial" w:cs="Arial"/>
          <w:color w:val="242130"/>
          <w:shd w:val="clear" w:color="auto" w:fill="FFFFFF"/>
        </w:rPr>
        <w:t xml:space="preserve"> </w:t>
      </w:r>
      <w:r w:rsidR="009C4EEB" w:rsidRPr="009C4EEB">
        <w:t>CERTHE Computing Skills for the Workplace</w:t>
      </w:r>
      <w:r w:rsidR="009C4EEB" w:rsidRPr="009C4EEB">
        <w:t xml:space="preserve"> </w:t>
      </w:r>
      <w:r>
        <w:t>___</w:t>
      </w:r>
    </w:p>
    <w:p w14:paraId="336EB63A" w14:textId="681B0CCD" w:rsidR="00AB3529" w:rsidRDefault="00FA27AA">
      <w:r>
        <w:t>Submission Date: ____</w:t>
      </w:r>
      <w:r w:rsidR="009C4EEB">
        <w:t>24/04/2026_</w:t>
      </w:r>
      <w:r>
        <w:t>___</w:t>
      </w:r>
    </w:p>
    <w:p w14:paraId="395199A0" w14:textId="77777777" w:rsidR="00AB3529" w:rsidRDefault="00FA27AA">
      <w:r>
        <w:br w:type="page"/>
      </w:r>
    </w:p>
    <w:p w14:paraId="0A7F5EB4" w14:textId="77777777" w:rsidR="00AB3529" w:rsidRDefault="00FA27AA">
      <w:pPr>
        <w:pStyle w:val="Heading1"/>
      </w:pPr>
      <w:r>
        <w:lastRenderedPageBreak/>
        <w:t>Table of Contents</w:t>
      </w:r>
    </w:p>
    <w:p w14:paraId="5360CF1E" w14:textId="77777777" w:rsidR="00AB3529" w:rsidRDefault="00FA27AA">
      <w:r>
        <w:t>(Update this automatically in Word)</w:t>
      </w:r>
      <w:r>
        <w:br/>
      </w:r>
    </w:p>
    <w:p w14:paraId="43F6A6C9" w14:textId="77777777" w:rsidR="00AB3529" w:rsidRDefault="00FA27AA">
      <w:pPr>
        <w:pStyle w:val="Heading1"/>
      </w:pPr>
      <w:r>
        <w:t>1. Introduction (Abstract)</w:t>
      </w:r>
    </w:p>
    <w:p w14:paraId="3FBF7481" w14:textId="77777777" w:rsidR="00295187" w:rsidRDefault="00FA27AA">
      <w:r>
        <w:t>Write your content here...</w:t>
      </w:r>
    </w:p>
    <w:p w14:paraId="686954A5" w14:textId="7A2CF8CC" w:rsidR="00AB3529" w:rsidRDefault="00295187" w:rsidP="00295187">
      <w:r>
        <w:t>This project is a personal website about my gaming journey and streaming experience.</w:t>
      </w:r>
      <w:r>
        <w:t xml:space="preserve"> </w:t>
      </w:r>
      <w:proofErr w:type="gramStart"/>
      <w:r>
        <w:t>The</w:t>
      </w:r>
      <w:proofErr w:type="gramEnd"/>
      <w:r>
        <w:t xml:space="preserve"> goal of the website is to present my background in gaming, my progress over time, and my </w:t>
      </w:r>
      <w:proofErr w:type="gramStart"/>
      <w:r>
        <w:t>future plans</w:t>
      </w:r>
      <w:proofErr w:type="gramEnd"/>
      <w:r>
        <w:t>. The website also shows my experience with streaming and content creation.</w:t>
      </w:r>
      <w:r>
        <w:t xml:space="preserve"> </w:t>
      </w:r>
      <w:proofErr w:type="gramStart"/>
      <w:r>
        <w:t>The</w:t>
      </w:r>
      <w:proofErr w:type="gramEnd"/>
      <w:r>
        <w:t xml:space="preserve"> project was created using HTML and CSS, focusing on clean design and simple structure.</w:t>
      </w:r>
      <w:r w:rsidR="00FA27AA">
        <w:br/>
      </w:r>
    </w:p>
    <w:p w14:paraId="2BE11FCD" w14:textId="77777777" w:rsidR="00AB3529" w:rsidRDefault="00FA27AA">
      <w:pPr>
        <w:pStyle w:val="Heading1"/>
      </w:pPr>
      <w:r>
        <w:t>2. Requirements</w:t>
      </w:r>
    </w:p>
    <w:p w14:paraId="6E5D3277" w14:textId="77777777" w:rsidR="00295187" w:rsidRDefault="00FA27AA">
      <w:r>
        <w:t>Write your content here...</w:t>
      </w:r>
    </w:p>
    <w:p w14:paraId="6F4AC160" w14:textId="77777777" w:rsidR="00295187" w:rsidRDefault="00295187" w:rsidP="00295187">
      <w:r>
        <w:t>The main requirement of this project was to create a multi-page website using HTML and CSS.</w:t>
      </w:r>
    </w:p>
    <w:p w14:paraId="15DAB154" w14:textId="77777777" w:rsidR="00295187" w:rsidRDefault="00295187" w:rsidP="00295187">
      <w:r>
        <w:t>The website needed to include:</w:t>
      </w:r>
    </w:p>
    <w:p w14:paraId="01D1A2E9" w14:textId="77777777" w:rsidR="00295187" w:rsidRDefault="00295187" w:rsidP="00295187">
      <w:r>
        <w:t>- Multiple connected pages</w:t>
      </w:r>
    </w:p>
    <w:p w14:paraId="62636B61" w14:textId="77777777" w:rsidR="00295187" w:rsidRDefault="00295187" w:rsidP="00295187">
      <w:r>
        <w:t>- A navigation system between pages</w:t>
      </w:r>
    </w:p>
    <w:p w14:paraId="1B1B64ED" w14:textId="77777777" w:rsidR="00295187" w:rsidRDefault="00295187" w:rsidP="00295187">
      <w:r>
        <w:t>- Structured content using headings, paragraphs, and lists</w:t>
      </w:r>
    </w:p>
    <w:p w14:paraId="04FB85CF" w14:textId="77777777" w:rsidR="00295187" w:rsidRDefault="00295187" w:rsidP="00295187">
      <w:r>
        <w:t>- Images to support the content</w:t>
      </w:r>
    </w:p>
    <w:p w14:paraId="40490208" w14:textId="77777777" w:rsidR="00295187" w:rsidRDefault="00295187" w:rsidP="00295187">
      <w:r>
        <w:t>- External CSS for styling</w:t>
      </w:r>
    </w:p>
    <w:p w14:paraId="2A4BE521" w14:textId="77777777" w:rsidR="00295187" w:rsidRDefault="00295187" w:rsidP="00295187">
      <w:r>
        <w:t>Additional requirements included:</w:t>
      </w:r>
      <w:r>
        <w:t xml:space="preserve"> </w:t>
      </w:r>
    </w:p>
    <w:p w14:paraId="6DE810E0" w14:textId="77777777" w:rsidR="00295187" w:rsidRDefault="00295187" w:rsidP="00295187">
      <w:r>
        <w:t>- A consistent design across all pages</w:t>
      </w:r>
    </w:p>
    <w:p w14:paraId="73A0DC32" w14:textId="77777777" w:rsidR="00295187" w:rsidRDefault="00295187" w:rsidP="00295187">
      <w:r>
        <w:t>- Clear layout and readable structure</w:t>
      </w:r>
    </w:p>
    <w:p w14:paraId="2C2767D4" w14:textId="77777777" w:rsidR="00295187" w:rsidRDefault="00295187" w:rsidP="00295187">
      <w:r>
        <w:t>- Basic user experience improvements such as hover effects and spacing</w:t>
      </w:r>
      <w:r>
        <w:t>.</w:t>
      </w:r>
    </w:p>
    <w:p w14:paraId="768DB77D" w14:textId="7D2C6B90" w:rsidR="00AB3529" w:rsidRDefault="00295187" w:rsidP="00295187">
      <w:r>
        <w:t xml:space="preserve"> </w:t>
      </w:r>
      <w:r>
        <w:t xml:space="preserve">The website </w:t>
      </w:r>
      <w:proofErr w:type="gramStart"/>
      <w:r>
        <w:t>also</w:t>
      </w:r>
      <w:proofErr w:type="gramEnd"/>
      <w:r>
        <w:t xml:space="preserve"> needed to reflect a personal topic, which in this case is gaming and streaming.</w:t>
      </w:r>
      <w:r w:rsidR="00FA27AA">
        <w:br/>
      </w:r>
    </w:p>
    <w:p w14:paraId="35C52335" w14:textId="77777777" w:rsidR="00AB3529" w:rsidRDefault="00FA27AA">
      <w:pPr>
        <w:pStyle w:val="Heading1"/>
      </w:pPr>
      <w:r>
        <w:lastRenderedPageBreak/>
        <w:t>3. Implementation</w:t>
      </w:r>
    </w:p>
    <w:p w14:paraId="31AD0C71" w14:textId="77777777" w:rsidR="00295187" w:rsidRDefault="00FA27AA">
      <w:r>
        <w:t>• Include screenshots of all website pages.</w:t>
      </w:r>
      <w:r>
        <w:br/>
        <w:t>• Provide validation results (HTML &amp; CSS).</w:t>
      </w:r>
      <w:r>
        <w:br/>
        <w:t>• Explain errors and fixes.</w:t>
      </w:r>
    </w:p>
    <w:p w14:paraId="76400098" w14:textId="1113851D" w:rsidR="009C4EEB" w:rsidRDefault="009C4EEB">
      <w:r w:rsidRPr="009C4EEB">
        <w:drawing>
          <wp:inline distT="0" distB="0" distL="0" distR="0" wp14:anchorId="34E67703" wp14:editId="2094F552">
            <wp:extent cx="5486400" cy="3721100"/>
            <wp:effectExtent l="0" t="0" r="0" b="0"/>
            <wp:docPr id="2132138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1380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91FF9" w14:textId="0AFD298C" w:rsidR="009C4EEB" w:rsidRDefault="009C4EEB">
      <w:r w:rsidRPr="009C4EEB">
        <w:lastRenderedPageBreak/>
        <w:drawing>
          <wp:inline distT="0" distB="0" distL="0" distR="0" wp14:anchorId="2D2FA432" wp14:editId="3EF23171">
            <wp:extent cx="5486400" cy="3710305"/>
            <wp:effectExtent l="0" t="0" r="0" b="4445"/>
            <wp:docPr id="1530870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7030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2195D" w14:textId="0B2ECE11" w:rsidR="009C4EEB" w:rsidRDefault="009C4EEB">
      <w:r w:rsidRPr="009C4EEB">
        <w:drawing>
          <wp:inline distT="0" distB="0" distL="0" distR="0" wp14:anchorId="1DA41D26" wp14:editId="349EC741">
            <wp:extent cx="5486400" cy="3719195"/>
            <wp:effectExtent l="0" t="0" r="0" b="0"/>
            <wp:docPr id="1704236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369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4096A" w14:textId="7CE8A6CB" w:rsidR="009C4EEB" w:rsidRDefault="009C4EEB">
      <w:r w:rsidRPr="009C4EEB">
        <w:lastRenderedPageBreak/>
        <w:drawing>
          <wp:inline distT="0" distB="0" distL="0" distR="0" wp14:anchorId="0453A74C" wp14:editId="13622A02">
            <wp:extent cx="5486400" cy="3683000"/>
            <wp:effectExtent l="0" t="0" r="0" b="0"/>
            <wp:docPr id="1274938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93887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D99AA" w14:textId="7B9EC68B" w:rsidR="009C4EEB" w:rsidRDefault="009C4EEB">
      <w:r w:rsidRPr="009C4EEB">
        <w:drawing>
          <wp:inline distT="0" distB="0" distL="0" distR="0" wp14:anchorId="1533C639" wp14:editId="7E8173D7">
            <wp:extent cx="5486400" cy="3696335"/>
            <wp:effectExtent l="0" t="0" r="0" b="0"/>
            <wp:docPr id="2113931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316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33177" w14:textId="387C93FC" w:rsidR="009C4EEB" w:rsidRDefault="009C4EEB">
      <w:r w:rsidRPr="009C4EEB">
        <w:lastRenderedPageBreak/>
        <w:drawing>
          <wp:inline distT="0" distB="0" distL="0" distR="0" wp14:anchorId="1E45FC72" wp14:editId="619F6E77">
            <wp:extent cx="5486400" cy="3688715"/>
            <wp:effectExtent l="0" t="0" r="0" b="6985"/>
            <wp:docPr id="24017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175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C540B" w14:textId="5A59901F" w:rsidR="009C4EEB" w:rsidRDefault="009C4EEB">
      <w:r w:rsidRPr="009C4EEB">
        <w:drawing>
          <wp:inline distT="0" distB="0" distL="0" distR="0" wp14:anchorId="38FACC67" wp14:editId="7CEF5F71">
            <wp:extent cx="5486400" cy="3691890"/>
            <wp:effectExtent l="0" t="0" r="0" b="3810"/>
            <wp:docPr id="1525269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6975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7ED06" w14:textId="7CAC27A5" w:rsidR="009C4EEB" w:rsidRDefault="009C4EEB">
      <w:r w:rsidRPr="009C4EEB">
        <w:lastRenderedPageBreak/>
        <w:drawing>
          <wp:inline distT="0" distB="0" distL="0" distR="0" wp14:anchorId="7379CDC3" wp14:editId="3AEDE105">
            <wp:extent cx="5486400" cy="3701415"/>
            <wp:effectExtent l="0" t="0" r="0" b="0"/>
            <wp:docPr id="2080123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2377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3D683" w14:textId="62D4D176" w:rsidR="00295187" w:rsidRDefault="00295187" w:rsidP="00295187">
      <w:r>
        <w:t>The website was implemented using HTML for structure and CSS for styling.</w:t>
      </w:r>
    </w:p>
    <w:p w14:paraId="54028676" w14:textId="6DC922F6" w:rsidR="00295187" w:rsidRDefault="00295187" w:rsidP="00295187">
      <w:r>
        <w:t>Each page (index, about, streaming, future) was created as a separate HTML file and connected through a navigation bar.</w:t>
      </w:r>
    </w:p>
    <w:p w14:paraId="7FED3009" w14:textId="77777777" w:rsidR="00295187" w:rsidRDefault="00295187" w:rsidP="00295187">
      <w:r>
        <w:t>CSS was used to create a consistent visual style across the entire website. This includes:</w:t>
      </w:r>
    </w:p>
    <w:p w14:paraId="4958BAEF" w14:textId="77777777" w:rsidR="00295187" w:rsidRDefault="00295187" w:rsidP="00295187">
      <w:r>
        <w:t>- A gradient background for a modern look</w:t>
      </w:r>
    </w:p>
    <w:p w14:paraId="6C0851CA" w14:textId="77777777" w:rsidR="00295187" w:rsidRDefault="00295187" w:rsidP="00295187">
      <w:r>
        <w:t>- Styled sections (cards) for organizing content</w:t>
      </w:r>
    </w:p>
    <w:p w14:paraId="1636B2F6" w14:textId="77777777" w:rsidR="00295187" w:rsidRDefault="00295187" w:rsidP="00295187">
      <w:r>
        <w:t>- A navigation bar with hover effects</w:t>
      </w:r>
    </w:p>
    <w:p w14:paraId="7BE99419" w14:textId="584F23A3" w:rsidR="00295187" w:rsidRDefault="00295187" w:rsidP="00295187">
      <w:r>
        <w:t>- Responsive layout using flexible widths and centered containers</w:t>
      </w:r>
    </w:p>
    <w:p w14:paraId="4AE3798B" w14:textId="77777777" w:rsidR="00295187" w:rsidRDefault="00295187" w:rsidP="00295187">
      <w:r>
        <w:t>Additional design elements were added, such as:</w:t>
      </w:r>
    </w:p>
    <w:p w14:paraId="13BAAA15" w14:textId="77777777" w:rsidR="00295187" w:rsidRDefault="00295187" w:rsidP="00295187">
      <w:r>
        <w:t>- Hero sections for page introductions</w:t>
      </w:r>
    </w:p>
    <w:p w14:paraId="7B1BA045" w14:textId="77777777" w:rsidR="00295187" w:rsidRDefault="00295187" w:rsidP="00295187">
      <w:r>
        <w:t>- Styled content blocks for better readability</w:t>
      </w:r>
    </w:p>
    <w:p w14:paraId="5923CE9A" w14:textId="6F17102F" w:rsidR="00295187" w:rsidRDefault="00295187" w:rsidP="00295187">
      <w:r>
        <w:t>- Flexbox layouts for elements like game lists and streaming stats</w:t>
      </w:r>
    </w:p>
    <w:p w14:paraId="66E47833" w14:textId="4DB9D910" w:rsidR="00AB3529" w:rsidRDefault="00295187" w:rsidP="00295187">
      <w:r>
        <w:t>The goal of the implementation was to keep the structure simple but visually appealing.</w:t>
      </w:r>
      <w:r w:rsidR="00FA27AA">
        <w:br/>
      </w:r>
    </w:p>
    <w:p w14:paraId="65E43576" w14:textId="77777777" w:rsidR="00AB3529" w:rsidRDefault="00FA27AA">
      <w:pPr>
        <w:pStyle w:val="Heading1"/>
      </w:pPr>
      <w:r>
        <w:lastRenderedPageBreak/>
        <w:t>4. Evaluation</w:t>
      </w:r>
    </w:p>
    <w:p w14:paraId="46FD39BE" w14:textId="77777777" w:rsidR="00435A2F" w:rsidRDefault="00FA27AA">
      <w:r>
        <w:t>a) Research:</w:t>
      </w:r>
      <w:r>
        <w:br/>
        <w:t>- Usability</w:t>
      </w:r>
      <w:r>
        <w:br/>
        <w:t>- Accessibility</w:t>
      </w:r>
      <w:r>
        <w:br/>
        <w:t>- SEO</w:t>
      </w:r>
      <w:r>
        <w:br/>
        <w:t>(Include academic sources)</w:t>
      </w:r>
    </w:p>
    <w:p w14:paraId="7EE3D026" w14:textId="33851E50" w:rsidR="00AB3529" w:rsidRPr="00435A2F" w:rsidRDefault="00435A2F">
      <w:pPr>
        <w:rPr>
          <w:lang w:val="en-GB"/>
        </w:rPr>
      </w:pPr>
      <w:r w:rsidRPr="00435A2F">
        <w:rPr>
          <w:lang w:val="en-GB"/>
        </w:rPr>
        <w:t>When I was creating the website, I mainly thought about making it simple and easy to use.</w:t>
      </w:r>
      <w:r>
        <w:rPr>
          <w:lang w:val="en-GB"/>
        </w:rPr>
        <w:t xml:space="preserve"> </w:t>
      </w:r>
      <w:r w:rsidRPr="00435A2F">
        <w:rPr>
          <w:lang w:val="en-GB"/>
        </w:rPr>
        <w:t>For usability, I tried to keep everything clear. The menu is always on top, so it’s easy to switch between pages. Also, I didn’t add anything complicated, so users don’t get confused.</w:t>
      </w:r>
      <w:r>
        <w:rPr>
          <w:lang w:val="en-GB"/>
        </w:rPr>
        <w:t xml:space="preserve"> </w:t>
      </w:r>
      <w:r w:rsidRPr="00435A2F">
        <w:rPr>
          <w:lang w:val="en-GB"/>
        </w:rPr>
        <w:t>For accessibility, I used simple text and basic layout. I didn’t use anything too complex, so the website is easy to read and understand.</w:t>
      </w:r>
      <w:r>
        <w:rPr>
          <w:lang w:val="en-GB"/>
        </w:rPr>
        <w:t xml:space="preserve"> </w:t>
      </w:r>
      <w:r w:rsidRPr="00435A2F">
        <w:rPr>
          <w:lang w:val="en-GB"/>
        </w:rPr>
        <w:t xml:space="preserve">For SEO, I didn’t focus too much on it, but I still used headings like h1 and </w:t>
      </w:r>
      <w:proofErr w:type="gramStart"/>
      <w:r w:rsidRPr="00435A2F">
        <w:rPr>
          <w:lang w:val="en-GB"/>
        </w:rPr>
        <w:t>h2, and</w:t>
      </w:r>
      <w:proofErr w:type="gramEnd"/>
      <w:r w:rsidRPr="00435A2F">
        <w:rPr>
          <w:lang w:val="en-GB"/>
        </w:rPr>
        <w:t xml:space="preserve"> gave each page a clear title. I know this helps a bit with search engines.</w:t>
      </w:r>
      <w:r>
        <w:rPr>
          <w:lang w:val="en-GB"/>
        </w:rPr>
        <w:t xml:space="preserve"> </w:t>
      </w:r>
      <w:r w:rsidRPr="00435A2F">
        <w:rPr>
          <w:lang w:val="en-GB"/>
        </w:rPr>
        <w:t>Overall, I just tried to keep everything simple and understandable.</w:t>
      </w:r>
      <w:r w:rsidR="00FA27AA">
        <w:br/>
      </w:r>
    </w:p>
    <w:p w14:paraId="40E2CD3C" w14:textId="77777777" w:rsidR="00435A2F" w:rsidRDefault="00FA27AA">
      <w:r>
        <w:t>b) Website Evaluation:</w:t>
      </w:r>
      <w:r>
        <w:br/>
        <w:t>- Usability &amp; Utility</w:t>
      </w:r>
      <w:r>
        <w:br/>
        <w:t>- SEO Techniques Used</w:t>
      </w:r>
      <w:r>
        <w:br/>
        <w:t>- Accessibility (WCAG 2.1)</w:t>
      </w:r>
    </w:p>
    <w:p w14:paraId="04B52B4F" w14:textId="3C0F0BF4" w:rsidR="00AB3529" w:rsidRPr="00435A2F" w:rsidRDefault="00435A2F">
      <w:pPr>
        <w:rPr>
          <w:lang w:val="en-GB"/>
        </w:rPr>
      </w:pPr>
      <w:r w:rsidRPr="00435A2F">
        <w:rPr>
          <w:lang w:val="en-GB"/>
        </w:rPr>
        <w:t>I think my website is easy to use. All pages are connected, and the navigation works fine. You can click and move between pages without problems.</w:t>
      </w:r>
      <w:r>
        <w:rPr>
          <w:lang w:val="en-GB"/>
        </w:rPr>
        <w:t xml:space="preserve"> </w:t>
      </w:r>
      <w:r w:rsidRPr="00435A2F">
        <w:rPr>
          <w:lang w:val="en-GB"/>
        </w:rPr>
        <w:t>The design is simple, but I tried to keep it consistent. I used the same colours and style on all pages, so it looks more organised.</w:t>
      </w:r>
      <w:r>
        <w:rPr>
          <w:lang w:val="en-GB"/>
        </w:rPr>
        <w:t xml:space="preserve"> </w:t>
      </w:r>
      <w:r w:rsidRPr="00435A2F">
        <w:rPr>
          <w:lang w:val="en-GB"/>
        </w:rPr>
        <w:t>The text is readable and not too complicated. I split it into sections, so it’s easier to read and not just one big block.</w:t>
      </w:r>
      <w:r>
        <w:rPr>
          <w:lang w:val="en-GB"/>
        </w:rPr>
        <w:t xml:space="preserve"> </w:t>
      </w:r>
      <w:r w:rsidRPr="00435A2F">
        <w:rPr>
          <w:lang w:val="en-GB"/>
        </w:rPr>
        <w:t>For accessibility, I think it’s okay, but not perfect. I didn’t add things like image descriptions, so this could be improved.</w:t>
      </w:r>
      <w:r>
        <w:rPr>
          <w:lang w:val="en-GB"/>
        </w:rPr>
        <w:t xml:space="preserve"> </w:t>
      </w:r>
      <w:r w:rsidRPr="00435A2F">
        <w:rPr>
          <w:lang w:val="en-GB"/>
        </w:rPr>
        <w:t>For SEO, I only used basic things like headings and titles.</w:t>
      </w:r>
      <w:r>
        <w:rPr>
          <w:lang w:val="en-GB"/>
        </w:rPr>
        <w:t xml:space="preserve"> </w:t>
      </w:r>
      <w:r w:rsidRPr="00435A2F">
        <w:rPr>
          <w:lang w:val="en-GB"/>
        </w:rPr>
        <w:t>In general, the website works fine for what it is.</w:t>
      </w:r>
    </w:p>
    <w:p w14:paraId="485BEC44" w14:textId="77777777" w:rsidR="00435A2F" w:rsidRDefault="00FA27AA">
      <w:r>
        <w:t>c) Website Comparison:</w:t>
      </w:r>
      <w:r>
        <w:br/>
        <w:t>- Usability</w:t>
      </w:r>
      <w:r>
        <w:br/>
        <w:t>- Accessibility</w:t>
      </w:r>
      <w:r>
        <w:br/>
        <w:t>- SEO</w:t>
      </w:r>
      <w:r>
        <w:br/>
        <w:t>- Mobile Friendliness</w:t>
      </w:r>
      <w:r>
        <w:br/>
        <w:t>- Conclusion</w:t>
      </w:r>
    </w:p>
    <w:p w14:paraId="57B28CD5" w14:textId="667B274F" w:rsidR="00435A2F" w:rsidRPr="00435A2F" w:rsidRDefault="00435A2F" w:rsidP="00435A2F">
      <w:pPr>
        <w:rPr>
          <w:lang w:val="en-GB"/>
        </w:rPr>
      </w:pPr>
      <w:r w:rsidRPr="00435A2F">
        <w:rPr>
          <w:lang w:val="en-GB"/>
        </w:rPr>
        <w:t xml:space="preserve">Compared to professional websites, my website is much </w:t>
      </w:r>
      <w:r w:rsidRPr="00435A2F">
        <w:rPr>
          <w:lang w:val="en-GB"/>
        </w:rPr>
        <w:t>simpler. Big</w:t>
      </w:r>
      <w:r w:rsidRPr="00435A2F">
        <w:rPr>
          <w:lang w:val="en-GB"/>
        </w:rPr>
        <w:t xml:space="preserve"> websites usually have more features like animations, search, and better design. My website is more basic, but it still works.</w:t>
      </w:r>
      <w:r>
        <w:rPr>
          <w:lang w:val="en-GB"/>
        </w:rPr>
        <w:t xml:space="preserve"> </w:t>
      </w:r>
      <w:r w:rsidRPr="00435A2F">
        <w:rPr>
          <w:lang w:val="en-GB"/>
        </w:rPr>
        <w:t>For usability, mine is simple and easy, but not very advanced.</w:t>
      </w:r>
      <w:r>
        <w:rPr>
          <w:lang w:val="en-GB"/>
        </w:rPr>
        <w:t xml:space="preserve"> </w:t>
      </w:r>
      <w:r w:rsidRPr="00435A2F">
        <w:rPr>
          <w:lang w:val="en-GB"/>
        </w:rPr>
        <w:t>For accessibility, professional websites are better because they follow more rules. Mine is only basic.</w:t>
      </w:r>
      <w:r>
        <w:rPr>
          <w:lang w:val="en-GB"/>
        </w:rPr>
        <w:t xml:space="preserve"> </w:t>
      </w:r>
      <w:r w:rsidRPr="00435A2F">
        <w:rPr>
          <w:lang w:val="en-GB"/>
        </w:rPr>
        <w:t>For SEO, I only used simple structure, while real websites use more advanced methods.</w:t>
      </w:r>
      <w:r>
        <w:rPr>
          <w:lang w:val="en-GB"/>
        </w:rPr>
        <w:t xml:space="preserve"> </w:t>
      </w:r>
      <w:r w:rsidRPr="00435A2F">
        <w:rPr>
          <w:lang w:val="en-GB"/>
        </w:rPr>
        <w:t>Also, my website is not fully mobile-friendly, while most modern websites are.</w:t>
      </w:r>
      <w:r>
        <w:rPr>
          <w:lang w:val="en-GB"/>
        </w:rPr>
        <w:t xml:space="preserve"> </w:t>
      </w:r>
      <w:r w:rsidRPr="00435A2F">
        <w:rPr>
          <w:lang w:val="en-GB"/>
        </w:rPr>
        <w:t>So overall, my website is simple but does what it needs to do for this project.</w:t>
      </w:r>
    </w:p>
    <w:p w14:paraId="354B1F96" w14:textId="284A6045" w:rsidR="00AB3529" w:rsidRDefault="00FA27AA">
      <w:r>
        <w:lastRenderedPageBreak/>
        <w:br/>
      </w:r>
    </w:p>
    <w:p w14:paraId="1E078593" w14:textId="77777777" w:rsidR="00AB3529" w:rsidRDefault="00FA27AA">
      <w:pPr>
        <w:pStyle w:val="Heading1"/>
      </w:pPr>
      <w:r>
        <w:t>5. Conclusion</w:t>
      </w:r>
    </w:p>
    <w:p w14:paraId="049D658B" w14:textId="77777777" w:rsidR="00435A2F" w:rsidRDefault="00FA27AA">
      <w:r>
        <w:t>Write your content here...</w:t>
      </w:r>
    </w:p>
    <w:p w14:paraId="7504D3CB" w14:textId="3DED1BE5" w:rsidR="00435A2F" w:rsidRPr="00435A2F" w:rsidRDefault="00435A2F" w:rsidP="00435A2F">
      <w:pPr>
        <w:rPr>
          <w:lang w:val="en-GB"/>
        </w:rPr>
      </w:pPr>
      <w:r w:rsidRPr="00435A2F">
        <w:rPr>
          <w:lang w:val="en-GB"/>
        </w:rPr>
        <w:t>In this project, I created a simple website using HTML and CSS.</w:t>
      </w:r>
      <w:r>
        <w:rPr>
          <w:lang w:val="en-GB"/>
        </w:rPr>
        <w:t xml:space="preserve"> </w:t>
      </w:r>
      <w:r w:rsidRPr="00435A2F">
        <w:rPr>
          <w:lang w:val="en-GB"/>
        </w:rPr>
        <w:t>I learned how to build multiple pages, connect them together, and style them using CSS. At first, it was a bit confusing, especially when something didn’t work, but over time I started to understand how everything connects.</w:t>
      </w:r>
      <w:r>
        <w:rPr>
          <w:lang w:val="en-GB"/>
        </w:rPr>
        <w:t xml:space="preserve"> </w:t>
      </w:r>
      <w:r w:rsidRPr="00435A2F">
        <w:rPr>
          <w:lang w:val="en-GB"/>
        </w:rPr>
        <w:t>I also learned how small mistakes can break the whole design, like problems with CSS or file paths. Fixing these helped me understand the process better.</w:t>
      </w:r>
      <w:r>
        <w:rPr>
          <w:lang w:val="en-GB"/>
        </w:rPr>
        <w:t xml:space="preserve"> </w:t>
      </w:r>
      <w:r w:rsidRPr="00435A2F">
        <w:rPr>
          <w:lang w:val="en-GB"/>
        </w:rPr>
        <w:t>The website is not perfect, but it works and shows what I learned. I think it’s a good starting point, and I understand more about web development now than before.</w:t>
      </w:r>
      <w:r>
        <w:rPr>
          <w:lang w:val="en-GB"/>
        </w:rPr>
        <w:t xml:space="preserve"> </w:t>
      </w:r>
      <w:r w:rsidRPr="00435A2F">
        <w:rPr>
          <w:lang w:val="en-GB"/>
        </w:rPr>
        <w:t>Overall, this project helped me gain basic skills and confidence in creating simple websites.</w:t>
      </w:r>
    </w:p>
    <w:p w14:paraId="219C2834" w14:textId="76DC8313" w:rsidR="00AB3529" w:rsidRDefault="00FA27AA">
      <w:r>
        <w:br/>
      </w:r>
    </w:p>
    <w:p w14:paraId="7EBF1785" w14:textId="77777777" w:rsidR="00AB3529" w:rsidRDefault="00FA27AA">
      <w:pPr>
        <w:pStyle w:val="Heading1"/>
      </w:pPr>
      <w:r>
        <w:t>6. References (IEEE Format)</w:t>
      </w:r>
    </w:p>
    <w:p w14:paraId="7D3AC89E" w14:textId="77777777" w:rsidR="00435A2F" w:rsidRDefault="00FA27AA" w:rsidP="00435A2F">
      <w:p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t>Use IEEE referencing style.</w:t>
      </w:r>
      <w:r w:rsidR="00435A2F" w:rsidRPr="00435A2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021F180A" w14:textId="532F44D1" w:rsidR="00435A2F" w:rsidRPr="00435A2F" w:rsidRDefault="00435A2F" w:rsidP="00435A2F">
      <w:pPr>
        <w:rPr>
          <w:lang w:val="en-GB"/>
        </w:rPr>
      </w:pPr>
      <w:r w:rsidRPr="00435A2F">
        <w:rPr>
          <w:lang w:val="en-GB"/>
        </w:rPr>
        <w:t xml:space="preserve">W3Schools, “HTML Tutorial.” Available: </w:t>
      </w:r>
      <w:hyperlink r:id="rId17" w:history="1">
        <w:r w:rsidRPr="00435A2F">
          <w:rPr>
            <w:rStyle w:val="Hyperlink"/>
            <w:lang w:val="en-GB"/>
          </w:rPr>
          <w:t>https://www.w3schools.com/html/</w:t>
        </w:r>
      </w:hyperlink>
    </w:p>
    <w:p w14:paraId="7DE9E077" w14:textId="7A7DAD26" w:rsidR="00435A2F" w:rsidRPr="00435A2F" w:rsidRDefault="00435A2F" w:rsidP="00435A2F">
      <w:pPr>
        <w:rPr>
          <w:lang w:val="en-GB"/>
        </w:rPr>
      </w:pPr>
      <w:r w:rsidRPr="00435A2F">
        <w:rPr>
          <w:lang w:val="en-GB"/>
        </w:rPr>
        <w:t xml:space="preserve">W3Schools, “CSS Tutorial.” Available: </w:t>
      </w:r>
      <w:hyperlink r:id="rId18" w:history="1">
        <w:r w:rsidRPr="00435A2F">
          <w:rPr>
            <w:rStyle w:val="Hyperlink"/>
            <w:lang w:val="en-GB"/>
          </w:rPr>
          <w:t>https://www.w3schools.com/css/</w:t>
        </w:r>
      </w:hyperlink>
    </w:p>
    <w:p w14:paraId="10553537" w14:textId="42687414" w:rsidR="00435A2F" w:rsidRPr="00435A2F" w:rsidRDefault="00435A2F" w:rsidP="00435A2F">
      <w:pPr>
        <w:rPr>
          <w:lang w:val="en-GB"/>
        </w:rPr>
      </w:pPr>
      <w:r w:rsidRPr="00435A2F">
        <w:rPr>
          <w:lang w:val="en-GB"/>
        </w:rPr>
        <w:t xml:space="preserve">MDN Web Docs, “HTML Basics.” Available: </w:t>
      </w:r>
      <w:hyperlink r:id="rId19" w:history="1">
        <w:r w:rsidRPr="00435A2F">
          <w:rPr>
            <w:rStyle w:val="Hyperlink"/>
            <w:lang w:val="en-GB"/>
          </w:rPr>
          <w:t>https://developer.mozilla.org/</w:t>
        </w:r>
      </w:hyperlink>
    </w:p>
    <w:p w14:paraId="03F65835" w14:textId="76860E7B" w:rsidR="00AB3529" w:rsidRPr="00435A2F" w:rsidRDefault="00435A2F">
      <w:pPr>
        <w:rPr>
          <w:lang w:val="en-GB"/>
        </w:rPr>
      </w:pPr>
      <w:r w:rsidRPr="00435A2F">
        <w:rPr>
          <w:lang w:val="en-GB"/>
        </w:rPr>
        <w:t xml:space="preserve">Google, “SEO Starter Guide.” Available: </w:t>
      </w:r>
      <w:hyperlink r:id="rId20" w:history="1">
        <w:r w:rsidRPr="00435A2F">
          <w:rPr>
            <w:rStyle w:val="Hyperlink"/>
            <w:lang w:val="en-GB"/>
          </w:rPr>
          <w:t>https://developers.google.com/search/docs</w:t>
        </w:r>
      </w:hyperlink>
    </w:p>
    <w:p w14:paraId="1CA2ABB8" w14:textId="77777777" w:rsidR="00AB3529" w:rsidRDefault="00FA27AA">
      <w:pPr>
        <w:pStyle w:val="Heading1"/>
      </w:pPr>
      <w:r>
        <w:t>7. Appendices</w:t>
      </w:r>
    </w:p>
    <w:p w14:paraId="201DA646" w14:textId="77777777" w:rsidR="009C4EEB" w:rsidRDefault="00FA27AA">
      <w:pPr>
        <w:rPr>
          <w:lang w:val="ru-RU"/>
        </w:rPr>
      </w:pPr>
      <w:r>
        <w:t>Include full HTML and CSS code listings.</w:t>
      </w:r>
    </w:p>
    <w:p w14:paraId="01F2AB48" w14:textId="77777777" w:rsidR="009C4EEB" w:rsidRDefault="009C4EEB" w:rsidP="009C4EEB">
      <w:pPr>
        <w:pStyle w:val="Heading1"/>
        <w:rPr>
          <w:lang w:val="ru-RU"/>
        </w:rPr>
      </w:pPr>
      <w:r w:rsidRPr="009C4EEB">
        <w:t>index.html</w:t>
      </w:r>
    </w:p>
    <w:p w14:paraId="1C9D575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&lt;!DOCTYPE html&gt;</w:t>
      </w:r>
    </w:p>
    <w:p w14:paraId="5B2C294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&lt;html&gt;</w:t>
      </w:r>
    </w:p>
    <w:p w14:paraId="4837602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&lt;head&gt;</w:t>
      </w:r>
    </w:p>
    <w:p w14:paraId="0F6FB0B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&lt;title&gt;My Gaming Journey&lt;/title&gt;</w:t>
      </w:r>
    </w:p>
    <w:p w14:paraId="4ADA8D4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&lt;link </w:t>
      </w:r>
      <w:proofErr w:type="spellStart"/>
      <w:r w:rsidRPr="009C4EEB">
        <w:rPr>
          <w:lang w:val="en-GB"/>
        </w:rPr>
        <w:t>rel</w:t>
      </w:r>
      <w:proofErr w:type="spellEnd"/>
      <w:r w:rsidRPr="009C4EEB">
        <w:rPr>
          <w:lang w:val="en-GB"/>
        </w:rPr>
        <w:t xml:space="preserve">="stylesheet"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="style.css"&gt;</w:t>
      </w:r>
    </w:p>
    <w:p w14:paraId="3D6ADD3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&lt;/head&gt;</w:t>
      </w:r>
    </w:p>
    <w:p w14:paraId="47B593EC" w14:textId="77777777" w:rsidR="009C4EEB" w:rsidRPr="009C4EEB" w:rsidRDefault="009C4EEB" w:rsidP="009C4EEB">
      <w:pPr>
        <w:rPr>
          <w:lang w:val="en-GB"/>
        </w:rPr>
      </w:pPr>
    </w:p>
    <w:p w14:paraId="1BF891C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&lt;body&gt;</w:t>
      </w:r>
    </w:p>
    <w:p w14:paraId="29FCB531" w14:textId="77777777" w:rsidR="009C4EEB" w:rsidRPr="009C4EEB" w:rsidRDefault="009C4EEB" w:rsidP="009C4EEB">
      <w:pPr>
        <w:rPr>
          <w:lang w:val="en-GB"/>
        </w:rPr>
      </w:pPr>
    </w:p>
    <w:p w14:paraId="5EBFD9F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class="container"&gt;</w:t>
      </w:r>
    </w:p>
    <w:p w14:paraId="011A99CD" w14:textId="77777777" w:rsidR="009C4EEB" w:rsidRPr="009C4EEB" w:rsidRDefault="009C4EEB" w:rsidP="009C4EEB">
      <w:pPr>
        <w:rPr>
          <w:lang w:val="en-GB"/>
        </w:rPr>
      </w:pPr>
    </w:p>
    <w:p w14:paraId="748B0D9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&lt;nav&gt;</w:t>
      </w:r>
    </w:p>
    <w:p w14:paraId="1596061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="index.html"&gt;Home&lt;/a&gt;</w:t>
      </w:r>
    </w:p>
    <w:p w14:paraId="3774A5C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="about.html"&gt;About Me&lt;/a&gt;</w:t>
      </w:r>
    </w:p>
    <w:p w14:paraId="1109969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="streaming.html"&gt;Streaming&lt;/a&gt;</w:t>
      </w:r>
    </w:p>
    <w:p w14:paraId="37E2248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="future.html"&gt;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&lt;/a&gt;</w:t>
      </w:r>
    </w:p>
    <w:p w14:paraId="799F049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&lt;/nav&gt;</w:t>
      </w:r>
    </w:p>
    <w:p w14:paraId="647FD046" w14:textId="77777777" w:rsidR="009C4EEB" w:rsidRPr="009C4EEB" w:rsidRDefault="009C4EEB" w:rsidP="009C4EEB">
      <w:pPr>
        <w:rPr>
          <w:lang w:val="en-GB"/>
        </w:rPr>
      </w:pPr>
    </w:p>
    <w:p w14:paraId="1665E8E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class="hero"&gt;</w:t>
      </w:r>
    </w:p>
    <w:p w14:paraId="5EA550E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&lt;h1&gt;Maksym | Gaming &amp; Streaming&lt;/h1&gt;</w:t>
      </w:r>
    </w:p>
    <w:p w14:paraId="071D2CA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&lt;p&gt;Building my path in gaming, streaming, and content creation&lt;/p&gt;</w:t>
      </w:r>
    </w:p>
    <w:p w14:paraId="05468C6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="streaming.html" class="</w:t>
      </w:r>
      <w:proofErr w:type="spellStart"/>
      <w:r w:rsidRPr="009C4EEB">
        <w:rPr>
          <w:lang w:val="en-GB"/>
        </w:rPr>
        <w:t>btn</w:t>
      </w:r>
      <w:proofErr w:type="spellEnd"/>
      <w:r w:rsidRPr="009C4EEB">
        <w:rPr>
          <w:lang w:val="en-GB"/>
        </w:rPr>
        <w:t>"&gt;Watch My Journey&lt;/a&gt;</w:t>
      </w:r>
    </w:p>
    <w:p w14:paraId="7E85632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5E397BD3" w14:textId="77777777" w:rsidR="009C4EEB" w:rsidRPr="009C4EEB" w:rsidRDefault="009C4EEB" w:rsidP="009C4EEB">
      <w:pPr>
        <w:rPr>
          <w:lang w:val="en-GB"/>
        </w:rPr>
      </w:pPr>
    </w:p>
    <w:p w14:paraId="5E50316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&lt;h1&gt;Welcome to My Website&lt;/h1&gt;</w:t>
      </w:r>
    </w:p>
    <w:p w14:paraId="45834D60" w14:textId="77777777" w:rsidR="009C4EEB" w:rsidRPr="009C4EEB" w:rsidRDefault="009C4EEB" w:rsidP="009C4EEB">
      <w:pPr>
        <w:rPr>
          <w:lang w:val="en-GB"/>
        </w:rPr>
      </w:pPr>
    </w:p>
    <w:p w14:paraId="593C2E5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src</w:t>
      </w:r>
      <w:proofErr w:type="spellEnd"/>
      <w:r w:rsidRPr="009C4EEB">
        <w:rPr>
          <w:lang w:val="en-GB"/>
        </w:rPr>
        <w:t>="1.jpg" class="banner"&gt;</w:t>
      </w:r>
    </w:p>
    <w:p w14:paraId="74CBCBD3" w14:textId="77777777" w:rsidR="009C4EEB" w:rsidRPr="009C4EEB" w:rsidRDefault="009C4EEB" w:rsidP="009C4EEB">
      <w:pPr>
        <w:rPr>
          <w:lang w:val="en-GB"/>
        </w:rPr>
      </w:pPr>
    </w:p>
    <w:p w14:paraId="49574B4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</w:t>
      </w:r>
      <w:proofErr w:type="gramStart"/>
      <w:r w:rsidRPr="009C4EEB">
        <w:rPr>
          <w:lang w:val="en-GB"/>
        </w:rPr>
        <w:t>text-box</w:t>
      </w:r>
      <w:proofErr w:type="gramEnd"/>
      <w:r w:rsidRPr="009C4EEB">
        <w:rPr>
          <w:lang w:val="en-GB"/>
        </w:rPr>
        <w:t>"&gt;</w:t>
      </w:r>
    </w:p>
    <w:p w14:paraId="34EF8C6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64E937C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My name is Maksym, and I am passionate about gaming and online content creation.</w:t>
      </w:r>
    </w:p>
    <w:p w14:paraId="620EE07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I started playing video games at a young age, and over time it became more than just a hobby.</w:t>
      </w:r>
    </w:p>
    <w:p w14:paraId="6FC6B82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This website is a small project where I share my story, my experience with streaming, and my 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.</w:t>
      </w:r>
    </w:p>
    <w:p w14:paraId="3594B35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24B03F4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8799078" w14:textId="77777777" w:rsidR="009C4EEB" w:rsidRPr="009C4EEB" w:rsidRDefault="009C4EEB" w:rsidP="009C4EEB">
      <w:pPr>
        <w:rPr>
          <w:lang w:val="en-GB"/>
        </w:rPr>
      </w:pPr>
    </w:p>
    <w:p w14:paraId="0AA80C1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6BE550B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&lt;h2&gt;My Gaming Journey&lt;/h2&gt;</w:t>
      </w:r>
    </w:p>
    <w:p w14:paraId="575614F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1C6FCA4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Gaming has always been more than just entertainment for me. It became a way to challenge myself,</w:t>
      </w:r>
    </w:p>
    <w:p w14:paraId="07B10C7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improve my </w:t>
      </w:r>
      <w:proofErr w:type="gramStart"/>
      <w:r w:rsidRPr="009C4EEB">
        <w:rPr>
          <w:lang w:val="en-GB"/>
        </w:rPr>
        <w:t>reaction, and</w:t>
      </w:r>
      <w:proofErr w:type="gramEnd"/>
      <w:r w:rsidRPr="009C4EEB">
        <w:rPr>
          <w:lang w:val="en-GB"/>
        </w:rPr>
        <w:t xml:space="preserve"> stay consistent. Every game I played helped me understand how to think faster,</w:t>
      </w:r>
    </w:p>
    <w:p w14:paraId="2E38344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make decisions under </w:t>
      </w:r>
      <w:proofErr w:type="gramStart"/>
      <w:r w:rsidRPr="009C4EEB">
        <w:rPr>
          <w:lang w:val="en-GB"/>
        </w:rPr>
        <w:t>pressure, and</w:t>
      </w:r>
      <w:proofErr w:type="gramEnd"/>
      <w:r w:rsidRPr="009C4EEB">
        <w:rPr>
          <w:lang w:val="en-GB"/>
        </w:rPr>
        <w:t xml:space="preserve"> never give up even after losing.</w:t>
      </w:r>
    </w:p>
    <w:p w14:paraId="3D3A7C1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07B707E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3B5D27A" w14:textId="77777777" w:rsidR="009C4EEB" w:rsidRPr="009C4EEB" w:rsidRDefault="009C4EEB" w:rsidP="009C4EEB">
      <w:pPr>
        <w:rPr>
          <w:lang w:val="en-GB"/>
        </w:rPr>
      </w:pPr>
    </w:p>
    <w:p w14:paraId="41584B5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734F2B3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&lt;h2&gt;What I Play&lt;/h2&gt;</w:t>
      </w:r>
    </w:p>
    <w:p w14:paraId="3F3991F5" w14:textId="77777777" w:rsidR="009C4EEB" w:rsidRPr="009C4EEB" w:rsidRDefault="009C4EEB" w:rsidP="009C4EEB">
      <w:pPr>
        <w:rPr>
          <w:lang w:val="en-GB"/>
        </w:rPr>
      </w:pPr>
    </w:p>
    <w:p w14:paraId="1EA127A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277B7F6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mainly focus on competitive and fast-paced games where skill matters.</w:t>
      </w:r>
    </w:p>
    <w:p w14:paraId="47D423D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Over time, I explored different genres and learned how each game requires</w:t>
      </w:r>
    </w:p>
    <w:p w14:paraId="306F74C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 different mindset and strategy.</w:t>
      </w:r>
    </w:p>
    <w:p w14:paraId="3EE0AED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4C9F79AB" w14:textId="77777777" w:rsidR="009C4EEB" w:rsidRPr="009C4EEB" w:rsidRDefault="009C4EEB" w:rsidP="009C4EEB">
      <w:pPr>
        <w:rPr>
          <w:lang w:val="en-GB"/>
        </w:rPr>
      </w:pPr>
    </w:p>
    <w:p w14:paraId="1D0B649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class="games"&gt;</w:t>
      </w:r>
    </w:p>
    <w:p w14:paraId="591FF6E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    &lt;div class="game"&gt;</w:t>
      </w:r>
      <w:proofErr w:type="gramStart"/>
      <w:r w:rsidRPr="009C4EEB">
        <w:rPr>
          <w:lang w:val="en-GB"/>
        </w:rPr>
        <w:t>Counter-Strike</w:t>
      </w:r>
      <w:proofErr w:type="gramEnd"/>
      <w:r w:rsidRPr="009C4EEB">
        <w:rPr>
          <w:lang w:val="en-GB"/>
        </w:rPr>
        <w:t xml:space="preserve"> (1.6, Source, </w:t>
      </w:r>
      <w:proofErr w:type="gramStart"/>
      <w:r w:rsidRPr="009C4EEB">
        <w:rPr>
          <w:lang w:val="en-GB"/>
        </w:rPr>
        <w:t>CS:GO</w:t>
      </w:r>
      <w:proofErr w:type="gramEnd"/>
      <w:r w:rsidRPr="009C4EEB">
        <w:rPr>
          <w:lang w:val="en-GB"/>
        </w:rPr>
        <w:t>)&lt;/div&gt;</w:t>
      </w:r>
    </w:p>
    <w:p w14:paraId="3A4F351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 class="game"&gt;Apex Legends&lt;/div&gt;</w:t>
      </w:r>
    </w:p>
    <w:p w14:paraId="0BB55A6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 class="game"&gt;Call of Duty Warzone&lt;/div&gt;</w:t>
      </w:r>
    </w:p>
    <w:p w14:paraId="475AC69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 class="game"&gt;Other multiplayer games&lt;/div&gt;</w:t>
      </w:r>
    </w:p>
    <w:p w14:paraId="008245A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0B728F5" w14:textId="77777777" w:rsidR="009C4EEB" w:rsidRPr="009C4EEB" w:rsidRDefault="009C4EEB" w:rsidP="009C4EEB">
      <w:pPr>
        <w:rPr>
          <w:lang w:val="en-GB"/>
        </w:rPr>
      </w:pPr>
    </w:p>
    <w:p w14:paraId="2DAAFA3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34D488A" w14:textId="77777777" w:rsidR="009C4EEB" w:rsidRPr="009C4EEB" w:rsidRDefault="009C4EEB" w:rsidP="009C4EEB">
      <w:pPr>
        <w:rPr>
          <w:lang w:val="en-GB"/>
        </w:rPr>
      </w:pPr>
    </w:p>
    <w:p w14:paraId="16E4955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5A41D31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&lt;h2&gt;Why I Keep Going&lt;/h2&gt;</w:t>
      </w:r>
    </w:p>
    <w:p w14:paraId="2A4C804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53E0D35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Even without big results yet, I continue because I enjoy the process.</w:t>
      </w:r>
    </w:p>
    <w:p w14:paraId="7318A45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Improvement takes time, and I believe consistency always wins in the long run.</w:t>
      </w:r>
    </w:p>
    <w:p w14:paraId="13669C5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6288888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AEB65FC" w14:textId="77777777" w:rsidR="009C4EEB" w:rsidRPr="009C4EEB" w:rsidRDefault="009C4EEB" w:rsidP="009C4EEB">
      <w:pPr>
        <w:rPr>
          <w:lang w:val="en-GB"/>
        </w:rPr>
      </w:pPr>
    </w:p>
    <w:p w14:paraId="23B4497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5672462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&lt;h2&gt;About This Website&lt;/h2&gt;</w:t>
      </w:r>
    </w:p>
    <w:p w14:paraId="78FAE2D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4BDC6E2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This website is a simple project where I wanted to show my experience with gaming and streaming.</w:t>
      </w:r>
    </w:p>
    <w:p w14:paraId="627A9C5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It is not something perfect, but more like a starting point.</w:t>
      </w:r>
    </w:p>
    <w:p w14:paraId="14CBBA9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am still learning and trying to improve step by step.</w:t>
      </w:r>
    </w:p>
    <w:p w14:paraId="66C1698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24F9340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074D08C5" w14:textId="77777777" w:rsidR="009C4EEB" w:rsidRPr="009C4EEB" w:rsidRDefault="009C4EEB" w:rsidP="009C4EEB">
      <w:pPr>
        <w:rPr>
          <w:lang w:val="en-GB"/>
        </w:rPr>
      </w:pPr>
    </w:p>
    <w:p w14:paraId="3156317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&lt;div class="section"&gt;</w:t>
      </w:r>
    </w:p>
    <w:p w14:paraId="52B3F85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&lt;h2&gt;What You Can Find Here&lt;/h2&gt;</w:t>
      </w:r>
    </w:p>
    <w:p w14:paraId="5D4B339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2906153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On this website you can read about my gaming journey, my streaming experience,</w:t>
      </w:r>
    </w:p>
    <w:p w14:paraId="6968F37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and </w:t>
      </w:r>
      <w:proofErr w:type="gramStart"/>
      <w:r w:rsidRPr="009C4EEB">
        <w:rPr>
          <w:lang w:val="en-GB"/>
        </w:rPr>
        <w:t>also</w:t>
      </w:r>
      <w:proofErr w:type="gramEnd"/>
      <w:r w:rsidRPr="009C4EEB">
        <w:rPr>
          <w:lang w:val="en-GB"/>
        </w:rPr>
        <w:t xml:space="preserve"> my 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. I decided to keep everything simple and clear</w:t>
      </w:r>
    </w:p>
    <w:p w14:paraId="7A51DCB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without adding too much complexity.</w:t>
      </w:r>
    </w:p>
    <w:p w14:paraId="318C942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791C367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4A626A11" w14:textId="77777777" w:rsidR="009C4EEB" w:rsidRPr="009C4EEB" w:rsidRDefault="009C4EEB" w:rsidP="009C4EEB">
      <w:pPr>
        <w:rPr>
          <w:lang w:val="en-GB"/>
        </w:rPr>
      </w:pPr>
    </w:p>
    <w:p w14:paraId="3C8BEB5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5ECF2D6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&lt;h2&gt;My Current Focus&lt;/h2&gt;</w:t>
      </w:r>
    </w:p>
    <w:p w14:paraId="4D0EDF3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4E95AC9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Right now, I am focused on improving consistency in both gaming and streaming.</w:t>
      </w:r>
    </w:p>
    <w:p w14:paraId="5F0B5A3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I try to play regularly, </w:t>
      </w:r>
      <w:proofErr w:type="spellStart"/>
      <w:r w:rsidRPr="009C4EEB">
        <w:rPr>
          <w:lang w:val="en-GB"/>
        </w:rPr>
        <w:t>analyze</w:t>
      </w:r>
      <w:proofErr w:type="spellEnd"/>
      <w:r w:rsidRPr="009C4EEB">
        <w:rPr>
          <w:lang w:val="en-GB"/>
        </w:rPr>
        <w:t xml:space="preserve"> my gameplay, and understand my mistakes.</w:t>
      </w:r>
    </w:p>
    <w:p w14:paraId="51903097" w14:textId="77777777" w:rsidR="009C4EEB" w:rsidRPr="009C4EEB" w:rsidRDefault="009C4EEB" w:rsidP="009C4EEB">
      <w:pPr>
        <w:rPr>
          <w:lang w:val="en-GB"/>
        </w:rPr>
      </w:pPr>
    </w:p>
    <w:p w14:paraId="23A4F76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At the same time, I am working on becoming more comfortable while streaming,</w:t>
      </w:r>
    </w:p>
    <w:p w14:paraId="0AB52A5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talking </w:t>
      </w:r>
      <w:proofErr w:type="gramStart"/>
      <w:r w:rsidRPr="009C4EEB">
        <w:rPr>
          <w:lang w:val="en-GB"/>
        </w:rPr>
        <w:t>more, and</w:t>
      </w:r>
      <w:proofErr w:type="gramEnd"/>
      <w:r w:rsidRPr="009C4EEB">
        <w:rPr>
          <w:lang w:val="en-GB"/>
        </w:rPr>
        <w:t xml:space="preserve"> making content feel natural instead of forced.</w:t>
      </w:r>
    </w:p>
    <w:p w14:paraId="63268E0B" w14:textId="77777777" w:rsidR="009C4EEB" w:rsidRPr="009C4EEB" w:rsidRDefault="009C4EEB" w:rsidP="009C4EEB">
      <w:pPr>
        <w:rPr>
          <w:lang w:val="en-GB"/>
        </w:rPr>
      </w:pPr>
    </w:p>
    <w:p w14:paraId="5924238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This stage is more about learning and building a foundation rather than chasing results.</w:t>
      </w:r>
    </w:p>
    <w:p w14:paraId="5A748CB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444861E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7E02DE3" w14:textId="77777777" w:rsidR="009C4EEB" w:rsidRPr="009C4EEB" w:rsidRDefault="009C4EEB" w:rsidP="009C4EEB">
      <w:pPr>
        <w:rPr>
          <w:lang w:val="en-GB"/>
        </w:rPr>
      </w:pPr>
    </w:p>
    <w:p w14:paraId="5E4D30E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525B2800" w14:textId="77777777" w:rsidR="009C4EEB" w:rsidRPr="009C4EEB" w:rsidRDefault="009C4EEB" w:rsidP="009C4EEB">
      <w:pPr>
        <w:rPr>
          <w:lang w:val="en-GB"/>
        </w:rPr>
      </w:pPr>
    </w:p>
    <w:p w14:paraId="0E1A666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&lt;/body&gt;</w:t>
      </w:r>
    </w:p>
    <w:p w14:paraId="25D79EE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&lt;/html&gt;</w:t>
      </w:r>
    </w:p>
    <w:p w14:paraId="38F503E9" w14:textId="77777777" w:rsidR="009C4EEB" w:rsidRDefault="009C4EEB" w:rsidP="009C4EEB">
      <w:pPr>
        <w:pStyle w:val="Heading1"/>
        <w:rPr>
          <w:lang w:val="ru-RU"/>
        </w:rPr>
      </w:pPr>
      <w:r w:rsidRPr="009C4EEB">
        <w:lastRenderedPageBreak/>
        <w:t>about.html</w:t>
      </w:r>
    </w:p>
    <w:p w14:paraId="3500231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&lt;!DOCTYPE html&gt;</w:t>
      </w:r>
    </w:p>
    <w:p w14:paraId="614E5B6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&lt;html&gt;</w:t>
      </w:r>
    </w:p>
    <w:p w14:paraId="16166866" w14:textId="77777777" w:rsidR="009C4EEB" w:rsidRPr="009C4EEB" w:rsidRDefault="009C4EEB" w:rsidP="009C4EEB">
      <w:pPr>
        <w:rPr>
          <w:lang w:val="en-GB"/>
        </w:rPr>
      </w:pPr>
    </w:p>
    <w:p w14:paraId="74AFD7E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&lt;head&gt;</w:t>
      </w:r>
    </w:p>
    <w:p w14:paraId="18FBE59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&lt;title&gt;About Me&lt;/title&gt;</w:t>
      </w:r>
    </w:p>
    <w:p w14:paraId="12A3656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&lt;link </w:t>
      </w:r>
      <w:proofErr w:type="spellStart"/>
      <w:r w:rsidRPr="009C4EEB">
        <w:rPr>
          <w:lang w:val="en-GB"/>
        </w:rPr>
        <w:t>rel</w:t>
      </w:r>
      <w:proofErr w:type="spellEnd"/>
      <w:r w:rsidRPr="009C4EEB">
        <w:rPr>
          <w:lang w:val="en-GB"/>
        </w:rPr>
        <w:t xml:space="preserve">="stylesheet"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="style.css"&gt;</w:t>
      </w:r>
    </w:p>
    <w:p w14:paraId="217656A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&lt;/head&gt;</w:t>
      </w:r>
    </w:p>
    <w:p w14:paraId="53E6C830" w14:textId="77777777" w:rsidR="009C4EEB" w:rsidRPr="009C4EEB" w:rsidRDefault="009C4EEB" w:rsidP="009C4EEB">
      <w:pPr>
        <w:rPr>
          <w:lang w:val="en-GB"/>
        </w:rPr>
      </w:pPr>
    </w:p>
    <w:p w14:paraId="579AC7E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&lt;body&gt;</w:t>
      </w:r>
    </w:p>
    <w:p w14:paraId="67F2F8E6" w14:textId="77777777" w:rsidR="009C4EEB" w:rsidRPr="009C4EEB" w:rsidRDefault="009C4EEB" w:rsidP="009C4EEB">
      <w:pPr>
        <w:rPr>
          <w:lang w:val="en-GB"/>
        </w:rPr>
      </w:pPr>
    </w:p>
    <w:p w14:paraId="6F437A8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&lt;nav&gt;</w:t>
      </w:r>
    </w:p>
    <w:p w14:paraId="0AC15BC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="index.html"&gt;Home&lt;/a&gt;</w:t>
      </w:r>
    </w:p>
    <w:p w14:paraId="36E9973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="about.html"&gt;About Me&lt;/a&gt;</w:t>
      </w:r>
    </w:p>
    <w:p w14:paraId="3A5AD0E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="streaming.html"&gt;Streaming&lt;/a&gt;</w:t>
      </w:r>
    </w:p>
    <w:p w14:paraId="490C0E8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="future.html"&gt;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&lt;/a&gt;</w:t>
      </w:r>
    </w:p>
    <w:p w14:paraId="6E96DD4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&lt;/nav&gt;</w:t>
      </w:r>
    </w:p>
    <w:p w14:paraId="2CB41DDA" w14:textId="77777777" w:rsidR="009C4EEB" w:rsidRPr="009C4EEB" w:rsidRDefault="009C4EEB" w:rsidP="009C4EEB">
      <w:pPr>
        <w:rPr>
          <w:lang w:val="en-GB"/>
        </w:rPr>
      </w:pPr>
    </w:p>
    <w:p w14:paraId="14E9F01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class="hero"&gt;</w:t>
      </w:r>
    </w:p>
    <w:p w14:paraId="6DAB74A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&lt;h1&gt;About Me&lt;/h1&gt;</w:t>
      </w:r>
    </w:p>
    <w:p w14:paraId="65A7C2A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&lt;p&gt;My journey from a low-end laptop to real passion for gaming&lt;/p&gt;</w:t>
      </w:r>
    </w:p>
    <w:p w14:paraId="6FE438B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161BF52" w14:textId="77777777" w:rsidR="009C4EEB" w:rsidRPr="009C4EEB" w:rsidRDefault="009C4EEB" w:rsidP="009C4EEB">
      <w:pPr>
        <w:rPr>
          <w:lang w:val="en-GB"/>
        </w:rPr>
      </w:pPr>
    </w:p>
    <w:p w14:paraId="3DF56EA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src</w:t>
      </w:r>
      <w:proofErr w:type="spellEnd"/>
      <w:r w:rsidRPr="009C4EEB">
        <w:rPr>
          <w:lang w:val="en-GB"/>
        </w:rPr>
        <w:t>="2.jpg" class="page-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>"&gt;</w:t>
      </w:r>
    </w:p>
    <w:p w14:paraId="0BA2C98C" w14:textId="77777777" w:rsidR="009C4EEB" w:rsidRPr="009C4EEB" w:rsidRDefault="009C4EEB" w:rsidP="009C4EEB">
      <w:pPr>
        <w:rPr>
          <w:lang w:val="en-GB"/>
        </w:rPr>
      </w:pPr>
    </w:p>
    <w:p w14:paraId="7F1AC14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</w:t>
      </w:r>
      <w:proofErr w:type="gramStart"/>
      <w:r w:rsidRPr="009C4EEB">
        <w:rPr>
          <w:lang w:val="en-GB"/>
        </w:rPr>
        <w:t>text-box</w:t>
      </w:r>
      <w:proofErr w:type="gramEnd"/>
      <w:r w:rsidRPr="009C4EEB">
        <w:rPr>
          <w:lang w:val="en-GB"/>
        </w:rPr>
        <w:t>"&gt;</w:t>
      </w:r>
    </w:p>
    <w:p w14:paraId="407563D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&lt;p&gt;</w:t>
      </w:r>
    </w:p>
    <w:p w14:paraId="7284C90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My journey started in childhood when I was around 7–9 years old. I used to play games on an old Asus laptop that could barely run anything. The games were lagging, crashing, and sometimes it was very frustrating, but I never stopped.</w:t>
      </w:r>
    </w:p>
    <w:p w14:paraId="6B2231FE" w14:textId="77777777" w:rsidR="009C4EEB" w:rsidRPr="009C4EEB" w:rsidRDefault="009C4EEB" w:rsidP="009C4EEB">
      <w:pPr>
        <w:rPr>
          <w:lang w:val="en-GB"/>
        </w:rPr>
      </w:pPr>
    </w:p>
    <w:p w14:paraId="19E4CCB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I played games like </w:t>
      </w:r>
      <w:proofErr w:type="gramStart"/>
      <w:r w:rsidRPr="009C4EEB">
        <w:rPr>
          <w:lang w:val="en-GB"/>
        </w:rPr>
        <w:t>Counter-Strike</w:t>
      </w:r>
      <w:proofErr w:type="gramEnd"/>
      <w:r w:rsidRPr="009C4EEB">
        <w:rPr>
          <w:lang w:val="en-GB"/>
        </w:rPr>
        <w:t xml:space="preserve"> 1.6 and Counter-Strike Source, and this is where my passion really started to grow.</w:t>
      </w:r>
    </w:p>
    <w:p w14:paraId="798D8008" w14:textId="77777777" w:rsidR="009C4EEB" w:rsidRPr="009C4EEB" w:rsidRDefault="009C4EEB" w:rsidP="009C4EEB">
      <w:pPr>
        <w:rPr>
          <w:lang w:val="en-GB"/>
        </w:rPr>
      </w:pPr>
    </w:p>
    <w:p w14:paraId="4475BC0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Later, when I got a new computer around 2020, everything changed. I started playing more seriously and tried new games such as </w:t>
      </w:r>
      <w:proofErr w:type="gramStart"/>
      <w:r w:rsidRPr="009C4EEB">
        <w:rPr>
          <w:lang w:val="en-GB"/>
        </w:rPr>
        <w:t>CS:GO</w:t>
      </w:r>
      <w:proofErr w:type="gramEnd"/>
      <w:r w:rsidRPr="009C4EEB">
        <w:rPr>
          <w:lang w:val="en-GB"/>
        </w:rPr>
        <w:t>, Apex Legends, PUBG, and Call of Duty Warzone.</w:t>
      </w:r>
    </w:p>
    <w:p w14:paraId="73BB1B9A" w14:textId="77777777" w:rsidR="009C4EEB" w:rsidRPr="009C4EEB" w:rsidRDefault="009C4EEB" w:rsidP="009C4EEB">
      <w:pPr>
        <w:rPr>
          <w:lang w:val="en-GB"/>
        </w:rPr>
      </w:pPr>
    </w:p>
    <w:p w14:paraId="6C1ED29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always tried to improve my skills and become better, and at one point I even dreamed about becoming a professional esports player.</w:t>
      </w:r>
    </w:p>
    <w:p w14:paraId="7581B73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    </w:t>
      </w:r>
    </w:p>
    <w:p w14:paraId="0C5E49B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83DD243" w14:textId="77777777" w:rsidR="009C4EEB" w:rsidRPr="009C4EEB" w:rsidRDefault="009C4EEB" w:rsidP="009C4EEB">
      <w:pPr>
        <w:rPr>
          <w:lang w:val="en-GB"/>
        </w:rPr>
      </w:pPr>
    </w:p>
    <w:p w14:paraId="16B8085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2D24CDB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&lt;h2&gt;Early Challenges&lt;/h2&gt;</w:t>
      </w:r>
    </w:p>
    <w:p w14:paraId="77F3E23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6239DC1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Playing on a low-end laptop taught me patience. I had to deal with lag, low FPS,</w:t>
      </w:r>
    </w:p>
    <w:p w14:paraId="60BDAAF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and technical problems, but it made me appreciate every small improvement later.</w:t>
      </w:r>
    </w:p>
    <w:p w14:paraId="675561B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519246A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73AC5B36" w14:textId="77777777" w:rsidR="009C4EEB" w:rsidRPr="009C4EEB" w:rsidRDefault="009C4EEB" w:rsidP="009C4EEB">
      <w:pPr>
        <w:rPr>
          <w:lang w:val="en-GB"/>
        </w:rPr>
      </w:pPr>
    </w:p>
    <w:p w14:paraId="363426D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09C2180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&lt;h2&gt;Learning Process&lt;/h2&gt;</w:t>
      </w:r>
    </w:p>
    <w:p w14:paraId="7620F1A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68E2779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I didn’t have coaches or guides. Most of what I learned came from experience,</w:t>
      </w:r>
    </w:p>
    <w:p w14:paraId="5312CE6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watching </w:t>
      </w:r>
      <w:proofErr w:type="gramStart"/>
      <w:r w:rsidRPr="009C4EEB">
        <w:rPr>
          <w:lang w:val="en-GB"/>
        </w:rPr>
        <w:t>others, and</w:t>
      </w:r>
      <w:proofErr w:type="gramEnd"/>
      <w:r w:rsidRPr="009C4EEB">
        <w:rPr>
          <w:lang w:val="en-GB"/>
        </w:rPr>
        <w:t xml:space="preserve"> practicing daily.</w:t>
      </w:r>
    </w:p>
    <w:p w14:paraId="1385D4A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103C1F8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6D933AFD" w14:textId="77777777" w:rsidR="009C4EEB" w:rsidRPr="009C4EEB" w:rsidRDefault="009C4EEB" w:rsidP="009C4EEB">
      <w:pPr>
        <w:rPr>
          <w:lang w:val="en-GB"/>
        </w:rPr>
      </w:pPr>
    </w:p>
    <w:p w14:paraId="444AE2C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07EB21F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&lt;h2&gt;Mindset&lt;/h2&gt;</w:t>
      </w:r>
    </w:p>
    <w:p w14:paraId="6283F97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7C06558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believe mindset is everything. Losing is part of the journey, and every mistake</w:t>
      </w:r>
    </w:p>
    <w:p w14:paraId="1A0BC2D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is just another lesson.</w:t>
      </w:r>
    </w:p>
    <w:p w14:paraId="503F28F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2214858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085312B7" w14:textId="77777777" w:rsidR="009C4EEB" w:rsidRPr="009C4EEB" w:rsidRDefault="009C4EEB" w:rsidP="009C4EEB">
      <w:pPr>
        <w:rPr>
          <w:lang w:val="en-GB"/>
        </w:rPr>
      </w:pPr>
    </w:p>
    <w:p w14:paraId="7601B05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39D642A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&lt;h2&gt;Why Gaming Matters to Me&lt;/h2&gt;</w:t>
      </w:r>
    </w:p>
    <w:p w14:paraId="6BC9080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1A45767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Gaming helped me develop patience, focus, and the ability to stay calm.</w:t>
      </w:r>
    </w:p>
    <w:p w14:paraId="75DF8F1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1C827FD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556E2999" w14:textId="77777777" w:rsidR="009C4EEB" w:rsidRPr="009C4EEB" w:rsidRDefault="009C4EEB" w:rsidP="009C4EEB">
      <w:pPr>
        <w:rPr>
          <w:lang w:val="en-GB"/>
        </w:rPr>
      </w:pPr>
    </w:p>
    <w:p w14:paraId="7E3EC70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4965EEF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&lt;h2&gt;Improvement Over Time&lt;/h2&gt;</w:t>
      </w:r>
    </w:p>
    <w:p w14:paraId="668E80E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03F5119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Progress takes time. I am still learning new things every day.</w:t>
      </w:r>
    </w:p>
    <w:p w14:paraId="6BAF98C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4A83FCF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448CED25" w14:textId="77777777" w:rsidR="009C4EEB" w:rsidRPr="009C4EEB" w:rsidRDefault="009C4EEB" w:rsidP="009C4EEB">
      <w:pPr>
        <w:rPr>
          <w:lang w:val="en-GB"/>
        </w:rPr>
      </w:pPr>
    </w:p>
    <w:p w14:paraId="6D72749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5AF0928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&lt;h2&gt;My Experience Today&lt;/h2&gt;</w:t>
      </w:r>
    </w:p>
    <w:p w14:paraId="5A317F9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37F868B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Today I feel much more confident in games compared to when I started.</w:t>
      </w:r>
    </w:p>
    <w:p w14:paraId="4FD642C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understand mechanics better, make decisions faster, and stay more focused.</w:t>
      </w:r>
    </w:p>
    <w:p w14:paraId="69CC56EE" w14:textId="77777777" w:rsidR="009C4EEB" w:rsidRPr="009C4EEB" w:rsidRDefault="009C4EEB" w:rsidP="009C4EEB">
      <w:pPr>
        <w:rPr>
          <w:lang w:val="en-GB"/>
        </w:rPr>
      </w:pPr>
    </w:p>
    <w:p w14:paraId="5F2FE0B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Even though I am not at a professional level, I can clearly see my progress.</w:t>
      </w:r>
    </w:p>
    <w:p w14:paraId="4ACCE12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And that motivates me to continue.</w:t>
      </w:r>
    </w:p>
    <w:p w14:paraId="30E5E3F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7E66616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38B47A60" w14:textId="77777777" w:rsidR="009C4EEB" w:rsidRPr="009C4EEB" w:rsidRDefault="009C4EEB" w:rsidP="009C4EEB">
      <w:pPr>
        <w:rPr>
          <w:lang w:val="en-GB"/>
        </w:rPr>
      </w:pPr>
    </w:p>
    <w:p w14:paraId="7EC77E6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&lt;/body&gt;</w:t>
      </w:r>
    </w:p>
    <w:p w14:paraId="4648305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&lt;/html&gt;</w:t>
      </w:r>
    </w:p>
    <w:p w14:paraId="0607C156" w14:textId="77777777" w:rsidR="009C4EEB" w:rsidRDefault="009C4EEB" w:rsidP="009C4EEB">
      <w:pPr>
        <w:pStyle w:val="Heading1"/>
        <w:rPr>
          <w:lang w:val="ru-RU"/>
        </w:rPr>
      </w:pPr>
      <w:r w:rsidRPr="009C4EEB">
        <w:t>streaming.html</w:t>
      </w:r>
    </w:p>
    <w:p w14:paraId="571FB2E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&lt;!DOCTYPE html&gt;</w:t>
      </w:r>
    </w:p>
    <w:p w14:paraId="761E438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&lt;html&gt;</w:t>
      </w:r>
    </w:p>
    <w:p w14:paraId="021120BC" w14:textId="77777777" w:rsidR="009C4EEB" w:rsidRPr="009C4EEB" w:rsidRDefault="009C4EEB" w:rsidP="009C4EEB">
      <w:pPr>
        <w:rPr>
          <w:lang w:val="en-GB"/>
        </w:rPr>
      </w:pPr>
    </w:p>
    <w:p w14:paraId="6621707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&lt;head&gt;</w:t>
      </w:r>
    </w:p>
    <w:p w14:paraId="2BE53AF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&lt;title&gt;Streaming&lt;/title&gt;</w:t>
      </w:r>
    </w:p>
    <w:p w14:paraId="1414C2A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&lt;link </w:t>
      </w:r>
      <w:proofErr w:type="spellStart"/>
      <w:r w:rsidRPr="009C4EEB">
        <w:rPr>
          <w:lang w:val="en-GB"/>
        </w:rPr>
        <w:t>rel</w:t>
      </w:r>
      <w:proofErr w:type="spellEnd"/>
      <w:r w:rsidRPr="009C4EEB">
        <w:rPr>
          <w:lang w:val="en-GB"/>
        </w:rPr>
        <w:t xml:space="preserve">="stylesheet"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="style.css"&gt;</w:t>
      </w:r>
    </w:p>
    <w:p w14:paraId="7B7BF96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&lt;/head&gt;</w:t>
      </w:r>
    </w:p>
    <w:p w14:paraId="5E1BA681" w14:textId="77777777" w:rsidR="009C4EEB" w:rsidRPr="009C4EEB" w:rsidRDefault="009C4EEB" w:rsidP="009C4EEB">
      <w:pPr>
        <w:rPr>
          <w:lang w:val="en-GB"/>
        </w:rPr>
      </w:pPr>
    </w:p>
    <w:p w14:paraId="65CF84C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&lt;body&gt;</w:t>
      </w:r>
    </w:p>
    <w:p w14:paraId="65264918" w14:textId="77777777" w:rsidR="009C4EEB" w:rsidRPr="009C4EEB" w:rsidRDefault="009C4EEB" w:rsidP="009C4EEB">
      <w:pPr>
        <w:rPr>
          <w:lang w:val="en-GB"/>
        </w:rPr>
      </w:pPr>
    </w:p>
    <w:p w14:paraId="08CF066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&lt;nav&gt;</w:t>
      </w:r>
    </w:p>
    <w:p w14:paraId="0935210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="index.html"&gt;Home&lt;/a&gt;</w:t>
      </w:r>
    </w:p>
    <w:p w14:paraId="5640658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="about.html"&gt;About Me&lt;/a&gt;</w:t>
      </w:r>
    </w:p>
    <w:p w14:paraId="7F82D18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="streaming.html"&gt;Streaming&lt;/a&gt;</w:t>
      </w:r>
    </w:p>
    <w:p w14:paraId="58AD868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="future.html"&gt;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&lt;/a&gt;</w:t>
      </w:r>
    </w:p>
    <w:p w14:paraId="140DE7F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&lt;/nav&gt;</w:t>
      </w:r>
    </w:p>
    <w:p w14:paraId="7487E3A9" w14:textId="77777777" w:rsidR="009C4EEB" w:rsidRPr="009C4EEB" w:rsidRDefault="009C4EEB" w:rsidP="009C4EEB">
      <w:pPr>
        <w:rPr>
          <w:lang w:val="en-GB"/>
        </w:rPr>
      </w:pPr>
    </w:p>
    <w:p w14:paraId="1C35C5C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class="hero"&gt;</w:t>
      </w:r>
    </w:p>
    <w:p w14:paraId="55F2299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&lt;h1&gt;My Streaming Experience&lt;/h1&gt;</w:t>
      </w:r>
    </w:p>
    <w:p w14:paraId="4632FAD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&lt;p&gt;Sharing gameplay and building a small community&lt;/p&gt;</w:t>
      </w:r>
    </w:p>
    <w:p w14:paraId="2CCF158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F78BD33" w14:textId="77777777" w:rsidR="009C4EEB" w:rsidRPr="009C4EEB" w:rsidRDefault="009C4EEB" w:rsidP="009C4EEB">
      <w:pPr>
        <w:rPr>
          <w:lang w:val="en-GB"/>
        </w:rPr>
      </w:pPr>
    </w:p>
    <w:p w14:paraId="75FEFE0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src</w:t>
      </w:r>
      <w:proofErr w:type="spellEnd"/>
      <w:r w:rsidRPr="009C4EEB">
        <w:rPr>
          <w:lang w:val="en-GB"/>
        </w:rPr>
        <w:t>="3.jpg" class="page-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>"&gt;</w:t>
      </w:r>
    </w:p>
    <w:p w14:paraId="52635A35" w14:textId="77777777" w:rsidR="009C4EEB" w:rsidRPr="009C4EEB" w:rsidRDefault="009C4EEB" w:rsidP="009C4EEB">
      <w:pPr>
        <w:rPr>
          <w:lang w:val="en-GB"/>
        </w:rPr>
      </w:pPr>
    </w:p>
    <w:p w14:paraId="4888882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</w:t>
      </w:r>
      <w:proofErr w:type="gramStart"/>
      <w:r w:rsidRPr="009C4EEB">
        <w:rPr>
          <w:lang w:val="en-GB"/>
        </w:rPr>
        <w:t>text-box</w:t>
      </w:r>
      <w:proofErr w:type="gramEnd"/>
      <w:r w:rsidRPr="009C4EEB">
        <w:rPr>
          <w:lang w:val="en-GB"/>
        </w:rPr>
        <w:t>"&gt;</w:t>
      </w:r>
    </w:p>
    <w:p w14:paraId="38DD404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1AF6B48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started streaming on platforms like Twitch and Kick because I wanted to share my gameplay and connect with people.</w:t>
      </w:r>
    </w:p>
    <w:p w14:paraId="0578CB15" w14:textId="77777777" w:rsidR="009C4EEB" w:rsidRPr="009C4EEB" w:rsidRDefault="009C4EEB" w:rsidP="009C4EEB">
      <w:pPr>
        <w:rPr>
          <w:lang w:val="en-GB"/>
        </w:rPr>
      </w:pPr>
    </w:p>
    <w:p w14:paraId="061399E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usually streamed 3–4 times per week, spending around 6–8 hours per stream.</w:t>
      </w:r>
    </w:p>
    <w:p w14:paraId="3904126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Even though I didn’t have a big audience, there were always a few people who supported me.</w:t>
      </w:r>
    </w:p>
    <w:p w14:paraId="6C41D672" w14:textId="77777777" w:rsidR="009C4EEB" w:rsidRPr="009C4EEB" w:rsidRDefault="009C4EEB" w:rsidP="009C4EEB">
      <w:pPr>
        <w:rPr>
          <w:lang w:val="en-GB"/>
        </w:rPr>
      </w:pPr>
    </w:p>
    <w:p w14:paraId="34CCD0F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For me, streaming is not only about views or money.</w:t>
      </w:r>
    </w:p>
    <w:p w14:paraId="307A8A9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want to grow naturally and build a real connection with viewers.</w:t>
      </w:r>
    </w:p>
    <w:p w14:paraId="6823DFC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434BD69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4F7432C6" w14:textId="77777777" w:rsidR="009C4EEB" w:rsidRPr="009C4EEB" w:rsidRDefault="009C4EEB" w:rsidP="009C4EEB">
      <w:pPr>
        <w:rPr>
          <w:lang w:val="en-GB"/>
        </w:rPr>
      </w:pPr>
    </w:p>
    <w:p w14:paraId="37CCC08E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lastRenderedPageBreak/>
        <w:t>&lt;!--</w:t>
      </w:r>
      <w:proofErr w:type="gramEnd"/>
      <w:r w:rsidRPr="009C4EEB">
        <w:rPr>
          <w:lang w:val="en-GB"/>
        </w:rPr>
        <w:t xml:space="preserve"> STATS --&gt;</w:t>
      </w:r>
    </w:p>
    <w:p w14:paraId="4503CD4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class="stats"&gt;</w:t>
      </w:r>
    </w:p>
    <w:p w14:paraId="3DE6A70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&lt;div&gt;3–4 Streams/week&lt;/div&gt;</w:t>
      </w:r>
    </w:p>
    <w:p w14:paraId="54A3BFD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&lt;div&gt;6–8 Hours&lt;/div&gt;</w:t>
      </w:r>
    </w:p>
    <w:p w14:paraId="2904843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&lt;div&gt;Small but real audience&lt;/div&gt;</w:t>
      </w:r>
    </w:p>
    <w:p w14:paraId="2D4FE56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6D216514" w14:textId="77777777" w:rsidR="009C4EEB" w:rsidRPr="009C4EEB" w:rsidRDefault="009C4EEB" w:rsidP="009C4EEB">
      <w:pPr>
        <w:rPr>
          <w:lang w:val="en-GB"/>
        </w:rPr>
      </w:pPr>
    </w:p>
    <w:p w14:paraId="352FB25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01D99A0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&lt;h2&gt;Streaming Routine&lt;/h2&gt;</w:t>
      </w:r>
    </w:p>
    <w:p w14:paraId="13F70A5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0755430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try to stay consistent with my streams, even if the audience is small.</w:t>
      </w:r>
    </w:p>
    <w:p w14:paraId="6CF8C7E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1F19750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EAC8469" w14:textId="77777777" w:rsidR="009C4EEB" w:rsidRPr="009C4EEB" w:rsidRDefault="009C4EEB" w:rsidP="009C4EEB">
      <w:pPr>
        <w:rPr>
          <w:lang w:val="en-GB"/>
        </w:rPr>
      </w:pPr>
    </w:p>
    <w:p w14:paraId="2B60805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30278AE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&lt;h2&gt;Community&lt;/h2&gt;</w:t>
      </w:r>
    </w:p>
    <w:p w14:paraId="780893D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7C1C635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Even a small number of viewers means a lot to me.</w:t>
      </w:r>
    </w:p>
    <w:p w14:paraId="681CD2E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34D3EC5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411DB7B1" w14:textId="77777777" w:rsidR="009C4EEB" w:rsidRPr="009C4EEB" w:rsidRDefault="009C4EEB" w:rsidP="009C4EEB">
      <w:pPr>
        <w:rPr>
          <w:lang w:val="en-GB"/>
        </w:rPr>
      </w:pPr>
    </w:p>
    <w:p w14:paraId="2C1CDA1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69E7878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&lt;h2&gt;Content Style&lt;/h2&gt;</w:t>
      </w:r>
    </w:p>
    <w:p w14:paraId="724865A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5E71407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My streams are relaxed but focused.</w:t>
      </w:r>
    </w:p>
    <w:p w14:paraId="39C2EC1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05E75C6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&lt;/div&gt;</w:t>
      </w:r>
    </w:p>
    <w:p w14:paraId="17D00062" w14:textId="77777777" w:rsidR="009C4EEB" w:rsidRPr="009C4EEB" w:rsidRDefault="009C4EEB" w:rsidP="009C4EEB">
      <w:pPr>
        <w:rPr>
          <w:lang w:val="en-GB"/>
        </w:rPr>
      </w:pPr>
    </w:p>
    <w:p w14:paraId="21AB6ED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48C813A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&lt;h2&gt;What I Learned </w:t>
      </w:r>
      <w:proofErr w:type="gramStart"/>
      <w:r w:rsidRPr="009C4EEB">
        <w:rPr>
          <w:lang w:val="en-GB"/>
        </w:rPr>
        <w:t>From</w:t>
      </w:r>
      <w:proofErr w:type="gramEnd"/>
      <w:r w:rsidRPr="009C4EEB">
        <w:rPr>
          <w:lang w:val="en-GB"/>
        </w:rPr>
        <w:t xml:space="preserve"> Streaming&lt;/h2&gt;</w:t>
      </w:r>
    </w:p>
    <w:p w14:paraId="3EA60C6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0336FAD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Streaming taught me communication and confidence.</w:t>
      </w:r>
    </w:p>
    <w:p w14:paraId="6F4152F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381866D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B2DE474" w14:textId="77777777" w:rsidR="009C4EEB" w:rsidRPr="009C4EEB" w:rsidRDefault="009C4EEB" w:rsidP="009C4EEB">
      <w:pPr>
        <w:rPr>
          <w:lang w:val="en-GB"/>
        </w:rPr>
      </w:pPr>
    </w:p>
    <w:p w14:paraId="4AA1FF4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43CADEB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&lt;h2&gt;Next Step&lt;/h2&gt;</w:t>
      </w:r>
    </w:p>
    <w:p w14:paraId="58CE2A5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783AC64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want to improve stream quality and try new ideas.</w:t>
      </w:r>
    </w:p>
    <w:p w14:paraId="01D5BC5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7FA6CC3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3CF62551" w14:textId="77777777" w:rsidR="009C4EEB" w:rsidRPr="009C4EEB" w:rsidRDefault="009C4EEB" w:rsidP="009C4EEB">
      <w:pPr>
        <w:rPr>
          <w:lang w:val="en-GB"/>
        </w:rPr>
      </w:pPr>
    </w:p>
    <w:p w14:paraId="4A02673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593EC48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&lt;h2&gt;What I Want to Improve&lt;/h2&gt;</w:t>
      </w:r>
    </w:p>
    <w:p w14:paraId="5806728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0A650FD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want to become more consistent, improve stream quality,</w:t>
      </w:r>
    </w:p>
    <w:p w14:paraId="621E9B8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and make my content more engaging.</w:t>
      </w:r>
    </w:p>
    <w:p w14:paraId="4B4168C1" w14:textId="77777777" w:rsidR="009C4EEB" w:rsidRPr="009C4EEB" w:rsidRDefault="009C4EEB" w:rsidP="009C4EEB">
      <w:pPr>
        <w:rPr>
          <w:lang w:val="en-GB"/>
        </w:rPr>
      </w:pPr>
    </w:p>
    <w:p w14:paraId="275C7E5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Step by step, I am learning how to keep attention</w:t>
      </w:r>
    </w:p>
    <w:p w14:paraId="2268B63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and create a better experience for viewers.</w:t>
      </w:r>
    </w:p>
    <w:p w14:paraId="26231C3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2BFD773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35D26227" w14:textId="77777777" w:rsidR="009C4EEB" w:rsidRPr="009C4EEB" w:rsidRDefault="009C4EEB" w:rsidP="009C4EEB">
      <w:pPr>
        <w:rPr>
          <w:lang w:val="en-GB"/>
        </w:rPr>
      </w:pPr>
    </w:p>
    <w:p w14:paraId="630C335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&lt;/body&gt;</w:t>
      </w:r>
    </w:p>
    <w:p w14:paraId="661B04F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&lt;/html&gt;</w:t>
      </w:r>
    </w:p>
    <w:p w14:paraId="2F863F12" w14:textId="77777777" w:rsidR="009C4EEB" w:rsidRDefault="009C4EEB" w:rsidP="009C4EEB">
      <w:pPr>
        <w:pStyle w:val="Heading1"/>
        <w:rPr>
          <w:lang w:val="ru-RU"/>
        </w:rPr>
      </w:pPr>
      <w:r w:rsidRPr="009C4EEB">
        <w:t>future.html</w:t>
      </w:r>
    </w:p>
    <w:p w14:paraId="4A8E04C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&lt;!DOCTYPE html&gt;</w:t>
      </w:r>
    </w:p>
    <w:p w14:paraId="4559389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&lt;html&gt;</w:t>
      </w:r>
    </w:p>
    <w:p w14:paraId="0ADD59A5" w14:textId="77777777" w:rsidR="009C4EEB" w:rsidRPr="009C4EEB" w:rsidRDefault="009C4EEB" w:rsidP="009C4EEB">
      <w:pPr>
        <w:rPr>
          <w:lang w:val="en-GB"/>
        </w:rPr>
      </w:pPr>
    </w:p>
    <w:p w14:paraId="68C4BF6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&lt;head&gt;</w:t>
      </w:r>
    </w:p>
    <w:p w14:paraId="5EF059B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&lt;title&gt;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&lt;/title&gt;</w:t>
      </w:r>
    </w:p>
    <w:p w14:paraId="45AEA64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&lt;link </w:t>
      </w:r>
      <w:proofErr w:type="spellStart"/>
      <w:r w:rsidRPr="009C4EEB">
        <w:rPr>
          <w:lang w:val="en-GB"/>
        </w:rPr>
        <w:t>rel</w:t>
      </w:r>
      <w:proofErr w:type="spellEnd"/>
      <w:r w:rsidRPr="009C4EEB">
        <w:rPr>
          <w:lang w:val="en-GB"/>
        </w:rPr>
        <w:t xml:space="preserve">="stylesheet"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="style.css"&gt;</w:t>
      </w:r>
    </w:p>
    <w:p w14:paraId="582D179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&lt;/head&gt;</w:t>
      </w:r>
    </w:p>
    <w:p w14:paraId="54EE6E4B" w14:textId="77777777" w:rsidR="009C4EEB" w:rsidRPr="009C4EEB" w:rsidRDefault="009C4EEB" w:rsidP="009C4EEB">
      <w:pPr>
        <w:rPr>
          <w:lang w:val="en-GB"/>
        </w:rPr>
      </w:pPr>
    </w:p>
    <w:p w14:paraId="5A0A11C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&lt;body&gt;</w:t>
      </w:r>
    </w:p>
    <w:p w14:paraId="4F59EE84" w14:textId="77777777" w:rsidR="009C4EEB" w:rsidRPr="009C4EEB" w:rsidRDefault="009C4EEB" w:rsidP="009C4EEB">
      <w:pPr>
        <w:rPr>
          <w:lang w:val="en-GB"/>
        </w:rPr>
      </w:pPr>
    </w:p>
    <w:p w14:paraId="4820204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&lt;nav&gt;</w:t>
      </w:r>
    </w:p>
    <w:p w14:paraId="138269C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="index.html"&gt;Home&lt;/a&gt;</w:t>
      </w:r>
    </w:p>
    <w:p w14:paraId="0D21D7E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="about.html"&gt;About Me&lt;/a&gt;</w:t>
      </w:r>
    </w:p>
    <w:p w14:paraId="6664B17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="streaming.html"&gt;Streaming&lt;/a&gt;</w:t>
      </w:r>
    </w:p>
    <w:p w14:paraId="3FF9792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&lt;a </w:t>
      </w:r>
      <w:proofErr w:type="spellStart"/>
      <w:r w:rsidRPr="009C4EEB">
        <w:rPr>
          <w:lang w:val="en-GB"/>
        </w:rPr>
        <w:t>href</w:t>
      </w:r>
      <w:proofErr w:type="spellEnd"/>
      <w:r w:rsidRPr="009C4EEB">
        <w:rPr>
          <w:lang w:val="en-GB"/>
        </w:rPr>
        <w:t>="future.html"&gt;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&lt;/a&gt;</w:t>
      </w:r>
    </w:p>
    <w:p w14:paraId="60A8985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&lt;/nav&gt;</w:t>
      </w:r>
    </w:p>
    <w:p w14:paraId="3EEA1C86" w14:textId="77777777" w:rsidR="009C4EEB" w:rsidRPr="009C4EEB" w:rsidRDefault="009C4EEB" w:rsidP="009C4EEB">
      <w:pPr>
        <w:rPr>
          <w:lang w:val="en-GB"/>
        </w:rPr>
      </w:pPr>
    </w:p>
    <w:p w14:paraId="36551A5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class="hero"&gt;</w:t>
      </w:r>
    </w:p>
    <w:p w14:paraId="79E1723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&lt;h1&gt;</w:t>
      </w:r>
      <w:proofErr w:type="gramStart"/>
      <w:r w:rsidRPr="009C4EEB">
        <w:rPr>
          <w:lang w:val="en-GB"/>
        </w:rPr>
        <w:t>Future Plans</w:t>
      </w:r>
      <w:proofErr w:type="gramEnd"/>
      <w:r w:rsidRPr="009C4EEB">
        <w:rPr>
          <w:lang w:val="en-GB"/>
        </w:rPr>
        <w:t>&lt;/h1&gt;</w:t>
      </w:r>
    </w:p>
    <w:p w14:paraId="58E8BC8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&lt;p&gt;Where I want to go next&lt;/p&gt;</w:t>
      </w:r>
    </w:p>
    <w:p w14:paraId="739507D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375BA96A" w14:textId="77777777" w:rsidR="009C4EEB" w:rsidRPr="009C4EEB" w:rsidRDefault="009C4EEB" w:rsidP="009C4EEB">
      <w:pPr>
        <w:rPr>
          <w:lang w:val="en-GB"/>
        </w:rPr>
      </w:pPr>
    </w:p>
    <w:p w14:paraId="527F125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&lt;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src</w:t>
      </w:r>
      <w:proofErr w:type="spellEnd"/>
      <w:r w:rsidRPr="009C4EEB">
        <w:rPr>
          <w:lang w:val="en-GB"/>
        </w:rPr>
        <w:t>="4.jpg" class="page-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>"&gt;</w:t>
      </w:r>
    </w:p>
    <w:p w14:paraId="6FF03EDE" w14:textId="77777777" w:rsidR="009C4EEB" w:rsidRPr="009C4EEB" w:rsidRDefault="009C4EEB" w:rsidP="009C4EEB">
      <w:pPr>
        <w:rPr>
          <w:lang w:val="en-GB"/>
        </w:rPr>
      </w:pPr>
    </w:p>
    <w:p w14:paraId="6EA8B69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</w:t>
      </w:r>
      <w:proofErr w:type="gramStart"/>
      <w:r w:rsidRPr="009C4EEB">
        <w:rPr>
          <w:lang w:val="en-GB"/>
        </w:rPr>
        <w:t>text-box</w:t>
      </w:r>
      <w:proofErr w:type="gramEnd"/>
      <w:r w:rsidRPr="009C4EEB">
        <w:rPr>
          <w:lang w:val="en-GB"/>
        </w:rPr>
        <w:t>"&gt;</w:t>
      </w:r>
    </w:p>
    <w:p w14:paraId="5972C1D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2283F58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In the future, I want to continue streaming and improving my content.</w:t>
      </w:r>
    </w:p>
    <w:p w14:paraId="3B6E34DF" w14:textId="77777777" w:rsidR="009C4EEB" w:rsidRPr="009C4EEB" w:rsidRDefault="009C4EEB" w:rsidP="009C4EEB">
      <w:pPr>
        <w:rPr>
          <w:lang w:val="en-GB"/>
        </w:rPr>
      </w:pPr>
    </w:p>
    <w:p w14:paraId="0DEF352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am also interested in music. I want to create my own tracks using FL Studio</w:t>
      </w:r>
    </w:p>
    <w:p w14:paraId="2CD66FA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and upload them online.</w:t>
      </w:r>
    </w:p>
    <w:p w14:paraId="3986681B" w14:textId="77777777" w:rsidR="009C4EEB" w:rsidRPr="009C4EEB" w:rsidRDefault="009C4EEB" w:rsidP="009C4EEB">
      <w:pPr>
        <w:rPr>
          <w:lang w:val="en-GB"/>
        </w:rPr>
      </w:pPr>
    </w:p>
    <w:p w14:paraId="7454B91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The goal is to create something of my own and grow every day.</w:t>
      </w:r>
    </w:p>
    <w:p w14:paraId="714E573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6573BB8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3EF1ED0" w14:textId="77777777" w:rsidR="009C4EEB" w:rsidRPr="009C4EEB" w:rsidRDefault="009C4EEB" w:rsidP="009C4EEB">
      <w:pPr>
        <w:rPr>
          <w:lang w:val="en-GB"/>
        </w:rPr>
      </w:pPr>
    </w:p>
    <w:p w14:paraId="277DDE7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22CB567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&lt;h2&gt;Short-Term Goals&lt;/h2&gt;</w:t>
      </w:r>
    </w:p>
    <w:p w14:paraId="6DC0DCA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1ADE198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Improve content and stay consistent.</w:t>
      </w:r>
    </w:p>
    <w:p w14:paraId="5586640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1FB8306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78264478" w14:textId="77777777" w:rsidR="009C4EEB" w:rsidRPr="009C4EEB" w:rsidRDefault="009C4EEB" w:rsidP="009C4EEB">
      <w:pPr>
        <w:rPr>
          <w:lang w:val="en-GB"/>
        </w:rPr>
      </w:pPr>
    </w:p>
    <w:p w14:paraId="6F1DBA5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6283448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&lt;h2&gt;Music Interest&lt;/h2&gt;</w:t>
      </w:r>
    </w:p>
    <w:p w14:paraId="60E982B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7948170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want to experiment with music and create my own sound.</w:t>
      </w:r>
    </w:p>
    <w:p w14:paraId="5DA8F12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3538AEF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5A9C802F" w14:textId="77777777" w:rsidR="009C4EEB" w:rsidRPr="009C4EEB" w:rsidRDefault="009C4EEB" w:rsidP="009C4EEB">
      <w:pPr>
        <w:rPr>
          <w:lang w:val="en-GB"/>
        </w:rPr>
      </w:pPr>
    </w:p>
    <w:p w14:paraId="40EE781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1782159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&lt;h2&gt;Long-Term Vision&lt;/h2&gt;</w:t>
      </w:r>
    </w:p>
    <w:p w14:paraId="74826E9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4ADA381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Build something in the online space and grow over time.</w:t>
      </w:r>
    </w:p>
    <w:p w14:paraId="30A6363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737A21A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2F6B2AA4" w14:textId="77777777" w:rsidR="009C4EEB" w:rsidRPr="009C4EEB" w:rsidRDefault="009C4EEB" w:rsidP="009C4EEB">
      <w:pPr>
        <w:rPr>
          <w:lang w:val="en-GB"/>
        </w:rPr>
      </w:pPr>
    </w:p>
    <w:p w14:paraId="3D4F96F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316057B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&lt;h2&gt;Personal Motivation&lt;/h2&gt;</w:t>
      </w:r>
    </w:p>
    <w:p w14:paraId="58116E8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2FCA1E9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want to build something by myself without relying on luck.</w:t>
      </w:r>
    </w:p>
    <w:p w14:paraId="78044FC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5874BB9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14C6758" w14:textId="77777777" w:rsidR="009C4EEB" w:rsidRPr="009C4EEB" w:rsidRDefault="009C4EEB" w:rsidP="009C4EEB">
      <w:pPr>
        <w:rPr>
          <w:lang w:val="en-GB"/>
        </w:rPr>
      </w:pPr>
    </w:p>
    <w:p w14:paraId="3B25614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2410BCA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&lt;h2&gt;Trying Different Things&lt;/h2&gt;</w:t>
      </w:r>
    </w:p>
    <w:p w14:paraId="312120F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5EF976B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 am open to exploring different directions like gaming or music.</w:t>
      </w:r>
    </w:p>
    <w:p w14:paraId="234C616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4440E60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08C6B82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&lt;div class="section"&gt;</w:t>
      </w:r>
    </w:p>
    <w:p w14:paraId="4A93567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&lt;h2&gt;Where I See Myself&lt;/h2&gt;</w:t>
      </w:r>
    </w:p>
    <w:p w14:paraId="1168996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&lt;p&gt;</w:t>
      </w:r>
    </w:p>
    <w:p w14:paraId="74D0CDA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In the future, I want to see myself as a confident content creator</w:t>
      </w:r>
    </w:p>
    <w:p w14:paraId="096EF22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who has built something from zero.</w:t>
      </w:r>
    </w:p>
    <w:p w14:paraId="004BFA77" w14:textId="77777777" w:rsidR="009C4EEB" w:rsidRPr="009C4EEB" w:rsidRDefault="009C4EEB" w:rsidP="009C4EEB">
      <w:pPr>
        <w:rPr>
          <w:lang w:val="en-GB"/>
        </w:rPr>
      </w:pPr>
    </w:p>
    <w:p w14:paraId="7DD4613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Not necessarily famous, but consistent, skilled, and independent.</w:t>
      </w:r>
    </w:p>
    <w:p w14:paraId="57A2B82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&lt;/p&gt;</w:t>
      </w:r>
    </w:p>
    <w:p w14:paraId="188070F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&lt;/div&gt;</w:t>
      </w:r>
    </w:p>
    <w:p w14:paraId="127971D2" w14:textId="77777777" w:rsidR="009C4EEB" w:rsidRPr="009C4EEB" w:rsidRDefault="009C4EEB" w:rsidP="009C4EEB">
      <w:pPr>
        <w:rPr>
          <w:lang w:val="en-GB"/>
        </w:rPr>
      </w:pPr>
    </w:p>
    <w:p w14:paraId="5810357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&lt;/body&gt;</w:t>
      </w:r>
    </w:p>
    <w:p w14:paraId="00E00E9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&lt;/html&gt;</w:t>
      </w:r>
    </w:p>
    <w:p w14:paraId="019814F0" w14:textId="77777777" w:rsidR="009C4EEB" w:rsidRDefault="009C4EEB" w:rsidP="009C4EEB">
      <w:pPr>
        <w:pStyle w:val="Heading1"/>
        <w:rPr>
          <w:lang w:val="ru-RU"/>
        </w:rPr>
      </w:pPr>
      <w:r w:rsidRPr="009C4EEB">
        <w:t>style.css</w:t>
      </w:r>
    </w:p>
    <w:p w14:paraId="2EBB60D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body {</w:t>
      </w:r>
    </w:p>
    <w:p w14:paraId="657FA19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font-family: Arial, sans-serif;</w:t>
      </w:r>
    </w:p>
    <w:p w14:paraId="6C66737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background: linear-</w:t>
      </w:r>
      <w:proofErr w:type="gramStart"/>
      <w:r w:rsidRPr="009C4EEB">
        <w:rPr>
          <w:lang w:val="en-GB"/>
        </w:rPr>
        <w:t>gradient(</w:t>
      </w:r>
      <w:proofErr w:type="gramEnd"/>
      <w:r w:rsidRPr="009C4EEB">
        <w:rPr>
          <w:lang w:val="en-GB"/>
        </w:rPr>
        <w:t>135deg, #0f2027, #203a43, #2c5364);</w:t>
      </w:r>
    </w:p>
    <w:p w14:paraId="3167BD9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spellStart"/>
      <w:r w:rsidRPr="009C4EEB">
        <w:rPr>
          <w:lang w:val="en-GB"/>
        </w:rPr>
        <w:t>color</w:t>
      </w:r>
      <w:proofErr w:type="spellEnd"/>
      <w:r w:rsidRPr="009C4EEB">
        <w:rPr>
          <w:lang w:val="en-GB"/>
        </w:rPr>
        <w:t>: white;</w:t>
      </w:r>
    </w:p>
    <w:p w14:paraId="73E160A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0;</w:t>
      </w:r>
    </w:p>
    <w:p w14:paraId="28470C1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0;</w:t>
      </w:r>
    </w:p>
    <w:p w14:paraId="48A6B0A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scroll-</w:t>
      </w:r>
      <w:proofErr w:type="spellStart"/>
      <w:r w:rsidRPr="009C4EEB">
        <w:rPr>
          <w:lang w:val="en-GB"/>
        </w:rPr>
        <w:t>behavior</w:t>
      </w:r>
      <w:proofErr w:type="spellEnd"/>
      <w:r w:rsidRPr="009C4EEB">
        <w:rPr>
          <w:lang w:val="en-GB"/>
        </w:rPr>
        <w:t>: smooth;</w:t>
      </w:r>
    </w:p>
    <w:p w14:paraId="3DD3032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632BDF61" w14:textId="77777777" w:rsidR="009C4EEB" w:rsidRPr="009C4EEB" w:rsidRDefault="009C4EEB" w:rsidP="009C4EEB">
      <w:pPr>
        <w:rPr>
          <w:lang w:val="en-GB"/>
        </w:rPr>
      </w:pPr>
    </w:p>
    <w:p w14:paraId="252576A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nav {</w:t>
      </w:r>
    </w:p>
    <w:p w14:paraId="2945225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background: </w:t>
      </w:r>
      <w:proofErr w:type="spellStart"/>
      <w:proofErr w:type="gramStart"/>
      <w:r w:rsidRPr="009C4EEB">
        <w:rPr>
          <w:lang w:val="en-GB"/>
        </w:rPr>
        <w:t>rgba</w:t>
      </w:r>
      <w:proofErr w:type="spellEnd"/>
      <w:r w:rsidRPr="009C4EEB">
        <w:rPr>
          <w:lang w:val="en-GB"/>
        </w:rPr>
        <w:t>(</w:t>
      </w:r>
      <w:proofErr w:type="gramEnd"/>
      <w:r w:rsidRPr="009C4EEB">
        <w:rPr>
          <w:lang w:val="en-GB"/>
        </w:rPr>
        <w:t>0, 0, 0, 0.75);</w:t>
      </w:r>
    </w:p>
    <w:p w14:paraId="5C43E06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15px;</w:t>
      </w:r>
    </w:p>
    <w:p w14:paraId="330516C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</w:t>
      </w:r>
      <w:proofErr w:type="gramStart"/>
      <w:r w:rsidRPr="009C4EEB">
        <w:rPr>
          <w:lang w:val="en-GB"/>
        </w:rPr>
        <w:t>align:</w:t>
      </w:r>
      <w:proofErr w:type="gram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center</w:t>
      </w:r>
      <w:proofErr w:type="spellEnd"/>
      <w:r w:rsidRPr="009C4EEB">
        <w:rPr>
          <w:lang w:val="en-GB"/>
        </w:rPr>
        <w:t>;</w:t>
      </w:r>
    </w:p>
    <w:p w14:paraId="65489D9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position: sticky;</w:t>
      </w:r>
    </w:p>
    <w:p w14:paraId="2DD1E7D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top: 0;</w:t>
      </w:r>
    </w:p>
    <w:p w14:paraId="68B8225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backdrop-filter: blur(10px);</w:t>
      </w:r>
    </w:p>
    <w:p w14:paraId="7B0A010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49D73853" w14:textId="77777777" w:rsidR="009C4EEB" w:rsidRPr="009C4EEB" w:rsidRDefault="009C4EEB" w:rsidP="009C4EEB">
      <w:pPr>
        <w:rPr>
          <w:lang w:val="en-GB"/>
        </w:rPr>
      </w:pPr>
    </w:p>
    <w:p w14:paraId="6098918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nav a {</w:t>
      </w:r>
    </w:p>
    <w:p w14:paraId="5812FB6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spellStart"/>
      <w:r w:rsidRPr="009C4EEB">
        <w:rPr>
          <w:lang w:val="en-GB"/>
        </w:rPr>
        <w:t>color</w:t>
      </w:r>
      <w:proofErr w:type="spellEnd"/>
      <w:r w:rsidRPr="009C4EEB">
        <w:rPr>
          <w:lang w:val="en-GB"/>
        </w:rPr>
        <w:t>: white;</w:t>
      </w:r>
    </w:p>
    <w:p w14:paraId="6B43435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 15px;</w:t>
      </w:r>
    </w:p>
    <w:p w14:paraId="0E7BE8F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text-decoration: none;</w:t>
      </w:r>
    </w:p>
    <w:p w14:paraId="42A4ABE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font-size: 18px;</w:t>
      </w:r>
    </w:p>
    <w:p w14:paraId="4262F5B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transition: 0.3s;</w:t>
      </w:r>
    </w:p>
    <w:p w14:paraId="697A181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0BFA3E2A" w14:textId="77777777" w:rsidR="009C4EEB" w:rsidRPr="009C4EEB" w:rsidRDefault="009C4EEB" w:rsidP="009C4EEB">
      <w:pPr>
        <w:rPr>
          <w:lang w:val="en-GB"/>
        </w:rPr>
      </w:pPr>
    </w:p>
    <w:p w14:paraId="1A2F79A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nav </w:t>
      </w:r>
      <w:proofErr w:type="gramStart"/>
      <w:r w:rsidRPr="009C4EEB">
        <w:rPr>
          <w:lang w:val="en-GB"/>
        </w:rPr>
        <w:t>a:hover</w:t>
      </w:r>
      <w:proofErr w:type="gramEnd"/>
      <w:r w:rsidRPr="009C4EEB">
        <w:rPr>
          <w:lang w:val="en-GB"/>
        </w:rPr>
        <w:t xml:space="preserve"> {</w:t>
      </w:r>
    </w:p>
    <w:p w14:paraId="2A5A851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spellStart"/>
      <w:r w:rsidRPr="009C4EEB">
        <w:rPr>
          <w:lang w:val="en-GB"/>
        </w:rPr>
        <w:t>color</w:t>
      </w:r>
      <w:proofErr w:type="spellEnd"/>
      <w:r w:rsidRPr="009C4EEB">
        <w:rPr>
          <w:lang w:val="en-GB"/>
        </w:rPr>
        <w:t>: #00c3ff;</w:t>
      </w:r>
    </w:p>
    <w:p w14:paraId="6DB158A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47A35543" w14:textId="77777777" w:rsidR="009C4EEB" w:rsidRPr="009C4EEB" w:rsidRDefault="009C4EEB" w:rsidP="009C4EEB">
      <w:pPr>
        <w:rPr>
          <w:lang w:val="en-GB"/>
        </w:rPr>
      </w:pPr>
    </w:p>
    <w:p w14:paraId="600ACD9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h1 {</w:t>
      </w:r>
    </w:p>
    <w:p w14:paraId="197D38E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</w:t>
      </w:r>
      <w:proofErr w:type="gramStart"/>
      <w:r w:rsidRPr="009C4EEB">
        <w:rPr>
          <w:lang w:val="en-GB"/>
        </w:rPr>
        <w:t>align:</w:t>
      </w:r>
      <w:proofErr w:type="gram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center</w:t>
      </w:r>
      <w:proofErr w:type="spellEnd"/>
      <w:r w:rsidRPr="009C4EEB">
        <w:rPr>
          <w:lang w:val="en-GB"/>
        </w:rPr>
        <w:t>;</w:t>
      </w:r>
    </w:p>
    <w:p w14:paraId="73FCA7B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margin-top: 30px;</w:t>
      </w:r>
    </w:p>
    <w:p w14:paraId="3EBC1C3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font-size: 38px;</w:t>
      </w:r>
    </w:p>
    <w:p w14:paraId="5193049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10238E1D" w14:textId="77777777" w:rsidR="009C4EEB" w:rsidRPr="009C4EEB" w:rsidRDefault="009C4EEB" w:rsidP="009C4EEB">
      <w:pPr>
        <w:rPr>
          <w:lang w:val="en-GB"/>
        </w:rPr>
      </w:pPr>
    </w:p>
    <w:p w14:paraId="3F0FBB0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h2 {</w:t>
      </w:r>
    </w:p>
    <w:p w14:paraId="5987339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spellStart"/>
      <w:r w:rsidRPr="009C4EEB">
        <w:rPr>
          <w:lang w:val="en-GB"/>
        </w:rPr>
        <w:t>color</w:t>
      </w:r>
      <w:proofErr w:type="spellEnd"/>
      <w:r w:rsidRPr="009C4EEB">
        <w:rPr>
          <w:lang w:val="en-GB"/>
        </w:rPr>
        <w:t>: #00c3ff;</w:t>
      </w:r>
    </w:p>
    <w:p w14:paraId="32D21FB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margin-bottom: 10px;</w:t>
      </w:r>
    </w:p>
    <w:p w14:paraId="4217616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position: relative;</w:t>
      </w:r>
    </w:p>
    <w:p w14:paraId="15FFC56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10447089" w14:textId="77777777" w:rsidR="009C4EEB" w:rsidRPr="009C4EEB" w:rsidRDefault="009C4EEB" w:rsidP="009C4EEB">
      <w:pPr>
        <w:rPr>
          <w:lang w:val="en-GB"/>
        </w:rPr>
      </w:pPr>
    </w:p>
    <w:p w14:paraId="2C9DFE2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h</w:t>
      </w:r>
      <w:proofErr w:type="gramStart"/>
      <w:r w:rsidRPr="009C4EEB">
        <w:rPr>
          <w:lang w:val="en-GB"/>
        </w:rPr>
        <w:t>2::</w:t>
      </w:r>
      <w:proofErr w:type="gramEnd"/>
      <w:r w:rsidRPr="009C4EEB">
        <w:rPr>
          <w:lang w:val="en-GB"/>
        </w:rPr>
        <w:t>after {</w:t>
      </w:r>
    </w:p>
    <w:p w14:paraId="442B00F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content: "";</w:t>
      </w:r>
    </w:p>
    <w:p w14:paraId="40D100C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    display: block;</w:t>
      </w:r>
    </w:p>
    <w:p w14:paraId="2D17FEE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width: 50px;</w:t>
      </w:r>
    </w:p>
    <w:p w14:paraId="0C9BB71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height: 3px;</w:t>
      </w:r>
    </w:p>
    <w:p w14:paraId="4CCCDEC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background: #00c3ff;</w:t>
      </w:r>
    </w:p>
    <w:p w14:paraId="6A8A585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margin-top: 5px;</w:t>
      </w:r>
    </w:p>
    <w:p w14:paraId="586B233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2132141A" w14:textId="77777777" w:rsidR="009C4EEB" w:rsidRPr="009C4EEB" w:rsidRDefault="009C4EEB" w:rsidP="009C4EEB">
      <w:pPr>
        <w:rPr>
          <w:lang w:val="en-GB"/>
        </w:rPr>
      </w:pPr>
    </w:p>
    <w:p w14:paraId="1939E23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p {</w:t>
      </w:r>
    </w:p>
    <w:p w14:paraId="5CA9323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line-height: 1.7;</w:t>
      </w:r>
    </w:p>
    <w:p w14:paraId="61F89C6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19952A9C" w14:textId="77777777" w:rsidR="009C4EEB" w:rsidRPr="009C4EEB" w:rsidRDefault="009C4EEB" w:rsidP="009C4EEB">
      <w:pPr>
        <w:rPr>
          <w:lang w:val="en-GB"/>
        </w:rPr>
      </w:pPr>
    </w:p>
    <w:p w14:paraId="0A905A92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.banner, .page</w:t>
      </w:r>
      <w:proofErr w:type="gramEnd"/>
      <w:r w:rsidRPr="009C4EEB">
        <w:rPr>
          <w:lang w:val="en-GB"/>
        </w:rPr>
        <w:t>-</w:t>
      </w:r>
      <w:proofErr w:type="spellStart"/>
      <w:r w:rsidRPr="009C4EEB">
        <w:rPr>
          <w:lang w:val="en-GB"/>
        </w:rPr>
        <w:t>img</w:t>
      </w:r>
      <w:proofErr w:type="spellEnd"/>
      <w:r w:rsidRPr="009C4EEB">
        <w:rPr>
          <w:lang w:val="en-GB"/>
        </w:rPr>
        <w:t xml:space="preserve"> {</w:t>
      </w:r>
    </w:p>
    <w:p w14:paraId="5EEF59D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display: block;</w:t>
      </w:r>
    </w:p>
    <w:p w14:paraId="1F56A64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25px auto;</w:t>
      </w:r>
    </w:p>
    <w:p w14:paraId="5A35164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width: 70%;</w:t>
      </w:r>
    </w:p>
    <w:p w14:paraId="41A5907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border-radius: 15px;</w:t>
      </w:r>
    </w:p>
    <w:p w14:paraId="07A509A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transition: 0.3s;</w:t>
      </w:r>
    </w:p>
    <w:p w14:paraId="61709B1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37F9D2FD" w14:textId="77777777" w:rsidR="009C4EEB" w:rsidRPr="009C4EEB" w:rsidRDefault="009C4EEB" w:rsidP="009C4EEB">
      <w:pPr>
        <w:rPr>
          <w:lang w:val="en-GB"/>
        </w:rPr>
      </w:pPr>
    </w:p>
    <w:p w14:paraId="061FF866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</w:t>
      </w:r>
      <w:proofErr w:type="spellStart"/>
      <w:r w:rsidRPr="009C4EEB">
        <w:rPr>
          <w:lang w:val="en-GB"/>
        </w:rPr>
        <w:t>banner</w:t>
      </w:r>
      <w:proofErr w:type="gramEnd"/>
      <w:r w:rsidRPr="009C4EEB">
        <w:rPr>
          <w:lang w:val="en-GB"/>
        </w:rPr>
        <w:t>:hover</w:t>
      </w:r>
      <w:proofErr w:type="spellEnd"/>
      <w:proofErr w:type="gramStart"/>
      <w:r w:rsidRPr="009C4EEB">
        <w:rPr>
          <w:lang w:val="en-GB"/>
        </w:rPr>
        <w:t>, .</w:t>
      </w:r>
      <w:proofErr w:type="spellStart"/>
      <w:r w:rsidRPr="009C4EEB">
        <w:rPr>
          <w:lang w:val="en-GB"/>
        </w:rPr>
        <w:t>page</w:t>
      </w:r>
      <w:proofErr w:type="gramEnd"/>
      <w:r w:rsidRPr="009C4EEB">
        <w:rPr>
          <w:lang w:val="en-GB"/>
        </w:rPr>
        <w:t>-</w:t>
      </w:r>
      <w:proofErr w:type="gramStart"/>
      <w:r w:rsidRPr="009C4EEB">
        <w:rPr>
          <w:lang w:val="en-GB"/>
        </w:rPr>
        <w:t>img:hover</w:t>
      </w:r>
      <w:proofErr w:type="spellEnd"/>
      <w:proofErr w:type="gramEnd"/>
      <w:r w:rsidRPr="009C4EEB">
        <w:rPr>
          <w:lang w:val="en-GB"/>
        </w:rPr>
        <w:t xml:space="preserve"> {</w:t>
      </w:r>
    </w:p>
    <w:p w14:paraId="1389154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transform: </w:t>
      </w:r>
      <w:proofErr w:type="gramStart"/>
      <w:r w:rsidRPr="009C4EEB">
        <w:rPr>
          <w:lang w:val="en-GB"/>
        </w:rPr>
        <w:t>scale(</w:t>
      </w:r>
      <w:proofErr w:type="gramEnd"/>
      <w:r w:rsidRPr="009C4EEB">
        <w:rPr>
          <w:lang w:val="en-GB"/>
        </w:rPr>
        <w:t>1.03);</w:t>
      </w:r>
    </w:p>
    <w:p w14:paraId="0D0235C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28D63690" w14:textId="77777777" w:rsidR="009C4EEB" w:rsidRPr="009C4EEB" w:rsidRDefault="009C4EEB" w:rsidP="009C4EEB">
      <w:pPr>
        <w:rPr>
          <w:lang w:val="en-GB"/>
        </w:rPr>
      </w:pPr>
    </w:p>
    <w:p w14:paraId="3CF8044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.</w:t>
      </w:r>
      <w:proofErr w:type="gramStart"/>
      <w:r w:rsidRPr="009C4EEB">
        <w:rPr>
          <w:lang w:val="en-GB"/>
        </w:rPr>
        <w:t>text-box</w:t>
      </w:r>
      <w:proofErr w:type="gramEnd"/>
      <w:r w:rsidRPr="009C4EEB">
        <w:rPr>
          <w:lang w:val="en-GB"/>
        </w:rPr>
        <w:t xml:space="preserve"> {</w:t>
      </w:r>
    </w:p>
    <w:p w14:paraId="11C9336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background: </w:t>
      </w:r>
      <w:proofErr w:type="spellStart"/>
      <w:proofErr w:type="gramStart"/>
      <w:r w:rsidRPr="009C4EEB">
        <w:rPr>
          <w:lang w:val="en-GB"/>
        </w:rPr>
        <w:t>rgba</w:t>
      </w:r>
      <w:proofErr w:type="spellEnd"/>
      <w:r w:rsidRPr="009C4EEB">
        <w:rPr>
          <w:lang w:val="en-GB"/>
        </w:rPr>
        <w:t>(</w:t>
      </w:r>
      <w:proofErr w:type="gramEnd"/>
      <w:r w:rsidRPr="009C4EEB">
        <w:rPr>
          <w:lang w:val="en-GB"/>
        </w:rPr>
        <w:t>0, 0, 0, 0.55);</w:t>
      </w:r>
    </w:p>
    <w:p w14:paraId="6EC673F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25px;</w:t>
      </w:r>
    </w:p>
    <w:p w14:paraId="4E5C0B1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>    width: 70%;</w:t>
      </w:r>
    </w:p>
    <w:p w14:paraId="3C2195D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30px auto;</w:t>
      </w:r>
    </w:p>
    <w:p w14:paraId="6F7F47C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border-radius: 15px;</w:t>
      </w:r>
    </w:p>
    <w:p w14:paraId="00F281B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backdrop-filter: blur(8px);</w:t>
      </w:r>
    </w:p>
    <w:p w14:paraId="726798F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0B63C76D" w14:textId="77777777" w:rsidR="009C4EEB" w:rsidRPr="009C4EEB" w:rsidRDefault="009C4EEB" w:rsidP="009C4EEB">
      <w:pPr>
        <w:rPr>
          <w:lang w:val="en-GB"/>
        </w:rPr>
      </w:pPr>
    </w:p>
    <w:p w14:paraId="0DE64624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.section</w:t>
      </w:r>
      <w:proofErr w:type="gramEnd"/>
      <w:r w:rsidRPr="009C4EEB">
        <w:rPr>
          <w:lang w:val="en-GB"/>
        </w:rPr>
        <w:t xml:space="preserve"> {</w:t>
      </w:r>
    </w:p>
    <w:p w14:paraId="561D86A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background: </w:t>
      </w:r>
      <w:proofErr w:type="spellStart"/>
      <w:proofErr w:type="gramStart"/>
      <w:r w:rsidRPr="009C4EEB">
        <w:rPr>
          <w:lang w:val="en-GB"/>
        </w:rPr>
        <w:t>rgba</w:t>
      </w:r>
      <w:proofErr w:type="spellEnd"/>
      <w:r w:rsidRPr="009C4EEB">
        <w:rPr>
          <w:lang w:val="en-GB"/>
        </w:rPr>
        <w:t>(</w:t>
      </w:r>
      <w:proofErr w:type="gramEnd"/>
      <w:r w:rsidRPr="009C4EEB">
        <w:rPr>
          <w:lang w:val="en-GB"/>
        </w:rPr>
        <w:t>255, 255, 255, 0.05);</w:t>
      </w:r>
    </w:p>
    <w:p w14:paraId="45C2A72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backdrop-filter: blur(10px);</w:t>
      </w:r>
    </w:p>
    <w:p w14:paraId="5792724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30px auto;</w:t>
      </w:r>
    </w:p>
    <w:p w14:paraId="28361C9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25px;</w:t>
      </w:r>
    </w:p>
    <w:p w14:paraId="3EF321F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width: 70%;</w:t>
      </w:r>
    </w:p>
    <w:p w14:paraId="106C116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border-radius: 15px;</w:t>
      </w:r>
    </w:p>
    <w:p w14:paraId="1CE34C4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transition: 0.3s;</w:t>
      </w:r>
    </w:p>
    <w:p w14:paraId="56F1B5F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11DF1988" w14:textId="77777777" w:rsidR="009C4EEB" w:rsidRPr="009C4EEB" w:rsidRDefault="009C4EEB" w:rsidP="009C4EEB">
      <w:pPr>
        <w:rPr>
          <w:lang w:val="en-GB"/>
        </w:rPr>
      </w:pPr>
    </w:p>
    <w:p w14:paraId="36E3247D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</w:t>
      </w:r>
      <w:proofErr w:type="spellStart"/>
      <w:r w:rsidRPr="009C4EEB">
        <w:rPr>
          <w:lang w:val="en-GB"/>
        </w:rPr>
        <w:t>section</w:t>
      </w:r>
      <w:proofErr w:type="gramEnd"/>
      <w:r w:rsidRPr="009C4EEB">
        <w:rPr>
          <w:lang w:val="en-GB"/>
        </w:rPr>
        <w:t>:hover</w:t>
      </w:r>
      <w:proofErr w:type="spellEnd"/>
      <w:r w:rsidRPr="009C4EEB">
        <w:rPr>
          <w:lang w:val="en-GB"/>
        </w:rPr>
        <w:t xml:space="preserve"> {</w:t>
      </w:r>
    </w:p>
    <w:p w14:paraId="42FB9E1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transform: </w:t>
      </w:r>
      <w:proofErr w:type="spellStart"/>
      <w:r w:rsidRPr="009C4EEB">
        <w:rPr>
          <w:lang w:val="en-GB"/>
        </w:rPr>
        <w:t>translateY</w:t>
      </w:r>
      <w:proofErr w:type="spellEnd"/>
      <w:r w:rsidRPr="009C4EEB">
        <w:rPr>
          <w:lang w:val="en-GB"/>
        </w:rPr>
        <w:t>(-5px);</w:t>
      </w:r>
    </w:p>
    <w:p w14:paraId="49EC813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11250E6B" w14:textId="77777777" w:rsidR="009C4EEB" w:rsidRPr="009C4EEB" w:rsidRDefault="009C4EEB" w:rsidP="009C4EEB">
      <w:pPr>
        <w:rPr>
          <w:lang w:val="en-GB"/>
        </w:rPr>
      </w:pPr>
    </w:p>
    <w:p w14:paraId="55A6DBA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ul {</w:t>
      </w:r>
    </w:p>
    <w:p w14:paraId="7D44E1F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margin-left: 20%;</w:t>
      </w:r>
    </w:p>
    <w:p w14:paraId="569DB43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7B16B88E" w14:textId="77777777" w:rsidR="009C4EEB" w:rsidRPr="009C4EEB" w:rsidRDefault="009C4EEB" w:rsidP="009C4EEB">
      <w:pPr>
        <w:rPr>
          <w:lang w:val="en-GB"/>
        </w:rPr>
      </w:pPr>
    </w:p>
    <w:p w14:paraId="31B309FC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</w:t>
      </w:r>
      <w:proofErr w:type="spellStart"/>
      <w:r w:rsidRPr="009C4EEB">
        <w:rPr>
          <w:lang w:val="en-GB"/>
        </w:rPr>
        <w:t>btn</w:t>
      </w:r>
      <w:proofErr w:type="spellEnd"/>
      <w:proofErr w:type="gramEnd"/>
      <w:r w:rsidRPr="009C4EEB">
        <w:rPr>
          <w:lang w:val="en-GB"/>
        </w:rPr>
        <w:t xml:space="preserve"> {</w:t>
      </w:r>
    </w:p>
    <w:p w14:paraId="3C92DFB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display: block;</w:t>
      </w:r>
    </w:p>
    <w:p w14:paraId="699C464A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 xml:space="preserve">    width: </w:t>
      </w:r>
      <w:proofErr w:type="gramStart"/>
      <w:r w:rsidRPr="009C4EEB">
        <w:rPr>
          <w:lang w:val="en-GB"/>
        </w:rPr>
        <w:t>fit-content</w:t>
      </w:r>
      <w:proofErr w:type="gramEnd"/>
      <w:r w:rsidRPr="009C4EEB">
        <w:rPr>
          <w:lang w:val="en-GB"/>
        </w:rPr>
        <w:t>;</w:t>
      </w:r>
    </w:p>
    <w:p w14:paraId="2B417F8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25px auto;</w:t>
      </w:r>
    </w:p>
    <w:p w14:paraId="0AC6B83D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12px 25px;</w:t>
      </w:r>
    </w:p>
    <w:p w14:paraId="0496AD3E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background: #00c3ff;</w:t>
      </w:r>
    </w:p>
    <w:p w14:paraId="2380D60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spellStart"/>
      <w:r w:rsidRPr="009C4EEB">
        <w:rPr>
          <w:lang w:val="en-GB"/>
        </w:rPr>
        <w:t>color</w:t>
      </w:r>
      <w:proofErr w:type="spellEnd"/>
      <w:r w:rsidRPr="009C4EEB">
        <w:rPr>
          <w:lang w:val="en-GB"/>
        </w:rPr>
        <w:t>: black;</w:t>
      </w:r>
    </w:p>
    <w:p w14:paraId="209F8E5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text-decoration: none;</w:t>
      </w:r>
    </w:p>
    <w:p w14:paraId="2424FB4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border-radius: 10px;</w:t>
      </w:r>
    </w:p>
    <w:p w14:paraId="39C95BF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transition: 0.3s;</w:t>
      </w:r>
    </w:p>
    <w:p w14:paraId="7CD9E5E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4E559A38" w14:textId="77777777" w:rsidR="009C4EEB" w:rsidRPr="009C4EEB" w:rsidRDefault="009C4EEB" w:rsidP="009C4EEB">
      <w:pPr>
        <w:rPr>
          <w:lang w:val="en-GB"/>
        </w:rPr>
      </w:pPr>
    </w:p>
    <w:p w14:paraId="450A4550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</w:t>
      </w:r>
      <w:proofErr w:type="spellStart"/>
      <w:r w:rsidRPr="009C4EEB">
        <w:rPr>
          <w:lang w:val="en-GB"/>
        </w:rPr>
        <w:t>btn</w:t>
      </w:r>
      <w:proofErr w:type="gramEnd"/>
      <w:r w:rsidRPr="009C4EEB">
        <w:rPr>
          <w:lang w:val="en-GB"/>
        </w:rPr>
        <w:t>:hover</w:t>
      </w:r>
      <w:proofErr w:type="spellEnd"/>
      <w:r w:rsidRPr="009C4EEB">
        <w:rPr>
          <w:lang w:val="en-GB"/>
        </w:rPr>
        <w:t xml:space="preserve"> {</w:t>
      </w:r>
    </w:p>
    <w:p w14:paraId="3611E84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background: #0099cc;</w:t>
      </w:r>
    </w:p>
    <w:p w14:paraId="6808B9F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31D23DB3" w14:textId="77777777" w:rsidR="009C4EEB" w:rsidRPr="009C4EEB" w:rsidRDefault="009C4EEB" w:rsidP="009C4EEB">
      <w:pPr>
        <w:rPr>
          <w:lang w:val="en-GB"/>
        </w:rPr>
      </w:pPr>
    </w:p>
    <w:p w14:paraId="6995CC2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.container {</w:t>
      </w:r>
    </w:p>
    <w:p w14:paraId="32C4C82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gramStart"/>
      <w:r w:rsidRPr="009C4EEB">
        <w:rPr>
          <w:lang w:val="en-GB"/>
        </w:rPr>
        <w:t>max-width</w:t>
      </w:r>
      <w:proofErr w:type="gramEnd"/>
      <w:r w:rsidRPr="009C4EEB">
        <w:rPr>
          <w:lang w:val="en-GB"/>
        </w:rPr>
        <w:t>: 1100px;</w:t>
      </w:r>
    </w:p>
    <w:p w14:paraId="423E986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 auto;</w:t>
      </w:r>
    </w:p>
    <w:p w14:paraId="76691E93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39C6DCF9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.hero</w:t>
      </w:r>
      <w:proofErr w:type="gramEnd"/>
      <w:r w:rsidRPr="009C4EEB">
        <w:rPr>
          <w:lang w:val="en-GB"/>
        </w:rPr>
        <w:t xml:space="preserve"> {</w:t>
      </w:r>
    </w:p>
    <w:p w14:paraId="1D1801C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</w:t>
      </w:r>
      <w:proofErr w:type="gramStart"/>
      <w:r w:rsidRPr="009C4EEB">
        <w:rPr>
          <w:lang w:val="en-GB"/>
        </w:rPr>
        <w:t>align:</w:t>
      </w:r>
      <w:proofErr w:type="gram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center</w:t>
      </w:r>
      <w:proofErr w:type="spellEnd"/>
      <w:r w:rsidRPr="009C4EEB">
        <w:rPr>
          <w:lang w:val="en-GB"/>
        </w:rPr>
        <w:t>;</w:t>
      </w:r>
    </w:p>
    <w:p w14:paraId="3D0896B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80px 20px;</w:t>
      </w:r>
    </w:p>
    <w:p w14:paraId="0D8AD48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gramStart"/>
      <w:r w:rsidRPr="009C4EEB">
        <w:rPr>
          <w:lang w:val="en-GB"/>
        </w:rPr>
        <w:t>max-width</w:t>
      </w:r>
      <w:proofErr w:type="gramEnd"/>
      <w:r w:rsidRPr="009C4EEB">
        <w:rPr>
          <w:lang w:val="en-GB"/>
        </w:rPr>
        <w:t>: 900px;</w:t>
      </w:r>
    </w:p>
    <w:p w14:paraId="2207338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 auto;</w:t>
      </w:r>
    </w:p>
    <w:p w14:paraId="095093A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733CCCFF" w14:textId="77777777" w:rsidR="009C4EEB" w:rsidRPr="009C4EEB" w:rsidRDefault="009C4EEB" w:rsidP="009C4EEB">
      <w:pPr>
        <w:rPr>
          <w:lang w:val="en-GB"/>
        </w:rPr>
      </w:pPr>
    </w:p>
    <w:p w14:paraId="7E914B58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.hero</w:t>
      </w:r>
      <w:proofErr w:type="gramEnd"/>
      <w:r w:rsidRPr="009C4EEB">
        <w:rPr>
          <w:lang w:val="en-GB"/>
        </w:rPr>
        <w:t xml:space="preserve"> p {</w:t>
      </w:r>
    </w:p>
    <w:p w14:paraId="270460C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lastRenderedPageBreak/>
        <w:t xml:space="preserve">    </w:t>
      </w:r>
      <w:proofErr w:type="gramStart"/>
      <w:r w:rsidRPr="009C4EEB">
        <w:rPr>
          <w:lang w:val="en-GB"/>
        </w:rPr>
        <w:t>max-width</w:t>
      </w:r>
      <w:proofErr w:type="gramEnd"/>
      <w:r w:rsidRPr="009C4EEB">
        <w:rPr>
          <w:lang w:val="en-GB"/>
        </w:rPr>
        <w:t>: 600px;</w:t>
      </w:r>
    </w:p>
    <w:p w14:paraId="6E01D58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 auto;</w:t>
      </w:r>
    </w:p>
    <w:p w14:paraId="576AC748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366C0A92" w14:textId="77777777" w:rsidR="009C4EEB" w:rsidRPr="009C4EEB" w:rsidRDefault="009C4EEB" w:rsidP="009C4EEB">
      <w:pPr>
        <w:rPr>
          <w:lang w:val="en-GB"/>
        </w:rPr>
      </w:pPr>
    </w:p>
    <w:p w14:paraId="69DE4EB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.container {</w:t>
      </w:r>
    </w:p>
    <w:p w14:paraId="107EADDB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gramStart"/>
      <w:r w:rsidRPr="009C4EEB">
        <w:rPr>
          <w:lang w:val="en-GB"/>
        </w:rPr>
        <w:t>max-width</w:t>
      </w:r>
      <w:proofErr w:type="gramEnd"/>
      <w:r w:rsidRPr="009C4EEB">
        <w:rPr>
          <w:lang w:val="en-GB"/>
        </w:rPr>
        <w:t>: 1100px;</w:t>
      </w:r>
    </w:p>
    <w:p w14:paraId="66E0693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0 auto;</w:t>
      </w:r>
    </w:p>
    <w:p w14:paraId="4A309DAC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461DA8A6" w14:textId="77777777" w:rsidR="009C4EEB" w:rsidRPr="009C4EEB" w:rsidRDefault="009C4EEB" w:rsidP="009C4EEB">
      <w:pPr>
        <w:rPr>
          <w:lang w:val="en-GB"/>
        </w:rPr>
      </w:pPr>
    </w:p>
    <w:p w14:paraId="7ADBC7FC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.stats</w:t>
      </w:r>
      <w:proofErr w:type="gramEnd"/>
      <w:r w:rsidRPr="009C4EEB">
        <w:rPr>
          <w:lang w:val="en-GB"/>
        </w:rPr>
        <w:t xml:space="preserve"> {</w:t>
      </w:r>
    </w:p>
    <w:p w14:paraId="5C940D0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display: flex;</w:t>
      </w:r>
    </w:p>
    <w:p w14:paraId="36C49066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justify-content: </w:t>
      </w:r>
      <w:proofErr w:type="spellStart"/>
      <w:r w:rsidRPr="009C4EEB">
        <w:rPr>
          <w:lang w:val="en-GB"/>
        </w:rPr>
        <w:t>center</w:t>
      </w:r>
      <w:proofErr w:type="spellEnd"/>
      <w:r w:rsidRPr="009C4EEB">
        <w:rPr>
          <w:lang w:val="en-GB"/>
        </w:rPr>
        <w:t>;</w:t>
      </w:r>
    </w:p>
    <w:p w14:paraId="2DE45E24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gap: 20px;</w:t>
      </w:r>
    </w:p>
    <w:p w14:paraId="2CFC50B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margin: 40px auto;</w:t>
      </w:r>
    </w:p>
    <w:p w14:paraId="66B03FF5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flex-wrap: wrap; </w:t>
      </w:r>
    </w:p>
    <w:p w14:paraId="129299E9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</w:t>
      </w:r>
      <w:proofErr w:type="gramStart"/>
      <w:r w:rsidRPr="009C4EEB">
        <w:rPr>
          <w:lang w:val="en-GB"/>
        </w:rPr>
        <w:t>max-width</w:t>
      </w:r>
      <w:proofErr w:type="gramEnd"/>
      <w:r w:rsidRPr="009C4EEB">
        <w:rPr>
          <w:lang w:val="en-GB"/>
        </w:rPr>
        <w:t>: 800px;</w:t>
      </w:r>
    </w:p>
    <w:p w14:paraId="1D27357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043A19EE" w14:textId="77777777" w:rsidR="009C4EEB" w:rsidRPr="009C4EEB" w:rsidRDefault="009C4EEB" w:rsidP="009C4EEB">
      <w:pPr>
        <w:rPr>
          <w:lang w:val="en-GB"/>
        </w:rPr>
      </w:pPr>
    </w:p>
    <w:p w14:paraId="440165D3" w14:textId="77777777" w:rsidR="009C4EEB" w:rsidRPr="009C4EEB" w:rsidRDefault="009C4EEB" w:rsidP="009C4EEB">
      <w:pPr>
        <w:rPr>
          <w:lang w:val="en-GB"/>
        </w:rPr>
      </w:pPr>
      <w:proofErr w:type="gramStart"/>
      <w:r w:rsidRPr="009C4EEB">
        <w:rPr>
          <w:lang w:val="en-GB"/>
        </w:rPr>
        <w:t>.stats</w:t>
      </w:r>
      <w:proofErr w:type="gramEnd"/>
      <w:r w:rsidRPr="009C4EEB">
        <w:rPr>
          <w:lang w:val="en-GB"/>
        </w:rPr>
        <w:t xml:space="preserve"> div {</w:t>
      </w:r>
    </w:p>
    <w:p w14:paraId="04AC297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 xml:space="preserve">    background: </w:t>
      </w:r>
      <w:proofErr w:type="spellStart"/>
      <w:proofErr w:type="gramStart"/>
      <w:r w:rsidRPr="009C4EEB">
        <w:rPr>
          <w:lang w:val="en-GB"/>
        </w:rPr>
        <w:t>rgba</w:t>
      </w:r>
      <w:proofErr w:type="spellEnd"/>
      <w:r w:rsidRPr="009C4EEB">
        <w:rPr>
          <w:lang w:val="en-GB"/>
        </w:rPr>
        <w:t>(</w:t>
      </w:r>
      <w:proofErr w:type="gramEnd"/>
      <w:r w:rsidRPr="009C4EEB">
        <w:rPr>
          <w:lang w:val="en-GB"/>
        </w:rPr>
        <w:t>0,0,0,0.7);</w:t>
      </w:r>
    </w:p>
    <w:p w14:paraId="5BC09872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padding: 15px 25px;</w:t>
      </w:r>
    </w:p>
    <w:p w14:paraId="06A526CF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border-radius: 10px;</w:t>
      </w:r>
    </w:p>
    <w:p w14:paraId="08CE7B11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min-width: 180px;</w:t>
      </w:r>
    </w:p>
    <w:p w14:paraId="7453E090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    text-</w:t>
      </w:r>
      <w:proofErr w:type="gramStart"/>
      <w:r w:rsidRPr="009C4EEB">
        <w:rPr>
          <w:lang w:val="en-GB"/>
        </w:rPr>
        <w:t>align:</w:t>
      </w:r>
      <w:proofErr w:type="gramEnd"/>
      <w:r w:rsidRPr="009C4EEB">
        <w:rPr>
          <w:lang w:val="en-GB"/>
        </w:rPr>
        <w:t xml:space="preserve"> </w:t>
      </w:r>
      <w:proofErr w:type="spellStart"/>
      <w:r w:rsidRPr="009C4EEB">
        <w:rPr>
          <w:lang w:val="en-GB"/>
        </w:rPr>
        <w:t>center</w:t>
      </w:r>
      <w:proofErr w:type="spellEnd"/>
      <w:r w:rsidRPr="009C4EEB">
        <w:rPr>
          <w:lang w:val="en-GB"/>
        </w:rPr>
        <w:t>;</w:t>
      </w:r>
    </w:p>
    <w:p w14:paraId="50DAE6A7" w14:textId="77777777" w:rsidR="009C4EEB" w:rsidRPr="009C4EEB" w:rsidRDefault="009C4EEB" w:rsidP="009C4EEB">
      <w:pPr>
        <w:rPr>
          <w:lang w:val="en-GB"/>
        </w:rPr>
      </w:pPr>
      <w:r w:rsidRPr="009C4EEB">
        <w:rPr>
          <w:lang w:val="en-GB"/>
        </w:rPr>
        <w:t>}</w:t>
      </w:r>
    </w:p>
    <w:p w14:paraId="27A269BE" w14:textId="630CEAC9" w:rsidR="00AB3529" w:rsidRDefault="00FA27AA" w:rsidP="009C4EEB">
      <w:r>
        <w:lastRenderedPageBreak/>
        <w:br/>
      </w:r>
    </w:p>
    <w:sectPr w:rsidR="00AB352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4831779">
    <w:abstractNumId w:val="8"/>
  </w:num>
  <w:num w:numId="2" w16cid:durableId="1353843389">
    <w:abstractNumId w:val="6"/>
  </w:num>
  <w:num w:numId="3" w16cid:durableId="1541627864">
    <w:abstractNumId w:val="5"/>
  </w:num>
  <w:num w:numId="4" w16cid:durableId="997539570">
    <w:abstractNumId w:val="4"/>
  </w:num>
  <w:num w:numId="5" w16cid:durableId="1792438551">
    <w:abstractNumId w:val="7"/>
  </w:num>
  <w:num w:numId="6" w16cid:durableId="270552212">
    <w:abstractNumId w:val="3"/>
  </w:num>
  <w:num w:numId="7" w16cid:durableId="889263538">
    <w:abstractNumId w:val="2"/>
  </w:num>
  <w:num w:numId="8" w16cid:durableId="1919094832">
    <w:abstractNumId w:val="1"/>
  </w:num>
  <w:num w:numId="9" w16cid:durableId="435250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5187"/>
    <w:rsid w:val="0029639D"/>
    <w:rsid w:val="00326F90"/>
    <w:rsid w:val="00435A2F"/>
    <w:rsid w:val="009C4EEB"/>
    <w:rsid w:val="00AA1D8D"/>
    <w:rsid w:val="00AB3529"/>
    <w:rsid w:val="00B47730"/>
    <w:rsid w:val="00B75588"/>
    <w:rsid w:val="00CB0664"/>
    <w:rsid w:val="00EA5C5A"/>
    <w:rsid w:val="00FA27A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FEA77D"/>
  <w14:defaultImageDpi w14:val="300"/>
  <w15:docId w15:val="{9B069810-FB91-4B50-A2C2-D38B3600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435A2F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35A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hyperlink" Target="https://www.w3schools.com/css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w3schools.com/html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developers.google.com/search/doc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yperlink" Target="https://developer.mozilla.org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598708435dc138612eb189f93a488f0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c86e8aa39ae3cd934d0e08d0a9d2e5b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E4257A-D75F-4D20-AAF8-D2CB84AA9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B8756-3F97-4628-8978-73686FD3B1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5167A6-43A1-4652-AF2A-B5473C7B5675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2522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Maksym Berkyta (2518672)</cp:lastModifiedBy>
  <cp:revision>2</cp:revision>
  <dcterms:created xsi:type="dcterms:W3CDTF">2026-04-24T09:15:00Z</dcterms:created>
  <dcterms:modified xsi:type="dcterms:W3CDTF">2026-04-24T09:15:00Z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