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721DE" w14:textId="40F601EA" w:rsidR="00B85D72" w:rsidRPr="00B85D72" w:rsidRDefault="00B85D72" w:rsidP="00B85D72">
      <w:pPr>
        <w:spacing w:after="0" w:line="360" w:lineRule="auto"/>
        <w:ind w:left="1440" w:firstLine="720"/>
        <w:rPr>
          <w:rFonts w:ascii="Arial" w:hAnsi="Arial" w:cs="Arial"/>
          <w:b/>
          <w:bCs/>
          <w:sz w:val="36"/>
          <w:szCs w:val="36"/>
        </w:rPr>
      </w:pPr>
      <w:r w:rsidRPr="00B85D72">
        <w:rPr>
          <w:rFonts w:ascii="Arial" w:hAnsi="Arial" w:cs="Arial"/>
          <w:b/>
          <w:bCs/>
          <w:sz w:val="36"/>
          <w:szCs w:val="36"/>
        </w:rPr>
        <w:t>Module code: LCLM4005</w:t>
      </w:r>
    </w:p>
    <w:p w14:paraId="73FA94E6" w14:textId="2B9108B6" w:rsidR="00B85D72" w:rsidRPr="00B85D72" w:rsidRDefault="00B85D72" w:rsidP="00B85D72">
      <w:pPr>
        <w:spacing w:after="0"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B85D72">
        <w:rPr>
          <w:rFonts w:ascii="Arial" w:hAnsi="Arial" w:cs="Arial"/>
          <w:b/>
          <w:bCs/>
          <w:sz w:val="36"/>
          <w:szCs w:val="36"/>
        </w:rPr>
        <w:t>Module: Employability and Career Development</w:t>
      </w:r>
    </w:p>
    <w:p w14:paraId="40E822F8" w14:textId="77777777" w:rsidR="00B85D72" w:rsidRPr="00B85D72" w:rsidRDefault="00B85D72" w:rsidP="00B85D72">
      <w:pPr>
        <w:spacing w:after="0"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</w:p>
    <w:p w14:paraId="1F835BFB" w14:textId="77777777" w:rsidR="00B85D72" w:rsidRPr="00B85D72" w:rsidRDefault="00B85D72" w:rsidP="00B85D72">
      <w:pPr>
        <w:spacing w:after="0"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</w:p>
    <w:p w14:paraId="122E619A" w14:textId="3C572206" w:rsidR="00B85D72" w:rsidRPr="00B85D72" w:rsidRDefault="00B85D72" w:rsidP="00B85D72">
      <w:pPr>
        <w:spacing w:after="0"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B85D72">
        <w:rPr>
          <w:rFonts w:ascii="Arial" w:hAnsi="Arial" w:cs="Arial"/>
          <w:b/>
          <w:bCs/>
          <w:sz w:val="36"/>
          <w:szCs w:val="36"/>
        </w:rPr>
        <w:t>Maria Sanchez Martinez</w:t>
      </w:r>
    </w:p>
    <w:p w14:paraId="090DA627" w14:textId="351B71D1" w:rsidR="00B85D72" w:rsidRDefault="00B85D72" w:rsidP="00B85D72">
      <w:pPr>
        <w:spacing w:after="0"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B85D72">
        <w:rPr>
          <w:rFonts w:ascii="Arial" w:hAnsi="Arial" w:cs="Arial"/>
          <w:b/>
          <w:bCs/>
          <w:sz w:val="36"/>
          <w:szCs w:val="36"/>
        </w:rPr>
        <w:t>2518171</w:t>
      </w:r>
    </w:p>
    <w:p w14:paraId="252F5AA6" w14:textId="77777777" w:rsidR="00B85D72" w:rsidRDefault="00B85D72" w:rsidP="00B85D72">
      <w:pPr>
        <w:spacing w:after="0"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</w:p>
    <w:p w14:paraId="7BF5073C" w14:textId="77777777" w:rsidR="00B85D72" w:rsidRPr="00B85D72" w:rsidRDefault="00B85D72" w:rsidP="00B85D72">
      <w:pPr>
        <w:spacing w:after="0"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B85D72">
        <w:rPr>
          <w:rFonts w:ascii="Arial" w:hAnsi="Arial" w:cs="Arial"/>
          <w:b/>
          <w:bCs/>
          <w:sz w:val="36"/>
          <w:szCs w:val="36"/>
        </w:rPr>
        <w:t xml:space="preserve">Lecturer: Vicky </w:t>
      </w:r>
      <w:proofErr w:type="spellStart"/>
      <w:r w:rsidRPr="00B85D72">
        <w:rPr>
          <w:rFonts w:ascii="Arial" w:hAnsi="Arial" w:cs="Arial"/>
          <w:b/>
          <w:bCs/>
          <w:sz w:val="36"/>
          <w:szCs w:val="36"/>
        </w:rPr>
        <w:t>Giannaka</w:t>
      </w:r>
      <w:proofErr w:type="spellEnd"/>
    </w:p>
    <w:p w14:paraId="128463CA" w14:textId="77777777" w:rsidR="00B85D72" w:rsidRPr="00B85D72" w:rsidRDefault="00B85D72" w:rsidP="00B85D72">
      <w:pPr>
        <w:spacing w:after="0"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</w:p>
    <w:p w14:paraId="1DEDC53A" w14:textId="77777777" w:rsidR="00B85D72" w:rsidRPr="00B85D72" w:rsidRDefault="00B85D72">
      <w:pPr>
        <w:rPr>
          <w:rFonts w:ascii="Arial" w:hAnsi="Arial" w:cs="Arial"/>
          <w:b/>
          <w:bCs/>
          <w:sz w:val="36"/>
          <w:szCs w:val="36"/>
        </w:rPr>
      </w:pPr>
      <w:r w:rsidRPr="00B85D72">
        <w:rPr>
          <w:rFonts w:ascii="Arial" w:hAnsi="Arial" w:cs="Arial"/>
          <w:b/>
          <w:bCs/>
          <w:sz w:val="36"/>
          <w:szCs w:val="36"/>
        </w:rPr>
        <w:br w:type="page"/>
      </w:r>
    </w:p>
    <w:p w14:paraId="49DE60E0" w14:textId="5CEEE020" w:rsidR="001B2057" w:rsidRPr="00A52E8B" w:rsidRDefault="001B2057" w:rsidP="00A52E8B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A52E8B">
        <w:rPr>
          <w:rFonts w:ascii="Arial" w:hAnsi="Arial" w:cs="Arial"/>
          <w:b/>
          <w:bCs/>
        </w:rPr>
        <w:lastRenderedPageBreak/>
        <w:t>CV</w:t>
      </w:r>
    </w:p>
    <w:p w14:paraId="1410468D" w14:textId="3E4BB352" w:rsidR="00C630AB" w:rsidRPr="00A52E8B" w:rsidRDefault="000C55BA" w:rsidP="00A52E8B">
      <w:pPr>
        <w:spacing w:after="0" w:line="360" w:lineRule="auto"/>
        <w:jc w:val="center"/>
        <w:rPr>
          <w:rFonts w:ascii="Arial" w:hAnsi="Arial" w:cs="Arial"/>
          <w:u w:val="single"/>
        </w:rPr>
      </w:pPr>
      <w:r w:rsidRPr="00A52E8B">
        <w:rPr>
          <w:rFonts w:ascii="Arial" w:hAnsi="Arial" w:cs="Arial"/>
        </w:rPr>
        <w:t>Maria Sanchez Martinez</w:t>
      </w:r>
      <w:r w:rsidRPr="00A52E8B">
        <w:rPr>
          <w:rFonts w:ascii="Arial" w:hAnsi="Arial" w:cs="Arial"/>
        </w:rPr>
        <w:br/>
      </w:r>
      <w:r w:rsidRPr="00A52E8B">
        <w:rPr>
          <w:rFonts w:ascii="Segoe UI Emoji" w:hAnsi="Segoe UI Emoji" w:cs="Segoe UI Emoji"/>
        </w:rPr>
        <w:t>📞</w:t>
      </w:r>
      <w:r w:rsidRPr="00A52E8B">
        <w:rPr>
          <w:rFonts w:ascii="Arial" w:hAnsi="Arial" w:cs="Arial"/>
        </w:rPr>
        <w:t xml:space="preserve"> 07515321047</w:t>
      </w:r>
      <w:r w:rsidR="00A52E8B">
        <w:rPr>
          <w:rFonts w:ascii="Arial" w:hAnsi="Arial" w:cs="Arial"/>
        </w:rPr>
        <w:t xml:space="preserve"> </w:t>
      </w:r>
      <w:r w:rsidRPr="00A52E8B">
        <w:rPr>
          <w:rFonts w:ascii="Segoe UI Emoji" w:hAnsi="Segoe UI Emoji" w:cs="Segoe UI Emoji"/>
        </w:rPr>
        <w:t>✉️</w:t>
      </w:r>
      <w:r w:rsidRPr="00A52E8B">
        <w:rPr>
          <w:rFonts w:ascii="Arial" w:hAnsi="Arial" w:cs="Arial"/>
        </w:rPr>
        <w:t xml:space="preserve"> mariasanchez201493@gmail.com</w:t>
      </w:r>
      <w:r w:rsidRPr="00A52E8B">
        <w:rPr>
          <w:rFonts w:ascii="Arial" w:hAnsi="Arial" w:cs="Arial"/>
        </w:rPr>
        <w:br/>
      </w:r>
      <w:r w:rsidRPr="00A52E8B">
        <w:rPr>
          <w:rFonts w:ascii="Segoe UI Emoji" w:hAnsi="Segoe UI Emoji" w:cs="Segoe UI Emoji"/>
        </w:rPr>
        <w:t>📍</w:t>
      </w:r>
      <w:r w:rsidRPr="00A52E8B">
        <w:rPr>
          <w:rFonts w:ascii="Arial" w:hAnsi="Arial" w:cs="Arial"/>
        </w:rPr>
        <w:t xml:space="preserve"> Edgware Road, London, W2 1EB</w:t>
      </w:r>
      <w:r w:rsidRPr="00A52E8B">
        <w:rPr>
          <w:rFonts w:ascii="Arial" w:hAnsi="Arial" w:cs="Arial"/>
        </w:rPr>
        <w:br/>
      </w:r>
    </w:p>
    <w:p w14:paraId="132FFEDC" w14:textId="34380026" w:rsidR="000C55BA" w:rsidRPr="00A52E8B" w:rsidRDefault="000C55BA" w:rsidP="00A52E8B">
      <w:pPr>
        <w:spacing w:after="0" w:line="360" w:lineRule="auto"/>
        <w:rPr>
          <w:rFonts w:ascii="Arial" w:hAnsi="Arial" w:cs="Arial"/>
          <w:b/>
          <w:bCs/>
        </w:rPr>
      </w:pPr>
      <w:r w:rsidRPr="00A52E8B">
        <w:rPr>
          <w:rFonts w:ascii="Arial" w:hAnsi="Arial" w:cs="Arial"/>
          <w:b/>
          <w:bCs/>
        </w:rPr>
        <w:t>Professional profile</w:t>
      </w:r>
    </w:p>
    <w:p w14:paraId="7129804C" w14:textId="77777777" w:rsidR="00051EF7" w:rsidRPr="00A52E8B" w:rsidRDefault="004C655D" w:rsidP="00A52E8B">
      <w:pPr>
        <w:spacing w:after="0" w:line="360" w:lineRule="auto"/>
        <w:rPr>
          <w:rFonts w:ascii="Arial" w:hAnsi="Arial" w:cs="Arial"/>
        </w:rPr>
      </w:pPr>
      <w:r w:rsidRPr="00A52E8B">
        <w:rPr>
          <w:rFonts w:ascii="Arial" w:hAnsi="Arial" w:cs="Arial"/>
        </w:rPr>
        <w:t>I am</w:t>
      </w:r>
      <w:r w:rsidR="004E45E4" w:rsidRPr="00A52E8B">
        <w:rPr>
          <w:rFonts w:ascii="Arial" w:hAnsi="Arial" w:cs="Arial"/>
        </w:rPr>
        <w:t xml:space="preserve"> positive and </w:t>
      </w:r>
      <w:proofErr w:type="spellStart"/>
      <w:r w:rsidR="004E45E4" w:rsidRPr="00A52E8B">
        <w:rPr>
          <w:rFonts w:ascii="Arial" w:hAnsi="Arial" w:cs="Arial"/>
        </w:rPr>
        <w:t>organised</w:t>
      </w:r>
      <w:proofErr w:type="spellEnd"/>
      <w:r w:rsidRPr="00A52E8B">
        <w:rPr>
          <w:rFonts w:ascii="Arial" w:hAnsi="Arial" w:cs="Arial"/>
        </w:rPr>
        <w:t xml:space="preserve"> administrative professional with over 10 years of experience in office management, reception duties, and customer service. </w:t>
      </w:r>
      <w:r w:rsidRPr="00A52E8B">
        <w:rPr>
          <w:rFonts w:ascii="Arial" w:hAnsi="Arial" w:cs="Arial"/>
        </w:rPr>
        <w:br/>
      </w:r>
      <w:r w:rsidR="004E45E4" w:rsidRPr="00A52E8B">
        <w:rPr>
          <w:rFonts w:ascii="Arial" w:hAnsi="Arial" w:cs="Arial"/>
        </w:rPr>
        <w:t>Strong problem-solving skills, p</w:t>
      </w:r>
      <w:r w:rsidRPr="00A52E8B">
        <w:rPr>
          <w:rFonts w:ascii="Arial" w:hAnsi="Arial" w:cs="Arial"/>
        </w:rPr>
        <w:t xml:space="preserve">roven ability to handle tasks efficiently, work well under pressure and adapt to new challenges. </w:t>
      </w:r>
      <w:r w:rsidRPr="00A52E8B">
        <w:rPr>
          <w:rFonts w:ascii="Arial" w:hAnsi="Arial" w:cs="Arial"/>
        </w:rPr>
        <w:br/>
      </w:r>
    </w:p>
    <w:p w14:paraId="0E3F8B8C" w14:textId="609F6F1A" w:rsidR="007F6008" w:rsidRPr="00A52E8B" w:rsidRDefault="00000000" w:rsidP="00A52E8B">
      <w:pPr>
        <w:spacing w:after="0" w:line="360" w:lineRule="auto"/>
        <w:rPr>
          <w:rFonts w:ascii="Arial" w:hAnsi="Arial" w:cs="Arial"/>
        </w:rPr>
      </w:pPr>
      <w:r w:rsidRPr="00A52E8B">
        <w:rPr>
          <w:rFonts w:ascii="Arial" w:hAnsi="Arial" w:cs="Arial"/>
          <w:b/>
          <w:bCs/>
        </w:rPr>
        <w:t>S</w:t>
      </w:r>
      <w:r w:rsidR="000C55BA" w:rsidRPr="00A52E8B">
        <w:rPr>
          <w:rFonts w:ascii="Arial" w:hAnsi="Arial" w:cs="Arial"/>
          <w:b/>
          <w:bCs/>
        </w:rPr>
        <w:t>kills</w:t>
      </w:r>
      <w:r w:rsidRPr="00A52E8B">
        <w:rPr>
          <w:rFonts w:ascii="Arial" w:hAnsi="Arial" w:cs="Arial"/>
        </w:rPr>
        <w:br/>
        <w:t xml:space="preserve">- Excellent communication </w:t>
      </w:r>
      <w:r w:rsidR="00A52E8B">
        <w:rPr>
          <w:rFonts w:ascii="Arial" w:hAnsi="Arial" w:cs="Arial"/>
        </w:rPr>
        <w:t>skills</w:t>
      </w:r>
      <w:r w:rsidRPr="00A52E8B">
        <w:rPr>
          <w:rFonts w:ascii="Arial" w:hAnsi="Arial" w:cs="Arial"/>
        </w:rPr>
        <w:br/>
        <w:t xml:space="preserve">- </w:t>
      </w:r>
      <w:r w:rsidR="007F6008" w:rsidRPr="00A52E8B">
        <w:rPr>
          <w:rFonts w:ascii="Arial" w:hAnsi="Arial" w:cs="Arial"/>
        </w:rPr>
        <w:t xml:space="preserve">Good </w:t>
      </w:r>
      <w:r w:rsidR="00A52E8B">
        <w:rPr>
          <w:rFonts w:ascii="Arial" w:hAnsi="Arial" w:cs="Arial"/>
        </w:rPr>
        <w:t>organization skills</w:t>
      </w:r>
      <w:r w:rsidRPr="00A52E8B">
        <w:rPr>
          <w:rFonts w:ascii="Arial" w:hAnsi="Arial" w:cs="Arial"/>
        </w:rPr>
        <w:t xml:space="preserve"> and time management </w:t>
      </w:r>
      <w:r w:rsidRPr="00A52E8B">
        <w:rPr>
          <w:rFonts w:ascii="Arial" w:hAnsi="Arial" w:cs="Arial"/>
        </w:rPr>
        <w:br/>
        <w:t>- Proficient in Microsoft Office Suite (Word, Excel, Outlook, PowerPoint)</w:t>
      </w:r>
      <w:r w:rsidRPr="00A52E8B">
        <w:rPr>
          <w:rFonts w:ascii="Arial" w:hAnsi="Arial" w:cs="Arial"/>
        </w:rPr>
        <w:br/>
        <w:t xml:space="preserve">- </w:t>
      </w:r>
      <w:r w:rsidR="00DA603B" w:rsidRPr="00A52E8B">
        <w:rPr>
          <w:rFonts w:ascii="Arial" w:hAnsi="Arial" w:cs="Arial"/>
        </w:rPr>
        <w:t>Excellent c</w:t>
      </w:r>
      <w:r w:rsidRPr="00A52E8B">
        <w:rPr>
          <w:rFonts w:ascii="Arial" w:hAnsi="Arial" w:cs="Arial"/>
        </w:rPr>
        <w:t xml:space="preserve">ustomer service </w:t>
      </w:r>
      <w:r w:rsidRPr="00A52E8B">
        <w:rPr>
          <w:rFonts w:ascii="Arial" w:hAnsi="Arial" w:cs="Arial"/>
        </w:rPr>
        <w:br/>
        <w:t xml:space="preserve">- </w:t>
      </w:r>
      <w:r w:rsidR="00DA603B" w:rsidRPr="00A52E8B">
        <w:rPr>
          <w:rFonts w:ascii="Arial" w:hAnsi="Arial" w:cs="Arial"/>
        </w:rPr>
        <w:t>Strong P</w:t>
      </w:r>
      <w:r w:rsidRPr="00A52E8B">
        <w:rPr>
          <w:rFonts w:ascii="Arial" w:hAnsi="Arial" w:cs="Arial"/>
        </w:rPr>
        <w:t xml:space="preserve">roblem-solving </w:t>
      </w:r>
    </w:p>
    <w:p w14:paraId="5BF89083" w14:textId="3D21F718" w:rsidR="000C55BA" w:rsidRPr="00A52E8B" w:rsidRDefault="00000000" w:rsidP="00A52E8B">
      <w:pPr>
        <w:spacing w:after="0" w:line="360" w:lineRule="auto"/>
        <w:rPr>
          <w:rFonts w:ascii="Arial" w:hAnsi="Arial" w:cs="Arial"/>
        </w:rPr>
      </w:pPr>
      <w:r w:rsidRPr="00A52E8B">
        <w:rPr>
          <w:rFonts w:ascii="Arial" w:hAnsi="Arial" w:cs="Arial"/>
        </w:rPr>
        <w:t>- Ability to work both independently and as part of a team</w:t>
      </w:r>
    </w:p>
    <w:p w14:paraId="3E35AB4D" w14:textId="6EC5B073" w:rsidR="007F6008" w:rsidRPr="00A52E8B" w:rsidRDefault="007F6008" w:rsidP="00A52E8B">
      <w:pPr>
        <w:spacing w:after="0" w:line="360" w:lineRule="auto"/>
        <w:rPr>
          <w:rFonts w:ascii="Arial" w:hAnsi="Arial" w:cs="Arial"/>
        </w:rPr>
      </w:pPr>
      <w:r w:rsidRPr="00A52E8B">
        <w:rPr>
          <w:rFonts w:ascii="Arial" w:hAnsi="Arial" w:cs="Arial"/>
        </w:rPr>
        <w:t>- Willingness to learn and develop new skills</w:t>
      </w:r>
    </w:p>
    <w:p w14:paraId="41477655" w14:textId="77777777" w:rsidR="000C55BA" w:rsidRPr="00A52E8B" w:rsidRDefault="000C55BA" w:rsidP="00A52E8B">
      <w:pPr>
        <w:spacing w:after="0" w:line="360" w:lineRule="auto"/>
        <w:rPr>
          <w:rFonts w:ascii="Arial" w:hAnsi="Arial" w:cs="Arial"/>
          <w:b/>
          <w:bCs/>
          <w:u w:val="single"/>
        </w:rPr>
      </w:pPr>
      <w:r w:rsidRPr="00A52E8B">
        <w:rPr>
          <w:rFonts w:ascii="Arial" w:hAnsi="Arial" w:cs="Arial"/>
          <w:b/>
          <w:bCs/>
        </w:rPr>
        <w:t>Education</w:t>
      </w:r>
    </w:p>
    <w:p w14:paraId="74AA3038" w14:textId="53AC7115" w:rsidR="00A52E8B" w:rsidRPr="00A52E8B" w:rsidRDefault="000C55BA" w:rsidP="00A52E8B">
      <w:pPr>
        <w:spacing w:after="0" w:line="360" w:lineRule="auto"/>
        <w:rPr>
          <w:rFonts w:ascii="Arial" w:hAnsi="Arial" w:cs="Arial"/>
          <w:b/>
          <w:bCs/>
        </w:rPr>
      </w:pPr>
      <w:r w:rsidRPr="00A52E8B">
        <w:rPr>
          <w:rFonts w:ascii="Arial" w:hAnsi="Arial" w:cs="Arial"/>
          <w:b/>
          <w:bCs/>
        </w:rPr>
        <w:t>University of Wales Trinity and Wale</w:t>
      </w:r>
      <w:r w:rsidR="00A52E8B" w:rsidRPr="00A52E8B">
        <w:rPr>
          <w:rFonts w:ascii="Arial" w:hAnsi="Arial" w:cs="Arial"/>
          <w:b/>
          <w:bCs/>
        </w:rPr>
        <w:t>s (UWTSD)</w:t>
      </w:r>
    </w:p>
    <w:p w14:paraId="765CDFEC" w14:textId="77777777" w:rsidR="00A52E8B" w:rsidRPr="00A52E8B" w:rsidRDefault="000C55BA" w:rsidP="00A52E8B">
      <w:pPr>
        <w:spacing w:after="0" w:line="360" w:lineRule="auto"/>
        <w:rPr>
          <w:rFonts w:ascii="Arial" w:hAnsi="Arial" w:cs="Arial"/>
        </w:rPr>
      </w:pPr>
      <w:r w:rsidRPr="00A52E8B">
        <w:rPr>
          <w:rFonts w:ascii="Arial" w:hAnsi="Arial" w:cs="Arial"/>
        </w:rPr>
        <w:t>Certificate of Higher Education (</w:t>
      </w:r>
      <w:proofErr w:type="spellStart"/>
      <w:r w:rsidRPr="00A52E8B">
        <w:rPr>
          <w:rFonts w:ascii="Arial" w:hAnsi="Arial" w:cs="Arial"/>
        </w:rPr>
        <w:t>CertHE</w:t>
      </w:r>
      <w:proofErr w:type="spellEnd"/>
      <w:r w:rsidRPr="00A52E8B">
        <w:rPr>
          <w:rFonts w:ascii="Arial" w:hAnsi="Arial" w:cs="Arial"/>
        </w:rPr>
        <w:t>) – Business Skills for the Workplace</w:t>
      </w:r>
    </w:p>
    <w:p w14:paraId="7EABDF07" w14:textId="225D74F7" w:rsidR="000C55BA" w:rsidRPr="00A52E8B" w:rsidRDefault="00A52E8B" w:rsidP="00A52E8B">
      <w:pPr>
        <w:spacing w:after="0" w:line="360" w:lineRule="auto"/>
        <w:rPr>
          <w:rFonts w:ascii="Arial" w:hAnsi="Arial" w:cs="Arial"/>
        </w:rPr>
      </w:pPr>
      <w:r w:rsidRPr="00A52E8B">
        <w:rPr>
          <w:rFonts w:ascii="Arial" w:hAnsi="Arial" w:cs="Arial"/>
        </w:rPr>
        <w:t>2026- Present</w:t>
      </w:r>
    </w:p>
    <w:p w14:paraId="2C802B1A" w14:textId="38B4B07A" w:rsidR="00C630AB" w:rsidRPr="00A52E8B" w:rsidRDefault="00A52E8B" w:rsidP="00A52E8B">
      <w:pPr>
        <w:spacing w:after="0" w:line="360" w:lineRule="auto"/>
        <w:rPr>
          <w:rFonts w:ascii="Arial" w:hAnsi="Arial" w:cs="Arial"/>
          <w:b/>
          <w:bCs/>
        </w:rPr>
      </w:pPr>
      <w:r w:rsidRPr="00A52E8B">
        <w:rPr>
          <w:rFonts w:ascii="Arial" w:hAnsi="Arial" w:cs="Arial"/>
          <w:b/>
          <w:bCs/>
        </w:rPr>
        <w:t xml:space="preserve">Work </w:t>
      </w:r>
      <w:r w:rsidR="00000000" w:rsidRPr="00A52E8B">
        <w:rPr>
          <w:rFonts w:ascii="Arial" w:hAnsi="Arial" w:cs="Arial"/>
          <w:b/>
          <w:bCs/>
        </w:rPr>
        <w:t>E</w:t>
      </w:r>
      <w:r w:rsidR="000C55BA" w:rsidRPr="00A52E8B">
        <w:rPr>
          <w:rFonts w:ascii="Arial" w:hAnsi="Arial" w:cs="Arial"/>
          <w:b/>
          <w:bCs/>
        </w:rPr>
        <w:t>xperience</w:t>
      </w:r>
    </w:p>
    <w:p w14:paraId="6EBB402D" w14:textId="77777777" w:rsidR="000C55BA" w:rsidRPr="00A52E8B" w:rsidRDefault="00000000" w:rsidP="00A52E8B">
      <w:pPr>
        <w:spacing w:after="0" w:line="360" w:lineRule="auto"/>
        <w:rPr>
          <w:rFonts w:ascii="Arial" w:hAnsi="Arial" w:cs="Arial"/>
          <w:b/>
          <w:bCs/>
          <w:u w:val="single"/>
        </w:rPr>
      </w:pPr>
      <w:r w:rsidRPr="00A52E8B">
        <w:rPr>
          <w:rFonts w:ascii="Arial" w:hAnsi="Arial" w:cs="Arial"/>
          <w:b/>
          <w:bCs/>
          <w:u w:val="single"/>
        </w:rPr>
        <w:t>Sabine</w:t>
      </w:r>
      <w:r w:rsidR="000C55BA" w:rsidRPr="00A52E8B">
        <w:rPr>
          <w:rFonts w:ascii="Arial" w:hAnsi="Arial" w:cs="Arial"/>
          <w:b/>
          <w:bCs/>
          <w:u w:val="single"/>
        </w:rPr>
        <w:t xml:space="preserve"> Rooftop Bar</w:t>
      </w:r>
    </w:p>
    <w:p w14:paraId="4C025A76" w14:textId="69626F97" w:rsidR="00C630AB" w:rsidRPr="00A52E8B" w:rsidRDefault="000C55BA" w:rsidP="00A52E8B">
      <w:pPr>
        <w:spacing w:after="0" w:line="360" w:lineRule="auto"/>
        <w:rPr>
          <w:rFonts w:ascii="Arial" w:hAnsi="Arial" w:cs="Arial"/>
          <w:b/>
          <w:bCs/>
        </w:rPr>
      </w:pPr>
      <w:r w:rsidRPr="00A52E8B">
        <w:rPr>
          <w:rFonts w:ascii="Arial" w:hAnsi="Arial" w:cs="Arial"/>
          <w:b/>
          <w:bCs/>
        </w:rPr>
        <w:t>Host</w:t>
      </w:r>
      <w:r w:rsidR="00051EF7" w:rsidRPr="00A52E8B">
        <w:rPr>
          <w:rFonts w:ascii="Arial" w:hAnsi="Arial" w:cs="Arial"/>
          <w:b/>
          <w:bCs/>
        </w:rPr>
        <w:t xml:space="preserve"> -</w:t>
      </w:r>
      <w:r w:rsidRPr="00A52E8B">
        <w:rPr>
          <w:rFonts w:ascii="Arial" w:hAnsi="Arial" w:cs="Arial"/>
          <w:b/>
          <w:bCs/>
        </w:rPr>
        <w:t>Mar 2025 – Current</w:t>
      </w:r>
    </w:p>
    <w:p w14:paraId="51AAD50B" w14:textId="77777777" w:rsidR="00A52E8B" w:rsidRDefault="00000000" w:rsidP="00A52E8B">
      <w:pPr>
        <w:spacing w:after="0" w:line="360" w:lineRule="auto"/>
        <w:rPr>
          <w:rFonts w:ascii="Arial" w:hAnsi="Arial" w:cs="Arial"/>
        </w:rPr>
      </w:pPr>
      <w:r w:rsidRPr="00A52E8B">
        <w:rPr>
          <w:rFonts w:ascii="Arial" w:hAnsi="Arial" w:cs="Arial"/>
        </w:rPr>
        <w:t>- Greet guests upon arrival, ensuring a warm and professional first impression.</w:t>
      </w:r>
      <w:r w:rsidRPr="00A52E8B">
        <w:rPr>
          <w:rFonts w:ascii="Arial" w:hAnsi="Arial" w:cs="Arial"/>
        </w:rPr>
        <w:br/>
        <w:t>- Manage reservations and seating arrangements to optimize table turnover.</w:t>
      </w:r>
      <w:r w:rsidRPr="00A52E8B">
        <w:rPr>
          <w:rFonts w:ascii="Arial" w:hAnsi="Arial" w:cs="Arial"/>
        </w:rPr>
        <w:br/>
        <w:t>- Provide information about menus, promotions, and venue facilities.</w:t>
      </w:r>
      <w:r w:rsidRPr="00A52E8B">
        <w:rPr>
          <w:rFonts w:ascii="Arial" w:hAnsi="Arial" w:cs="Arial"/>
        </w:rPr>
        <w:br/>
        <w:t>- Handle customer inquiries and resolve issues in a courteous and timely manner.</w:t>
      </w:r>
      <w:r w:rsidRPr="00A52E8B">
        <w:rPr>
          <w:rFonts w:ascii="Arial" w:hAnsi="Arial" w:cs="Arial"/>
        </w:rPr>
        <w:br/>
        <w:t>- Coordinate with waitstaff to ensure efficient service flow.</w:t>
      </w:r>
    </w:p>
    <w:p w14:paraId="10BC60C5" w14:textId="5F761FB2" w:rsidR="00C630AB" w:rsidRPr="00A52E8B" w:rsidRDefault="00000000" w:rsidP="00A52E8B">
      <w:pPr>
        <w:spacing w:after="0" w:line="360" w:lineRule="auto"/>
        <w:rPr>
          <w:rFonts w:ascii="Arial" w:hAnsi="Arial" w:cs="Arial"/>
        </w:rPr>
      </w:pPr>
      <w:r w:rsidRPr="00A52E8B">
        <w:rPr>
          <w:rFonts w:ascii="Arial" w:hAnsi="Arial" w:cs="Arial"/>
        </w:rPr>
        <w:br/>
      </w:r>
    </w:p>
    <w:p w14:paraId="1C099D6C" w14:textId="77777777" w:rsidR="000C55BA" w:rsidRPr="00A52E8B" w:rsidRDefault="00000000" w:rsidP="00A52E8B">
      <w:pPr>
        <w:spacing w:after="0" w:line="360" w:lineRule="auto"/>
        <w:rPr>
          <w:rFonts w:ascii="Arial" w:hAnsi="Arial" w:cs="Arial"/>
          <w:b/>
          <w:bCs/>
          <w:u w:val="single"/>
        </w:rPr>
      </w:pPr>
      <w:r w:rsidRPr="00A52E8B">
        <w:rPr>
          <w:rFonts w:ascii="Arial" w:hAnsi="Arial" w:cs="Arial"/>
          <w:b/>
          <w:bCs/>
          <w:u w:val="single"/>
        </w:rPr>
        <w:t>Mistress of Mayfair</w:t>
      </w:r>
      <w:r w:rsidR="000C55BA" w:rsidRPr="00A52E8B">
        <w:rPr>
          <w:rFonts w:ascii="Arial" w:hAnsi="Arial" w:cs="Arial"/>
          <w:b/>
          <w:bCs/>
          <w:u w:val="single"/>
        </w:rPr>
        <w:t xml:space="preserve"> Restaurant</w:t>
      </w:r>
    </w:p>
    <w:p w14:paraId="25D920B0" w14:textId="69DF8F2E" w:rsidR="00C630AB" w:rsidRPr="00A52E8B" w:rsidRDefault="000C55BA" w:rsidP="00A52E8B">
      <w:pPr>
        <w:spacing w:after="0" w:line="360" w:lineRule="auto"/>
        <w:rPr>
          <w:rFonts w:ascii="Arial" w:hAnsi="Arial" w:cs="Arial"/>
          <w:b/>
          <w:bCs/>
        </w:rPr>
      </w:pPr>
      <w:r w:rsidRPr="00A52E8B">
        <w:rPr>
          <w:rFonts w:ascii="Arial" w:hAnsi="Arial" w:cs="Arial"/>
          <w:b/>
          <w:bCs/>
        </w:rPr>
        <w:lastRenderedPageBreak/>
        <w:t>Waitress</w:t>
      </w:r>
      <w:r w:rsidR="00051EF7" w:rsidRPr="00A52E8B">
        <w:rPr>
          <w:rFonts w:ascii="Arial" w:hAnsi="Arial" w:cs="Arial"/>
          <w:b/>
          <w:bCs/>
        </w:rPr>
        <w:t xml:space="preserve"> - </w:t>
      </w:r>
      <w:r w:rsidRPr="00A52E8B">
        <w:rPr>
          <w:rFonts w:ascii="Arial" w:hAnsi="Arial" w:cs="Arial"/>
          <w:b/>
          <w:bCs/>
        </w:rPr>
        <w:t>Sep 2024 – Mar 2025</w:t>
      </w:r>
    </w:p>
    <w:p w14:paraId="0C15E967" w14:textId="014A2905" w:rsidR="00DA5F6D" w:rsidRPr="00A52E8B" w:rsidRDefault="00000000" w:rsidP="00A52E8B">
      <w:pPr>
        <w:spacing w:after="0" w:line="360" w:lineRule="auto"/>
        <w:rPr>
          <w:rFonts w:ascii="Arial" w:hAnsi="Arial" w:cs="Arial"/>
        </w:rPr>
      </w:pPr>
      <w:r w:rsidRPr="00A52E8B">
        <w:rPr>
          <w:rFonts w:ascii="Arial" w:hAnsi="Arial" w:cs="Arial"/>
        </w:rPr>
        <w:t>- Delivered food and drinks to guests, ensuring accuracy and presentation standards.</w:t>
      </w:r>
      <w:r w:rsidRPr="00A52E8B">
        <w:rPr>
          <w:rFonts w:ascii="Arial" w:hAnsi="Arial" w:cs="Arial"/>
        </w:rPr>
        <w:br/>
        <w:t>- Provided excellent customer service, addressing guest requests politely and efficiently.</w:t>
      </w:r>
      <w:r w:rsidRPr="00A52E8B">
        <w:rPr>
          <w:rFonts w:ascii="Arial" w:hAnsi="Arial" w:cs="Arial"/>
        </w:rPr>
        <w:br/>
        <w:t>- Supported colleagues in managing large groups and private events.</w:t>
      </w:r>
      <w:r w:rsidRPr="00A52E8B">
        <w:rPr>
          <w:rFonts w:ascii="Arial" w:hAnsi="Arial" w:cs="Arial"/>
        </w:rPr>
        <w:br/>
      </w:r>
      <w:r w:rsidRPr="00A52E8B">
        <w:rPr>
          <w:rFonts w:ascii="Arial" w:hAnsi="Arial" w:cs="Arial"/>
          <w:b/>
          <w:bCs/>
          <w:u w:val="single"/>
        </w:rPr>
        <w:t>Sexy Fish</w:t>
      </w:r>
      <w:r w:rsidR="00DA5F6D" w:rsidRPr="00A52E8B">
        <w:rPr>
          <w:rFonts w:ascii="Arial" w:hAnsi="Arial" w:cs="Arial"/>
          <w:b/>
          <w:bCs/>
          <w:u w:val="single"/>
        </w:rPr>
        <w:t xml:space="preserve"> Restaurant</w:t>
      </w:r>
    </w:p>
    <w:p w14:paraId="7EF4E0A4" w14:textId="44D1F925" w:rsidR="00C630AB" w:rsidRPr="00A52E8B" w:rsidRDefault="00DA5F6D" w:rsidP="00A52E8B">
      <w:pPr>
        <w:spacing w:after="0" w:line="360" w:lineRule="auto"/>
        <w:rPr>
          <w:rFonts w:ascii="Arial" w:hAnsi="Arial" w:cs="Arial"/>
          <w:b/>
          <w:bCs/>
        </w:rPr>
      </w:pPr>
      <w:r w:rsidRPr="00A52E8B">
        <w:rPr>
          <w:rFonts w:ascii="Arial" w:hAnsi="Arial" w:cs="Arial"/>
          <w:b/>
          <w:bCs/>
        </w:rPr>
        <w:t>Junior waitress</w:t>
      </w:r>
      <w:r w:rsidR="00051EF7" w:rsidRPr="00A52E8B">
        <w:rPr>
          <w:rFonts w:ascii="Arial" w:hAnsi="Arial" w:cs="Arial"/>
          <w:b/>
          <w:bCs/>
        </w:rPr>
        <w:t xml:space="preserve"> - </w:t>
      </w:r>
      <w:r w:rsidRPr="00A52E8B">
        <w:rPr>
          <w:rFonts w:ascii="Arial" w:hAnsi="Arial" w:cs="Arial"/>
          <w:b/>
          <w:bCs/>
        </w:rPr>
        <w:t>Feb 2023 – Sep 2024</w:t>
      </w:r>
      <w:r w:rsidRPr="00A52E8B">
        <w:rPr>
          <w:rFonts w:ascii="Arial" w:hAnsi="Arial" w:cs="Arial"/>
        </w:rPr>
        <w:br/>
        <w:t>- Communicated effectively with kitchen and waitstaff to ensure timely and efficient service.</w:t>
      </w:r>
      <w:r w:rsidRPr="00A52E8B">
        <w:rPr>
          <w:rFonts w:ascii="Arial" w:hAnsi="Arial" w:cs="Arial"/>
        </w:rPr>
        <w:br/>
        <w:t>- Provided excellent customer service, addressing guests' requests and concerns in a polite and professional manner.</w:t>
      </w:r>
    </w:p>
    <w:p w14:paraId="376266B1" w14:textId="6A57142C" w:rsidR="00DA5F6D" w:rsidRPr="00A52E8B" w:rsidRDefault="00000000" w:rsidP="00A52E8B">
      <w:pPr>
        <w:spacing w:after="0" w:line="360" w:lineRule="auto"/>
        <w:rPr>
          <w:rFonts w:ascii="Arial" w:hAnsi="Arial" w:cs="Arial"/>
          <w:b/>
          <w:bCs/>
          <w:u w:val="single"/>
        </w:rPr>
      </w:pPr>
      <w:r w:rsidRPr="00A52E8B">
        <w:rPr>
          <w:rFonts w:ascii="Arial" w:hAnsi="Arial" w:cs="Arial"/>
          <w:b/>
          <w:bCs/>
          <w:u w:val="single"/>
        </w:rPr>
        <w:t xml:space="preserve">On </w:t>
      </w:r>
      <w:proofErr w:type="spellStart"/>
      <w:r w:rsidRPr="00A52E8B">
        <w:rPr>
          <w:rFonts w:ascii="Arial" w:hAnsi="Arial" w:cs="Arial"/>
          <w:b/>
          <w:bCs/>
          <w:u w:val="single"/>
        </w:rPr>
        <w:t>Fisio</w:t>
      </w:r>
      <w:proofErr w:type="spellEnd"/>
      <w:r w:rsidRPr="00A52E8B">
        <w:rPr>
          <w:rFonts w:ascii="Arial" w:hAnsi="Arial" w:cs="Arial"/>
          <w:b/>
          <w:bCs/>
          <w:u w:val="single"/>
        </w:rPr>
        <w:t xml:space="preserve"> &amp; Fit</w:t>
      </w:r>
      <w:r w:rsidR="00DA5F6D" w:rsidRPr="00A52E8B">
        <w:rPr>
          <w:rFonts w:ascii="Arial" w:hAnsi="Arial" w:cs="Arial"/>
          <w:b/>
          <w:bCs/>
          <w:u w:val="single"/>
        </w:rPr>
        <w:t xml:space="preserve"> medical clinic</w:t>
      </w:r>
      <w:r w:rsidRPr="00A52E8B">
        <w:rPr>
          <w:rFonts w:ascii="Arial" w:hAnsi="Arial" w:cs="Arial"/>
          <w:b/>
          <w:bCs/>
          <w:u w:val="single"/>
        </w:rPr>
        <w:t xml:space="preserve">, </w:t>
      </w:r>
      <w:r w:rsidR="00DA5F6D" w:rsidRPr="00A52E8B">
        <w:rPr>
          <w:rFonts w:ascii="Arial" w:hAnsi="Arial" w:cs="Arial"/>
          <w:b/>
          <w:bCs/>
          <w:u w:val="single"/>
        </w:rPr>
        <w:t>Spain</w:t>
      </w:r>
    </w:p>
    <w:p w14:paraId="135AFA14" w14:textId="70A3D686" w:rsidR="00C630AB" w:rsidRPr="00A52E8B" w:rsidRDefault="00DA5F6D" w:rsidP="00A52E8B">
      <w:pPr>
        <w:spacing w:after="0" w:line="360" w:lineRule="auto"/>
        <w:rPr>
          <w:rFonts w:ascii="Arial" w:hAnsi="Arial" w:cs="Arial"/>
          <w:b/>
          <w:bCs/>
        </w:rPr>
      </w:pPr>
      <w:r w:rsidRPr="00A52E8B">
        <w:rPr>
          <w:rFonts w:ascii="Arial" w:hAnsi="Arial" w:cs="Arial"/>
          <w:b/>
          <w:bCs/>
        </w:rPr>
        <w:t>Receptionist manager</w:t>
      </w:r>
      <w:r w:rsidR="00051EF7" w:rsidRPr="00A52E8B">
        <w:rPr>
          <w:rFonts w:ascii="Arial" w:hAnsi="Arial" w:cs="Arial"/>
          <w:b/>
          <w:bCs/>
        </w:rPr>
        <w:t xml:space="preserve"> - </w:t>
      </w:r>
      <w:r w:rsidRPr="00A52E8B">
        <w:rPr>
          <w:rFonts w:ascii="Arial" w:hAnsi="Arial" w:cs="Arial"/>
          <w:b/>
          <w:bCs/>
        </w:rPr>
        <w:t>May 2021 – Oct 2022</w:t>
      </w:r>
    </w:p>
    <w:p w14:paraId="0CBAB10B" w14:textId="742E17FB" w:rsidR="00DA5F6D" w:rsidRPr="00A52E8B" w:rsidRDefault="00000000" w:rsidP="00A52E8B">
      <w:pPr>
        <w:spacing w:after="0" w:line="360" w:lineRule="auto"/>
        <w:rPr>
          <w:rFonts w:ascii="Arial" w:hAnsi="Arial" w:cs="Arial"/>
          <w:b/>
          <w:bCs/>
        </w:rPr>
      </w:pPr>
      <w:r w:rsidRPr="00A52E8B">
        <w:rPr>
          <w:rFonts w:ascii="Arial" w:hAnsi="Arial" w:cs="Arial"/>
        </w:rPr>
        <w:t>- Managed the daily operations of the reception area, including scheduling, patient check-ins, and handling inquiries.</w:t>
      </w:r>
      <w:r w:rsidRPr="00A52E8B">
        <w:rPr>
          <w:rFonts w:ascii="Arial" w:hAnsi="Arial" w:cs="Arial"/>
        </w:rPr>
        <w:br/>
        <w:t>- Resolved patient complaints and issues, maintaining a professional</w:t>
      </w:r>
      <w:r w:rsidR="00235E87" w:rsidRPr="00A52E8B">
        <w:rPr>
          <w:rFonts w:ascii="Arial" w:hAnsi="Arial" w:cs="Arial"/>
        </w:rPr>
        <w:t xml:space="preserve"> </w:t>
      </w:r>
      <w:r w:rsidRPr="00A52E8B">
        <w:rPr>
          <w:rFonts w:ascii="Arial" w:hAnsi="Arial" w:cs="Arial"/>
        </w:rPr>
        <w:t>manner.</w:t>
      </w:r>
      <w:r w:rsidRPr="00A52E8B">
        <w:rPr>
          <w:rFonts w:ascii="Arial" w:hAnsi="Arial" w:cs="Arial"/>
        </w:rPr>
        <w:br/>
        <w:t>- Monitored inventory levels of office supplies and medical forms</w:t>
      </w:r>
      <w:r w:rsidR="00235E87" w:rsidRPr="00A52E8B">
        <w:rPr>
          <w:rFonts w:ascii="Arial" w:hAnsi="Arial" w:cs="Arial"/>
        </w:rPr>
        <w:t>.</w:t>
      </w:r>
      <w:r w:rsidRPr="00A52E8B">
        <w:rPr>
          <w:rFonts w:ascii="Arial" w:hAnsi="Arial" w:cs="Arial"/>
        </w:rPr>
        <w:br/>
        <w:t>- Implemented and managed electronic health record (EHR) systems to streamline patient information management.</w:t>
      </w:r>
      <w:r w:rsidRPr="00A52E8B">
        <w:rPr>
          <w:rFonts w:ascii="Arial" w:hAnsi="Arial" w:cs="Arial"/>
        </w:rPr>
        <w:br/>
      </w:r>
      <w:r w:rsidRPr="00A52E8B">
        <w:rPr>
          <w:rFonts w:ascii="Arial" w:hAnsi="Arial" w:cs="Arial"/>
          <w:b/>
          <w:bCs/>
          <w:u w:val="single"/>
        </w:rPr>
        <w:t xml:space="preserve">Laser 2000, </w:t>
      </w:r>
      <w:r w:rsidR="00DA5F6D" w:rsidRPr="00A52E8B">
        <w:rPr>
          <w:rFonts w:ascii="Arial" w:hAnsi="Arial" w:cs="Arial"/>
          <w:b/>
          <w:bCs/>
          <w:u w:val="single"/>
        </w:rPr>
        <w:t>Spain</w:t>
      </w:r>
    </w:p>
    <w:p w14:paraId="1690F96F" w14:textId="1B220DE6" w:rsidR="00C630AB" w:rsidRPr="00A52E8B" w:rsidRDefault="00DA5F6D" w:rsidP="00A52E8B">
      <w:pPr>
        <w:spacing w:after="0" w:line="360" w:lineRule="auto"/>
        <w:rPr>
          <w:rFonts w:ascii="Arial" w:hAnsi="Arial" w:cs="Arial"/>
          <w:b/>
          <w:bCs/>
        </w:rPr>
      </w:pPr>
      <w:r w:rsidRPr="00A52E8B">
        <w:rPr>
          <w:rFonts w:ascii="Arial" w:hAnsi="Arial" w:cs="Arial"/>
          <w:b/>
          <w:bCs/>
        </w:rPr>
        <w:t>Receptionist manager</w:t>
      </w:r>
      <w:r w:rsidR="00051EF7" w:rsidRPr="00A52E8B">
        <w:rPr>
          <w:rFonts w:ascii="Arial" w:hAnsi="Arial" w:cs="Arial"/>
          <w:b/>
          <w:bCs/>
        </w:rPr>
        <w:t xml:space="preserve"> - </w:t>
      </w:r>
      <w:r w:rsidRPr="00A52E8B">
        <w:rPr>
          <w:rFonts w:ascii="Arial" w:hAnsi="Arial" w:cs="Arial"/>
          <w:b/>
          <w:bCs/>
        </w:rPr>
        <w:t>Nov 2010 – Jun 2020</w:t>
      </w:r>
    </w:p>
    <w:p w14:paraId="6AF663DA" w14:textId="275AF3E4" w:rsidR="005D3AB4" w:rsidRPr="00A52E8B" w:rsidRDefault="00000000" w:rsidP="00A52E8B">
      <w:pPr>
        <w:spacing w:after="0" w:line="360" w:lineRule="auto"/>
        <w:rPr>
          <w:rFonts w:ascii="Arial" w:hAnsi="Arial" w:cs="Arial"/>
        </w:rPr>
      </w:pPr>
      <w:r w:rsidRPr="00A52E8B">
        <w:rPr>
          <w:rFonts w:ascii="Arial" w:hAnsi="Arial" w:cs="Arial"/>
        </w:rPr>
        <w:t>- Managed office supplies, inventory, and equipment maintenance.</w:t>
      </w:r>
      <w:r w:rsidRPr="00A52E8B">
        <w:rPr>
          <w:rFonts w:ascii="Arial" w:hAnsi="Arial" w:cs="Arial"/>
        </w:rPr>
        <w:br/>
        <w:t>- Greeted and welcomed visitors, ensuring a positive first impression.</w:t>
      </w:r>
      <w:r w:rsidRPr="00A52E8B">
        <w:rPr>
          <w:rFonts w:ascii="Arial" w:hAnsi="Arial" w:cs="Arial"/>
        </w:rPr>
        <w:br/>
        <w:t>- Managed a multi-line phone system, directing calls to appropriate departments.</w:t>
      </w:r>
      <w:r w:rsidRPr="00A52E8B">
        <w:rPr>
          <w:rFonts w:ascii="Arial" w:hAnsi="Arial" w:cs="Arial"/>
        </w:rPr>
        <w:br/>
        <w:t>- Scheduled appointments and managed calendars for staff members.</w:t>
      </w:r>
      <w:r w:rsidRPr="00A52E8B">
        <w:rPr>
          <w:rFonts w:ascii="Arial" w:hAnsi="Arial" w:cs="Arial"/>
        </w:rPr>
        <w:br/>
        <w:t>- Processed incoming and outgoing mail and deliveries.</w:t>
      </w:r>
      <w:r w:rsidRPr="00A52E8B">
        <w:rPr>
          <w:rFonts w:ascii="Arial" w:hAnsi="Arial" w:cs="Arial"/>
        </w:rPr>
        <w:br/>
        <w:t>- Resolved customer inquiries and complaints in a professional and timely manner.</w:t>
      </w:r>
      <w:r w:rsidRPr="00A52E8B">
        <w:rPr>
          <w:rFonts w:ascii="Arial" w:hAnsi="Arial" w:cs="Arial"/>
        </w:rPr>
        <w:br/>
      </w:r>
      <w:proofErr w:type="spellStart"/>
      <w:proofErr w:type="gramStart"/>
      <w:r w:rsidRPr="00A52E8B">
        <w:rPr>
          <w:rFonts w:ascii="Arial" w:hAnsi="Arial" w:cs="Arial"/>
          <w:b/>
          <w:bCs/>
          <w:u w:val="single"/>
        </w:rPr>
        <w:t>Marvimundo</w:t>
      </w:r>
      <w:proofErr w:type="spellEnd"/>
      <w:r w:rsidR="00DA5F6D" w:rsidRPr="00A52E8B">
        <w:rPr>
          <w:rFonts w:ascii="Arial" w:hAnsi="Arial" w:cs="Arial"/>
          <w:b/>
          <w:bCs/>
          <w:u w:val="single"/>
        </w:rPr>
        <w:t xml:space="preserve"> </w:t>
      </w:r>
      <w:r w:rsidRPr="00A52E8B">
        <w:rPr>
          <w:rFonts w:ascii="Arial" w:hAnsi="Arial" w:cs="Arial"/>
          <w:b/>
          <w:bCs/>
          <w:u w:val="single"/>
        </w:rPr>
        <w:t>,</w:t>
      </w:r>
      <w:proofErr w:type="gramEnd"/>
      <w:r w:rsidRPr="00A52E8B">
        <w:rPr>
          <w:rFonts w:ascii="Arial" w:hAnsi="Arial" w:cs="Arial"/>
          <w:b/>
          <w:bCs/>
          <w:u w:val="single"/>
        </w:rPr>
        <w:t xml:space="preserve"> </w:t>
      </w:r>
      <w:r w:rsidR="00DA5F6D" w:rsidRPr="00A52E8B">
        <w:rPr>
          <w:rFonts w:ascii="Arial" w:hAnsi="Arial" w:cs="Arial"/>
          <w:b/>
          <w:bCs/>
          <w:u w:val="single"/>
        </w:rPr>
        <w:t>Spain</w:t>
      </w:r>
    </w:p>
    <w:p w14:paraId="32FE0B42" w14:textId="77777777" w:rsidR="00235E87" w:rsidRPr="00A52E8B" w:rsidRDefault="00051EF7" w:rsidP="00A52E8B">
      <w:pPr>
        <w:spacing w:line="360" w:lineRule="auto"/>
        <w:rPr>
          <w:rFonts w:ascii="Arial" w:hAnsi="Arial" w:cs="Arial"/>
          <w:b/>
          <w:bCs/>
          <w:u w:val="single"/>
        </w:rPr>
      </w:pPr>
      <w:r w:rsidRPr="00A52E8B">
        <w:rPr>
          <w:rFonts w:ascii="Arial" w:hAnsi="Arial" w:cs="Arial"/>
          <w:b/>
          <w:bCs/>
        </w:rPr>
        <w:t>Customer service</w:t>
      </w:r>
      <w:r w:rsidR="00DD55AD" w:rsidRPr="00A52E8B">
        <w:rPr>
          <w:rFonts w:ascii="Arial" w:hAnsi="Arial" w:cs="Arial"/>
          <w:b/>
          <w:bCs/>
        </w:rPr>
        <w:t xml:space="preserve"> - </w:t>
      </w:r>
      <w:r w:rsidRPr="00A52E8B">
        <w:rPr>
          <w:rFonts w:ascii="Arial" w:hAnsi="Arial" w:cs="Arial"/>
          <w:b/>
          <w:bCs/>
        </w:rPr>
        <w:t>Jan 2010 – Nov 2010</w:t>
      </w:r>
    </w:p>
    <w:p w14:paraId="7FF9FBA6" w14:textId="4C7DF38D" w:rsidR="00051EF7" w:rsidRPr="00A52E8B" w:rsidRDefault="00051EF7" w:rsidP="00A52E8B">
      <w:pPr>
        <w:spacing w:line="360" w:lineRule="auto"/>
        <w:rPr>
          <w:rFonts w:ascii="Arial" w:hAnsi="Arial" w:cs="Arial"/>
          <w:b/>
          <w:bCs/>
          <w:u w:val="single"/>
        </w:rPr>
      </w:pPr>
      <w:r w:rsidRPr="00A52E8B">
        <w:rPr>
          <w:rFonts w:ascii="Arial" w:hAnsi="Arial" w:cs="Arial"/>
        </w:rPr>
        <w:t>- Provided exceptional customer service via phone, email, and in-person.</w:t>
      </w:r>
      <w:r w:rsidRPr="00A52E8B">
        <w:rPr>
          <w:rFonts w:ascii="Arial" w:hAnsi="Arial" w:cs="Arial"/>
        </w:rPr>
        <w:br/>
        <w:t>- Resolved customer inquiries and complaints in a professional and timely manner.</w:t>
      </w:r>
      <w:r w:rsidRPr="00A52E8B">
        <w:rPr>
          <w:rFonts w:ascii="Arial" w:hAnsi="Arial" w:cs="Arial"/>
        </w:rPr>
        <w:br/>
        <w:t>- Processed orders, returns, and exchanges accurately.</w:t>
      </w:r>
      <w:r w:rsidRPr="00A52E8B">
        <w:rPr>
          <w:rFonts w:ascii="Arial" w:hAnsi="Arial" w:cs="Arial"/>
        </w:rPr>
        <w:br/>
      </w:r>
    </w:p>
    <w:p w14:paraId="786B3E07" w14:textId="16F5534C" w:rsidR="00051EF7" w:rsidRPr="00A52E8B" w:rsidRDefault="00051EF7" w:rsidP="00A52E8B">
      <w:pPr>
        <w:spacing w:after="0" w:line="360" w:lineRule="auto"/>
        <w:rPr>
          <w:rFonts w:ascii="Arial" w:hAnsi="Arial" w:cs="Arial"/>
        </w:rPr>
      </w:pPr>
      <w:r w:rsidRPr="00A52E8B">
        <w:rPr>
          <w:rFonts w:ascii="Arial" w:hAnsi="Arial" w:cs="Arial"/>
          <w:b/>
          <w:bCs/>
        </w:rPr>
        <w:t>Reference available upon request</w:t>
      </w:r>
    </w:p>
    <w:p w14:paraId="776E1E2F" w14:textId="77777777" w:rsidR="00DD55AD" w:rsidRPr="00A52E8B" w:rsidRDefault="004E4BAE" w:rsidP="00A52E8B">
      <w:pPr>
        <w:spacing w:after="0" w:line="360" w:lineRule="auto"/>
        <w:rPr>
          <w:rFonts w:ascii="Arial" w:hAnsi="Arial" w:cs="Arial"/>
        </w:rPr>
      </w:pPr>
      <w:r w:rsidRPr="00A52E8B">
        <w:rPr>
          <w:rFonts w:ascii="Arial" w:hAnsi="Arial" w:cs="Arial"/>
        </w:rPr>
        <w:lastRenderedPageBreak/>
        <w:tab/>
      </w:r>
      <w:r w:rsidRPr="00A52E8B">
        <w:rPr>
          <w:rFonts w:ascii="Arial" w:hAnsi="Arial" w:cs="Arial"/>
        </w:rPr>
        <w:tab/>
      </w:r>
      <w:r w:rsidRPr="00A52E8B">
        <w:rPr>
          <w:rFonts w:ascii="Arial" w:hAnsi="Arial" w:cs="Arial"/>
        </w:rPr>
        <w:tab/>
      </w:r>
      <w:r w:rsidRPr="00A52E8B">
        <w:rPr>
          <w:rFonts w:ascii="Arial" w:hAnsi="Arial" w:cs="Arial"/>
        </w:rPr>
        <w:tab/>
      </w:r>
      <w:r w:rsidRPr="00A52E8B">
        <w:rPr>
          <w:rFonts w:ascii="Arial" w:hAnsi="Arial" w:cs="Arial"/>
        </w:rPr>
        <w:tab/>
      </w:r>
    </w:p>
    <w:p w14:paraId="5D5DF0D2" w14:textId="77777777" w:rsidR="00DD55AD" w:rsidRDefault="00DD55AD" w:rsidP="005D3AB4">
      <w:pPr>
        <w:spacing w:after="0" w:line="360" w:lineRule="auto"/>
        <w:rPr>
          <w:rFonts w:ascii="Arial" w:hAnsi="Arial" w:cs="Arial"/>
        </w:rPr>
      </w:pPr>
    </w:p>
    <w:p w14:paraId="3836705F" w14:textId="1A472F73" w:rsidR="004E4BAE" w:rsidRDefault="004E4BAE" w:rsidP="001B273A">
      <w:pPr>
        <w:spacing w:after="0" w:line="360" w:lineRule="auto"/>
        <w:ind w:left="2880" w:firstLine="720"/>
        <w:rPr>
          <w:rFonts w:ascii="Arial" w:hAnsi="Arial" w:cs="Arial"/>
          <w:b/>
          <w:bCs/>
        </w:rPr>
      </w:pPr>
      <w:r w:rsidRPr="004E4BAE">
        <w:rPr>
          <w:rFonts w:ascii="Arial" w:hAnsi="Arial" w:cs="Arial"/>
          <w:b/>
          <w:bCs/>
        </w:rPr>
        <w:t>Cover Letter</w:t>
      </w:r>
    </w:p>
    <w:p w14:paraId="39C2CB5F" w14:textId="77777777" w:rsidR="00DD55AD" w:rsidRDefault="00DD55AD" w:rsidP="00DD55AD">
      <w:pPr>
        <w:spacing w:after="0" w:line="360" w:lineRule="auto"/>
        <w:ind w:left="2880" w:firstLine="720"/>
        <w:rPr>
          <w:rFonts w:ascii="Arial" w:hAnsi="Arial" w:cs="Arial"/>
          <w:b/>
          <w:bCs/>
        </w:rPr>
      </w:pPr>
    </w:p>
    <w:p w14:paraId="1168F955" w14:textId="025D339B" w:rsidR="00051EF7" w:rsidRDefault="00051EF7" w:rsidP="00051EF7">
      <w:pPr>
        <w:spacing w:after="0" w:line="360" w:lineRule="auto"/>
        <w:ind w:left="5040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Maria Sanchez Martinez                                                                                    </w:t>
      </w:r>
      <w:r w:rsidRPr="004E45E4">
        <w:rPr>
          <w:rFonts w:ascii="Arial" w:hAnsi="Arial" w:cs="Arial"/>
        </w:rPr>
        <w:br/>
      </w:r>
      <w:r>
        <w:rPr>
          <w:rFonts w:ascii="Arial" w:hAnsi="Arial" w:cs="Arial"/>
        </w:rPr>
        <w:t>0</w:t>
      </w:r>
      <w:r w:rsidRPr="004E45E4">
        <w:rPr>
          <w:rFonts w:ascii="Arial" w:hAnsi="Arial" w:cs="Arial"/>
        </w:rPr>
        <w:t>7515321047</w:t>
      </w:r>
      <w:r w:rsidRPr="004E45E4">
        <w:rPr>
          <w:rFonts w:ascii="Arial" w:hAnsi="Arial" w:cs="Arial"/>
        </w:rPr>
        <w:br/>
        <w:t>mariasanchez201493@gmail.com</w:t>
      </w:r>
      <w:r w:rsidRPr="004E45E4">
        <w:rPr>
          <w:rFonts w:ascii="Arial" w:hAnsi="Arial" w:cs="Arial"/>
        </w:rPr>
        <w:br/>
        <w:t>Edgware Road, London, W2 1EB</w:t>
      </w:r>
      <w:r w:rsidRPr="004E45E4">
        <w:rPr>
          <w:rFonts w:ascii="Arial" w:hAnsi="Arial" w:cs="Arial"/>
        </w:rPr>
        <w:br/>
      </w:r>
    </w:p>
    <w:p w14:paraId="4AE6878A" w14:textId="0331DA32" w:rsidR="004E4BAE" w:rsidRPr="004E4BAE" w:rsidRDefault="004E4BAE" w:rsidP="005D3AB4">
      <w:pPr>
        <w:spacing w:after="0" w:line="360" w:lineRule="auto"/>
        <w:rPr>
          <w:rFonts w:ascii="Arial" w:hAnsi="Arial" w:cs="Arial"/>
          <w:b/>
          <w:bCs/>
        </w:rPr>
      </w:pPr>
    </w:p>
    <w:p w14:paraId="77F19250" w14:textId="77777777" w:rsidR="005D3AB4" w:rsidRDefault="005D3AB4" w:rsidP="005D3AB4">
      <w:pPr>
        <w:spacing w:after="0" w:line="360" w:lineRule="auto"/>
        <w:rPr>
          <w:rFonts w:ascii="Arial" w:hAnsi="Arial" w:cs="Arial"/>
          <w:u w:val="single"/>
        </w:rPr>
      </w:pPr>
    </w:p>
    <w:p w14:paraId="5C0299DA" w14:textId="397647E8" w:rsidR="004E4BAE" w:rsidRDefault="004E4BAE" w:rsidP="005D3AB4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Dear Lucia Pawlyn,</w:t>
      </w:r>
    </w:p>
    <w:p w14:paraId="294ED50E" w14:textId="77777777" w:rsidR="004E4BAE" w:rsidRDefault="004E4BAE" w:rsidP="005D3AB4">
      <w:pPr>
        <w:spacing w:after="0" w:line="360" w:lineRule="auto"/>
        <w:rPr>
          <w:rFonts w:ascii="Arial" w:hAnsi="Arial" w:cs="Arial"/>
        </w:rPr>
      </w:pPr>
    </w:p>
    <w:p w14:paraId="313E0479" w14:textId="580BD37B" w:rsidR="004E4BAE" w:rsidRDefault="004E4BAE" w:rsidP="005D3AB4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I am writing to express my interest in the Team Support Officer position</w:t>
      </w:r>
      <w:r w:rsidR="00336CEE">
        <w:rPr>
          <w:rFonts w:ascii="Arial" w:hAnsi="Arial" w:cs="Arial"/>
        </w:rPr>
        <w:t xml:space="preserve">. Through my current role, I have developed strong administrative, organizational and communication skills. I work in a fast-paced environment managing deadlines. </w:t>
      </w:r>
    </w:p>
    <w:p w14:paraId="0D06A55D" w14:textId="77777777" w:rsidR="00311508" w:rsidRDefault="00311508" w:rsidP="005D3AB4">
      <w:pPr>
        <w:spacing w:after="0" w:line="360" w:lineRule="auto"/>
        <w:rPr>
          <w:rFonts w:ascii="Arial" w:hAnsi="Arial" w:cs="Arial"/>
        </w:rPr>
      </w:pPr>
    </w:p>
    <w:p w14:paraId="283A7AC5" w14:textId="323F2930" w:rsidR="00311508" w:rsidRDefault="00311508" w:rsidP="005D3AB4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am </w:t>
      </w:r>
      <w:r w:rsidR="00336CEE">
        <w:rPr>
          <w:rFonts w:ascii="Arial" w:hAnsi="Arial" w:cs="Arial"/>
        </w:rPr>
        <w:t>highly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organi</w:t>
      </w:r>
      <w:r w:rsidR="001B273A">
        <w:rPr>
          <w:rFonts w:ascii="Arial" w:hAnsi="Arial" w:cs="Arial"/>
        </w:rPr>
        <w:t>s</w:t>
      </w:r>
      <w:r>
        <w:rPr>
          <w:rFonts w:ascii="Arial" w:hAnsi="Arial" w:cs="Arial"/>
        </w:rPr>
        <w:t>ed</w:t>
      </w:r>
      <w:proofErr w:type="spellEnd"/>
      <w:r w:rsidR="00336CE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and motivated with strong communication</w:t>
      </w:r>
      <w:r w:rsidR="00336CEE">
        <w:rPr>
          <w:rFonts w:ascii="Arial" w:hAnsi="Arial" w:cs="Arial"/>
        </w:rPr>
        <w:t>. I am confident using IT systems and digital tools to manage information</w:t>
      </w:r>
      <w:r>
        <w:rPr>
          <w:rFonts w:ascii="Arial" w:hAnsi="Arial" w:cs="Arial"/>
        </w:rPr>
        <w:t xml:space="preserve">. I understand the importance of accuracy, confidentiality, attention to detail </w:t>
      </w:r>
      <w:r w:rsidR="00235E87">
        <w:rPr>
          <w:rFonts w:ascii="Arial" w:hAnsi="Arial" w:cs="Arial"/>
        </w:rPr>
        <w:t>and professionalism in a financial environment. I am confident in my ability to learn new systems and procedures, manage tasks effectively and provide support to colleagues to ensure that daily operations run smoothly.</w:t>
      </w:r>
    </w:p>
    <w:p w14:paraId="4B005A67" w14:textId="77777777" w:rsidR="00235E87" w:rsidRDefault="00235E87" w:rsidP="005D3AB4">
      <w:pPr>
        <w:spacing w:after="0" w:line="360" w:lineRule="auto"/>
        <w:rPr>
          <w:rFonts w:ascii="Arial" w:hAnsi="Arial" w:cs="Arial"/>
        </w:rPr>
      </w:pPr>
    </w:p>
    <w:p w14:paraId="7547897D" w14:textId="4A9FF8DD" w:rsidR="00235E87" w:rsidRDefault="001B273A" w:rsidP="005D3AB4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would welcome the opportunity to contribute to your </w:t>
      </w:r>
      <w:r w:rsidR="0084506F">
        <w:rPr>
          <w:rFonts w:ascii="Arial" w:hAnsi="Arial" w:cs="Arial"/>
        </w:rPr>
        <w:t>organization</w:t>
      </w:r>
      <w:r>
        <w:rPr>
          <w:rFonts w:ascii="Arial" w:hAnsi="Arial" w:cs="Arial"/>
        </w:rPr>
        <w:t xml:space="preserve"> through my commitment, adaptability and enthusiasm for learning. Thank you for considering my application. I look forward to the </w:t>
      </w:r>
      <w:r w:rsidR="0084506F">
        <w:rPr>
          <w:rFonts w:ascii="Arial" w:hAnsi="Arial" w:cs="Arial"/>
        </w:rPr>
        <w:t>opportunity to meet with you</w:t>
      </w:r>
      <w:r>
        <w:rPr>
          <w:rFonts w:ascii="Arial" w:hAnsi="Arial" w:cs="Arial"/>
        </w:rPr>
        <w:t>.</w:t>
      </w:r>
    </w:p>
    <w:p w14:paraId="38511643" w14:textId="77777777" w:rsidR="001B273A" w:rsidRDefault="001B273A" w:rsidP="005D3AB4">
      <w:pPr>
        <w:spacing w:after="0" w:line="360" w:lineRule="auto"/>
        <w:rPr>
          <w:rFonts w:ascii="Arial" w:hAnsi="Arial" w:cs="Arial"/>
        </w:rPr>
      </w:pPr>
    </w:p>
    <w:p w14:paraId="7B01E539" w14:textId="77777777" w:rsidR="001B273A" w:rsidRDefault="001B273A" w:rsidP="005D3AB4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Yours sincerely,  </w:t>
      </w:r>
    </w:p>
    <w:p w14:paraId="3FA92907" w14:textId="2819A5FF" w:rsidR="001B273A" w:rsidRDefault="001B273A" w:rsidP="005D3AB4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Maria Sanchez Martinez</w:t>
      </w:r>
    </w:p>
    <w:p w14:paraId="1772079F" w14:textId="77777777" w:rsidR="004E4BAE" w:rsidRDefault="004E4BAE" w:rsidP="005D3AB4">
      <w:pPr>
        <w:spacing w:after="0" w:line="360" w:lineRule="auto"/>
        <w:rPr>
          <w:rFonts w:ascii="Arial" w:hAnsi="Arial" w:cs="Arial"/>
        </w:rPr>
      </w:pPr>
    </w:p>
    <w:p w14:paraId="768AB6E3" w14:textId="77777777" w:rsidR="004E4BAE" w:rsidRDefault="004E4BAE" w:rsidP="005D3AB4">
      <w:pPr>
        <w:spacing w:after="0" w:line="360" w:lineRule="auto"/>
        <w:rPr>
          <w:rFonts w:ascii="Arial" w:hAnsi="Arial" w:cs="Arial"/>
        </w:rPr>
      </w:pPr>
    </w:p>
    <w:p w14:paraId="3053D20C" w14:textId="77777777" w:rsidR="00A52E8B" w:rsidRPr="004E4BAE" w:rsidRDefault="00A52E8B" w:rsidP="005D3AB4">
      <w:pPr>
        <w:spacing w:after="0" w:line="360" w:lineRule="auto"/>
        <w:rPr>
          <w:rFonts w:ascii="Arial" w:hAnsi="Arial" w:cs="Arial"/>
        </w:rPr>
      </w:pPr>
    </w:p>
    <w:p w14:paraId="13E3E7BD" w14:textId="77777777" w:rsidR="00336CEE" w:rsidRDefault="00336CEE" w:rsidP="001B273A">
      <w:pPr>
        <w:spacing w:after="0" w:line="360" w:lineRule="auto"/>
        <w:ind w:left="2880" w:firstLine="720"/>
        <w:rPr>
          <w:rFonts w:ascii="Arial" w:hAnsi="Arial" w:cs="Arial"/>
          <w:b/>
          <w:bCs/>
          <w:lang w:val="en-GB"/>
        </w:rPr>
      </w:pPr>
    </w:p>
    <w:p w14:paraId="46D1A326" w14:textId="3C1BDC6C" w:rsidR="001B273A" w:rsidRDefault="001B273A" w:rsidP="001B273A">
      <w:pPr>
        <w:spacing w:after="0" w:line="360" w:lineRule="auto"/>
        <w:ind w:left="2880" w:firstLine="720"/>
        <w:rPr>
          <w:rFonts w:ascii="Arial" w:hAnsi="Arial" w:cs="Arial"/>
          <w:b/>
          <w:bCs/>
          <w:lang w:val="en-GB"/>
        </w:rPr>
      </w:pPr>
      <w:r>
        <w:rPr>
          <w:rFonts w:ascii="Arial" w:hAnsi="Arial" w:cs="Arial"/>
          <w:b/>
          <w:bCs/>
          <w:lang w:val="en-GB"/>
        </w:rPr>
        <w:lastRenderedPageBreak/>
        <w:t>Job vacancy</w:t>
      </w:r>
    </w:p>
    <w:p w14:paraId="736CCC9B" w14:textId="77777777" w:rsidR="001B273A" w:rsidRDefault="001B273A" w:rsidP="001B273A">
      <w:pPr>
        <w:spacing w:after="0" w:line="360" w:lineRule="auto"/>
        <w:ind w:left="2880" w:firstLine="720"/>
        <w:rPr>
          <w:rFonts w:ascii="Arial" w:hAnsi="Arial" w:cs="Arial"/>
          <w:b/>
          <w:bCs/>
          <w:lang w:val="en-GB"/>
        </w:rPr>
      </w:pPr>
    </w:p>
    <w:p w14:paraId="2FF2546A" w14:textId="77777777" w:rsidR="001B273A" w:rsidRPr="001B2057" w:rsidRDefault="001B273A" w:rsidP="001B273A">
      <w:pPr>
        <w:spacing w:after="0" w:line="360" w:lineRule="auto"/>
        <w:rPr>
          <w:rFonts w:ascii="Arial" w:hAnsi="Arial" w:cs="Arial"/>
          <w:b/>
          <w:bCs/>
          <w:lang w:val="en-GB"/>
        </w:rPr>
      </w:pPr>
      <w:r w:rsidRPr="001B2057">
        <w:rPr>
          <w:rFonts w:ascii="Arial" w:hAnsi="Arial" w:cs="Arial"/>
          <w:b/>
          <w:bCs/>
          <w:lang w:val="en-GB"/>
        </w:rPr>
        <w:t>Team Assistant</w:t>
      </w:r>
    </w:p>
    <w:p w14:paraId="7E9D34F4" w14:textId="77777777" w:rsidR="001B273A" w:rsidRPr="001B2057" w:rsidRDefault="001B273A" w:rsidP="001B273A">
      <w:pPr>
        <w:spacing w:after="0" w:line="360" w:lineRule="auto"/>
        <w:rPr>
          <w:rFonts w:ascii="Arial" w:hAnsi="Arial" w:cs="Arial"/>
          <w:lang w:val="en-GB"/>
        </w:rPr>
      </w:pPr>
      <w:r w:rsidRPr="001B2057">
        <w:rPr>
          <w:rFonts w:ascii="Arial" w:hAnsi="Arial" w:cs="Arial"/>
          <w:lang w:val="en-GB"/>
        </w:rPr>
        <w:t>City of London Permanent £50,000 - £60,000 per year</w:t>
      </w:r>
    </w:p>
    <w:p w14:paraId="70057BA9" w14:textId="77777777" w:rsidR="001B273A" w:rsidRPr="001B2057" w:rsidRDefault="001B273A" w:rsidP="001B273A">
      <w:pPr>
        <w:numPr>
          <w:ilvl w:val="0"/>
          <w:numId w:val="13"/>
        </w:numPr>
        <w:spacing w:after="0" w:line="360" w:lineRule="auto"/>
        <w:rPr>
          <w:rFonts w:ascii="Arial" w:hAnsi="Arial" w:cs="Arial"/>
          <w:lang w:val="en-GB"/>
        </w:rPr>
      </w:pPr>
      <w:r w:rsidRPr="001B2057">
        <w:rPr>
          <w:rFonts w:ascii="Arial" w:hAnsi="Arial" w:cs="Arial"/>
          <w:lang w:val="en-GB"/>
        </w:rPr>
        <w:t xml:space="preserve">Permanent role, </w:t>
      </w:r>
      <w:proofErr w:type="gramStart"/>
      <w:r w:rsidRPr="001B2057">
        <w:rPr>
          <w:rFonts w:ascii="Arial" w:hAnsi="Arial" w:cs="Arial"/>
          <w:lang w:val="en-GB"/>
        </w:rPr>
        <w:t>Based</w:t>
      </w:r>
      <w:proofErr w:type="gramEnd"/>
      <w:r w:rsidRPr="001B2057">
        <w:rPr>
          <w:rFonts w:ascii="Arial" w:hAnsi="Arial" w:cs="Arial"/>
          <w:lang w:val="en-GB"/>
        </w:rPr>
        <w:t xml:space="preserve"> in the City, Hybrid working</w:t>
      </w:r>
    </w:p>
    <w:p w14:paraId="1D65E886" w14:textId="77777777" w:rsidR="001B273A" w:rsidRPr="001B2057" w:rsidRDefault="001B273A" w:rsidP="001B273A">
      <w:pPr>
        <w:numPr>
          <w:ilvl w:val="0"/>
          <w:numId w:val="13"/>
        </w:numPr>
        <w:spacing w:after="0" w:line="360" w:lineRule="auto"/>
        <w:rPr>
          <w:rFonts w:ascii="Arial" w:hAnsi="Arial" w:cs="Arial"/>
          <w:lang w:val="en-GB"/>
        </w:rPr>
      </w:pPr>
      <w:r w:rsidRPr="001B2057">
        <w:rPr>
          <w:rFonts w:ascii="Arial" w:hAnsi="Arial" w:cs="Arial"/>
          <w:lang w:val="en-GB"/>
        </w:rPr>
        <w:t>Fast paced and varied role, supporting managing directors and their teams</w:t>
      </w:r>
    </w:p>
    <w:p w14:paraId="69962655" w14:textId="77777777" w:rsidR="001B273A" w:rsidRPr="001B2057" w:rsidRDefault="001B273A" w:rsidP="001B273A">
      <w:pPr>
        <w:spacing w:after="0" w:line="360" w:lineRule="auto"/>
        <w:rPr>
          <w:rFonts w:ascii="Arial" w:hAnsi="Arial" w:cs="Arial"/>
          <w:b/>
          <w:bCs/>
          <w:lang w:val="en-GB"/>
        </w:rPr>
      </w:pPr>
      <w:r w:rsidRPr="001B2057">
        <w:rPr>
          <w:rFonts w:ascii="Arial" w:hAnsi="Arial" w:cs="Arial"/>
          <w:b/>
          <w:bCs/>
          <w:lang w:val="en-GB"/>
        </w:rPr>
        <w:t>About Our Client</w:t>
      </w:r>
    </w:p>
    <w:p w14:paraId="404979EC" w14:textId="77777777" w:rsidR="001B273A" w:rsidRPr="001B2057" w:rsidRDefault="001B273A" w:rsidP="001B273A">
      <w:pPr>
        <w:spacing w:after="0" w:line="360" w:lineRule="auto"/>
        <w:rPr>
          <w:rFonts w:ascii="Arial" w:hAnsi="Arial" w:cs="Arial"/>
          <w:lang w:val="en-GB"/>
        </w:rPr>
      </w:pPr>
      <w:r w:rsidRPr="001B2057">
        <w:rPr>
          <w:rFonts w:ascii="Arial" w:hAnsi="Arial" w:cs="Arial"/>
          <w:lang w:val="en-GB"/>
        </w:rPr>
        <w:t>Working for a large bank in the City of London based in Bishops Gate. Offering hybrid working 4 days in and 1 from home.</w:t>
      </w:r>
    </w:p>
    <w:p w14:paraId="5DD733EA" w14:textId="77777777" w:rsidR="001B273A" w:rsidRPr="001B2057" w:rsidRDefault="001B273A" w:rsidP="001B273A">
      <w:pPr>
        <w:spacing w:after="0" w:line="360" w:lineRule="auto"/>
        <w:rPr>
          <w:rFonts w:ascii="Arial" w:hAnsi="Arial" w:cs="Arial"/>
          <w:b/>
          <w:bCs/>
          <w:lang w:val="en-GB"/>
        </w:rPr>
      </w:pPr>
      <w:r w:rsidRPr="001B2057">
        <w:rPr>
          <w:rFonts w:ascii="Arial" w:hAnsi="Arial" w:cs="Arial"/>
          <w:b/>
          <w:bCs/>
          <w:lang w:val="en-GB"/>
        </w:rPr>
        <w:t>Job Description</w:t>
      </w:r>
    </w:p>
    <w:p w14:paraId="23EF8867" w14:textId="77777777" w:rsidR="001B273A" w:rsidRPr="001B2057" w:rsidRDefault="001B273A" w:rsidP="001B273A">
      <w:pPr>
        <w:spacing w:after="0" w:line="360" w:lineRule="auto"/>
        <w:rPr>
          <w:rFonts w:ascii="Arial" w:hAnsi="Arial" w:cs="Arial"/>
          <w:lang w:val="en-GB"/>
        </w:rPr>
      </w:pPr>
      <w:r w:rsidRPr="001B2057">
        <w:rPr>
          <w:rFonts w:ascii="Arial" w:hAnsi="Arial" w:cs="Arial"/>
          <w:lang w:val="en-GB"/>
        </w:rPr>
        <w:t>Team Assistant responsibilities:</w:t>
      </w:r>
      <w:r w:rsidRPr="001B2057">
        <w:rPr>
          <w:rFonts w:ascii="Arial" w:hAnsi="Arial" w:cs="Arial"/>
          <w:lang w:val="en-GB"/>
        </w:rPr>
        <w:br/>
      </w:r>
    </w:p>
    <w:p w14:paraId="37509C94" w14:textId="77777777" w:rsidR="001B273A" w:rsidRPr="001B2057" w:rsidRDefault="001B273A" w:rsidP="001B273A">
      <w:pPr>
        <w:numPr>
          <w:ilvl w:val="0"/>
          <w:numId w:val="14"/>
        </w:numPr>
        <w:spacing w:after="0" w:line="360" w:lineRule="auto"/>
        <w:rPr>
          <w:rFonts w:ascii="Arial" w:hAnsi="Arial" w:cs="Arial"/>
          <w:lang w:val="en-GB"/>
        </w:rPr>
      </w:pPr>
      <w:r w:rsidRPr="001B2057">
        <w:rPr>
          <w:rFonts w:ascii="Arial" w:hAnsi="Arial" w:cs="Arial"/>
          <w:lang w:val="en-GB"/>
        </w:rPr>
        <w:t>Diary management across different time zones.</w:t>
      </w:r>
    </w:p>
    <w:p w14:paraId="2A93A658" w14:textId="77777777" w:rsidR="001B273A" w:rsidRPr="001B2057" w:rsidRDefault="001B273A" w:rsidP="001B273A">
      <w:pPr>
        <w:numPr>
          <w:ilvl w:val="0"/>
          <w:numId w:val="14"/>
        </w:numPr>
        <w:spacing w:after="0" w:line="360" w:lineRule="auto"/>
        <w:rPr>
          <w:rFonts w:ascii="Arial" w:hAnsi="Arial" w:cs="Arial"/>
          <w:lang w:val="en-GB"/>
        </w:rPr>
      </w:pPr>
      <w:r w:rsidRPr="001B2057">
        <w:rPr>
          <w:rFonts w:ascii="Arial" w:hAnsi="Arial" w:cs="Arial"/>
          <w:lang w:val="en-GB"/>
        </w:rPr>
        <w:t>Organise extensive global travel.</w:t>
      </w:r>
    </w:p>
    <w:p w14:paraId="7D6149DE" w14:textId="77777777" w:rsidR="001B273A" w:rsidRPr="001B2057" w:rsidRDefault="001B273A" w:rsidP="001B273A">
      <w:pPr>
        <w:numPr>
          <w:ilvl w:val="0"/>
          <w:numId w:val="14"/>
        </w:numPr>
        <w:spacing w:after="0" w:line="360" w:lineRule="auto"/>
        <w:rPr>
          <w:rFonts w:ascii="Arial" w:hAnsi="Arial" w:cs="Arial"/>
          <w:lang w:val="en-GB"/>
        </w:rPr>
      </w:pPr>
      <w:r w:rsidRPr="001B2057">
        <w:rPr>
          <w:rFonts w:ascii="Arial" w:hAnsi="Arial" w:cs="Arial"/>
          <w:lang w:val="en-GB"/>
        </w:rPr>
        <w:t>Managing expenses.</w:t>
      </w:r>
    </w:p>
    <w:p w14:paraId="185BC9EE" w14:textId="77777777" w:rsidR="001B273A" w:rsidRPr="001B2057" w:rsidRDefault="001B273A" w:rsidP="001B273A">
      <w:pPr>
        <w:numPr>
          <w:ilvl w:val="0"/>
          <w:numId w:val="14"/>
        </w:numPr>
        <w:spacing w:after="0" w:line="360" w:lineRule="auto"/>
        <w:rPr>
          <w:rFonts w:ascii="Arial" w:hAnsi="Arial" w:cs="Arial"/>
          <w:lang w:val="en-GB"/>
        </w:rPr>
      </w:pPr>
      <w:r w:rsidRPr="001B2057">
        <w:rPr>
          <w:rFonts w:ascii="Arial" w:hAnsi="Arial" w:cs="Arial"/>
          <w:lang w:val="en-GB"/>
        </w:rPr>
        <w:t>Organise and prepare documents for meetings and presentations</w:t>
      </w:r>
    </w:p>
    <w:p w14:paraId="145E61BE" w14:textId="77777777" w:rsidR="001B273A" w:rsidRPr="001B2057" w:rsidRDefault="001B273A" w:rsidP="001B273A">
      <w:pPr>
        <w:numPr>
          <w:ilvl w:val="0"/>
          <w:numId w:val="14"/>
        </w:numPr>
        <w:spacing w:after="0" w:line="360" w:lineRule="auto"/>
        <w:rPr>
          <w:rFonts w:ascii="Arial" w:hAnsi="Arial" w:cs="Arial"/>
          <w:lang w:val="en-GB"/>
        </w:rPr>
      </w:pPr>
      <w:r w:rsidRPr="001B2057">
        <w:rPr>
          <w:rFonts w:ascii="Arial" w:hAnsi="Arial" w:cs="Arial"/>
          <w:lang w:val="en-GB"/>
        </w:rPr>
        <w:t>Act as a point of contact for internal and external communications.</w:t>
      </w:r>
    </w:p>
    <w:p w14:paraId="03D864EF" w14:textId="77777777" w:rsidR="001B273A" w:rsidRPr="001B2057" w:rsidRDefault="001B273A" w:rsidP="001B273A">
      <w:pPr>
        <w:numPr>
          <w:ilvl w:val="0"/>
          <w:numId w:val="14"/>
        </w:numPr>
        <w:spacing w:after="0" w:line="360" w:lineRule="auto"/>
        <w:rPr>
          <w:rFonts w:ascii="Arial" w:hAnsi="Arial" w:cs="Arial"/>
          <w:lang w:val="en-GB"/>
        </w:rPr>
      </w:pPr>
      <w:r w:rsidRPr="001B2057">
        <w:rPr>
          <w:rFonts w:ascii="Arial" w:hAnsi="Arial" w:cs="Arial"/>
          <w:lang w:val="en-GB"/>
        </w:rPr>
        <w:t>Support the team with administrative tasks and project coordination.</w:t>
      </w:r>
    </w:p>
    <w:p w14:paraId="1FA4CD10" w14:textId="77777777" w:rsidR="001B273A" w:rsidRPr="001B2057" w:rsidRDefault="001B273A" w:rsidP="001B273A">
      <w:pPr>
        <w:numPr>
          <w:ilvl w:val="0"/>
          <w:numId w:val="14"/>
        </w:numPr>
        <w:spacing w:after="0" w:line="360" w:lineRule="auto"/>
        <w:rPr>
          <w:rFonts w:ascii="Arial" w:hAnsi="Arial" w:cs="Arial"/>
          <w:lang w:val="en-GB"/>
        </w:rPr>
      </w:pPr>
      <w:r w:rsidRPr="001B2057">
        <w:rPr>
          <w:rFonts w:ascii="Arial" w:hAnsi="Arial" w:cs="Arial"/>
          <w:lang w:val="en-GB"/>
        </w:rPr>
        <w:t>Maintain and update records, ensuring accuracy and confidentiality.</w:t>
      </w:r>
    </w:p>
    <w:p w14:paraId="105BA70C" w14:textId="77777777" w:rsidR="001B273A" w:rsidRPr="001B2057" w:rsidRDefault="001B273A" w:rsidP="001B273A">
      <w:pPr>
        <w:numPr>
          <w:ilvl w:val="0"/>
          <w:numId w:val="14"/>
        </w:numPr>
        <w:spacing w:after="0" w:line="360" w:lineRule="auto"/>
        <w:rPr>
          <w:rFonts w:ascii="Arial" w:hAnsi="Arial" w:cs="Arial"/>
          <w:lang w:val="en-GB"/>
        </w:rPr>
      </w:pPr>
      <w:r w:rsidRPr="001B2057">
        <w:rPr>
          <w:rFonts w:ascii="Arial" w:hAnsi="Arial" w:cs="Arial"/>
          <w:lang w:val="en-GB"/>
        </w:rPr>
        <w:t>Assist in the preparation of reports and correspondence.</w:t>
      </w:r>
    </w:p>
    <w:p w14:paraId="27242EBC" w14:textId="77777777" w:rsidR="001B273A" w:rsidRPr="001B2057" w:rsidRDefault="001B273A" w:rsidP="001B273A">
      <w:pPr>
        <w:numPr>
          <w:ilvl w:val="0"/>
          <w:numId w:val="14"/>
        </w:numPr>
        <w:spacing w:after="0" w:line="360" w:lineRule="auto"/>
        <w:rPr>
          <w:rFonts w:ascii="Arial" w:hAnsi="Arial" w:cs="Arial"/>
          <w:lang w:val="en-GB"/>
        </w:rPr>
      </w:pPr>
      <w:r w:rsidRPr="001B2057">
        <w:rPr>
          <w:rFonts w:ascii="Arial" w:hAnsi="Arial" w:cs="Arial"/>
          <w:lang w:val="en-GB"/>
        </w:rPr>
        <w:t>Handle ad hoc duties to support the smooth functioning of the team.</w:t>
      </w:r>
    </w:p>
    <w:p w14:paraId="32219EB1" w14:textId="77777777" w:rsidR="001B273A" w:rsidRPr="001B2057" w:rsidRDefault="001B273A" w:rsidP="001B273A">
      <w:pPr>
        <w:spacing w:after="0" w:line="360" w:lineRule="auto"/>
        <w:rPr>
          <w:rFonts w:ascii="Arial" w:hAnsi="Arial" w:cs="Arial"/>
          <w:b/>
          <w:bCs/>
          <w:lang w:val="en-GB"/>
        </w:rPr>
      </w:pPr>
      <w:r w:rsidRPr="001B2057">
        <w:rPr>
          <w:rFonts w:ascii="Arial" w:hAnsi="Arial" w:cs="Arial"/>
          <w:b/>
          <w:bCs/>
          <w:lang w:val="en-GB"/>
        </w:rPr>
        <w:t>The Successful Applicant</w:t>
      </w:r>
    </w:p>
    <w:p w14:paraId="4ED1AF36" w14:textId="77777777" w:rsidR="001B273A" w:rsidRPr="001B2057" w:rsidRDefault="001B273A" w:rsidP="001B273A">
      <w:pPr>
        <w:spacing w:after="0" w:line="360" w:lineRule="auto"/>
        <w:rPr>
          <w:rFonts w:ascii="Arial" w:hAnsi="Arial" w:cs="Arial"/>
          <w:lang w:val="en-GB"/>
        </w:rPr>
      </w:pPr>
      <w:r w:rsidRPr="001B2057">
        <w:rPr>
          <w:rFonts w:ascii="Arial" w:hAnsi="Arial" w:cs="Arial"/>
          <w:lang w:val="en-GB"/>
        </w:rPr>
        <w:t>A successful Team Assistant should have:</w:t>
      </w:r>
      <w:r w:rsidRPr="001B2057">
        <w:rPr>
          <w:rFonts w:ascii="Arial" w:hAnsi="Arial" w:cs="Arial"/>
          <w:lang w:val="en-GB"/>
        </w:rPr>
        <w:br/>
      </w:r>
    </w:p>
    <w:p w14:paraId="5D3B8C52" w14:textId="77777777" w:rsidR="001B273A" w:rsidRPr="001B2057" w:rsidRDefault="001B273A" w:rsidP="001B273A">
      <w:pPr>
        <w:numPr>
          <w:ilvl w:val="0"/>
          <w:numId w:val="15"/>
        </w:numPr>
        <w:spacing w:after="0" w:line="360" w:lineRule="auto"/>
        <w:rPr>
          <w:rFonts w:ascii="Arial" w:hAnsi="Arial" w:cs="Arial"/>
          <w:lang w:val="en-GB"/>
        </w:rPr>
      </w:pPr>
      <w:r w:rsidRPr="001B2057">
        <w:rPr>
          <w:rFonts w:ascii="Arial" w:hAnsi="Arial" w:cs="Arial"/>
          <w:lang w:val="en-GB"/>
        </w:rPr>
        <w:t>Experience working within a large Financial Services organisation (ideally Banking or Insurance)</w:t>
      </w:r>
    </w:p>
    <w:p w14:paraId="50832099" w14:textId="77777777" w:rsidR="001B273A" w:rsidRPr="001B2057" w:rsidRDefault="001B273A" w:rsidP="001B273A">
      <w:pPr>
        <w:numPr>
          <w:ilvl w:val="0"/>
          <w:numId w:val="15"/>
        </w:numPr>
        <w:spacing w:after="0" w:line="360" w:lineRule="auto"/>
        <w:rPr>
          <w:rFonts w:ascii="Arial" w:hAnsi="Arial" w:cs="Arial"/>
          <w:lang w:val="en-GB"/>
        </w:rPr>
      </w:pPr>
      <w:r w:rsidRPr="001B2057">
        <w:rPr>
          <w:rFonts w:ascii="Arial" w:hAnsi="Arial" w:cs="Arial"/>
          <w:lang w:val="en-GB"/>
        </w:rPr>
        <w:t>Strong organisational and multitasking skills.</w:t>
      </w:r>
    </w:p>
    <w:p w14:paraId="51865C42" w14:textId="77777777" w:rsidR="001B273A" w:rsidRPr="001B2057" w:rsidRDefault="001B273A" w:rsidP="001B273A">
      <w:pPr>
        <w:numPr>
          <w:ilvl w:val="0"/>
          <w:numId w:val="15"/>
        </w:numPr>
        <w:spacing w:after="0" w:line="360" w:lineRule="auto"/>
        <w:rPr>
          <w:rFonts w:ascii="Arial" w:hAnsi="Arial" w:cs="Arial"/>
          <w:lang w:val="en-GB"/>
        </w:rPr>
      </w:pPr>
      <w:r w:rsidRPr="001B2057">
        <w:rPr>
          <w:rFonts w:ascii="Arial" w:hAnsi="Arial" w:cs="Arial"/>
          <w:lang w:val="en-GB"/>
        </w:rPr>
        <w:t>Excellent written and verbal communication abilities.</w:t>
      </w:r>
    </w:p>
    <w:p w14:paraId="2A8E1F2D" w14:textId="77777777" w:rsidR="001B273A" w:rsidRPr="001B2057" w:rsidRDefault="001B273A" w:rsidP="001B273A">
      <w:pPr>
        <w:numPr>
          <w:ilvl w:val="0"/>
          <w:numId w:val="15"/>
        </w:numPr>
        <w:spacing w:after="0" w:line="360" w:lineRule="auto"/>
        <w:rPr>
          <w:rFonts w:ascii="Arial" w:hAnsi="Arial" w:cs="Arial"/>
          <w:lang w:val="en-GB"/>
        </w:rPr>
      </w:pPr>
      <w:r w:rsidRPr="001B2057">
        <w:rPr>
          <w:rFonts w:ascii="Arial" w:hAnsi="Arial" w:cs="Arial"/>
          <w:lang w:val="en-GB"/>
        </w:rPr>
        <w:t>Proficiency in Microsoft Office tools, especially Word, Excel and Outlook.</w:t>
      </w:r>
    </w:p>
    <w:p w14:paraId="294EDAF7" w14:textId="77777777" w:rsidR="001B273A" w:rsidRPr="001B2057" w:rsidRDefault="001B273A" w:rsidP="001B273A">
      <w:pPr>
        <w:numPr>
          <w:ilvl w:val="0"/>
          <w:numId w:val="15"/>
        </w:numPr>
        <w:spacing w:after="0" w:line="360" w:lineRule="auto"/>
        <w:rPr>
          <w:rFonts w:ascii="Arial" w:hAnsi="Arial" w:cs="Arial"/>
          <w:lang w:val="en-GB"/>
        </w:rPr>
      </w:pPr>
      <w:r w:rsidRPr="001B2057">
        <w:rPr>
          <w:rFonts w:ascii="Arial" w:hAnsi="Arial" w:cs="Arial"/>
          <w:lang w:val="en-GB"/>
        </w:rPr>
        <w:t>A proactive approach to problem-solving and attention to detail.</w:t>
      </w:r>
    </w:p>
    <w:p w14:paraId="5132F27F" w14:textId="77777777" w:rsidR="001B273A" w:rsidRPr="001B2057" w:rsidRDefault="001B273A" w:rsidP="001B273A">
      <w:pPr>
        <w:numPr>
          <w:ilvl w:val="0"/>
          <w:numId w:val="15"/>
        </w:numPr>
        <w:spacing w:after="0" w:line="360" w:lineRule="auto"/>
        <w:rPr>
          <w:rFonts w:ascii="Arial" w:hAnsi="Arial" w:cs="Arial"/>
          <w:lang w:val="en-GB"/>
        </w:rPr>
      </w:pPr>
      <w:r w:rsidRPr="001B2057">
        <w:rPr>
          <w:rFonts w:ascii="Arial" w:hAnsi="Arial" w:cs="Arial"/>
          <w:lang w:val="en-GB"/>
        </w:rPr>
        <w:t>Experience in providing administrative support in a professional setting.</w:t>
      </w:r>
    </w:p>
    <w:p w14:paraId="2A8DD7E4" w14:textId="77777777" w:rsidR="001B273A" w:rsidRPr="001B2057" w:rsidRDefault="001B273A" w:rsidP="001B273A">
      <w:pPr>
        <w:numPr>
          <w:ilvl w:val="0"/>
          <w:numId w:val="15"/>
        </w:numPr>
        <w:spacing w:after="0" w:line="360" w:lineRule="auto"/>
        <w:rPr>
          <w:rFonts w:ascii="Arial" w:hAnsi="Arial" w:cs="Arial"/>
          <w:lang w:val="en-GB"/>
        </w:rPr>
      </w:pPr>
      <w:r w:rsidRPr="001B2057">
        <w:rPr>
          <w:rFonts w:ascii="Arial" w:hAnsi="Arial" w:cs="Arial"/>
          <w:lang w:val="en-GB"/>
        </w:rPr>
        <w:t>The ability to maintain confidentiality and handle sensitive information.</w:t>
      </w:r>
    </w:p>
    <w:p w14:paraId="1EA012EF" w14:textId="77777777" w:rsidR="001B273A" w:rsidRPr="001B2057" w:rsidRDefault="001B273A" w:rsidP="001B273A">
      <w:pPr>
        <w:spacing w:after="0" w:line="360" w:lineRule="auto"/>
        <w:rPr>
          <w:rFonts w:ascii="Arial" w:hAnsi="Arial" w:cs="Arial"/>
          <w:b/>
          <w:bCs/>
          <w:lang w:val="en-GB"/>
        </w:rPr>
      </w:pPr>
      <w:r w:rsidRPr="001B2057">
        <w:rPr>
          <w:rFonts w:ascii="Arial" w:hAnsi="Arial" w:cs="Arial"/>
          <w:b/>
          <w:bCs/>
          <w:lang w:val="en-GB"/>
        </w:rPr>
        <w:t>What's on Offer</w:t>
      </w:r>
    </w:p>
    <w:p w14:paraId="7E030AC6" w14:textId="77777777" w:rsidR="001B273A" w:rsidRPr="001B2057" w:rsidRDefault="001B273A" w:rsidP="001B273A">
      <w:pPr>
        <w:spacing w:after="0" w:line="360" w:lineRule="auto"/>
        <w:rPr>
          <w:rFonts w:ascii="Arial" w:hAnsi="Arial" w:cs="Arial"/>
          <w:lang w:val="en-GB"/>
        </w:rPr>
      </w:pPr>
      <w:r w:rsidRPr="001B2057">
        <w:rPr>
          <w:rFonts w:ascii="Arial" w:hAnsi="Arial" w:cs="Arial"/>
          <w:lang w:val="en-GB"/>
        </w:rPr>
        <w:lastRenderedPageBreak/>
        <w:t>Team Assistant job on offer:</w:t>
      </w:r>
      <w:r w:rsidRPr="001B2057">
        <w:rPr>
          <w:rFonts w:ascii="Arial" w:hAnsi="Arial" w:cs="Arial"/>
          <w:lang w:val="en-GB"/>
        </w:rPr>
        <w:br/>
      </w:r>
    </w:p>
    <w:p w14:paraId="55C157B9" w14:textId="77777777" w:rsidR="001B273A" w:rsidRPr="001B2057" w:rsidRDefault="001B273A" w:rsidP="001B273A">
      <w:pPr>
        <w:numPr>
          <w:ilvl w:val="0"/>
          <w:numId w:val="16"/>
        </w:numPr>
        <w:spacing w:after="0" w:line="360" w:lineRule="auto"/>
        <w:rPr>
          <w:rFonts w:ascii="Arial" w:hAnsi="Arial" w:cs="Arial"/>
          <w:lang w:val="en-GB"/>
        </w:rPr>
      </w:pPr>
      <w:r w:rsidRPr="001B2057">
        <w:rPr>
          <w:rFonts w:ascii="Arial" w:hAnsi="Arial" w:cs="Arial"/>
          <w:lang w:val="en-GB"/>
        </w:rPr>
        <w:t>Permanent role.</w:t>
      </w:r>
    </w:p>
    <w:p w14:paraId="754F2F8B" w14:textId="77777777" w:rsidR="001B273A" w:rsidRPr="001B2057" w:rsidRDefault="001B273A" w:rsidP="001B273A">
      <w:pPr>
        <w:numPr>
          <w:ilvl w:val="0"/>
          <w:numId w:val="16"/>
        </w:numPr>
        <w:spacing w:after="0" w:line="360" w:lineRule="auto"/>
        <w:rPr>
          <w:rFonts w:ascii="Arial" w:hAnsi="Arial" w:cs="Arial"/>
          <w:lang w:val="en-GB"/>
        </w:rPr>
      </w:pPr>
      <w:r w:rsidRPr="001B2057">
        <w:rPr>
          <w:rFonts w:ascii="Arial" w:hAnsi="Arial" w:cs="Arial"/>
          <w:lang w:val="en-GB"/>
        </w:rPr>
        <w:t>Based in the City of London - Bishops Gate.</w:t>
      </w:r>
    </w:p>
    <w:p w14:paraId="79DFD171" w14:textId="77777777" w:rsidR="001B273A" w:rsidRPr="001B2057" w:rsidRDefault="001B273A" w:rsidP="001B273A">
      <w:pPr>
        <w:numPr>
          <w:ilvl w:val="0"/>
          <w:numId w:val="16"/>
        </w:numPr>
        <w:spacing w:after="0" w:line="360" w:lineRule="auto"/>
        <w:rPr>
          <w:rFonts w:ascii="Arial" w:hAnsi="Arial" w:cs="Arial"/>
          <w:lang w:val="en-GB"/>
        </w:rPr>
      </w:pPr>
      <w:r w:rsidRPr="001B2057">
        <w:rPr>
          <w:rFonts w:ascii="Arial" w:hAnsi="Arial" w:cs="Arial"/>
          <w:lang w:val="en-GB"/>
        </w:rPr>
        <w:t>Hybrid working - 4 days office based.</w:t>
      </w:r>
    </w:p>
    <w:p w14:paraId="1A72D643" w14:textId="77777777" w:rsidR="001B273A" w:rsidRPr="001B2057" w:rsidRDefault="001B273A" w:rsidP="001B273A">
      <w:pPr>
        <w:numPr>
          <w:ilvl w:val="0"/>
          <w:numId w:val="16"/>
        </w:numPr>
        <w:spacing w:after="0" w:line="360" w:lineRule="auto"/>
        <w:rPr>
          <w:rFonts w:ascii="Arial" w:hAnsi="Arial" w:cs="Arial"/>
          <w:lang w:val="en-GB"/>
        </w:rPr>
      </w:pPr>
      <w:r w:rsidRPr="001B2057">
        <w:rPr>
          <w:rFonts w:ascii="Arial" w:hAnsi="Arial" w:cs="Arial"/>
          <w:lang w:val="en-GB"/>
        </w:rPr>
        <w:t>A salary ranging from £50,000 to £60,000, dependent on the level of experience.</w:t>
      </w:r>
    </w:p>
    <w:p w14:paraId="429285B5" w14:textId="77777777" w:rsidR="001B273A" w:rsidRPr="001B2057" w:rsidRDefault="001B273A" w:rsidP="001B273A">
      <w:pPr>
        <w:numPr>
          <w:ilvl w:val="0"/>
          <w:numId w:val="16"/>
        </w:numPr>
        <w:spacing w:after="0" w:line="360" w:lineRule="auto"/>
        <w:rPr>
          <w:rFonts w:ascii="Arial" w:hAnsi="Arial" w:cs="Arial"/>
          <w:lang w:val="en-GB"/>
        </w:rPr>
      </w:pPr>
      <w:r w:rsidRPr="001B2057">
        <w:rPr>
          <w:rFonts w:ascii="Arial" w:hAnsi="Arial" w:cs="Arial"/>
          <w:lang w:val="en-GB"/>
        </w:rPr>
        <w:t>Full benefits package including discretionary bonus.</w:t>
      </w:r>
    </w:p>
    <w:p w14:paraId="0A204188" w14:textId="77777777" w:rsidR="001B273A" w:rsidRPr="001B2057" w:rsidRDefault="001B273A" w:rsidP="001B273A">
      <w:pPr>
        <w:numPr>
          <w:ilvl w:val="0"/>
          <w:numId w:val="16"/>
        </w:numPr>
        <w:spacing w:after="0" w:line="360" w:lineRule="auto"/>
        <w:rPr>
          <w:rFonts w:ascii="Arial" w:hAnsi="Arial" w:cs="Arial"/>
          <w:lang w:val="en-GB"/>
        </w:rPr>
      </w:pPr>
      <w:r w:rsidRPr="001B2057">
        <w:rPr>
          <w:rFonts w:ascii="Arial" w:hAnsi="Arial" w:cs="Arial"/>
          <w:lang w:val="en-GB"/>
        </w:rPr>
        <w:t>Permanent position in the Financial Services industry.</w:t>
      </w:r>
    </w:p>
    <w:p w14:paraId="127EAA8B" w14:textId="77777777" w:rsidR="001B273A" w:rsidRPr="001B2057" w:rsidRDefault="001B273A" w:rsidP="001B273A">
      <w:pPr>
        <w:spacing w:after="0" w:line="360" w:lineRule="auto"/>
        <w:rPr>
          <w:rFonts w:ascii="Arial" w:hAnsi="Arial" w:cs="Arial"/>
          <w:lang w:val="en-GB"/>
        </w:rPr>
      </w:pPr>
    </w:p>
    <w:p w14:paraId="20614973" w14:textId="77777777" w:rsidR="001B273A" w:rsidRPr="001B2057" w:rsidRDefault="001B273A" w:rsidP="001B273A">
      <w:pPr>
        <w:spacing w:after="0" w:line="360" w:lineRule="auto"/>
        <w:rPr>
          <w:rFonts w:ascii="Arial" w:hAnsi="Arial" w:cs="Arial"/>
          <w:lang w:val="en-GB"/>
        </w:rPr>
      </w:pPr>
    </w:p>
    <w:p w14:paraId="34DAAA6C" w14:textId="77777777" w:rsidR="005D3AB4" w:rsidRPr="001B273A" w:rsidRDefault="005D3AB4" w:rsidP="00DA603B">
      <w:pPr>
        <w:spacing w:after="0" w:line="360" w:lineRule="auto"/>
        <w:rPr>
          <w:rFonts w:ascii="Arial" w:hAnsi="Arial" w:cs="Arial"/>
          <w:lang w:val="en-GB"/>
        </w:rPr>
      </w:pPr>
    </w:p>
    <w:p w14:paraId="43818203" w14:textId="66C7AECB" w:rsidR="00DA5F6D" w:rsidRPr="001B2057" w:rsidRDefault="005D3AB4" w:rsidP="004E4BAE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br w:type="page"/>
      </w:r>
    </w:p>
    <w:sectPr w:rsidR="00DA5F6D" w:rsidRPr="001B2057" w:rsidSect="00034616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2B31A3" w14:textId="77777777" w:rsidR="002B7924" w:rsidRDefault="002B7924" w:rsidP="001B2057">
      <w:pPr>
        <w:spacing w:after="0" w:line="240" w:lineRule="auto"/>
      </w:pPr>
      <w:r>
        <w:separator/>
      </w:r>
    </w:p>
  </w:endnote>
  <w:endnote w:type="continuationSeparator" w:id="0">
    <w:p w14:paraId="3003BCBA" w14:textId="77777777" w:rsidR="002B7924" w:rsidRDefault="002B7924" w:rsidP="001B20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097155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552C84" w14:textId="7D9C3437" w:rsidR="001B2057" w:rsidRDefault="001B205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BD05904" w14:textId="77777777" w:rsidR="001B2057" w:rsidRDefault="001B20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665FA6" w14:textId="77777777" w:rsidR="002B7924" w:rsidRDefault="002B7924" w:rsidP="001B2057">
      <w:pPr>
        <w:spacing w:after="0" w:line="240" w:lineRule="auto"/>
      </w:pPr>
      <w:r>
        <w:separator/>
      </w:r>
    </w:p>
  </w:footnote>
  <w:footnote w:type="continuationSeparator" w:id="0">
    <w:p w14:paraId="3AEC9CE0" w14:textId="77777777" w:rsidR="002B7924" w:rsidRDefault="002B7924" w:rsidP="001B20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73545" w14:textId="28719793" w:rsidR="001B2057" w:rsidRPr="001B2057" w:rsidRDefault="001B2057">
    <w:pPr>
      <w:pStyle w:val="Header"/>
      <w:rPr>
        <w:lang w:val="en-GB"/>
      </w:rPr>
    </w:pPr>
    <w:r>
      <w:rPr>
        <w:lang w:val="en-GB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DAA2A85"/>
    <w:multiLevelType w:val="hybridMultilevel"/>
    <w:tmpl w:val="9D1470F8"/>
    <w:lvl w:ilvl="0" w:tplc="7744EE74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B1598A"/>
    <w:multiLevelType w:val="multilevel"/>
    <w:tmpl w:val="B6905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0CF3951"/>
    <w:multiLevelType w:val="hybridMultilevel"/>
    <w:tmpl w:val="9D96165C"/>
    <w:lvl w:ilvl="0" w:tplc="FE48C0F8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C19F9"/>
    <w:multiLevelType w:val="multilevel"/>
    <w:tmpl w:val="1F905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3472B4A"/>
    <w:multiLevelType w:val="multilevel"/>
    <w:tmpl w:val="04E41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81F59A1"/>
    <w:multiLevelType w:val="multilevel"/>
    <w:tmpl w:val="9E800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BEF29B9"/>
    <w:multiLevelType w:val="hybridMultilevel"/>
    <w:tmpl w:val="5F361FDA"/>
    <w:lvl w:ilvl="0" w:tplc="FB02455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9157626">
    <w:abstractNumId w:val="8"/>
  </w:num>
  <w:num w:numId="2" w16cid:durableId="496849419">
    <w:abstractNumId w:val="6"/>
  </w:num>
  <w:num w:numId="3" w16cid:durableId="765536747">
    <w:abstractNumId w:val="5"/>
  </w:num>
  <w:num w:numId="4" w16cid:durableId="1712605540">
    <w:abstractNumId w:val="4"/>
  </w:num>
  <w:num w:numId="5" w16cid:durableId="1998655736">
    <w:abstractNumId w:val="7"/>
  </w:num>
  <w:num w:numId="6" w16cid:durableId="2003316610">
    <w:abstractNumId w:val="3"/>
  </w:num>
  <w:num w:numId="7" w16cid:durableId="1018039430">
    <w:abstractNumId w:val="2"/>
  </w:num>
  <w:num w:numId="8" w16cid:durableId="1700816866">
    <w:abstractNumId w:val="1"/>
  </w:num>
  <w:num w:numId="9" w16cid:durableId="2021855117">
    <w:abstractNumId w:val="0"/>
  </w:num>
  <w:num w:numId="10" w16cid:durableId="488594651">
    <w:abstractNumId w:val="11"/>
  </w:num>
  <w:num w:numId="11" w16cid:durableId="353581042">
    <w:abstractNumId w:val="15"/>
  </w:num>
  <w:num w:numId="12" w16cid:durableId="514424378">
    <w:abstractNumId w:val="9"/>
  </w:num>
  <w:num w:numId="13" w16cid:durableId="1037435254">
    <w:abstractNumId w:val="14"/>
  </w:num>
  <w:num w:numId="14" w16cid:durableId="1137336781">
    <w:abstractNumId w:val="10"/>
  </w:num>
  <w:num w:numId="15" w16cid:durableId="1288662047">
    <w:abstractNumId w:val="13"/>
  </w:num>
  <w:num w:numId="16" w16cid:durableId="88375330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51EF7"/>
    <w:rsid w:val="00056B17"/>
    <w:rsid w:val="0006063C"/>
    <w:rsid w:val="000C55BA"/>
    <w:rsid w:val="0015074B"/>
    <w:rsid w:val="001B2057"/>
    <w:rsid w:val="001B273A"/>
    <w:rsid w:val="00232307"/>
    <w:rsid w:val="00235E87"/>
    <w:rsid w:val="0029639D"/>
    <w:rsid w:val="002B7924"/>
    <w:rsid w:val="00311508"/>
    <w:rsid w:val="00326F90"/>
    <w:rsid w:val="00336CEE"/>
    <w:rsid w:val="004C655D"/>
    <w:rsid w:val="004E45E4"/>
    <w:rsid w:val="004E4BAE"/>
    <w:rsid w:val="00512C2B"/>
    <w:rsid w:val="005D3AB4"/>
    <w:rsid w:val="00685558"/>
    <w:rsid w:val="006A7D72"/>
    <w:rsid w:val="007F6008"/>
    <w:rsid w:val="0084506F"/>
    <w:rsid w:val="00A52E8B"/>
    <w:rsid w:val="00AA1D8D"/>
    <w:rsid w:val="00B00783"/>
    <w:rsid w:val="00B47730"/>
    <w:rsid w:val="00B85D72"/>
    <w:rsid w:val="00C630AB"/>
    <w:rsid w:val="00CB0664"/>
    <w:rsid w:val="00CB7DB3"/>
    <w:rsid w:val="00DA5F6D"/>
    <w:rsid w:val="00DA603B"/>
    <w:rsid w:val="00DD55AD"/>
    <w:rsid w:val="00E435D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1A90E6B"/>
  <w14:defaultImageDpi w14:val="300"/>
  <w15:docId w15:val="{14D777EF-89B9-4C94-807A-1B192E479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link w:val="NoSpacingChar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NoSpacingChar">
    <w:name w:val="No Spacing Char"/>
    <w:basedOn w:val="DefaultParagraphFont"/>
    <w:link w:val="NoSpacing"/>
    <w:uiPriority w:val="1"/>
    <w:rsid w:val="00336C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6</Pages>
  <Words>923</Words>
  <Characters>5266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6177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/>
  <cp:lastModifiedBy>Maria Sanchez Martinez (2518171)</cp:lastModifiedBy>
  <cp:revision>4</cp:revision>
  <dcterms:created xsi:type="dcterms:W3CDTF">2026-10-12T16:19:00Z</dcterms:created>
  <dcterms:modified xsi:type="dcterms:W3CDTF">2026-10-26T16:11:00Z</dcterms:modified>
  <cp:category/>
</cp:coreProperties>
</file>