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F9CB" w14:textId="77777777" w:rsidR="00BB7020" w:rsidRDefault="00BF6C90" w:rsidP="00234F41">
      <w:pPr>
        <w:pStyle w:val="Heading1"/>
        <w:jc w:val="center"/>
      </w:pPr>
      <w:r>
        <w:t xml:space="preserve">Data Manipulation with R - </w:t>
      </w:r>
      <w:proofErr w:type="spellStart"/>
      <w:r>
        <w:t>Gapminder</w:t>
      </w:r>
      <w:proofErr w:type="spellEnd"/>
      <w:r>
        <w:t xml:space="preserve"> Activity</w:t>
      </w:r>
    </w:p>
    <w:p w14:paraId="2D46D509" w14:textId="382A3147" w:rsidR="00BB7020" w:rsidRDefault="00BF6C90" w:rsidP="00234F41">
      <w:pPr>
        <w:jc w:val="center"/>
      </w:pPr>
      <w:r>
        <w:t xml:space="preserve">Author: Mihai – Sergiu, </w:t>
      </w:r>
      <w:proofErr w:type="gramStart"/>
      <w:r>
        <w:t>Varzare  2217294</w:t>
      </w:r>
      <w:proofErr w:type="gramEnd"/>
      <w:r>
        <w:br/>
        <w:t>Module: ACCA7022 – Advanced Statistical Programming</w:t>
      </w:r>
      <w:r>
        <w:br/>
      </w:r>
    </w:p>
    <w:p w14:paraId="11679084" w14:textId="77777777" w:rsidR="00BB7020" w:rsidRDefault="00BF6C90">
      <w:pPr>
        <w:pStyle w:val="Heading2"/>
      </w:pPr>
      <w:r>
        <w:t>Introduction</w:t>
      </w:r>
    </w:p>
    <w:p w14:paraId="4D1FCE0D" w14:textId="77777777" w:rsidR="00BB7020" w:rsidRDefault="00BF6C90">
      <w:r>
        <w:t xml:space="preserve">This report demonstrates data manipulation and analysis using the </w:t>
      </w:r>
      <w:proofErr w:type="spellStart"/>
      <w:r>
        <w:t>Gapminder</w:t>
      </w:r>
      <w:proofErr w:type="spellEnd"/>
      <w:r>
        <w:t xml:space="preserve"> dataset in R. It applies indexing, </w:t>
      </w:r>
      <w:proofErr w:type="spellStart"/>
      <w:r>
        <w:t>subsetting</w:t>
      </w:r>
      <w:proofErr w:type="spellEnd"/>
      <w:r>
        <w:t xml:space="preserve">, conditional logic, factors, loops, </w:t>
      </w:r>
      <w:proofErr w:type="spellStart"/>
      <w:r>
        <w:t>vectorisation</w:t>
      </w:r>
      <w:proofErr w:type="spellEnd"/>
      <w:r>
        <w:t>, matrices, and string handling techniques. These activities are aligned with the module learning outcomes (LO1–LO4).</w:t>
      </w:r>
    </w:p>
    <w:p w14:paraId="5830A81B" w14:textId="77777777" w:rsidR="00BB7020" w:rsidRDefault="00BF6C90">
      <w:pPr>
        <w:pStyle w:val="Heading2"/>
      </w:pPr>
      <w:r>
        <w:t xml:space="preserve">1. </w:t>
      </w:r>
      <w:proofErr w:type="spellStart"/>
      <w:r>
        <w:t>Subsetting</w:t>
      </w:r>
      <w:proofErr w:type="spellEnd"/>
      <w:r>
        <w:t xml:space="preserve"> Data</w:t>
      </w:r>
    </w:p>
    <w:p w14:paraId="5DADF66A" w14:textId="77777777" w:rsidR="00BB7020" w:rsidRDefault="00BF6C90">
      <w:r>
        <w:t xml:space="preserve">We start by loading the </w:t>
      </w:r>
      <w:proofErr w:type="spellStart"/>
      <w:r>
        <w:t>gapminder</w:t>
      </w:r>
      <w:proofErr w:type="spellEnd"/>
      <w:r>
        <w:t xml:space="preserve"> dataset and filtering countries with GDP per capita above a chosen threshold (e.g., 20000).</w:t>
      </w:r>
    </w:p>
    <w:p w14:paraId="75D31BD8" w14:textId="77777777" w:rsidR="00BB7020" w:rsidRDefault="00BF6C90">
      <w:r>
        <w:br/>
        <w:t>library(</w:t>
      </w:r>
      <w:proofErr w:type="spellStart"/>
      <w:r>
        <w:t>gapminder</w:t>
      </w:r>
      <w:proofErr w:type="spellEnd"/>
      <w:r>
        <w:t>)</w:t>
      </w:r>
      <w:r>
        <w:br/>
        <w:t>data("</w:t>
      </w:r>
      <w:proofErr w:type="spellStart"/>
      <w:r>
        <w:t>gapminder</w:t>
      </w:r>
      <w:proofErr w:type="spellEnd"/>
      <w:r>
        <w:t>")</w:t>
      </w:r>
      <w:r>
        <w:br/>
      </w:r>
      <w:proofErr w:type="spellStart"/>
      <w:r>
        <w:t>high_gdp</w:t>
      </w:r>
      <w:proofErr w:type="spellEnd"/>
      <w:r>
        <w:t xml:space="preserve"> &lt;- </w:t>
      </w:r>
      <w:proofErr w:type="gramStart"/>
      <w:r>
        <w:t>subset(</w:t>
      </w:r>
      <w:proofErr w:type="spellStart"/>
      <w:proofErr w:type="gramEnd"/>
      <w:r>
        <w:t>gapminder</w:t>
      </w:r>
      <w:proofErr w:type="spellEnd"/>
      <w:r>
        <w:t xml:space="preserve">, </w:t>
      </w:r>
      <w:proofErr w:type="spellStart"/>
      <w:r>
        <w:t>gdpPercap</w:t>
      </w:r>
      <w:proofErr w:type="spellEnd"/>
      <w:r>
        <w:t xml:space="preserve"> &gt; 20000)</w:t>
      </w:r>
      <w:r>
        <w:br/>
        <w:t>head(</w:t>
      </w:r>
      <w:proofErr w:type="spellStart"/>
      <w:r>
        <w:t>high_gdp</w:t>
      </w:r>
      <w:proofErr w:type="spellEnd"/>
      <w:r>
        <w:t>)</w:t>
      </w:r>
      <w:r>
        <w:br/>
      </w:r>
    </w:p>
    <w:p w14:paraId="3EE0176B" w14:textId="77777777" w:rsidR="00BB7020" w:rsidRDefault="00BF6C90">
      <w:pPr>
        <w:pStyle w:val="Heading2"/>
      </w:pPr>
      <w:r>
        <w:t xml:space="preserve">2. </w:t>
      </w:r>
      <w:proofErr w:type="spellStart"/>
      <w:r>
        <w:t>Factorising</w:t>
      </w:r>
      <w:proofErr w:type="spellEnd"/>
      <w:r>
        <w:t xml:space="preserve"> the Continent Variable</w:t>
      </w:r>
    </w:p>
    <w:p w14:paraId="35EF37B7" w14:textId="77777777" w:rsidR="00BB7020" w:rsidRDefault="00BF6C90">
      <w:r>
        <w:t>Convert the continent variable into a factor and inspect its structure.</w:t>
      </w:r>
    </w:p>
    <w:p w14:paraId="35394B23" w14:textId="77777777" w:rsidR="00BB7020" w:rsidRDefault="00BF6C90">
      <w:r>
        <w:br/>
      </w:r>
      <w:proofErr w:type="spellStart"/>
      <w:r>
        <w:t>gapminder$continent</w:t>
      </w:r>
      <w:proofErr w:type="spellEnd"/>
      <w:r>
        <w:t xml:space="preserve"> &lt;- </w:t>
      </w:r>
      <w:proofErr w:type="spellStart"/>
      <w:proofErr w:type="gramStart"/>
      <w:r>
        <w:t>as.factor</w:t>
      </w:r>
      <w:proofErr w:type="spellEnd"/>
      <w:proofErr w:type="gramEnd"/>
      <w:r>
        <w:t>(</w:t>
      </w:r>
      <w:proofErr w:type="spellStart"/>
      <w:r>
        <w:t>gapminder$continent</w:t>
      </w:r>
      <w:proofErr w:type="spellEnd"/>
      <w:r>
        <w:t>)</w:t>
      </w:r>
      <w:r>
        <w:br/>
        <w:t>str(</w:t>
      </w:r>
      <w:proofErr w:type="spellStart"/>
      <w:r>
        <w:t>gapminder$continent</w:t>
      </w:r>
      <w:proofErr w:type="spellEnd"/>
      <w:r>
        <w:t>)</w:t>
      </w:r>
      <w:r>
        <w:br/>
        <w:t>levels(</w:t>
      </w:r>
      <w:proofErr w:type="spellStart"/>
      <w:r>
        <w:t>gapminder$continent</w:t>
      </w:r>
      <w:proofErr w:type="spellEnd"/>
      <w:r>
        <w:t>)</w:t>
      </w:r>
      <w:r>
        <w:br/>
      </w:r>
    </w:p>
    <w:p w14:paraId="72044784" w14:textId="77777777" w:rsidR="00BB7020" w:rsidRDefault="00BF6C90">
      <w:pPr>
        <w:pStyle w:val="Heading2"/>
      </w:pPr>
      <w:r>
        <w:t>3. Mean Life Expectancy per Continent (</w:t>
      </w:r>
      <w:proofErr w:type="spellStart"/>
      <w:r>
        <w:t>Vectorised</w:t>
      </w:r>
      <w:proofErr w:type="spellEnd"/>
      <w:r>
        <w:t>)</w:t>
      </w:r>
    </w:p>
    <w:p w14:paraId="29388FEF" w14:textId="77777777" w:rsidR="00BB7020" w:rsidRDefault="00BF6C90">
      <w:r>
        <w:t xml:space="preserve">Compute mean life expectancy per continent using both base R and </w:t>
      </w:r>
      <w:proofErr w:type="spellStart"/>
      <w:r>
        <w:t>dplyr</w:t>
      </w:r>
      <w:proofErr w:type="spellEnd"/>
      <w:r>
        <w:t>.</w:t>
      </w:r>
    </w:p>
    <w:p w14:paraId="79F69CC3" w14:textId="77777777" w:rsidR="00BB7020" w:rsidRDefault="00BF6C90">
      <w:r>
        <w:br/>
      </w:r>
      <w:proofErr w:type="gramStart"/>
      <w:r>
        <w:t>aggregate(</w:t>
      </w:r>
      <w:proofErr w:type="spellStart"/>
      <w:proofErr w:type="gramEnd"/>
      <w:r>
        <w:t>lifeExp</w:t>
      </w:r>
      <w:proofErr w:type="spellEnd"/>
      <w:r>
        <w:t xml:space="preserve"> ~ continent, data = </w:t>
      </w:r>
      <w:proofErr w:type="spellStart"/>
      <w:r>
        <w:t>gapminder</w:t>
      </w:r>
      <w:proofErr w:type="spellEnd"/>
      <w:r>
        <w:t>, FUN = mean)</w:t>
      </w:r>
      <w:r>
        <w:br/>
      </w:r>
      <w:r>
        <w:br/>
        <w:t>library(</w:t>
      </w:r>
      <w:proofErr w:type="spellStart"/>
      <w:r>
        <w:t>dplyr</w:t>
      </w:r>
      <w:proofErr w:type="spellEnd"/>
      <w:r>
        <w:t>)</w:t>
      </w:r>
      <w:r>
        <w:br/>
      </w:r>
      <w:proofErr w:type="spellStart"/>
      <w:r>
        <w:t>gapminder</w:t>
      </w:r>
      <w:proofErr w:type="spellEnd"/>
      <w:r>
        <w:t xml:space="preserve"> %&gt;%</w:t>
      </w:r>
      <w:r>
        <w:br/>
        <w:t xml:space="preserve">  </w:t>
      </w:r>
      <w:proofErr w:type="spellStart"/>
      <w:r>
        <w:t>group_by</w:t>
      </w:r>
      <w:proofErr w:type="spellEnd"/>
      <w:r>
        <w:t>(continent) %&gt;%</w:t>
      </w:r>
      <w:r>
        <w:br/>
        <w:t xml:space="preserve">  </w:t>
      </w:r>
      <w:proofErr w:type="spellStart"/>
      <w:r>
        <w:t>summarise</w:t>
      </w:r>
      <w:proofErr w:type="spellEnd"/>
      <w:r>
        <w:t>(</w:t>
      </w:r>
      <w:proofErr w:type="spellStart"/>
      <w:r>
        <w:t>mean_lifeExp</w:t>
      </w:r>
      <w:proofErr w:type="spellEnd"/>
      <w:r>
        <w:t xml:space="preserve"> = mean(</w:t>
      </w:r>
      <w:proofErr w:type="spellStart"/>
      <w:r>
        <w:t>lifeExp</w:t>
      </w:r>
      <w:proofErr w:type="spellEnd"/>
      <w:r>
        <w:t>))</w:t>
      </w:r>
      <w:r>
        <w:br/>
      </w:r>
    </w:p>
    <w:p w14:paraId="04E8D5FC" w14:textId="77777777" w:rsidR="00BB7020" w:rsidRDefault="00BF6C90">
      <w:pPr>
        <w:pStyle w:val="Heading2"/>
      </w:pPr>
      <w:r>
        <w:lastRenderedPageBreak/>
        <w:t>4. Population Matrix for Selected Countries</w:t>
      </w:r>
    </w:p>
    <w:p w14:paraId="7365E2CF" w14:textId="77777777" w:rsidR="00BB7020" w:rsidRDefault="00BF6C90">
      <w:r>
        <w:t>Extract population data for selected countries and convert it into a matrix.</w:t>
      </w:r>
    </w:p>
    <w:p w14:paraId="26BB1D3B" w14:textId="77777777" w:rsidR="00BB7020" w:rsidRDefault="00BF6C90">
      <w:r>
        <w:br/>
        <w:t xml:space="preserve">countries &lt;- </w:t>
      </w:r>
      <w:proofErr w:type="gramStart"/>
      <w:r>
        <w:t>c(</w:t>
      </w:r>
      <w:proofErr w:type="gramEnd"/>
      <w:r>
        <w:t>"United Kingdom", "France", "Germany", "Italy")</w:t>
      </w:r>
      <w:r>
        <w:br/>
      </w:r>
      <w:proofErr w:type="spellStart"/>
      <w:r>
        <w:t>pop_matrix</w:t>
      </w:r>
      <w:proofErr w:type="spellEnd"/>
      <w:r>
        <w:t xml:space="preserve"> &lt;- </w:t>
      </w:r>
      <w:proofErr w:type="spellStart"/>
      <w:proofErr w:type="gramStart"/>
      <w:r>
        <w:t>as.matrix</w:t>
      </w:r>
      <w:proofErr w:type="spellEnd"/>
      <w:proofErr w:type="gramEnd"/>
      <w:r>
        <w:t>(</w:t>
      </w:r>
      <w:proofErr w:type="gramStart"/>
      <w:r>
        <w:t>subset(</w:t>
      </w:r>
      <w:proofErr w:type="spellStart"/>
      <w:proofErr w:type="gramEnd"/>
      <w:r>
        <w:t>gapminder</w:t>
      </w:r>
      <w:proofErr w:type="spellEnd"/>
      <w:r>
        <w:t xml:space="preserve">, country %in% </w:t>
      </w:r>
      <w:proofErr w:type="gramStart"/>
      <w:r>
        <w:t>countries)[</w:t>
      </w:r>
      <w:proofErr w:type="gramEnd"/>
      <w:r>
        <w:t xml:space="preserve">, </w:t>
      </w:r>
      <w:proofErr w:type="gramStart"/>
      <w:r>
        <w:t>c(</w:t>
      </w:r>
      <w:proofErr w:type="gramEnd"/>
      <w:r>
        <w:t>"country", "year", "pop")])</w:t>
      </w:r>
      <w:r>
        <w:br/>
        <w:t>head(</w:t>
      </w:r>
      <w:proofErr w:type="spellStart"/>
      <w:r>
        <w:t>pop_matrix</w:t>
      </w:r>
      <w:proofErr w:type="spellEnd"/>
      <w:r>
        <w:t>)</w:t>
      </w:r>
      <w:r>
        <w:br/>
      </w:r>
    </w:p>
    <w:p w14:paraId="735D27FD" w14:textId="77777777" w:rsidR="00BB7020" w:rsidRDefault="00BF6C90">
      <w:pPr>
        <w:pStyle w:val="Heading2"/>
      </w:pPr>
      <w:r>
        <w:t>5. Convert Country Names to Uppercase</w:t>
      </w:r>
    </w:p>
    <w:p w14:paraId="57D400A8" w14:textId="77777777" w:rsidR="00BB7020" w:rsidRDefault="00BF6C90">
      <w:r>
        <w:t>Demonstrate string handling by converting country names to uppercase.</w:t>
      </w:r>
    </w:p>
    <w:p w14:paraId="7B2A0EA9" w14:textId="77777777" w:rsidR="00BB7020" w:rsidRDefault="00BF6C90">
      <w:r>
        <w:br/>
      </w:r>
      <w:proofErr w:type="spellStart"/>
      <w:r>
        <w:t>gapminder$country</w:t>
      </w:r>
      <w:proofErr w:type="spellEnd"/>
      <w:r>
        <w:t xml:space="preserve"> &lt;- </w:t>
      </w:r>
      <w:proofErr w:type="spellStart"/>
      <w:r>
        <w:t>toupper</w:t>
      </w:r>
      <w:proofErr w:type="spellEnd"/>
      <w:r>
        <w:t>(</w:t>
      </w:r>
      <w:proofErr w:type="spellStart"/>
      <w:r>
        <w:t>gapminder$country</w:t>
      </w:r>
      <w:proofErr w:type="spellEnd"/>
      <w:r>
        <w:t>)</w:t>
      </w:r>
      <w:r>
        <w:br/>
        <w:t>head(</w:t>
      </w:r>
      <w:proofErr w:type="spellStart"/>
      <w:r>
        <w:t>gapminder$country</w:t>
      </w:r>
      <w:proofErr w:type="spellEnd"/>
      <w:r>
        <w:t>)</w:t>
      </w:r>
      <w:r>
        <w:br/>
      </w:r>
    </w:p>
    <w:p w14:paraId="17815D3D" w14:textId="77777777" w:rsidR="00BB7020" w:rsidRDefault="00BF6C90">
      <w:pPr>
        <w:pStyle w:val="Heading2"/>
      </w:pPr>
      <w:r>
        <w:t>6. Conditional Logic Example</w:t>
      </w:r>
    </w:p>
    <w:p w14:paraId="58E299BE" w14:textId="77777777" w:rsidR="00BB7020" w:rsidRDefault="00BF6C90">
      <w:r>
        <w:t>Filter data for countries where life expectancy is above 70.</w:t>
      </w:r>
    </w:p>
    <w:p w14:paraId="0830EACA" w14:textId="77777777" w:rsidR="00BB7020" w:rsidRDefault="00BF6C90">
      <w:r>
        <w:br/>
      </w:r>
      <w:proofErr w:type="spellStart"/>
      <w:r>
        <w:t>gapminder_high_lifeExp</w:t>
      </w:r>
      <w:proofErr w:type="spellEnd"/>
      <w:r>
        <w:t xml:space="preserve"> &lt;- </w:t>
      </w:r>
      <w:proofErr w:type="spellStart"/>
      <w:proofErr w:type="gramStart"/>
      <w:r>
        <w:t>gapminder</w:t>
      </w:r>
      <w:proofErr w:type="spellEnd"/>
      <w:r>
        <w:t>[</w:t>
      </w:r>
      <w:proofErr w:type="spellStart"/>
      <w:proofErr w:type="gramEnd"/>
      <w:r>
        <w:t>gapminder$lifeExp</w:t>
      </w:r>
      <w:proofErr w:type="spellEnd"/>
      <w:r>
        <w:t xml:space="preserve"> &gt; 70</w:t>
      </w:r>
      <w:proofErr w:type="gramStart"/>
      <w:r>
        <w:t>, ]</w:t>
      </w:r>
      <w:proofErr w:type="gramEnd"/>
      <w:r>
        <w:br/>
        <w:t>head(</w:t>
      </w:r>
      <w:proofErr w:type="spellStart"/>
      <w:r>
        <w:t>gapminder_high_lifeExp</w:t>
      </w:r>
      <w:proofErr w:type="spellEnd"/>
      <w:r>
        <w:t>)</w:t>
      </w:r>
      <w:r>
        <w:br/>
      </w:r>
    </w:p>
    <w:p w14:paraId="57ABF5EA" w14:textId="77777777" w:rsidR="00BB7020" w:rsidRDefault="00BF6C90">
      <w:pPr>
        <w:pStyle w:val="Heading2"/>
      </w:pPr>
      <w:r>
        <w:t xml:space="preserve">7. Loop vs </w:t>
      </w:r>
      <w:proofErr w:type="spellStart"/>
      <w:r>
        <w:t>Vectorisation</w:t>
      </w:r>
      <w:proofErr w:type="spellEnd"/>
    </w:p>
    <w:p w14:paraId="7B05E420" w14:textId="77777777" w:rsidR="00BB7020" w:rsidRDefault="00BF6C90">
      <w:r>
        <w:t xml:space="preserve">Compare a loop-based mean calculation with R's built-in </w:t>
      </w:r>
      <w:proofErr w:type="spellStart"/>
      <w:r>
        <w:t>vectorised</w:t>
      </w:r>
      <w:proofErr w:type="spellEnd"/>
      <w:r>
        <w:t xml:space="preserve"> mean function.</w:t>
      </w:r>
    </w:p>
    <w:p w14:paraId="2C0DA2D3" w14:textId="77777777" w:rsidR="00BB7020" w:rsidRDefault="00BF6C90">
      <w:r>
        <w:br/>
      </w:r>
      <w:proofErr w:type="spellStart"/>
      <w:r>
        <w:t>mean_life</w:t>
      </w:r>
      <w:proofErr w:type="spellEnd"/>
      <w:r>
        <w:t xml:space="preserve"> &lt;- function(x) {</w:t>
      </w:r>
      <w:r>
        <w:br/>
        <w:t xml:space="preserve">  total &lt;- 0</w:t>
      </w:r>
      <w:r>
        <w:br/>
        <w:t xml:space="preserve">  for (</w:t>
      </w:r>
      <w:proofErr w:type="spellStart"/>
      <w:r>
        <w:t>val</w:t>
      </w:r>
      <w:proofErr w:type="spellEnd"/>
      <w:r>
        <w:t xml:space="preserve"> in x) total &lt;- total + </w:t>
      </w:r>
      <w:proofErr w:type="spellStart"/>
      <w:r>
        <w:t>val</w:t>
      </w:r>
      <w:proofErr w:type="spellEnd"/>
      <w:r>
        <w:br/>
        <w:t xml:space="preserve">  total / length(x)</w:t>
      </w:r>
      <w:r>
        <w:br/>
        <w:t>}</w:t>
      </w:r>
      <w:r>
        <w:br/>
      </w:r>
      <w:proofErr w:type="spellStart"/>
      <w:r>
        <w:t>mean_life</w:t>
      </w:r>
      <w:proofErr w:type="spellEnd"/>
      <w:r>
        <w:t>(</w:t>
      </w:r>
      <w:proofErr w:type="spellStart"/>
      <w:r>
        <w:t>gapminder$lifeExp</w:t>
      </w:r>
      <w:proofErr w:type="spellEnd"/>
      <w:r>
        <w:t>)</w:t>
      </w:r>
      <w:r>
        <w:br/>
      </w:r>
      <w:r>
        <w:br/>
        <w:t>mean(</w:t>
      </w:r>
      <w:proofErr w:type="spellStart"/>
      <w:r>
        <w:t>gapminder$lifeExp</w:t>
      </w:r>
      <w:proofErr w:type="spellEnd"/>
      <w:r>
        <w:t>)</w:t>
      </w:r>
      <w:r>
        <w:br/>
      </w:r>
    </w:p>
    <w:p w14:paraId="222C5497" w14:textId="77777777" w:rsidR="00BB7020" w:rsidRDefault="00BF6C90">
      <w:pPr>
        <w:pStyle w:val="Heading2"/>
      </w:pPr>
      <w:r>
        <w:t>8. Using Loops with Matrices</w:t>
      </w:r>
    </w:p>
    <w:p w14:paraId="19B5F9D4" w14:textId="77777777" w:rsidR="00BB7020" w:rsidRDefault="00BF6C90">
      <w:r>
        <w:t>Calculate the sum of diagonal elements in a sample matrix.</w:t>
      </w:r>
    </w:p>
    <w:p w14:paraId="753DECBD" w14:textId="77777777" w:rsidR="00BB7020" w:rsidRDefault="00BF6C90">
      <w:r>
        <w:br/>
        <w:t xml:space="preserve">m &lt;- </w:t>
      </w:r>
      <w:proofErr w:type="gramStart"/>
      <w:r>
        <w:t>matrix(</w:t>
      </w:r>
      <w:proofErr w:type="gramEnd"/>
      <w:r>
        <w:t xml:space="preserve">1:9, </w:t>
      </w:r>
      <w:proofErr w:type="spellStart"/>
      <w:r>
        <w:t>nrow</w:t>
      </w:r>
      <w:proofErr w:type="spellEnd"/>
      <w:r>
        <w:t xml:space="preserve"> = 3)</w:t>
      </w:r>
      <w:r>
        <w:br/>
      </w:r>
      <w:proofErr w:type="spellStart"/>
      <w:r>
        <w:lastRenderedPageBreak/>
        <w:t>diag_sum</w:t>
      </w:r>
      <w:proofErr w:type="spellEnd"/>
      <w:r>
        <w:t xml:space="preserve"> &lt;- 0</w:t>
      </w:r>
      <w:r>
        <w:br/>
        <w:t>for (</w:t>
      </w:r>
      <w:proofErr w:type="spellStart"/>
      <w:r>
        <w:t>i</w:t>
      </w:r>
      <w:proofErr w:type="spellEnd"/>
      <w:r>
        <w:t xml:space="preserve"> in </w:t>
      </w:r>
      <w:proofErr w:type="gramStart"/>
      <w:r>
        <w:t>1:nrow</w:t>
      </w:r>
      <w:proofErr w:type="gramEnd"/>
      <w:r>
        <w:t>(m)) {</w:t>
      </w:r>
      <w:r>
        <w:br/>
        <w:t xml:space="preserve">  </w:t>
      </w:r>
      <w:proofErr w:type="spellStart"/>
      <w:r>
        <w:t>diag_sum</w:t>
      </w:r>
      <w:proofErr w:type="spellEnd"/>
      <w:r>
        <w:t xml:space="preserve"> &lt;- </w:t>
      </w:r>
      <w:proofErr w:type="spellStart"/>
      <w:r>
        <w:t>diag_sum</w:t>
      </w:r>
      <w:proofErr w:type="spellEnd"/>
      <w:r>
        <w:t xml:space="preserve"> + </w:t>
      </w:r>
      <w:proofErr w:type="gramStart"/>
      <w:r>
        <w:t>m[</w:t>
      </w:r>
      <w:proofErr w:type="spellStart"/>
      <w:proofErr w:type="gramEnd"/>
      <w:r>
        <w:t>i</w:t>
      </w:r>
      <w:proofErr w:type="spellEnd"/>
      <w:r>
        <w:t xml:space="preserve">, </w:t>
      </w:r>
      <w:proofErr w:type="spellStart"/>
      <w:r>
        <w:t>i</w:t>
      </w:r>
      <w:proofErr w:type="spellEnd"/>
      <w:r>
        <w:t>]</w:t>
      </w:r>
      <w:r>
        <w:br/>
        <w:t>}</w:t>
      </w:r>
      <w:r>
        <w:br/>
      </w:r>
      <w:proofErr w:type="spellStart"/>
      <w:r>
        <w:t>diag_sum</w:t>
      </w:r>
      <w:proofErr w:type="spellEnd"/>
      <w:r>
        <w:br/>
      </w:r>
    </w:p>
    <w:p w14:paraId="63B00DBD" w14:textId="77777777" w:rsidR="00BB7020" w:rsidRDefault="00BF6C90">
      <w:pPr>
        <w:pStyle w:val="Heading2"/>
      </w:pPr>
      <w:r>
        <w:t>9. Summary &amp; Reflection</w:t>
      </w:r>
    </w:p>
    <w:p w14:paraId="740BE7E5" w14:textId="77777777" w:rsidR="00BB7020" w:rsidRDefault="00BF6C90">
      <w:r>
        <w:t>In this exercise, I:</w:t>
      </w:r>
      <w:r>
        <w:br/>
        <w:t>- Subset data using logical and conditional statements.</w:t>
      </w:r>
      <w:r>
        <w:br/>
        <w:t>- Converted variables into factors.</w:t>
      </w:r>
      <w:r>
        <w:br/>
        <w:t xml:space="preserve">- Used </w:t>
      </w:r>
      <w:proofErr w:type="spellStart"/>
      <w:r>
        <w:t>vectorised</w:t>
      </w:r>
      <w:proofErr w:type="spellEnd"/>
      <w:r>
        <w:t xml:space="preserve"> code for efficiency.</w:t>
      </w:r>
      <w:r>
        <w:br/>
        <w:t>- Manipulated matrices and applied loops.</w:t>
      </w:r>
      <w:r>
        <w:br/>
        <w:t>- Performed string transformations.</w:t>
      </w:r>
      <w:r>
        <w:br/>
      </w:r>
      <w:r>
        <w:br/>
        <w:t xml:space="preserve">This practical enhances my understanding of data manipulation, </w:t>
      </w:r>
      <w:proofErr w:type="spellStart"/>
      <w:r>
        <w:t>vectorisation</w:t>
      </w:r>
      <w:proofErr w:type="spellEnd"/>
      <w:r>
        <w:t>, and data exploration using R.</w:t>
      </w:r>
    </w:p>
    <w:p w14:paraId="07CC2D0A" w14:textId="77777777" w:rsidR="00BB7020" w:rsidRDefault="00BF6C90">
      <w:pPr>
        <w:pStyle w:val="Heading2"/>
      </w:pPr>
      <w:r>
        <w:t>References</w:t>
      </w:r>
    </w:p>
    <w:p w14:paraId="3EE87B06" w14:textId="77777777" w:rsidR="00BB7020" w:rsidRDefault="00BF6C90">
      <w:r>
        <w:t>[1] H. Wickham, R for Data Science, 2nd ed. O’Reilly Media, 2023.</w:t>
      </w:r>
    </w:p>
    <w:p w14:paraId="77C47D54" w14:textId="77777777" w:rsidR="00BB7020" w:rsidRDefault="00BF6C90">
      <w:r>
        <w:t xml:space="preserve">[2] </w:t>
      </w:r>
      <w:proofErr w:type="spellStart"/>
      <w:r>
        <w:t>Gapminder</w:t>
      </w:r>
      <w:proofErr w:type="spellEnd"/>
      <w:r>
        <w:t xml:space="preserve"> Foundation, “</w:t>
      </w:r>
      <w:proofErr w:type="spellStart"/>
      <w:r>
        <w:t>Gapminder</w:t>
      </w:r>
      <w:proofErr w:type="spellEnd"/>
      <w:r>
        <w:t xml:space="preserve"> Data,” 2024. [Online]. Available: https://www.gapminder.org</w:t>
      </w:r>
    </w:p>
    <w:p w14:paraId="4808EBC9" w14:textId="77777777" w:rsidR="00BB7020" w:rsidRDefault="00BF6C90">
      <w:r>
        <w:t>[3] R Core Team, “R: A Language and Environment for Statistical Computing,” R Foundation for Statistical Computing, Vienna, Austria, 2024.</w:t>
      </w:r>
    </w:p>
    <w:sectPr w:rsidR="00BB7020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5825D" w14:textId="77777777" w:rsidR="00234F41" w:rsidRDefault="00234F41" w:rsidP="00234F41">
      <w:pPr>
        <w:spacing w:after="0" w:line="240" w:lineRule="auto"/>
      </w:pPr>
      <w:r>
        <w:separator/>
      </w:r>
    </w:p>
  </w:endnote>
  <w:endnote w:type="continuationSeparator" w:id="0">
    <w:p w14:paraId="38A98A9D" w14:textId="77777777" w:rsidR="00234F41" w:rsidRDefault="00234F41" w:rsidP="0023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9298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A5BC3" w14:textId="434D29D8" w:rsidR="00234F41" w:rsidRDefault="00234F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F6558D" w14:textId="77777777" w:rsidR="00234F41" w:rsidRDefault="00234F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163E8" w14:textId="77777777" w:rsidR="00234F41" w:rsidRDefault="00234F41" w:rsidP="00234F41">
      <w:pPr>
        <w:spacing w:after="0" w:line="240" w:lineRule="auto"/>
      </w:pPr>
      <w:r>
        <w:separator/>
      </w:r>
    </w:p>
  </w:footnote>
  <w:footnote w:type="continuationSeparator" w:id="0">
    <w:p w14:paraId="735F5B07" w14:textId="77777777" w:rsidR="00234F41" w:rsidRDefault="00234F41" w:rsidP="00234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3488170">
    <w:abstractNumId w:val="8"/>
  </w:num>
  <w:num w:numId="2" w16cid:durableId="1584954576">
    <w:abstractNumId w:val="6"/>
  </w:num>
  <w:num w:numId="3" w16cid:durableId="2123108380">
    <w:abstractNumId w:val="5"/>
  </w:num>
  <w:num w:numId="4" w16cid:durableId="21174850">
    <w:abstractNumId w:val="4"/>
  </w:num>
  <w:num w:numId="5" w16cid:durableId="315838950">
    <w:abstractNumId w:val="7"/>
  </w:num>
  <w:num w:numId="6" w16cid:durableId="1218132064">
    <w:abstractNumId w:val="3"/>
  </w:num>
  <w:num w:numId="7" w16cid:durableId="1674146446">
    <w:abstractNumId w:val="2"/>
  </w:num>
  <w:num w:numId="8" w16cid:durableId="1183475877">
    <w:abstractNumId w:val="1"/>
  </w:num>
  <w:num w:numId="9" w16cid:durableId="47383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57E6C"/>
    <w:rsid w:val="00234F41"/>
    <w:rsid w:val="0029639D"/>
    <w:rsid w:val="00326F90"/>
    <w:rsid w:val="00AA1D8D"/>
    <w:rsid w:val="00B47730"/>
    <w:rsid w:val="00B56484"/>
    <w:rsid w:val="00BB7020"/>
    <w:rsid w:val="00BF6C9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BCA3F7"/>
  <w14:defaultImageDpi w14:val="300"/>
  <w15:docId w15:val="{683F81FC-5A82-4D81-9A0C-1149DA795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391</Words>
  <Characters>2605</Characters>
  <Application>Microsoft Office Word</Application>
  <DocSecurity>0</DocSecurity>
  <Lines>96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Mihai Varzare</cp:lastModifiedBy>
  <cp:revision>3</cp:revision>
  <dcterms:created xsi:type="dcterms:W3CDTF">2025-10-14T18:05:00Z</dcterms:created>
  <dcterms:modified xsi:type="dcterms:W3CDTF">2025-10-14T18:06:00Z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0893609f-b301-44d2-ba22-b8e44300ce91</vt:lpwstr>
  </property>
</Properties>
</file>