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color w:val="228B22"/>
        </w:rPr>
        <w:t>🍃 FreshBite Meals</w:t>
      </w:r>
    </w:p>
    <w:p>
      <w:pPr>
        <w:jc w:val="center"/>
      </w:pPr>
      <w:r>
        <w:rPr>
          <w:b/>
        </w:rPr>
        <w:t>DIGITAL MENU</w:t>
        <w:br/>
        <w:t>Fresh • Healthy • Delicious</w:t>
      </w:r>
    </w:p>
    <w:p>
      <w:pPr>
        <w:pStyle w:val="Heading2"/>
      </w:pPr>
      <w:r>
        <w:rPr>
          <w:color w:val="007800"/>
        </w:rPr>
        <w:t>🍳 Breakfast</w:t>
      </w:r>
    </w:p>
    <w:p>
      <w:pPr>
        <w:pStyle w:val="ListBullet"/>
      </w:pPr>
      <w:r>
        <w:rPr>
          <w:b/>
        </w:rPr>
        <w:t>Porridge Bowl</w:t>
      </w:r>
      <w:r>
        <w:t xml:space="preserve"> ......... £3.80</w:t>
      </w:r>
    </w:p>
    <w:p>
      <w:pPr>
        <w:pStyle w:val="ListBullet"/>
      </w:pPr>
      <w:r>
        <w:rPr>
          <w:b/>
        </w:rPr>
        <w:t>Breakfast Wrap</w:t>
      </w:r>
      <w:r>
        <w:t xml:space="preserve"> ......... £4.20</w:t>
      </w:r>
    </w:p>
    <w:p>
      <w:pPr>
        <w:pStyle w:val="ListBullet"/>
      </w:pPr>
      <w:r>
        <w:rPr>
          <w:b/>
        </w:rPr>
        <w:t>Fresh Fruit Pot</w:t>
      </w:r>
      <w:r>
        <w:t xml:space="preserve"> ......... £2.50</w:t>
      </w:r>
    </w:p>
    <w:p>
      <w:pPr>
        <w:pStyle w:val="Heading2"/>
      </w:pPr>
      <w:r>
        <w:rPr>
          <w:color w:val="007800"/>
        </w:rPr>
        <w:t>🥗 Lunch</w:t>
      </w:r>
    </w:p>
    <w:p>
      <w:pPr>
        <w:pStyle w:val="ListBullet"/>
      </w:pPr>
      <w:r>
        <w:rPr>
          <w:b/>
        </w:rPr>
        <w:t>Chicken Salad Box</w:t>
      </w:r>
      <w:r>
        <w:t xml:space="preserve"> ......... £6.00</w:t>
      </w:r>
    </w:p>
    <w:p>
      <w:pPr>
        <w:pStyle w:val="ListBullet"/>
      </w:pPr>
      <w:r>
        <w:rPr>
          <w:b/>
        </w:rPr>
        <w:t>Veggie Pasta Bowl</w:t>
      </w:r>
      <w:r>
        <w:t xml:space="preserve"> ......... £5.50</w:t>
      </w:r>
    </w:p>
    <w:p>
      <w:pPr>
        <w:pStyle w:val="ListBullet"/>
      </w:pPr>
      <w:r>
        <w:rPr>
          <w:b/>
        </w:rPr>
        <w:t>Soup of the Day</w:t>
      </w:r>
      <w:r>
        <w:t xml:space="preserve"> ......... £3.90</w:t>
      </w:r>
    </w:p>
    <w:p>
      <w:pPr>
        <w:pStyle w:val="Heading2"/>
      </w:pPr>
      <w:r>
        <w:rPr>
          <w:color w:val="007800"/>
        </w:rPr>
        <w:t>🍌 Snacks</w:t>
      </w:r>
    </w:p>
    <w:p>
      <w:pPr>
        <w:pStyle w:val="ListBullet"/>
      </w:pPr>
      <w:r>
        <w:rPr>
          <w:b/>
        </w:rPr>
        <w:t>Granola Bar</w:t>
      </w:r>
      <w:r>
        <w:t xml:space="preserve"> ......... £1.80</w:t>
      </w:r>
    </w:p>
    <w:p>
      <w:pPr>
        <w:pStyle w:val="ListBullet"/>
      </w:pPr>
      <w:r>
        <w:rPr>
          <w:b/>
        </w:rPr>
        <w:t>Greek Yoghurt Cup</w:t>
      </w:r>
      <w:r>
        <w:t xml:space="preserve"> ......... £2.20</w:t>
      </w:r>
    </w:p>
    <w:p>
      <w:pPr>
        <w:pStyle w:val="ListBullet"/>
      </w:pPr>
      <w:r>
        <w:rPr>
          <w:b/>
        </w:rPr>
        <w:t>Banana Bread Slice</w:t>
      </w:r>
      <w:r>
        <w:t xml:space="preserve"> ......... £2.50</w:t>
      </w:r>
    </w:p>
    <w:p>
      <w:pPr>
        <w:pStyle w:val="Heading2"/>
      </w:pPr>
      <w:r>
        <w:rPr>
          <w:color w:val="007800"/>
        </w:rPr>
        <w:t>🥤 Drinks</w:t>
      </w:r>
    </w:p>
    <w:p>
      <w:pPr>
        <w:pStyle w:val="ListBullet"/>
      </w:pPr>
      <w:r>
        <w:rPr>
          <w:b/>
        </w:rPr>
        <w:t>Fresh Orange Juice</w:t>
      </w:r>
      <w:r>
        <w:t xml:space="preserve"> ......... £2.80</w:t>
      </w:r>
    </w:p>
    <w:p>
      <w:pPr>
        <w:pStyle w:val="ListBullet"/>
      </w:pPr>
      <w:r>
        <w:rPr>
          <w:b/>
        </w:rPr>
        <w:t>Iced Coffee</w:t>
      </w:r>
      <w:r>
        <w:t xml:space="preserve"> ......... £3.20</w:t>
      </w:r>
    </w:p>
    <w:p>
      <w:pPr>
        <w:pStyle w:val="ListBullet"/>
      </w:pPr>
      <w:r>
        <w:rPr>
          <w:b/>
        </w:rPr>
        <w:t>Herbal Tea</w:t>
      </w:r>
      <w:r>
        <w:t xml:space="preserve"> ......... £2.00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