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F6D82" w14:textId="0ECB477A" w:rsidR="004A4B81" w:rsidRDefault="009D10C3">
      <w:pPr>
        <w:pStyle w:val="Heading1"/>
      </w:pPr>
      <w:r>
        <w:t>Job Description</w:t>
      </w:r>
    </w:p>
    <w:p w14:paraId="1DC8D2CB" w14:textId="1CE7E179" w:rsidR="004A4B81" w:rsidRDefault="009D10C3">
      <w:r>
        <w:t>Job Role: Retail Shop Manager</w:t>
      </w:r>
      <w:r>
        <w:br/>
        <w:t>Type: Permanent</w:t>
      </w:r>
      <w:r>
        <w:br/>
        <w:t>Pay: £29,700/year</w:t>
      </w:r>
      <w:r>
        <w:br/>
      </w:r>
      <w:r>
        <w:br/>
        <w:t>Benefits:</w:t>
      </w:r>
      <w:r>
        <w:br/>
        <w:t>• Additional paid leave</w:t>
      </w:r>
      <w:r>
        <w:br/>
        <w:t>• Company pension</w:t>
      </w:r>
      <w:r>
        <w:br/>
        <w:t>• Employee family discount</w:t>
      </w:r>
      <w:r>
        <w:br/>
        <w:t>• Free on-site parking</w:t>
      </w:r>
      <w:r>
        <w:br/>
        <w:t>• Ongoing training &amp; development</w:t>
      </w:r>
      <w:r>
        <w:br/>
      </w:r>
      <w:r>
        <w:br/>
        <w:t>Description:</w:t>
      </w:r>
      <w:r>
        <w:br/>
      </w:r>
      <w:r>
        <w:t>We are looking for a Shop Manager to join our newly opened shop in Bath. An ambitious individual who can guide and lead our team daily in order to achieve sales targets and who has some experience in retail.</w:t>
      </w:r>
      <w:r>
        <w:br/>
      </w:r>
      <w:r>
        <w:br/>
        <w:t>Candidates must possess minimum a Level 4 qualification in any subject and be familiar with the Opera software system so certification will be asked as proof.</w:t>
      </w:r>
      <w:r>
        <w:br/>
      </w:r>
      <w:r>
        <w:br/>
        <w:t>A true people’s person and a keen eye for excellent customer service is crucial.</w:t>
      </w:r>
      <w:r>
        <w:br/>
      </w:r>
      <w:r>
        <w:br/>
        <w:t>Experience is essential and training will also be provided an</w:t>
      </w:r>
      <w:r>
        <w:t>d we are looking for an immediate start, the candidate must have first aid certification and college level education at minimum.</w:t>
      </w:r>
      <w:r>
        <w:br/>
      </w:r>
      <w:r>
        <w:br/>
        <w:t>Candidate Profile:</w:t>
      </w:r>
      <w:r>
        <w:br/>
        <w:t>• Good leadership and conflict management skills</w:t>
      </w:r>
      <w:r>
        <w:br/>
        <w:t>• Track record of excellent customer service</w:t>
      </w:r>
      <w:r>
        <w:br/>
        <w:t>• Staff training and mentoring experience</w:t>
      </w:r>
      <w:r>
        <w:br/>
        <w:t>• Problem-solving and decision-making skills</w:t>
      </w:r>
      <w:r>
        <w:br/>
        <w:t>• Good communication and interpersonal skills</w:t>
      </w:r>
      <w:r>
        <w:br/>
        <w:t>• Proficient in English and one other language</w:t>
      </w:r>
      <w:r>
        <w:br/>
      </w:r>
      <w:r>
        <w:br/>
        <w:t>Company Information:</w:t>
      </w:r>
      <w:r>
        <w:br/>
        <w:t>Name: Bargain Basket</w:t>
      </w:r>
      <w:r>
        <w:br/>
        <w:t>Employees: 700 over 45 shops UK wide</w:t>
      </w:r>
      <w:r>
        <w:br/>
      </w:r>
    </w:p>
    <w:p w14:paraId="37EA7505" w14:textId="06C1980E" w:rsidR="004A4B81" w:rsidRPr="00222D98" w:rsidRDefault="009D10C3" w:rsidP="00222D98">
      <w:pPr>
        <w:rPr>
          <w:b/>
          <w:bCs/>
          <w:u w:val="single"/>
        </w:rPr>
      </w:pPr>
      <w:r>
        <w:br w:type="page"/>
      </w:r>
      <w:r w:rsidRPr="00222D98">
        <w:rPr>
          <w:b/>
          <w:bCs/>
          <w:sz w:val="28"/>
          <w:szCs w:val="28"/>
          <w:u w:val="single"/>
        </w:rPr>
        <w:lastRenderedPageBreak/>
        <w:t>Cover Letter</w:t>
      </w:r>
    </w:p>
    <w:p w14:paraId="38982020" w14:textId="77777777" w:rsidR="004A4B81" w:rsidRDefault="009D10C3">
      <w:r>
        <w:t>Ahmed Noor</w:t>
      </w:r>
      <w:r>
        <w:br/>
        <w:t>Cardiff</w:t>
      </w:r>
      <w:r>
        <w:br/>
        <w:t>07916170408</w:t>
      </w:r>
      <w:r>
        <w:br/>
        <w:t>ackinoor16@gmail.com</w:t>
      </w:r>
      <w:r>
        <w:br/>
      </w:r>
    </w:p>
    <w:p w14:paraId="3F154743" w14:textId="77777777" w:rsidR="004A4B81" w:rsidRDefault="009D10C3">
      <w:r>
        <w:t>Hiring Manager</w:t>
      </w:r>
      <w:r>
        <w:br/>
        <w:t>Bargain Basket</w:t>
      </w:r>
      <w:r>
        <w:br/>
        <w:t>Bath</w:t>
      </w:r>
      <w:r>
        <w:br/>
      </w:r>
    </w:p>
    <w:p w14:paraId="2E5BB4CD" w14:textId="77777777" w:rsidR="004A4B81" w:rsidRDefault="009D10C3">
      <w:r>
        <w:t>Date: 16th October 2025</w:t>
      </w:r>
      <w:r>
        <w:br/>
      </w:r>
    </w:p>
    <w:p w14:paraId="0F33DFB0" w14:textId="77777777" w:rsidR="004A4B81" w:rsidRDefault="009D10C3">
      <w:r>
        <w:t>Dear Hiring Manager,</w:t>
      </w:r>
    </w:p>
    <w:p w14:paraId="541913CA" w14:textId="77777777" w:rsidR="004A4B81" w:rsidRDefault="009D10C3">
      <w:r>
        <w:t>I am writing to apply for the position of Retail Shop Manager at Bargain Basket. With a strong background in customer service, staff supervision, and a passion for retail excellence, I am confident that I can contribute effectively to your team and help achieve your sales goals.</w:t>
      </w:r>
      <w:r>
        <w:br/>
      </w:r>
      <w:r>
        <w:br/>
        <w:t>In my previous role as an Assistant Store Supervisor at ValueMart, I led a team of eight staff members, ensuring smooth day-to-day operations, excellent service delivery, and consistent achievement of sales targets. I take pride in motivating team members to perform at their best while maintaining a positive and welcoming store environment. My hands-on experience in stock control, customer relations, and cash handling has equipped me with the practical skills needed to manage a busy retail setting.</w:t>
      </w:r>
      <w:r>
        <w:br/>
      </w:r>
      <w:r>
        <w:br/>
        <w:t>I hol</w:t>
      </w:r>
      <w:r>
        <w:t>d a Level 4 Diploma in Business and Enterprise, and I am proficient with Opera software and other retail management systems. I also possess First Aid certification and continuously strive to enhance my professional skills through ongoing training and self-development.</w:t>
      </w:r>
      <w:r>
        <w:br/>
      </w:r>
      <w:r>
        <w:br/>
        <w:t>I am drawn to Bargain Basket’s strong values and customer-first approach, and I would be proud to lead a team that shares the mission of offering high-quality products at great prices. I am enthusiastic about bringing my leadership skills, in</w:t>
      </w:r>
      <w:r>
        <w:t>itiative, and commitment to outstanding service to your Bath store.</w:t>
      </w:r>
      <w:r>
        <w:br/>
      </w:r>
      <w:r>
        <w:br/>
        <w:t>Thank you for considering my application. I look forward to the opportunity to discuss how I can contribute to Bargain Basket’s success.</w:t>
      </w:r>
      <w:r>
        <w:br/>
      </w:r>
      <w:r>
        <w:br/>
        <w:t>Yours sincerely,</w:t>
      </w:r>
      <w:r>
        <w:br/>
        <w:t>Ahmed Noor</w:t>
      </w:r>
    </w:p>
    <w:p w14:paraId="611916B4" w14:textId="402384C9" w:rsidR="004A4B81" w:rsidRDefault="004A4B81"/>
    <w:p w14:paraId="1A88EDEE" w14:textId="77777777" w:rsidR="004A4B81" w:rsidRDefault="009D10C3">
      <w:pPr>
        <w:pStyle w:val="Heading1"/>
      </w:pPr>
      <w:r>
        <w:t>Curriculum Vitae</w:t>
      </w:r>
    </w:p>
    <w:p w14:paraId="121C8494" w14:textId="77777777" w:rsidR="004A4B81" w:rsidRDefault="009D10C3">
      <w:r>
        <w:t>Ahmed Noor</w:t>
      </w:r>
      <w:r>
        <w:br/>
        <w:t>Cardiff</w:t>
      </w:r>
      <w:r>
        <w:br/>
      </w:r>
      <w:r>
        <w:t>📞</w:t>
      </w:r>
      <w:r>
        <w:t xml:space="preserve"> 07916170408</w:t>
      </w:r>
      <w:r>
        <w:br/>
        <w:t>✉</w:t>
      </w:r>
      <w:r>
        <w:t>️</w:t>
      </w:r>
      <w:r>
        <w:t xml:space="preserve"> ackinoor16@gmail.com</w:t>
      </w:r>
      <w:r>
        <w:br/>
      </w:r>
    </w:p>
    <w:p w14:paraId="6B16CF52" w14:textId="77777777" w:rsidR="004A4B81" w:rsidRDefault="009D10C3">
      <w:pPr>
        <w:pStyle w:val="Heading2"/>
      </w:pPr>
      <w:r>
        <w:t>Personal Profile</w:t>
      </w:r>
    </w:p>
    <w:p w14:paraId="651C6769" w14:textId="77777777" w:rsidR="004A4B81" w:rsidRDefault="009D10C3">
      <w:r>
        <w:t>Motivated and dependable retail professional with over three years of experience in customer service and team leadership. Known for maintaining high store standards, improving sales performance, and fostering positive staff relationships. Dedicated to delivering excellent customer experiences and contributing to business growth through effective management and problem-solving.</w:t>
      </w:r>
    </w:p>
    <w:p w14:paraId="0DB81345" w14:textId="77777777" w:rsidR="004A4B81" w:rsidRDefault="009D10C3">
      <w:pPr>
        <w:pStyle w:val="Heading2"/>
      </w:pPr>
      <w:r>
        <w:t>Key Skills</w:t>
      </w:r>
    </w:p>
    <w:p w14:paraId="69C7F5A9" w14:textId="77777777" w:rsidR="004A4B81" w:rsidRDefault="009D10C3">
      <w:r>
        <w:t>• Leadership and staff supervision</w:t>
      </w:r>
    </w:p>
    <w:p w14:paraId="37284C0E" w14:textId="77777777" w:rsidR="004A4B81" w:rsidRDefault="009D10C3">
      <w:r>
        <w:t>• Conflict resolution and decision-making</w:t>
      </w:r>
    </w:p>
    <w:p w14:paraId="1FFA9200" w14:textId="77777777" w:rsidR="004A4B81" w:rsidRDefault="009D10C3">
      <w:r>
        <w:t>• Strong customer service focus</w:t>
      </w:r>
    </w:p>
    <w:p w14:paraId="6ABFC677" w14:textId="77777777" w:rsidR="004A4B81" w:rsidRDefault="009D10C3">
      <w:r>
        <w:t>• Sales and stock management</w:t>
      </w:r>
    </w:p>
    <w:p w14:paraId="5A2DB379" w14:textId="77777777" w:rsidR="004A4B81" w:rsidRDefault="009D10C3">
      <w:r>
        <w:t>• Proficient in Opera software and Microsoft Office</w:t>
      </w:r>
    </w:p>
    <w:p w14:paraId="264B068B" w14:textId="77777777" w:rsidR="004A4B81" w:rsidRDefault="009D10C3">
      <w:r>
        <w:t>• Excellent communication and interpersonal skills</w:t>
      </w:r>
    </w:p>
    <w:p w14:paraId="2746D751" w14:textId="77777777" w:rsidR="004A4B81" w:rsidRDefault="009D10C3">
      <w:r>
        <w:t>• Bilingual – fluent in English and Somali</w:t>
      </w:r>
    </w:p>
    <w:p w14:paraId="63BF0994" w14:textId="77777777" w:rsidR="004A4B81" w:rsidRDefault="009D10C3">
      <w:r>
        <w:t>• First Aid certified</w:t>
      </w:r>
    </w:p>
    <w:p w14:paraId="32DF53B9" w14:textId="77777777" w:rsidR="004A4B81" w:rsidRDefault="009D10C3">
      <w:pPr>
        <w:pStyle w:val="Heading2"/>
      </w:pPr>
      <w:r>
        <w:t>Professional Experience</w:t>
      </w:r>
    </w:p>
    <w:p w14:paraId="3C9BBBB2" w14:textId="77777777" w:rsidR="004A4B81" w:rsidRDefault="009D10C3">
      <w:r>
        <w:t>Assistant Store Supervisor</w:t>
      </w:r>
      <w:r>
        <w:br/>
        <w:t>ValueMart, Cardiff — Jan 2022 – Present</w:t>
      </w:r>
    </w:p>
    <w:p w14:paraId="3D7C6D30" w14:textId="77777777" w:rsidR="004A4B81" w:rsidRDefault="009D10C3">
      <w:r>
        <w:t>• Managed and motivated a team of eight sales assistants to exceed monthly sales targets.</w:t>
      </w:r>
      <w:r>
        <w:br/>
        <w:t>• Trained new staff on customer service standards and store operations.</w:t>
      </w:r>
      <w:r>
        <w:br/>
        <w:t>• Handled inventory control, ordering, and visual merchandising.</w:t>
      </w:r>
      <w:r>
        <w:br/>
        <w:t>• Resolved customer issues efficiently, maintaining store reputation and customer loyalty.</w:t>
      </w:r>
      <w:r>
        <w:br/>
        <w:t>• Supported management in financial reporting and daily cash balancing.</w:t>
      </w:r>
    </w:p>
    <w:p w14:paraId="697595E3" w14:textId="77777777" w:rsidR="004A4B81" w:rsidRDefault="009D10C3">
      <w:r>
        <w:t>Retail Sales Assistant</w:t>
      </w:r>
      <w:r>
        <w:br/>
        <w:t>City Express, Cardiff — June 2019 – Dec 2021</w:t>
      </w:r>
    </w:p>
    <w:p w14:paraId="5F04224B" w14:textId="77777777" w:rsidR="004A4B81" w:rsidRDefault="009D10C3">
      <w:r>
        <w:lastRenderedPageBreak/>
        <w:t>• Delivered high-quality customer service and product knowledge.</w:t>
      </w:r>
      <w:r>
        <w:br/>
        <w:t>• Processed payments accurately and handled returns and exchanges.</w:t>
      </w:r>
      <w:r>
        <w:br/>
        <w:t>• Assisted with store layout changes and promotional displays.</w:t>
      </w:r>
      <w:r>
        <w:br/>
        <w:t>• Achieved consistent top ratings in customer satisfaction feedback.</w:t>
      </w:r>
    </w:p>
    <w:p w14:paraId="3CA4889D" w14:textId="77777777" w:rsidR="004A4B81" w:rsidRDefault="009D10C3">
      <w:pPr>
        <w:pStyle w:val="Heading2"/>
      </w:pPr>
      <w:r>
        <w:t>Education</w:t>
      </w:r>
    </w:p>
    <w:p w14:paraId="0F19C20F" w14:textId="77777777" w:rsidR="004A4B81" w:rsidRDefault="009D10C3">
      <w:r>
        <w:t>Level 4 Diploma in Business and Enterprise — Cardiff and Vale College (2021)</w:t>
      </w:r>
      <w:r>
        <w:br/>
        <w:t>Introduction to Building Services: Plumbing and Electrical (Diploma) — City of Bristol College (2019)</w:t>
      </w:r>
      <w:r>
        <w:br/>
        <w:t>GCSEs (5 subjects including English and Maths) — Fitzalan High School (2017)</w:t>
      </w:r>
    </w:p>
    <w:p w14:paraId="6A3676D0" w14:textId="77777777" w:rsidR="004A4B81" w:rsidRDefault="009D10C3">
      <w:pPr>
        <w:pStyle w:val="Heading2"/>
      </w:pPr>
      <w:r>
        <w:t>Certifications</w:t>
      </w:r>
    </w:p>
    <w:p w14:paraId="467900B3" w14:textId="77777777" w:rsidR="004A4B81" w:rsidRDefault="009D10C3">
      <w:r>
        <w:t>• First Aid Certification — 2024</w:t>
      </w:r>
      <w:r>
        <w:br/>
        <w:t>• Opera Retail Software Training — 2023</w:t>
      </w:r>
    </w:p>
    <w:p w14:paraId="2B1CA586" w14:textId="77777777" w:rsidR="004A4B81" w:rsidRDefault="009D10C3">
      <w:pPr>
        <w:pStyle w:val="Heading2"/>
      </w:pPr>
      <w:r>
        <w:t>References</w:t>
      </w:r>
    </w:p>
    <w:p w14:paraId="0506DF00" w14:textId="77777777" w:rsidR="004A4B81" w:rsidRDefault="009D10C3">
      <w:r>
        <w:t>Available upon request.</w:t>
      </w:r>
    </w:p>
    <w:sectPr w:rsidR="004A4B8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5773125">
    <w:abstractNumId w:val="8"/>
  </w:num>
  <w:num w:numId="2" w16cid:durableId="719090481">
    <w:abstractNumId w:val="6"/>
  </w:num>
  <w:num w:numId="3" w16cid:durableId="404962165">
    <w:abstractNumId w:val="5"/>
  </w:num>
  <w:num w:numId="4" w16cid:durableId="975185254">
    <w:abstractNumId w:val="4"/>
  </w:num>
  <w:num w:numId="5" w16cid:durableId="261956690">
    <w:abstractNumId w:val="7"/>
  </w:num>
  <w:num w:numId="6" w16cid:durableId="1473717701">
    <w:abstractNumId w:val="3"/>
  </w:num>
  <w:num w:numId="7" w16cid:durableId="385563967">
    <w:abstractNumId w:val="2"/>
  </w:num>
  <w:num w:numId="8" w16cid:durableId="1243494041">
    <w:abstractNumId w:val="1"/>
  </w:num>
  <w:num w:numId="9" w16cid:durableId="141442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7CD4"/>
    <w:rsid w:val="0015074B"/>
    <w:rsid w:val="00222D98"/>
    <w:rsid w:val="0029639D"/>
    <w:rsid w:val="00326F90"/>
    <w:rsid w:val="004A4B81"/>
    <w:rsid w:val="00681B83"/>
    <w:rsid w:val="008079F8"/>
    <w:rsid w:val="009D10C3"/>
    <w:rsid w:val="00AA1D8D"/>
    <w:rsid w:val="00B23A2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9F296F"/>
  <w14:defaultImageDpi w14:val="300"/>
  <w15:docId w15:val="{9B86558B-A9EF-174E-8BDA-22DB46E4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ahmed noor</cp:lastModifiedBy>
  <cp:revision>2</cp:revision>
  <dcterms:created xsi:type="dcterms:W3CDTF">2025-10-16T19:57:00Z</dcterms:created>
  <dcterms:modified xsi:type="dcterms:W3CDTF">2025-10-16T19:57:00Z</dcterms:modified>
  <cp:category/>
</cp:coreProperties>
</file>