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6D2EB" w14:textId="77777777" w:rsidR="008C4630" w:rsidRDefault="008C4630" w:rsidP="000445BF">
      <w:pPr>
        <w:spacing w:line="360" w:lineRule="auto"/>
        <w:rPr>
          <w:rFonts w:cs="Arial"/>
          <w:sz w:val="24"/>
          <w:szCs w:val="24"/>
        </w:rPr>
      </w:pPr>
    </w:p>
    <w:p w14:paraId="7E8F2B5D" w14:textId="77777777" w:rsidR="00E90DC0" w:rsidRPr="003141EA" w:rsidRDefault="00E90DC0" w:rsidP="00E90DC0">
      <w:pPr>
        <w:rPr>
          <w:sz w:val="36"/>
          <w:szCs w:val="36"/>
        </w:rPr>
      </w:pPr>
      <w:r w:rsidRPr="003141EA">
        <w:rPr>
          <w:b/>
          <w:bCs/>
          <w:sz w:val="36"/>
          <w:szCs w:val="36"/>
        </w:rPr>
        <w:t>Module Title</w:t>
      </w:r>
      <w:r w:rsidRPr="003141EA">
        <w:rPr>
          <w:sz w:val="36"/>
          <w:szCs w:val="36"/>
        </w:rPr>
        <w:t xml:space="preserve">: Employability and </w:t>
      </w:r>
      <w:r>
        <w:rPr>
          <w:sz w:val="36"/>
          <w:szCs w:val="36"/>
        </w:rPr>
        <w:t>C</w:t>
      </w:r>
      <w:r w:rsidRPr="003141EA">
        <w:rPr>
          <w:sz w:val="36"/>
          <w:szCs w:val="36"/>
        </w:rPr>
        <w:t>areer Development</w:t>
      </w:r>
    </w:p>
    <w:p w14:paraId="557F7835" w14:textId="77777777" w:rsidR="00E90DC0" w:rsidRPr="003141EA" w:rsidRDefault="00E90DC0" w:rsidP="00E90DC0">
      <w:pPr>
        <w:rPr>
          <w:sz w:val="36"/>
          <w:szCs w:val="36"/>
        </w:rPr>
      </w:pPr>
    </w:p>
    <w:p w14:paraId="163378FA" w14:textId="77777777" w:rsidR="00E90DC0" w:rsidRPr="003141EA" w:rsidRDefault="00E90DC0" w:rsidP="00E90DC0">
      <w:pPr>
        <w:rPr>
          <w:sz w:val="36"/>
          <w:szCs w:val="36"/>
        </w:rPr>
      </w:pPr>
      <w:r w:rsidRPr="003141EA">
        <w:rPr>
          <w:b/>
          <w:bCs/>
          <w:sz w:val="36"/>
          <w:szCs w:val="36"/>
        </w:rPr>
        <w:t>Module Coade</w:t>
      </w:r>
      <w:r w:rsidRPr="003141EA">
        <w:rPr>
          <w:sz w:val="36"/>
          <w:szCs w:val="36"/>
        </w:rPr>
        <w:t xml:space="preserve">: LCLM4005 </w:t>
      </w:r>
    </w:p>
    <w:p w14:paraId="4FB4BBA0" w14:textId="77777777" w:rsidR="00E90DC0" w:rsidRPr="003141EA" w:rsidRDefault="00E90DC0" w:rsidP="00E90DC0">
      <w:pPr>
        <w:rPr>
          <w:sz w:val="36"/>
          <w:szCs w:val="36"/>
        </w:rPr>
      </w:pPr>
    </w:p>
    <w:p w14:paraId="638EDACA" w14:textId="77777777" w:rsidR="00E90DC0" w:rsidRPr="003141EA" w:rsidRDefault="00E90DC0" w:rsidP="00E90DC0">
      <w:pPr>
        <w:rPr>
          <w:sz w:val="36"/>
          <w:szCs w:val="36"/>
        </w:rPr>
      </w:pPr>
      <w:r w:rsidRPr="003141EA">
        <w:rPr>
          <w:b/>
          <w:bCs/>
          <w:sz w:val="36"/>
          <w:szCs w:val="36"/>
        </w:rPr>
        <w:t>Assessment:</w:t>
      </w:r>
      <w:r w:rsidRPr="003141EA">
        <w:rPr>
          <w:sz w:val="36"/>
          <w:szCs w:val="36"/>
        </w:rPr>
        <w:t xml:space="preserve"> 1 </w:t>
      </w:r>
    </w:p>
    <w:p w14:paraId="7A6C6646" w14:textId="77777777" w:rsidR="00E90DC0" w:rsidRPr="003141EA" w:rsidRDefault="00E90DC0" w:rsidP="00E90DC0">
      <w:pPr>
        <w:rPr>
          <w:sz w:val="36"/>
          <w:szCs w:val="36"/>
        </w:rPr>
      </w:pPr>
    </w:p>
    <w:p w14:paraId="2B9C850A" w14:textId="77777777" w:rsidR="00E90DC0" w:rsidRPr="003141EA" w:rsidRDefault="00E90DC0" w:rsidP="00E90DC0">
      <w:pPr>
        <w:rPr>
          <w:sz w:val="36"/>
          <w:szCs w:val="36"/>
        </w:rPr>
      </w:pPr>
      <w:r w:rsidRPr="003141EA">
        <w:rPr>
          <w:b/>
          <w:bCs/>
          <w:sz w:val="36"/>
          <w:szCs w:val="36"/>
        </w:rPr>
        <w:t>Student Name:</w:t>
      </w:r>
      <w:r w:rsidRPr="003141EA">
        <w:rPr>
          <w:sz w:val="36"/>
          <w:szCs w:val="36"/>
        </w:rPr>
        <w:t xml:space="preserve"> Elhamullah Rahmani </w:t>
      </w:r>
    </w:p>
    <w:p w14:paraId="2EA8A2FB" w14:textId="77777777" w:rsidR="00E90DC0" w:rsidRPr="003141EA" w:rsidRDefault="00E90DC0" w:rsidP="00E90DC0">
      <w:pPr>
        <w:rPr>
          <w:sz w:val="36"/>
          <w:szCs w:val="36"/>
        </w:rPr>
      </w:pPr>
    </w:p>
    <w:p w14:paraId="16814290" w14:textId="77777777" w:rsidR="00E90DC0" w:rsidRPr="003141EA" w:rsidRDefault="00E90DC0" w:rsidP="00E90DC0">
      <w:pPr>
        <w:rPr>
          <w:sz w:val="36"/>
          <w:szCs w:val="36"/>
        </w:rPr>
      </w:pPr>
      <w:r w:rsidRPr="003141EA">
        <w:rPr>
          <w:b/>
          <w:bCs/>
          <w:sz w:val="36"/>
          <w:szCs w:val="36"/>
        </w:rPr>
        <w:t>Student Number</w:t>
      </w:r>
      <w:r w:rsidRPr="003141EA">
        <w:rPr>
          <w:sz w:val="36"/>
          <w:szCs w:val="36"/>
        </w:rPr>
        <w:t xml:space="preserve">: 2530659 </w:t>
      </w:r>
    </w:p>
    <w:p w14:paraId="77E35DCF" w14:textId="77777777" w:rsidR="00E90DC0" w:rsidRPr="003141EA" w:rsidRDefault="00E90DC0" w:rsidP="00E90DC0">
      <w:pPr>
        <w:rPr>
          <w:sz w:val="36"/>
          <w:szCs w:val="36"/>
        </w:rPr>
      </w:pPr>
    </w:p>
    <w:p w14:paraId="6892C3AF" w14:textId="49ACF26A" w:rsidR="00E90DC0" w:rsidRPr="003141EA" w:rsidRDefault="00E90DC0" w:rsidP="00E90DC0">
      <w:pPr>
        <w:rPr>
          <w:sz w:val="36"/>
          <w:szCs w:val="36"/>
        </w:rPr>
      </w:pPr>
      <w:r w:rsidRPr="003141EA">
        <w:rPr>
          <w:b/>
          <w:bCs/>
          <w:sz w:val="36"/>
          <w:szCs w:val="36"/>
        </w:rPr>
        <w:t>Lecturer’s Name</w:t>
      </w:r>
      <w:r w:rsidRPr="003141EA">
        <w:rPr>
          <w:sz w:val="36"/>
          <w:szCs w:val="36"/>
        </w:rPr>
        <w:t xml:space="preserve">: Vicky </w:t>
      </w:r>
      <w:proofErr w:type="spellStart"/>
      <w:r w:rsidRPr="75D28217">
        <w:rPr>
          <w:sz w:val="36"/>
          <w:szCs w:val="36"/>
        </w:rPr>
        <w:t>Gianna</w:t>
      </w:r>
      <w:r w:rsidR="2CE611AD" w:rsidRPr="75D28217">
        <w:rPr>
          <w:sz w:val="36"/>
          <w:szCs w:val="36"/>
        </w:rPr>
        <w:t>ka</w:t>
      </w:r>
      <w:proofErr w:type="spellEnd"/>
      <w:r w:rsidR="2CE611AD" w:rsidRPr="75D28217">
        <w:rPr>
          <w:sz w:val="36"/>
          <w:szCs w:val="36"/>
        </w:rPr>
        <w:t xml:space="preserve"> </w:t>
      </w:r>
      <w:r w:rsidRPr="003141EA">
        <w:rPr>
          <w:sz w:val="36"/>
          <w:szCs w:val="36"/>
        </w:rPr>
        <w:t xml:space="preserve"> </w:t>
      </w:r>
    </w:p>
    <w:p w14:paraId="09D6DE56" w14:textId="77777777" w:rsidR="00E86715" w:rsidRDefault="00E86715" w:rsidP="00AF56D8">
      <w:pPr>
        <w:spacing w:after="40" w:line="360" w:lineRule="auto"/>
        <w:jc w:val="center"/>
        <w:rPr>
          <w:rFonts w:cs="Arial"/>
          <w:b/>
          <w:color w:val="000000"/>
          <w:sz w:val="24"/>
          <w:szCs w:val="24"/>
        </w:rPr>
      </w:pPr>
    </w:p>
    <w:p w14:paraId="3DE4C9EC" w14:textId="77777777" w:rsidR="00E86715" w:rsidRDefault="00E86715" w:rsidP="00AF56D8">
      <w:pPr>
        <w:spacing w:after="40" w:line="360" w:lineRule="auto"/>
        <w:jc w:val="center"/>
        <w:rPr>
          <w:rFonts w:cs="Arial"/>
          <w:b/>
          <w:color w:val="000000"/>
          <w:sz w:val="24"/>
          <w:szCs w:val="24"/>
        </w:rPr>
      </w:pPr>
    </w:p>
    <w:p w14:paraId="1906258A" w14:textId="77777777" w:rsidR="00E86715" w:rsidRDefault="00E86715" w:rsidP="00AF56D8">
      <w:pPr>
        <w:spacing w:after="40" w:line="360" w:lineRule="auto"/>
        <w:jc w:val="center"/>
        <w:rPr>
          <w:rFonts w:cs="Arial"/>
          <w:b/>
          <w:color w:val="000000"/>
          <w:sz w:val="24"/>
          <w:szCs w:val="24"/>
        </w:rPr>
      </w:pPr>
    </w:p>
    <w:p w14:paraId="34869F94" w14:textId="77777777" w:rsidR="00E86715" w:rsidRDefault="00E86715" w:rsidP="00AF56D8">
      <w:pPr>
        <w:spacing w:after="40" w:line="360" w:lineRule="auto"/>
        <w:jc w:val="center"/>
        <w:rPr>
          <w:rFonts w:cs="Arial"/>
          <w:b/>
          <w:color w:val="000000"/>
          <w:sz w:val="24"/>
          <w:szCs w:val="24"/>
        </w:rPr>
      </w:pPr>
    </w:p>
    <w:p w14:paraId="6A1D6393" w14:textId="77777777" w:rsidR="00E86715" w:rsidRDefault="00E86715" w:rsidP="00AF56D8">
      <w:pPr>
        <w:spacing w:after="40" w:line="360" w:lineRule="auto"/>
        <w:jc w:val="center"/>
        <w:rPr>
          <w:rFonts w:cs="Arial"/>
          <w:b/>
          <w:color w:val="000000"/>
          <w:sz w:val="24"/>
          <w:szCs w:val="24"/>
        </w:rPr>
      </w:pPr>
    </w:p>
    <w:p w14:paraId="09A6F6C5" w14:textId="77777777" w:rsidR="00E86715" w:rsidRDefault="00E86715" w:rsidP="00AF56D8">
      <w:pPr>
        <w:spacing w:after="40" w:line="360" w:lineRule="auto"/>
        <w:jc w:val="center"/>
        <w:rPr>
          <w:rFonts w:cs="Arial"/>
          <w:b/>
          <w:color w:val="000000"/>
          <w:sz w:val="24"/>
          <w:szCs w:val="24"/>
        </w:rPr>
      </w:pPr>
    </w:p>
    <w:p w14:paraId="1F59B521" w14:textId="77777777" w:rsidR="00E86715" w:rsidRDefault="00E86715" w:rsidP="00AF56D8">
      <w:pPr>
        <w:spacing w:after="40" w:line="360" w:lineRule="auto"/>
        <w:jc w:val="center"/>
        <w:rPr>
          <w:rFonts w:cs="Arial"/>
          <w:b/>
          <w:color w:val="000000"/>
          <w:sz w:val="24"/>
          <w:szCs w:val="24"/>
        </w:rPr>
      </w:pPr>
    </w:p>
    <w:p w14:paraId="7240D2F6" w14:textId="77777777" w:rsidR="00E86715" w:rsidRDefault="00E86715" w:rsidP="00AF56D8">
      <w:pPr>
        <w:spacing w:after="40" w:line="360" w:lineRule="auto"/>
        <w:jc w:val="center"/>
        <w:rPr>
          <w:rFonts w:cs="Arial"/>
          <w:b/>
          <w:color w:val="000000"/>
          <w:sz w:val="24"/>
          <w:szCs w:val="24"/>
        </w:rPr>
      </w:pPr>
    </w:p>
    <w:p w14:paraId="1D67E6F8" w14:textId="77777777" w:rsidR="00E86715" w:rsidRDefault="00E86715" w:rsidP="00AF56D8">
      <w:pPr>
        <w:spacing w:after="40" w:line="360" w:lineRule="auto"/>
        <w:jc w:val="center"/>
        <w:rPr>
          <w:rFonts w:cs="Arial"/>
          <w:b/>
          <w:color w:val="000000"/>
          <w:sz w:val="24"/>
          <w:szCs w:val="24"/>
        </w:rPr>
      </w:pPr>
    </w:p>
    <w:p w14:paraId="49E820C5" w14:textId="77777777" w:rsidR="00E86715" w:rsidRDefault="00E86715" w:rsidP="00AF56D8">
      <w:pPr>
        <w:spacing w:after="40" w:line="360" w:lineRule="auto"/>
        <w:jc w:val="center"/>
        <w:rPr>
          <w:rFonts w:cs="Arial"/>
          <w:b/>
          <w:color w:val="000000"/>
          <w:sz w:val="24"/>
          <w:szCs w:val="24"/>
        </w:rPr>
      </w:pPr>
    </w:p>
    <w:p w14:paraId="0A007005" w14:textId="77777777" w:rsidR="00E86715" w:rsidRDefault="00E86715" w:rsidP="00AF56D8">
      <w:pPr>
        <w:spacing w:after="40" w:line="360" w:lineRule="auto"/>
        <w:jc w:val="center"/>
        <w:rPr>
          <w:rFonts w:cs="Arial"/>
          <w:b/>
          <w:color w:val="000000"/>
          <w:sz w:val="24"/>
          <w:szCs w:val="24"/>
        </w:rPr>
      </w:pPr>
    </w:p>
    <w:p w14:paraId="76F9F6CE" w14:textId="77777777" w:rsidR="00E86715" w:rsidRDefault="00E86715" w:rsidP="00E90DC0">
      <w:pPr>
        <w:spacing w:after="40" w:line="360" w:lineRule="auto"/>
        <w:rPr>
          <w:rFonts w:cs="Arial"/>
          <w:b/>
          <w:color w:val="000000"/>
          <w:sz w:val="24"/>
          <w:szCs w:val="24"/>
        </w:rPr>
      </w:pPr>
    </w:p>
    <w:p w14:paraId="7B829FC1" w14:textId="77777777" w:rsidR="00E86715" w:rsidRDefault="00E86715" w:rsidP="00AF56D8">
      <w:pPr>
        <w:spacing w:after="40" w:line="360" w:lineRule="auto"/>
        <w:jc w:val="center"/>
        <w:rPr>
          <w:rFonts w:cs="Arial"/>
          <w:b/>
          <w:color w:val="000000"/>
          <w:sz w:val="24"/>
          <w:szCs w:val="24"/>
        </w:rPr>
      </w:pPr>
    </w:p>
    <w:p w14:paraId="35833781" w14:textId="34776F04" w:rsidR="00033FED" w:rsidRDefault="0046542D" w:rsidP="00AF56D8">
      <w:pPr>
        <w:spacing w:after="40" w:line="360" w:lineRule="auto"/>
        <w:jc w:val="center"/>
        <w:rPr>
          <w:rFonts w:cs="Arial"/>
          <w:b/>
          <w:color w:val="000000"/>
          <w:sz w:val="24"/>
          <w:szCs w:val="24"/>
        </w:rPr>
      </w:pPr>
      <w:r>
        <w:rPr>
          <w:rFonts w:cs="Arial"/>
          <w:b/>
          <w:color w:val="000000"/>
          <w:sz w:val="24"/>
          <w:szCs w:val="24"/>
        </w:rPr>
        <w:t>C</w:t>
      </w:r>
      <w:r w:rsidR="00E90DC0">
        <w:rPr>
          <w:rFonts w:cs="Arial"/>
          <w:b/>
          <w:color w:val="000000"/>
          <w:sz w:val="24"/>
          <w:szCs w:val="24"/>
        </w:rPr>
        <w:t>V</w:t>
      </w:r>
    </w:p>
    <w:p w14:paraId="29DC603D" w14:textId="20D8A14A" w:rsidR="00141987" w:rsidRPr="00220462" w:rsidRDefault="00141987" w:rsidP="00AF56D8">
      <w:pPr>
        <w:spacing w:after="40" w:line="360" w:lineRule="auto"/>
        <w:jc w:val="center"/>
        <w:rPr>
          <w:rFonts w:cs="Arial"/>
          <w:sz w:val="24"/>
          <w:szCs w:val="24"/>
        </w:rPr>
      </w:pPr>
      <w:r w:rsidRPr="00220462">
        <w:rPr>
          <w:rFonts w:cs="Arial"/>
          <w:b/>
          <w:color w:val="000000"/>
          <w:sz w:val="24"/>
          <w:szCs w:val="24"/>
        </w:rPr>
        <w:t>Elhamullah Rahmani</w:t>
      </w:r>
    </w:p>
    <w:p w14:paraId="0664E053" w14:textId="77777777" w:rsidR="00141987" w:rsidRPr="00220462" w:rsidRDefault="00141987" w:rsidP="00AF56D8">
      <w:pPr>
        <w:spacing w:after="240" w:line="360" w:lineRule="auto"/>
        <w:jc w:val="center"/>
        <w:rPr>
          <w:rFonts w:cs="Arial"/>
          <w:sz w:val="24"/>
          <w:szCs w:val="24"/>
        </w:rPr>
      </w:pPr>
      <w:r w:rsidRPr="00220462">
        <w:rPr>
          <w:rFonts w:cs="Arial"/>
          <w:color w:val="000000"/>
          <w:sz w:val="24"/>
          <w:szCs w:val="24"/>
        </w:rPr>
        <w:t>Phone: 07918775091</w:t>
      </w:r>
      <w:r w:rsidRPr="00220462">
        <w:rPr>
          <w:rFonts w:cs="Arial"/>
          <w:color w:val="000000"/>
          <w:sz w:val="24"/>
          <w:szCs w:val="24"/>
        </w:rPr>
        <w:br/>
        <w:t>Location: Tunbridge Wells, Kent, TN2 4SP</w:t>
      </w:r>
    </w:p>
    <w:p w14:paraId="66FE93A9" w14:textId="77777777" w:rsidR="00141987" w:rsidRPr="00220462" w:rsidRDefault="00141987" w:rsidP="000445BF">
      <w:pPr>
        <w:keepNext/>
        <w:spacing w:before="240" w:after="80" w:line="360" w:lineRule="auto"/>
        <w:rPr>
          <w:rFonts w:cs="Arial"/>
          <w:sz w:val="24"/>
          <w:szCs w:val="24"/>
        </w:rPr>
      </w:pPr>
      <w:r w:rsidRPr="00220462">
        <w:rPr>
          <w:rFonts w:cs="Arial"/>
          <w:b/>
          <w:color w:val="000000"/>
          <w:sz w:val="24"/>
          <w:szCs w:val="24"/>
        </w:rPr>
        <w:t xml:space="preserve">Profile </w:t>
      </w:r>
    </w:p>
    <w:p w14:paraId="4F73AD7C" w14:textId="77777777" w:rsidR="00141987" w:rsidRPr="00220462" w:rsidRDefault="00141987" w:rsidP="000445BF">
      <w:pPr>
        <w:keepNext/>
        <w:spacing w:before="240" w:after="80" w:line="360" w:lineRule="auto"/>
        <w:rPr>
          <w:rFonts w:cs="Arial"/>
          <w:sz w:val="24"/>
          <w:szCs w:val="24"/>
        </w:rPr>
      </w:pPr>
      <w:r w:rsidRPr="00220462">
        <w:rPr>
          <w:rFonts w:cs="Arial"/>
          <w:sz w:val="24"/>
          <w:szCs w:val="24"/>
        </w:rPr>
        <w:t xml:space="preserve">Friendly and hardworking student with proven experience in </w:t>
      </w:r>
      <w:bookmarkStart w:id="0" w:name="_Int_1Q1CZx1M"/>
      <w:r w:rsidRPr="00220462">
        <w:rPr>
          <w:rFonts w:cs="Arial"/>
          <w:sz w:val="24"/>
          <w:szCs w:val="24"/>
        </w:rPr>
        <w:t>fast</w:t>
      </w:r>
      <w:bookmarkEnd w:id="0"/>
      <w:r w:rsidRPr="00220462">
        <w:rPr>
          <w:rFonts w:cs="Arial"/>
          <w:sz w:val="24"/>
          <w:szCs w:val="24"/>
        </w:rPr>
        <w:t>-paced customer service environment</w:t>
      </w:r>
      <w:r w:rsidRPr="73B63A77">
        <w:rPr>
          <w:rFonts w:cs="Arial"/>
          <w:color w:val="000000" w:themeColor="text1"/>
          <w:sz w:val="24"/>
          <w:szCs w:val="24"/>
        </w:rPr>
        <w:t>. Skilled in resolving issues, supporting daily business operations, and collaborating effectively with team members. Fluent in multiple languages, with a passion for delivering excellent service a drive to continuously develop my business management skills.</w:t>
      </w:r>
    </w:p>
    <w:p w14:paraId="505C2EAF" w14:textId="77777777" w:rsidR="00754932" w:rsidRPr="00220462" w:rsidRDefault="00754932" w:rsidP="000445BF">
      <w:pPr>
        <w:keepNext/>
        <w:spacing w:before="240" w:after="80" w:line="360" w:lineRule="auto"/>
        <w:rPr>
          <w:rFonts w:cs="Arial"/>
          <w:sz w:val="24"/>
          <w:szCs w:val="24"/>
        </w:rPr>
      </w:pPr>
      <w:r w:rsidRPr="00220462">
        <w:rPr>
          <w:rFonts w:cs="Arial"/>
          <w:b/>
          <w:color w:val="000000"/>
          <w:sz w:val="24"/>
          <w:szCs w:val="24"/>
        </w:rPr>
        <w:t>Skills</w:t>
      </w:r>
    </w:p>
    <w:p w14:paraId="7B77D240" w14:textId="77777777" w:rsidR="00754932" w:rsidRPr="00220462" w:rsidRDefault="00754932" w:rsidP="000445BF">
      <w:pPr>
        <w:numPr>
          <w:ilvl w:val="0"/>
          <w:numId w:val="3"/>
        </w:numPr>
        <w:spacing w:before="20" w:after="40" w:line="360" w:lineRule="auto"/>
        <w:contextualSpacing/>
        <w:rPr>
          <w:rFonts w:cs="Arial"/>
          <w:sz w:val="24"/>
          <w:szCs w:val="24"/>
        </w:rPr>
      </w:pPr>
      <w:r w:rsidRPr="00220462">
        <w:rPr>
          <w:rFonts w:cs="Arial"/>
          <w:color w:val="000000"/>
          <w:sz w:val="24"/>
          <w:szCs w:val="24"/>
        </w:rPr>
        <w:t xml:space="preserve">Customer service </w:t>
      </w:r>
    </w:p>
    <w:p w14:paraId="3EC9E9EB" w14:textId="77777777" w:rsidR="00754932" w:rsidRPr="00220462" w:rsidRDefault="00754932" w:rsidP="000445BF">
      <w:pPr>
        <w:numPr>
          <w:ilvl w:val="0"/>
          <w:numId w:val="3"/>
        </w:numPr>
        <w:spacing w:before="20" w:after="40" w:line="360" w:lineRule="auto"/>
        <w:contextualSpacing/>
        <w:rPr>
          <w:rFonts w:cs="Arial"/>
          <w:sz w:val="24"/>
          <w:szCs w:val="24"/>
        </w:rPr>
      </w:pPr>
      <w:r w:rsidRPr="00220462">
        <w:rPr>
          <w:rFonts w:cs="Arial"/>
          <w:color w:val="000000"/>
          <w:sz w:val="24"/>
          <w:szCs w:val="24"/>
        </w:rPr>
        <w:t>Problem-solving</w:t>
      </w:r>
    </w:p>
    <w:p w14:paraId="631FC232" w14:textId="77777777" w:rsidR="00754932" w:rsidRPr="00220462" w:rsidRDefault="00754932" w:rsidP="000445BF">
      <w:pPr>
        <w:numPr>
          <w:ilvl w:val="0"/>
          <w:numId w:val="3"/>
        </w:numPr>
        <w:spacing w:before="20" w:after="40" w:line="360" w:lineRule="auto"/>
        <w:contextualSpacing/>
        <w:rPr>
          <w:rFonts w:cs="Arial"/>
          <w:sz w:val="24"/>
          <w:szCs w:val="24"/>
        </w:rPr>
      </w:pPr>
      <w:r w:rsidRPr="00220462">
        <w:rPr>
          <w:rFonts w:cs="Arial"/>
          <w:color w:val="000000"/>
          <w:sz w:val="24"/>
          <w:szCs w:val="24"/>
        </w:rPr>
        <w:t>Time management</w:t>
      </w:r>
    </w:p>
    <w:p w14:paraId="5469F299" w14:textId="77777777" w:rsidR="00754932" w:rsidRPr="00220462" w:rsidRDefault="00754932" w:rsidP="000445BF">
      <w:pPr>
        <w:numPr>
          <w:ilvl w:val="0"/>
          <w:numId w:val="3"/>
        </w:numPr>
        <w:spacing w:before="20" w:after="40" w:line="360" w:lineRule="auto"/>
        <w:contextualSpacing/>
        <w:rPr>
          <w:rFonts w:cs="Arial"/>
          <w:sz w:val="24"/>
          <w:szCs w:val="24"/>
        </w:rPr>
      </w:pPr>
      <w:r w:rsidRPr="00220462">
        <w:rPr>
          <w:rFonts w:cs="Arial"/>
          <w:color w:val="000000"/>
          <w:sz w:val="24"/>
          <w:szCs w:val="24"/>
        </w:rPr>
        <w:t>Teamwork</w:t>
      </w:r>
    </w:p>
    <w:p w14:paraId="7F8CA9C6" w14:textId="77777777" w:rsidR="00754932" w:rsidRPr="00220462" w:rsidRDefault="00754932" w:rsidP="000445BF">
      <w:pPr>
        <w:numPr>
          <w:ilvl w:val="0"/>
          <w:numId w:val="3"/>
        </w:numPr>
        <w:spacing w:before="20" w:after="40" w:line="360" w:lineRule="auto"/>
        <w:contextualSpacing/>
        <w:rPr>
          <w:rFonts w:cs="Arial"/>
          <w:sz w:val="24"/>
          <w:szCs w:val="24"/>
        </w:rPr>
      </w:pPr>
      <w:r w:rsidRPr="00220462">
        <w:rPr>
          <w:rFonts w:cs="Arial"/>
          <w:color w:val="000000"/>
          <w:sz w:val="24"/>
          <w:szCs w:val="24"/>
        </w:rPr>
        <w:t>Communication</w:t>
      </w:r>
    </w:p>
    <w:p w14:paraId="525A1B19" w14:textId="77777777" w:rsidR="00754932" w:rsidRPr="00220462" w:rsidRDefault="00754932" w:rsidP="000445BF">
      <w:pPr>
        <w:numPr>
          <w:ilvl w:val="0"/>
          <w:numId w:val="3"/>
        </w:numPr>
        <w:spacing w:before="20" w:after="40" w:line="360" w:lineRule="auto"/>
        <w:contextualSpacing/>
        <w:rPr>
          <w:rFonts w:cs="Arial"/>
          <w:sz w:val="24"/>
          <w:szCs w:val="24"/>
        </w:rPr>
      </w:pPr>
      <w:r w:rsidRPr="00220462">
        <w:rPr>
          <w:rFonts w:cs="Arial"/>
          <w:color w:val="000000"/>
          <w:sz w:val="24"/>
          <w:szCs w:val="24"/>
        </w:rPr>
        <w:t>Business management</w:t>
      </w:r>
    </w:p>
    <w:p w14:paraId="74518191" w14:textId="77777777" w:rsidR="009A2AB4" w:rsidRPr="00220462" w:rsidRDefault="009A2AB4" w:rsidP="000445BF">
      <w:pPr>
        <w:keepNext/>
        <w:spacing w:before="240" w:after="80" w:line="360" w:lineRule="auto"/>
        <w:rPr>
          <w:rFonts w:cs="Arial"/>
          <w:sz w:val="24"/>
          <w:szCs w:val="24"/>
        </w:rPr>
      </w:pPr>
      <w:r w:rsidRPr="00220462">
        <w:rPr>
          <w:rFonts w:cs="Arial"/>
          <w:b/>
          <w:color w:val="000000"/>
          <w:sz w:val="24"/>
          <w:szCs w:val="24"/>
        </w:rPr>
        <w:t>Education</w:t>
      </w:r>
    </w:p>
    <w:p w14:paraId="75E493C1" w14:textId="37387C98" w:rsidR="009A2AB4" w:rsidRPr="00220462" w:rsidRDefault="009A2AB4" w:rsidP="000445BF">
      <w:pPr>
        <w:spacing w:after="20" w:line="360" w:lineRule="auto"/>
        <w:rPr>
          <w:rFonts w:cs="Arial"/>
          <w:sz w:val="24"/>
          <w:szCs w:val="24"/>
        </w:rPr>
      </w:pPr>
      <w:r w:rsidRPr="00220462">
        <w:rPr>
          <w:rFonts w:cs="Arial"/>
          <w:b/>
          <w:color w:val="000000"/>
          <w:sz w:val="24"/>
          <w:szCs w:val="24"/>
        </w:rPr>
        <w:t xml:space="preserve">University of </w:t>
      </w:r>
      <w:r w:rsidR="00907E70" w:rsidRPr="00220462">
        <w:rPr>
          <w:rFonts w:cs="Arial"/>
          <w:b/>
          <w:color w:val="000000"/>
          <w:sz w:val="24"/>
          <w:szCs w:val="24"/>
        </w:rPr>
        <w:t>T</w:t>
      </w:r>
      <w:r w:rsidR="0069739F" w:rsidRPr="00220462">
        <w:rPr>
          <w:rFonts w:cs="Arial"/>
          <w:b/>
          <w:color w:val="000000"/>
          <w:sz w:val="24"/>
          <w:szCs w:val="24"/>
        </w:rPr>
        <w:t>r</w:t>
      </w:r>
      <w:r w:rsidR="008C1AF6" w:rsidRPr="00220462">
        <w:rPr>
          <w:rFonts w:cs="Arial"/>
          <w:b/>
          <w:color w:val="000000"/>
          <w:sz w:val="24"/>
          <w:szCs w:val="24"/>
        </w:rPr>
        <w:t>in</w:t>
      </w:r>
      <w:r w:rsidR="00B17948" w:rsidRPr="00220462">
        <w:rPr>
          <w:rFonts w:cs="Arial"/>
          <w:b/>
          <w:color w:val="000000"/>
          <w:sz w:val="24"/>
          <w:szCs w:val="24"/>
        </w:rPr>
        <w:t xml:space="preserve">ity </w:t>
      </w:r>
      <w:r w:rsidR="00A214C8" w:rsidRPr="00220462">
        <w:rPr>
          <w:rFonts w:cs="Arial"/>
          <w:b/>
          <w:color w:val="000000"/>
          <w:sz w:val="24"/>
          <w:szCs w:val="24"/>
        </w:rPr>
        <w:t>S</w:t>
      </w:r>
      <w:r w:rsidR="00EB19A6" w:rsidRPr="00220462">
        <w:rPr>
          <w:rFonts w:cs="Arial"/>
          <w:b/>
          <w:color w:val="000000"/>
          <w:sz w:val="24"/>
          <w:szCs w:val="24"/>
        </w:rPr>
        <w:t>ain</w:t>
      </w:r>
      <w:r w:rsidR="003164F7" w:rsidRPr="00220462">
        <w:rPr>
          <w:rFonts w:cs="Arial"/>
          <w:b/>
          <w:color w:val="000000"/>
          <w:sz w:val="24"/>
          <w:szCs w:val="24"/>
        </w:rPr>
        <w:t xml:space="preserve">t </w:t>
      </w:r>
      <w:r w:rsidR="002661EE" w:rsidRPr="00220462">
        <w:rPr>
          <w:rFonts w:cs="Arial"/>
          <w:b/>
          <w:color w:val="000000"/>
          <w:sz w:val="24"/>
          <w:szCs w:val="24"/>
        </w:rPr>
        <w:t>D</w:t>
      </w:r>
      <w:r w:rsidR="00F73B5A" w:rsidRPr="00220462">
        <w:rPr>
          <w:rFonts w:cs="Arial"/>
          <w:b/>
          <w:color w:val="000000"/>
          <w:sz w:val="24"/>
          <w:szCs w:val="24"/>
        </w:rPr>
        <w:t>a</w:t>
      </w:r>
      <w:r w:rsidR="006407A4" w:rsidRPr="00220462">
        <w:rPr>
          <w:rFonts w:cs="Arial"/>
          <w:b/>
          <w:color w:val="000000"/>
          <w:sz w:val="24"/>
          <w:szCs w:val="24"/>
        </w:rPr>
        <w:t>vi</w:t>
      </w:r>
      <w:r w:rsidR="00DC7A15" w:rsidRPr="00220462">
        <w:rPr>
          <w:rFonts w:cs="Arial"/>
          <w:b/>
          <w:color w:val="000000"/>
          <w:sz w:val="24"/>
          <w:szCs w:val="24"/>
        </w:rPr>
        <w:t xml:space="preserve">d </w:t>
      </w:r>
      <w:r w:rsidR="006E08F1" w:rsidRPr="00220462">
        <w:rPr>
          <w:rFonts w:cs="Arial"/>
          <w:b/>
          <w:color w:val="000000"/>
          <w:sz w:val="24"/>
          <w:szCs w:val="24"/>
        </w:rPr>
        <w:t>(</w:t>
      </w:r>
      <w:r w:rsidR="00F27C7B" w:rsidRPr="00220462">
        <w:rPr>
          <w:rFonts w:cs="Arial"/>
          <w:b/>
          <w:color w:val="000000"/>
          <w:sz w:val="24"/>
          <w:szCs w:val="24"/>
        </w:rPr>
        <w:t>U</w:t>
      </w:r>
      <w:r w:rsidR="00CA2BA1" w:rsidRPr="00220462">
        <w:rPr>
          <w:rFonts w:cs="Arial"/>
          <w:b/>
          <w:color w:val="000000"/>
          <w:sz w:val="24"/>
          <w:szCs w:val="24"/>
        </w:rPr>
        <w:t>WT</w:t>
      </w:r>
      <w:r w:rsidR="005E0A0C" w:rsidRPr="00220462">
        <w:rPr>
          <w:rFonts w:cs="Arial"/>
          <w:b/>
          <w:color w:val="000000"/>
          <w:sz w:val="24"/>
          <w:szCs w:val="24"/>
        </w:rPr>
        <w:t>SD</w:t>
      </w:r>
      <w:r w:rsidR="00CE2DBC" w:rsidRPr="00220462">
        <w:rPr>
          <w:rFonts w:cs="Arial"/>
          <w:b/>
          <w:color w:val="000000"/>
          <w:sz w:val="24"/>
          <w:szCs w:val="24"/>
        </w:rPr>
        <w:t>)</w:t>
      </w:r>
      <w:r w:rsidR="00DB08D8" w:rsidRPr="00220462">
        <w:rPr>
          <w:rFonts w:cs="Arial"/>
          <w:b/>
          <w:color w:val="000000"/>
          <w:sz w:val="24"/>
          <w:szCs w:val="24"/>
        </w:rPr>
        <w:t xml:space="preserve">, </w:t>
      </w:r>
      <w:r w:rsidR="00A542EA" w:rsidRPr="00220462">
        <w:rPr>
          <w:rFonts w:cs="Arial"/>
          <w:b/>
          <w:color w:val="000000"/>
          <w:sz w:val="24"/>
          <w:szCs w:val="24"/>
        </w:rPr>
        <w:t>L</w:t>
      </w:r>
      <w:r w:rsidR="00CC4244" w:rsidRPr="00220462">
        <w:rPr>
          <w:rFonts w:cs="Arial"/>
          <w:b/>
          <w:color w:val="000000"/>
          <w:sz w:val="24"/>
          <w:szCs w:val="24"/>
        </w:rPr>
        <w:t>o</w:t>
      </w:r>
      <w:r w:rsidR="004367CA" w:rsidRPr="00220462">
        <w:rPr>
          <w:rFonts w:cs="Arial"/>
          <w:b/>
          <w:color w:val="000000"/>
          <w:sz w:val="24"/>
          <w:szCs w:val="24"/>
        </w:rPr>
        <w:t xml:space="preserve">ndon </w:t>
      </w:r>
    </w:p>
    <w:p w14:paraId="5D054B86" w14:textId="77777777" w:rsidR="009A2AB4" w:rsidRPr="00220462" w:rsidRDefault="009A2AB4" w:rsidP="000445BF">
      <w:pPr>
        <w:spacing w:after="120" w:line="360" w:lineRule="auto"/>
        <w:rPr>
          <w:rFonts w:cs="Arial"/>
          <w:sz w:val="24"/>
          <w:szCs w:val="24"/>
        </w:rPr>
      </w:pPr>
      <w:r w:rsidRPr="00220462">
        <w:rPr>
          <w:rFonts w:cs="Arial"/>
          <w:color w:val="000000"/>
          <w:sz w:val="24"/>
          <w:szCs w:val="24"/>
        </w:rPr>
        <w:t>Business Skills for the Workplace – Current Student</w:t>
      </w:r>
    </w:p>
    <w:p w14:paraId="2F2F29A0" w14:textId="77777777" w:rsidR="009A2AB4" w:rsidRPr="00220462" w:rsidRDefault="009A2AB4" w:rsidP="000445BF">
      <w:pPr>
        <w:spacing w:after="120" w:line="360" w:lineRule="auto"/>
        <w:rPr>
          <w:rFonts w:cs="Arial"/>
          <w:sz w:val="24"/>
          <w:szCs w:val="24"/>
        </w:rPr>
      </w:pPr>
      <w:r w:rsidRPr="00220462">
        <w:rPr>
          <w:rFonts w:cs="Arial"/>
          <w:b/>
          <w:color w:val="000000"/>
          <w:sz w:val="24"/>
          <w:szCs w:val="24"/>
        </w:rPr>
        <w:t>Secondary School Graduate</w:t>
      </w:r>
    </w:p>
    <w:p w14:paraId="23D347E3" w14:textId="77777777" w:rsidR="00141987" w:rsidRPr="00220462" w:rsidRDefault="00141987" w:rsidP="000445BF">
      <w:pPr>
        <w:keepNext/>
        <w:spacing w:before="240" w:after="80" w:line="360" w:lineRule="auto"/>
        <w:rPr>
          <w:rFonts w:cs="Arial"/>
          <w:sz w:val="24"/>
          <w:szCs w:val="24"/>
        </w:rPr>
      </w:pPr>
      <w:r w:rsidRPr="00220462">
        <w:rPr>
          <w:rFonts w:cs="Arial"/>
          <w:b/>
          <w:color w:val="000000"/>
          <w:sz w:val="24"/>
          <w:szCs w:val="24"/>
        </w:rPr>
        <w:t>Work Experience</w:t>
      </w:r>
    </w:p>
    <w:p w14:paraId="7B79A122" w14:textId="0A4FFB3E" w:rsidR="00141987" w:rsidRPr="00220462" w:rsidRDefault="00141987" w:rsidP="000445BF">
      <w:pPr>
        <w:spacing w:after="60" w:line="360" w:lineRule="auto"/>
        <w:rPr>
          <w:rFonts w:cs="Arial"/>
          <w:sz w:val="24"/>
          <w:szCs w:val="24"/>
        </w:rPr>
      </w:pPr>
      <w:r w:rsidRPr="05E14689">
        <w:rPr>
          <w:rFonts w:cs="Arial"/>
          <w:b/>
          <w:color w:val="000000" w:themeColor="text1"/>
          <w:sz w:val="24"/>
          <w:szCs w:val="24"/>
        </w:rPr>
        <w:t>Mr</w:t>
      </w:r>
      <w:r w:rsidR="73D2F86D" w:rsidRPr="05E14689">
        <w:rPr>
          <w:rFonts w:cs="Arial"/>
          <w:b/>
          <w:bCs/>
          <w:color w:val="000000" w:themeColor="text1"/>
          <w:sz w:val="24"/>
          <w:szCs w:val="24"/>
        </w:rPr>
        <w:t>.</w:t>
      </w:r>
      <w:r w:rsidRPr="05E14689">
        <w:rPr>
          <w:rFonts w:cs="Arial"/>
          <w:b/>
          <w:color w:val="000000" w:themeColor="text1"/>
          <w:sz w:val="24"/>
          <w:szCs w:val="24"/>
        </w:rPr>
        <w:t xml:space="preserve"> Sims Sweet Company | January 2024 – Present </w:t>
      </w:r>
    </w:p>
    <w:p w14:paraId="77E7AFD5" w14:textId="63B2B675" w:rsidR="00262633" w:rsidRPr="00220462" w:rsidRDefault="00B82BE0" w:rsidP="000445BF">
      <w:pPr>
        <w:spacing w:after="60" w:line="360" w:lineRule="auto"/>
        <w:rPr>
          <w:rFonts w:cs="Arial"/>
          <w:b/>
          <w:color w:val="000000"/>
          <w:sz w:val="24"/>
          <w:szCs w:val="24"/>
        </w:rPr>
      </w:pPr>
      <w:r w:rsidRPr="00220462">
        <w:rPr>
          <w:rFonts w:cs="Arial"/>
          <w:b/>
          <w:color w:val="000000"/>
          <w:sz w:val="24"/>
          <w:szCs w:val="24"/>
        </w:rPr>
        <w:t>B</w:t>
      </w:r>
      <w:r w:rsidR="004E1189" w:rsidRPr="00220462">
        <w:rPr>
          <w:rFonts w:cs="Arial"/>
          <w:b/>
          <w:color w:val="000000"/>
          <w:sz w:val="24"/>
          <w:szCs w:val="24"/>
        </w:rPr>
        <w:t>ra</w:t>
      </w:r>
      <w:r w:rsidR="00105EFE" w:rsidRPr="00220462">
        <w:rPr>
          <w:rFonts w:cs="Arial"/>
          <w:b/>
          <w:color w:val="000000"/>
          <w:sz w:val="24"/>
          <w:szCs w:val="24"/>
        </w:rPr>
        <w:t>n</w:t>
      </w:r>
      <w:r w:rsidR="008971CC" w:rsidRPr="00220462">
        <w:rPr>
          <w:rFonts w:cs="Arial"/>
          <w:b/>
          <w:color w:val="000000"/>
          <w:sz w:val="24"/>
          <w:szCs w:val="24"/>
        </w:rPr>
        <w:t xml:space="preserve">ch </w:t>
      </w:r>
      <w:r w:rsidR="00125065" w:rsidRPr="00220462">
        <w:rPr>
          <w:rFonts w:cs="Arial"/>
          <w:b/>
          <w:color w:val="000000"/>
          <w:sz w:val="24"/>
          <w:szCs w:val="24"/>
        </w:rPr>
        <w:t>M</w:t>
      </w:r>
      <w:r w:rsidR="008F08D2" w:rsidRPr="00220462">
        <w:rPr>
          <w:rFonts w:cs="Arial"/>
          <w:b/>
          <w:color w:val="000000"/>
          <w:sz w:val="24"/>
          <w:szCs w:val="24"/>
        </w:rPr>
        <w:t>ana</w:t>
      </w:r>
      <w:r w:rsidR="00204B41" w:rsidRPr="00220462">
        <w:rPr>
          <w:rFonts w:cs="Arial"/>
          <w:b/>
          <w:color w:val="000000"/>
          <w:sz w:val="24"/>
          <w:szCs w:val="24"/>
        </w:rPr>
        <w:t>ger</w:t>
      </w:r>
      <w:r w:rsidR="00E81E48" w:rsidRPr="00220462">
        <w:rPr>
          <w:rFonts w:cs="Arial"/>
          <w:b/>
          <w:color w:val="000000"/>
          <w:sz w:val="24"/>
          <w:szCs w:val="24"/>
        </w:rPr>
        <w:t xml:space="preserve"> </w:t>
      </w:r>
    </w:p>
    <w:p w14:paraId="0427951C" w14:textId="2210C1CE"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Customer service and helping customers</w:t>
      </w:r>
    </w:p>
    <w:p w14:paraId="7D8FFB1B" w14:textId="77777777"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Problem-solving and handling daily tasks</w:t>
      </w:r>
    </w:p>
    <w:p w14:paraId="17A133E5" w14:textId="77777777"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Teamwork and time management</w:t>
      </w:r>
    </w:p>
    <w:p w14:paraId="1E50A00D" w14:textId="77777777"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Supporting the day-to-day running of the business</w:t>
      </w:r>
    </w:p>
    <w:p w14:paraId="5196F10E" w14:textId="77777777" w:rsidR="00141987" w:rsidRPr="00220462" w:rsidRDefault="00141987" w:rsidP="000445BF">
      <w:pPr>
        <w:keepNext/>
        <w:spacing w:before="240" w:after="80" w:line="360" w:lineRule="auto"/>
        <w:rPr>
          <w:rFonts w:cs="Arial"/>
          <w:sz w:val="24"/>
          <w:szCs w:val="24"/>
        </w:rPr>
      </w:pPr>
      <w:r w:rsidRPr="00220462">
        <w:rPr>
          <w:rFonts w:cs="Arial"/>
          <w:b/>
          <w:color w:val="000000"/>
          <w:sz w:val="24"/>
          <w:szCs w:val="24"/>
        </w:rPr>
        <w:t>Languages</w:t>
      </w:r>
    </w:p>
    <w:p w14:paraId="26AA7D87" w14:textId="77777777"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English</w:t>
      </w:r>
    </w:p>
    <w:p w14:paraId="759E7CE8" w14:textId="77777777"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Pashto</w:t>
      </w:r>
    </w:p>
    <w:p w14:paraId="5C2ABA74" w14:textId="77777777"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Dari</w:t>
      </w:r>
    </w:p>
    <w:p w14:paraId="6E3FDCD0" w14:textId="77777777" w:rsidR="00141987" w:rsidRPr="00220462" w:rsidRDefault="00141987" w:rsidP="000445BF">
      <w:pPr>
        <w:numPr>
          <w:ilvl w:val="0"/>
          <w:numId w:val="3"/>
        </w:numPr>
        <w:spacing w:before="20" w:after="40" w:line="360" w:lineRule="auto"/>
        <w:contextualSpacing/>
        <w:rPr>
          <w:rFonts w:cs="Arial"/>
          <w:sz w:val="24"/>
          <w:szCs w:val="24"/>
        </w:rPr>
      </w:pPr>
      <w:r w:rsidRPr="00220462">
        <w:rPr>
          <w:rFonts w:cs="Arial"/>
          <w:color w:val="000000"/>
          <w:sz w:val="24"/>
          <w:szCs w:val="24"/>
        </w:rPr>
        <w:t>Farsi</w:t>
      </w:r>
    </w:p>
    <w:p w14:paraId="23070E40" w14:textId="5EFAD12D" w:rsidR="00141987" w:rsidRPr="00220462" w:rsidRDefault="00141987" w:rsidP="000445BF">
      <w:pPr>
        <w:spacing w:before="240" w:after="0" w:line="360" w:lineRule="auto"/>
        <w:rPr>
          <w:rFonts w:cs="Arial"/>
          <w:b/>
          <w:bCs/>
          <w:iCs/>
          <w:sz w:val="24"/>
          <w:szCs w:val="24"/>
        </w:rPr>
      </w:pPr>
      <w:r w:rsidRPr="22760DE0">
        <w:rPr>
          <w:rFonts w:cs="Arial"/>
          <w:b/>
          <w:color w:val="000000" w:themeColor="text1"/>
          <w:sz w:val="24"/>
          <w:szCs w:val="24"/>
        </w:rPr>
        <w:t xml:space="preserve">References </w:t>
      </w:r>
      <w:r w:rsidR="01602B2F" w:rsidRPr="22760DE0">
        <w:rPr>
          <w:rFonts w:cs="Arial"/>
          <w:b/>
          <w:bCs/>
          <w:color w:val="000000" w:themeColor="text1"/>
          <w:sz w:val="24"/>
          <w:szCs w:val="24"/>
        </w:rPr>
        <w:t xml:space="preserve">are </w:t>
      </w:r>
      <w:r w:rsidRPr="22760DE0">
        <w:rPr>
          <w:rFonts w:cs="Arial"/>
          <w:b/>
          <w:color w:val="000000" w:themeColor="text1"/>
          <w:sz w:val="24"/>
          <w:szCs w:val="24"/>
        </w:rPr>
        <w:t>available upon request.</w:t>
      </w:r>
    </w:p>
    <w:p w14:paraId="354C0697" w14:textId="77777777" w:rsidR="00F66A97" w:rsidRPr="00220462" w:rsidRDefault="00F66A97" w:rsidP="000445BF">
      <w:pPr>
        <w:spacing w:before="240" w:after="0" w:line="360" w:lineRule="auto"/>
        <w:rPr>
          <w:rFonts w:cs="Arial"/>
          <w:i/>
          <w:color w:val="000000"/>
          <w:sz w:val="24"/>
          <w:szCs w:val="24"/>
        </w:rPr>
      </w:pPr>
    </w:p>
    <w:p w14:paraId="17DB2B33" w14:textId="77777777" w:rsidR="00F31627" w:rsidRDefault="00F31627" w:rsidP="000445BF">
      <w:pPr>
        <w:spacing w:before="240" w:after="0" w:line="360" w:lineRule="auto"/>
        <w:rPr>
          <w:rFonts w:cs="Arial"/>
          <w:i/>
          <w:color w:val="000000"/>
          <w:sz w:val="24"/>
          <w:szCs w:val="24"/>
        </w:rPr>
      </w:pPr>
    </w:p>
    <w:p w14:paraId="7792A97D" w14:textId="77777777" w:rsidR="00386CE8" w:rsidRDefault="00386CE8" w:rsidP="000445BF">
      <w:pPr>
        <w:spacing w:before="240" w:after="0" w:line="360" w:lineRule="auto"/>
        <w:rPr>
          <w:rFonts w:cs="Arial"/>
          <w:i/>
          <w:color w:val="000000"/>
          <w:sz w:val="24"/>
          <w:szCs w:val="24"/>
        </w:rPr>
      </w:pPr>
    </w:p>
    <w:p w14:paraId="690313AE" w14:textId="77777777" w:rsidR="00386CE8" w:rsidRDefault="00386CE8" w:rsidP="000445BF">
      <w:pPr>
        <w:spacing w:before="240" w:after="0" w:line="360" w:lineRule="auto"/>
        <w:rPr>
          <w:rFonts w:cs="Arial"/>
          <w:i/>
          <w:color w:val="000000"/>
          <w:sz w:val="24"/>
          <w:szCs w:val="24"/>
        </w:rPr>
      </w:pPr>
    </w:p>
    <w:p w14:paraId="27C5C662" w14:textId="77777777" w:rsidR="00386CE8" w:rsidRDefault="00386CE8" w:rsidP="000445BF">
      <w:pPr>
        <w:spacing w:before="240" w:after="0" w:line="360" w:lineRule="auto"/>
        <w:rPr>
          <w:rFonts w:cs="Arial"/>
          <w:i/>
          <w:color w:val="000000"/>
          <w:sz w:val="24"/>
          <w:szCs w:val="24"/>
        </w:rPr>
      </w:pPr>
    </w:p>
    <w:p w14:paraId="0066ED30" w14:textId="77777777" w:rsidR="00386CE8" w:rsidRDefault="00386CE8" w:rsidP="000445BF">
      <w:pPr>
        <w:spacing w:before="240" w:after="0" w:line="360" w:lineRule="auto"/>
        <w:rPr>
          <w:rFonts w:cs="Arial"/>
          <w:i/>
          <w:color w:val="000000"/>
          <w:sz w:val="24"/>
          <w:szCs w:val="24"/>
        </w:rPr>
      </w:pPr>
    </w:p>
    <w:p w14:paraId="031C8D70" w14:textId="77777777" w:rsidR="00386CE8" w:rsidRDefault="00386CE8" w:rsidP="000445BF">
      <w:pPr>
        <w:spacing w:before="240" w:after="0" w:line="360" w:lineRule="auto"/>
        <w:rPr>
          <w:rFonts w:cs="Arial"/>
          <w:i/>
          <w:color w:val="000000"/>
          <w:sz w:val="24"/>
          <w:szCs w:val="24"/>
        </w:rPr>
      </w:pPr>
    </w:p>
    <w:p w14:paraId="1001C771" w14:textId="77777777" w:rsidR="00386CE8" w:rsidRDefault="00386CE8" w:rsidP="000445BF">
      <w:pPr>
        <w:spacing w:before="240" w:after="0" w:line="360" w:lineRule="auto"/>
        <w:rPr>
          <w:rFonts w:cs="Arial"/>
          <w:i/>
          <w:color w:val="000000"/>
          <w:sz w:val="24"/>
          <w:szCs w:val="24"/>
        </w:rPr>
      </w:pPr>
    </w:p>
    <w:p w14:paraId="3391F91D" w14:textId="77777777" w:rsidR="00386CE8" w:rsidRDefault="00386CE8" w:rsidP="000445BF">
      <w:pPr>
        <w:spacing w:before="240" w:after="0" w:line="360" w:lineRule="auto"/>
        <w:rPr>
          <w:rFonts w:cs="Arial"/>
          <w:i/>
          <w:color w:val="000000"/>
          <w:sz w:val="24"/>
          <w:szCs w:val="24"/>
        </w:rPr>
      </w:pPr>
    </w:p>
    <w:p w14:paraId="07CD58D3" w14:textId="77777777" w:rsidR="00386CE8" w:rsidRDefault="00386CE8" w:rsidP="000445BF">
      <w:pPr>
        <w:spacing w:before="240" w:after="0" w:line="360" w:lineRule="auto"/>
        <w:rPr>
          <w:rFonts w:cs="Arial"/>
          <w:i/>
          <w:color w:val="000000"/>
          <w:sz w:val="24"/>
          <w:szCs w:val="24"/>
        </w:rPr>
      </w:pPr>
    </w:p>
    <w:p w14:paraId="72D9E203" w14:textId="77777777" w:rsidR="00386CE8" w:rsidRDefault="00386CE8" w:rsidP="000445BF">
      <w:pPr>
        <w:spacing w:before="240" w:after="0" w:line="360" w:lineRule="auto"/>
        <w:rPr>
          <w:rFonts w:cs="Arial"/>
          <w:i/>
          <w:color w:val="000000"/>
          <w:sz w:val="24"/>
          <w:szCs w:val="24"/>
        </w:rPr>
      </w:pPr>
    </w:p>
    <w:p w14:paraId="1086FB36" w14:textId="77777777" w:rsidR="00386CE8" w:rsidRDefault="00386CE8" w:rsidP="000445BF">
      <w:pPr>
        <w:spacing w:before="240" w:after="0" w:line="360" w:lineRule="auto"/>
        <w:rPr>
          <w:rFonts w:cs="Arial"/>
          <w:i/>
          <w:color w:val="000000"/>
          <w:sz w:val="24"/>
          <w:szCs w:val="24"/>
        </w:rPr>
      </w:pPr>
    </w:p>
    <w:p w14:paraId="6C5DEFA8" w14:textId="77777777" w:rsidR="00386CE8" w:rsidRDefault="00386CE8" w:rsidP="000445BF">
      <w:pPr>
        <w:spacing w:before="240" w:after="0" w:line="360" w:lineRule="auto"/>
        <w:rPr>
          <w:rFonts w:cs="Arial"/>
          <w:i/>
          <w:color w:val="000000"/>
          <w:sz w:val="24"/>
          <w:szCs w:val="24"/>
        </w:rPr>
      </w:pPr>
    </w:p>
    <w:p w14:paraId="62CD2FDB" w14:textId="77777777" w:rsidR="00386CE8" w:rsidRDefault="00386CE8" w:rsidP="000445BF">
      <w:pPr>
        <w:spacing w:before="240" w:after="0" w:line="360" w:lineRule="auto"/>
        <w:rPr>
          <w:rFonts w:cs="Arial"/>
          <w:i/>
          <w:color w:val="000000"/>
          <w:sz w:val="24"/>
          <w:szCs w:val="24"/>
        </w:rPr>
      </w:pPr>
    </w:p>
    <w:p w14:paraId="63AB2C29" w14:textId="77777777" w:rsidR="00386CE8" w:rsidRDefault="00386CE8" w:rsidP="000445BF">
      <w:pPr>
        <w:spacing w:before="240" w:after="0" w:line="360" w:lineRule="auto"/>
        <w:rPr>
          <w:rFonts w:cs="Arial"/>
          <w:i/>
          <w:color w:val="000000"/>
          <w:sz w:val="24"/>
          <w:szCs w:val="24"/>
        </w:rPr>
      </w:pPr>
    </w:p>
    <w:p w14:paraId="3CE053B4" w14:textId="77777777" w:rsidR="00386CE8" w:rsidRPr="00220462" w:rsidRDefault="00386CE8" w:rsidP="000445BF">
      <w:pPr>
        <w:spacing w:before="240" w:after="0" w:line="360" w:lineRule="auto"/>
        <w:rPr>
          <w:rFonts w:cs="Arial"/>
          <w:i/>
          <w:color w:val="000000"/>
          <w:sz w:val="24"/>
          <w:szCs w:val="24"/>
        </w:rPr>
      </w:pPr>
    </w:p>
    <w:p w14:paraId="5211400A" w14:textId="67CBFDF9" w:rsidR="00C52F9A" w:rsidRPr="00220462" w:rsidRDefault="00C52F9A" w:rsidP="000445BF">
      <w:pPr>
        <w:spacing w:before="240" w:after="0" w:line="360" w:lineRule="auto"/>
        <w:rPr>
          <w:rFonts w:cs="Arial"/>
          <w:i/>
          <w:color w:val="000000"/>
          <w:sz w:val="24"/>
          <w:szCs w:val="24"/>
        </w:rPr>
      </w:pPr>
    </w:p>
    <w:p w14:paraId="3C5A54D3" w14:textId="77777777" w:rsidR="00386CE8" w:rsidRDefault="00386CE8" w:rsidP="00386CE8">
      <w:pPr>
        <w:spacing w:line="360" w:lineRule="auto"/>
        <w:jc w:val="center"/>
        <w:rPr>
          <w:rFonts w:cs="Arial"/>
          <w:b/>
          <w:sz w:val="24"/>
          <w:szCs w:val="24"/>
        </w:rPr>
      </w:pPr>
      <w:r>
        <w:rPr>
          <w:rFonts w:cs="Arial"/>
          <w:b/>
          <w:sz w:val="24"/>
          <w:szCs w:val="24"/>
        </w:rPr>
        <w:t xml:space="preserve">Cover letter </w:t>
      </w:r>
    </w:p>
    <w:p w14:paraId="7074F4D9" w14:textId="77777777" w:rsidR="00386CE8" w:rsidRPr="00220462" w:rsidRDefault="00386CE8" w:rsidP="00386CE8">
      <w:pPr>
        <w:spacing w:line="360" w:lineRule="auto"/>
        <w:jc w:val="right"/>
        <w:rPr>
          <w:rFonts w:cs="Arial"/>
          <w:sz w:val="24"/>
          <w:szCs w:val="24"/>
        </w:rPr>
      </w:pPr>
      <w:r w:rsidRPr="00220462">
        <w:rPr>
          <w:rFonts w:cs="Arial"/>
          <w:b/>
          <w:sz w:val="24"/>
          <w:szCs w:val="24"/>
        </w:rPr>
        <w:t>ELHAMULLAH RAHMANI</w:t>
      </w:r>
    </w:p>
    <w:p w14:paraId="51E20CA3" w14:textId="77777777" w:rsidR="00386CE8" w:rsidRPr="00220462" w:rsidRDefault="00386CE8" w:rsidP="00386CE8">
      <w:pPr>
        <w:spacing w:line="360" w:lineRule="auto"/>
        <w:jc w:val="right"/>
        <w:rPr>
          <w:rFonts w:cs="Arial"/>
          <w:sz w:val="24"/>
          <w:szCs w:val="24"/>
        </w:rPr>
      </w:pPr>
      <w:r w:rsidRPr="00220462">
        <w:rPr>
          <w:rFonts w:cs="Arial"/>
          <w:sz w:val="24"/>
          <w:szCs w:val="24"/>
        </w:rPr>
        <w:t>Tunbridge Wells, Kent, TN2 4SP | 07918 775091</w:t>
      </w:r>
    </w:p>
    <w:p w14:paraId="680BA0F4" w14:textId="77777777" w:rsidR="00386CE8" w:rsidRPr="00220462" w:rsidRDefault="00386CE8" w:rsidP="00386CE8">
      <w:pPr>
        <w:spacing w:line="360" w:lineRule="auto"/>
        <w:rPr>
          <w:rFonts w:cs="Arial"/>
          <w:sz w:val="24"/>
          <w:szCs w:val="24"/>
        </w:rPr>
      </w:pPr>
      <w:r w:rsidRPr="00220462">
        <w:rPr>
          <w:rFonts w:cs="Arial"/>
          <w:sz w:val="24"/>
          <w:szCs w:val="24"/>
        </w:rPr>
        <w:t>12 October 2026</w:t>
      </w:r>
    </w:p>
    <w:p w14:paraId="212AA562" w14:textId="77777777" w:rsidR="00386CE8" w:rsidRPr="00220462" w:rsidRDefault="00386CE8" w:rsidP="00386CE8">
      <w:pPr>
        <w:spacing w:line="360" w:lineRule="auto"/>
        <w:rPr>
          <w:rFonts w:cs="Arial"/>
          <w:sz w:val="24"/>
          <w:szCs w:val="24"/>
        </w:rPr>
      </w:pPr>
      <w:r w:rsidRPr="00220462">
        <w:rPr>
          <w:rFonts w:cs="Arial"/>
          <w:sz w:val="24"/>
          <w:szCs w:val="24"/>
        </w:rPr>
        <w:t>Hiring Manager</w:t>
      </w:r>
      <w:r w:rsidRPr="00220462">
        <w:rPr>
          <w:rFonts w:cs="Arial"/>
          <w:sz w:val="24"/>
          <w:szCs w:val="24"/>
        </w:rPr>
        <w:br/>
        <w:t xml:space="preserve">Hotel chocolate </w:t>
      </w:r>
      <w:r w:rsidRPr="00220462">
        <w:rPr>
          <w:rFonts w:cs="Arial"/>
          <w:sz w:val="24"/>
          <w:szCs w:val="24"/>
        </w:rPr>
        <w:br/>
        <w:t>Tunbridge Wells, Kent</w:t>
      </w:r>
    </w:p>
    <w:p w14:paraId="25FB9533" w14:textId="77777777" w:rsidR="00386CE8" w:rsidRPr="00220462" w:rsidRDefault="00386CE8" w:rsidP="00386CE8">
      <w:pPr>
        <w:spacing w:line="360" w:lineRule="auto"/>
        <w:rPr>
          <w:rFonts w:cs="Arial"/>
          <w:sz w:val="24"/>
          <w:szCs w:val="24"/>
        </w:rPr>
      </w:pPr>
      <w:r w:rsidRPr="00220462">
        <w:rPr>
          <w:rFonts w:cs="Arial"/>
          <w:sz w:val="24"/>
          <w:szCs w:val="24"/>
        </w:rPr>
        <w:t>Dear Hiring Manager,</w:t>
      </w:r>
    </w:p>
    <w:p w14:paraId="3F9780CC" w14:textId="1A5A7737" w:rsidR="00386CE8" w:rsidRPr="00220462" w:rsidRDefault="00386CE8" w:rsidP="00386CE8">
      <w:pPr>
        <w:spacing w:line="360" w:lineRule="auto"/>
        <w:rPr>
          <w:rFonts w:cs="Arial"/>
          <w:sz w:val="24"/>
          <w:szCs w:val="24"/>
        </w:rPr>
      </w:pPr>
      <w:r w:rsidRPr="00220462">
        <w:rPr>
          <w:rFonts w:cs="Arial"/>
          <w:sz w:val="24"/>
          <w:szCs w:val="24"/>
        </w:rPr>
        <w:t>I am writing to apply for the Customer Assistant – Hotel Chocolate, in Tunbridge Wells. I am a reliable and hardworking Business Skills student with practical retail and customer service experience, and I would welcome the opportunity to contribute to your team.</w:t>
      </w:r>
    </w:p>
    <w:p w14:paraId="3234DF96" w14:textId="6EFC5DF8" w:rsidR="00386CE8" w:rsidRPr="00220462" w:rsidRDefault="00386CE8" w:rsidP="00386CE8">
      <w:pPr>
        <w:spacing w:line="360" w:lineRule="auto"/>
        <w:rPr>
          <w:rFonts w:cs="Arial"/>
          <w:sz w:val="24"/>
          <w:szCs w:val="24"/>
        </w:rPr>
      </w:pPr>
      <w:r w:rsidRPr="00220462">
        <w:rPr>
          <w:rFonts w:cs="Arial"/>
          <w:sz w:val="24"/>
          <w:szCs w:val="24"/>
        </w:rPr>
        <w:t>Since January 2024, I have worked as a Customer Service and Operations Assistant at Mr</w:t>
      </w:r>
      <w:r w:rsidR="50CB427E" w:rsidRPr="21C33DE0">
        <w:rPr>
          <w:rFonts w:cs="Arial"/>
          <w:sz w:val="24"/>
          <w:szCs w:val="24"/>
        </w:rPr>
        <w:t>.</w:t>
      </w:r>
      <w:r w:rsidRPr="00220462">
        <w:rPr>
          <w:rFonts w:cs="Arial"/>
          <w:sz w:val="24"/>
          <w:szCs w:val="24"/>
        </w:rPr>
        <w:t xml:space="preserve"> Sims Sweet Company. In this role, I help customers, answer questions, help with purchasing decisions, resolve day-to-day problems, and work with colleagues to keep the shop organized. This experience has helped me develop effective communication, teamwork, time</w:t>
      </w:r>
      <w:r w:rsidR="39E33000" w:rsidRPr="5BC4614E">
        <w:rPr>
          <w:rFonts w:cs="Arial"/>
          <w:sz w:val="24"/>
          <w:szCs w:val="24"/>
        </w:rPr>
        <w:t xml:space="preserve"> </w:t>
      </w:r>
      <w:r w:rsidRPr="00220462">
        <w:rPr>
          <w:rFonts w:cs="Arial"/>
          <w:sz w:val="24"/>
          <w:szCs w:val="24"/>
        </w:rPr>
        <w:t>management</w:t>
      </w:r>
      <w:r w:rsidR="09CA115A" w:rsidRPr="3C11F826">
        <w:rPr>
          <w:rFonts w:cs="Arial"/>
          <w:sz w:val="24"/>
          <w:szCs w:val="24"/>
        </w:rPr>
        <w:t>,</w:t>
      </w:r>
      <w:r w:rsidRPr="00220462">
        <w:rPr>
          <w:rFonts w:cs="Arial"/>
          <w:sz w:val="24"/>
          <w:szCs w:val="24"/>
        </w:rPr>
        <w:t xml:space="preserve"> and problem-solving skills.</w:t>
      </w:r>
    </w:p>
    <w:p w14:paraId="3172504A" w14:textId="77777777" w:rsidR="00386CE8" w:rsidRPr="00220462" w:rsidRDefault="00386CE8" w:rsidP="00386CE8">
      <w:pPr>
        <w:spacing w:line="360" w:lineRule="auto"/>
        <w:rPr>
          <w:rFonts w:cs="Arial"/>
          <w:sz w:val="24"/>
          <w:szCs w:val="24"/>
        </w:rPr>
      </w:pPr>
      <w:r w:rsidRPr="00220462">
        <w:rPr>
          <w:rFonts w:cs="Arial"/>
          <w:sz w:val="24"/>
          <w:szCs w:val="24"/>
        </w:rPr>
        <w:t>I understand the importance of making customers feel welcome and providing helpful, professional service. I am also willing to learn about products, follow store procedures, support stock and store presentation, and assist colleagues during busy periods. Alongside my work experience, my Business Skills studies are helping me build my understanding of business operations and professional practice.</w:t>
      </w:r>
    </w:p>
    <w:p w14:paraId="097EF5B6" w14:textId="72B70C94" w:rsidR="00386CE8" w:rsidRPr="00220462" w:rsidRDefault="00386CE8" w:rsidP="00386CE8">
      <w:pPr>
        <w:spacing w:line="360" w:lineRule="auto"/>
        <w:rPr>
          <w:rFonts w:cs="Arial"/>
          <w:sz w:val="24"/>
          <w:szCs w:val="24"/>
        </w:rPr>
      </w:pPr>
      <w:r w:rsidRPr="00220462">
        <w:rPr>
          <w:rFonts w:cs="Arial"/>
          <w:sz w:val="24"/>
          <w:szCs w:val="24"/>
        </w:rPr>
        <w:t>I look forward to hearing from you.</w:t>
      </w:r>
    </w:p>
    <w:p w14:paraId="66A4FDE3" w14:textId="77777777" w:rsidR="00386CE8" w:rsidRPr="00220462" w:rsidRDefault="00386CE8" w:rsidP="00386CE8">
      <w:pPr>
        <w:spacing w:line="360" w:lineRule="auto"/>
        <w:rPr>
          <w:rFonts w:cs="Arial"/>
          <w:sz w:val="24"/>
          <w:szCs w:val="24"/>
        </w:rPr>
      </w:pPr>
      <w:r w:rsidRPr="00220462">
        <w:rPr>
          <w:rFonts w:cs="Arial"/>
          <w:sz w:val="24"/>
          <w:szCs w:val="24"/>
        </w:rPr>
        <w:t>Yours faithfully,</w:t>
      </w:r>
    </w:p>
    <w:p w14:paraId="62ACE533" w14:textId="59166298" w:rsidR="00386CE8" w:rsidRPr="004502B7" w:rsidRDefault="00386CE8" w:rsidP="00386CE8">
      <w:pPr>
        <w:spacing w:line="360" w:lineRule="auto"/>
        <w:rPr>
          <w:rFonts w:cs="Arial"/>
          <w:sz w:val="24"/>
          <w:szCs w:val="24"/>
        </w:rPr>
      </w:pPr>
      <w:r w:rsidRPr="00220462">
        <w:rPr>
          <w:rFonts w:cs="Arial"/>
          <w:b/>
          <w:sz w:val="24"/>
          <w:szCs w:val="24"/>
        </w:rPr>
        <w:t>Elhamullah Rahman</w:t>
      </w:r>
      <w:r w:rsidR="00F737DF">
        <w:rPr>
          <w:rFonts w:cs="Arial"/>
          <w:b/>
          <w:sz w:val="24"/>
          <w:szCs w:val="24"/>
        </w:rPr>
        <w:t>i</w:t>
      </w:r>
    </w:p>
    <w:p w14:paraId="730383CF" w14:textId="77777777" w:rsidR="00D17A9A" w:rsidRPr="00220462" w:rsidRDefault="00D17A9A" w:rsidP="000445BF">
      <w:pPr>
        <w:spacing w:before="240" w:after="0" w:line="360" w:lineRule="auto"/>
        <w:rPr>
          <w:rFonts w:cs="Arial"/>
          <w:i/>
          <w:color w:val="000000"/>
          <w:sz w:val="24"/>
          <w:szCs w:val="24"/>
        </w:rPr>
      </w:pPr>
    </w:p>
    <w:p w14:paraId="1C831498" w14:textId="77777777" w:rsidR="00E0180E" w:rsidRDefault="00E0180E" w:rsidP="000445BF">
      <w:pPr>
        <w:spacing w:line="360" w:lineRule="auto"/>
        <w:rPr>
          <w:rFonts w:cs="Arial"/>
          <w:b/>
          <w:sz w:val="24"/>
          <w:szCs w:val="24"/>
        </w:rPr>
      </w:pPr>
    </w:p>
    <w:p w14:paraId="5FDD29AA" w14:textId="298633EF" w:rsidR="00F1778B" w:rsidRPr="00220462" w:rsidRDefault="007F4EAC" w:rsidP="00FD1EE7">
      <w:pPr>
        <w:spacing w:line="360" w:lineRule="auto"/>
        <w:jc w:val="center"/>
        <w:rPr>
          <w:rFonts w:cs="Arial"/>
          <w:b/>
          <w:sz w:val="24"/>
          <w:szCs w:val="24"/>
        </w:rPr>
      </w:pPr>
      <w:r>
        <w:rPr>
          <w:rFonts w:cs="Arial"/>
          <w:b/>
          <w:sz w:val="24"/>
          <w:szCs w:val="24"/>
        </w:rPr>
        <w:t>J</w:t>
      </w:r>
      <w:r w:rsidR="00E6549D">
        <w:rPr>
          <w:rFonts w:cs="Arial"/>
          <w:b/>
          <w:sz w:val="24"/>
          <w:szCs w:val="24"/>
        </w:rPr>
        <w:t>o</w:t>
      </w:r>
      <w:r>
        <w:rPr>
          <w:rFonts w:cs="Arial"/>
          <w:b/>
          <w:sz w:val="24"/>
          <w:szCs w:val="24"/>
        </w:rPr>
        <w:t xml:space="preserve">b </w:t>
      </w:r>
      <w:r w:rsidR="00E01B83">
        <w:rPr>
          <w:rFonts w:cs="Arial"/>
          <w:b/>
          <w:sz w:val="24"/>
          <w:szCs w:val="24"/>
        </w:rPr>
        <w:t>ad</w:t>
      </w:r>
      <w:r w:rsidR="008139B8">
        <w:rPr>
          <w:rFonts w:cs="Arial"/>
          <w:b/>
          <w:sz w:val="24"/>
          <w:szCs w:val="24"/>
        </w:rPr>
        <w:t>vert</w:t>
      </w:r>
    </w:p>
    <w:p w14:paraId="05FFC645" w14:textId="5F4A7883" w:rsidR="001E4A27" w:rsidRPr="001E4A27" w:rsidRDefault="00F737DF" w:rsidP="001E4A27">
      <w:pPr>
        <w:spacing w:line="360" w:lineRule="auto"/>
        <w:rPr>
          <w:rFonts w:cs="Arial"/>
          <w:b/>
          <w:bCs/>
          <w:sz w:val="24"/>
          <w:szCs w:val="24"/>
        </w:rPr>
      </w:pPr>
      <w:r>
        <w:rPr>
          <w:rFonts w:cs="Arial"/>
          <w:b/>
          <w:bCs/>
          <w:sz w:val="24"/>
          <w:szCs w:val="24"/>
        </w:rPr>
        <w:t>S</w:t>
      </w:r>
      <w:r w:rsidR="001E4A27" w:rsidRPr="001E4A27">
        <w:rPr>
          <w:rFonts w:cs="Arial"/>
          <w:b/>
          <w:bCs/>
          <w:sz w:val="24"/>
          <w:szCs w:val="24"/>
        </w:rPr>
        <w:t>easonal Sales Advisor</w:t>
      </w:r>
    </w:p>
    <w:p w14:paraId="4065EC8E" w14:textId="2A301FAE" w:rsidR="001E4A27" w:rsidRPr="001E4A27" w:rsidRDefault="001E4A27" w:rsidP="001E4A27">
      <w:pPr>
        <w:numPr>
          <w:ilvl w:val="0"/>
          <w:numId w:val="10"/>
        </w:numPr>
        <w:spacing w:line="360" w:lineRule="auto"/>
        <w:rPr>
          <w:rFonts w:cs="Arial"/>
          <w:b/>
          <w:sz w:val="24"/>
          <w:szCs w:val="24"/>
        </w:rPr>
      </w:pPr>
      <w:r w:rsidRPr="001E4A27">
        <w:rPr>
          <w:rFonts w:cs="Arial"/>
          <w:b/>
          <w:sz w:val="24"/>
          <w:szCs w:val="24"/>
        </w:rPr>
        <w:t xml:space="preserve">Hotel </w:t>
      </w:r>
      <w:r w:rsidR="00BD5A64" w:rsidRPr="001E4A27">
        <w:rPr>
          <w:rFonts w:cs="Arial"/>
          <w:b/>
          <w:sz w:val="24"/>
          <w:szCs w:val="24"/>
        </w:rPr>
        <w:t>Chocolate</w:t>
      </w:r>
      <w:r w:rsidRPr="001E4A27">
        <w:rPr>
          <w:rFonts w:cs="Arial"/>
          <w:b/>
          <w:sz w:val="24"/>
          <w:szCs w:val="24"/>
        </w:rPr>
        <w:t xml:space="preserve"> - 3.5 </w:t>
      </w:r>
    </w:p>
    <w:p w14:paraId="2130D2DD" w14:textId="77777777" w:rsidR="001E4A27" w:rsidRPr="001E4A27" w:rsidRDefault="001E4A27" w:rsidP="001E4A27">
      <w:pPr>
        <w:numPr>
          <w:ilvl w:val="0"/>
          <w:numId w:val="10"/>
        </w:numPr>
        <w:spacing w:line="360" w:lineRule="auto"/>
        <w:rPr>
          <w:rFonts w:cs="Arial"/>
          <w:b/>
          <w:sz w:val="24"/>
          <w:szCs w:val="24"/>
        </w:rPr>
      </w:pPr>
      <w:r w:rsidRPr="001E4A27">
        <w:rPr>
          <w:rFonts w:cs="Arial"/>
          <w:b/>
          <w:sz w:val="24"/>
          <w:szCs w:val="24"/>
        </w:rPr>
        <w:t>Sevenoaks</w:t>
      </w:r>
    </w:p>
    <w:p w14:paraId="46F82542" w14:textId="77777777" w:rsidR="001E4A27" w:rsidRPr="001E4A27" w:rsidRDefault="001E4A27" w:rsidP="001E4A27">
      <w:pPr>
        <w:spacing w:line="360" w:lineRule="auto"/>
        <w:rPr>
          <w:rFonts w:cs="Arial"/>
          <w:b/>
          <w:bCs/>
          <w:sz w:val="24"/>
          <w:szCs w:val="24"/>
        </w:rPr>
      </w:pPr>
      <w:r w:rsidRPr="001E4A27">
        <w:rPr>
          <w:rFonts w:cs="Arial"/>
          <w:b/>
          <w:bCs/>
          <w:sz w:val="24"/>
          <w:szCs w:val="24"/>
        </w:rPr>
        <w:t>Job details</w:t>
      </w:r>
    </w:p>
    <w:p w14:paraId="38BA21DB" w14:textId="77777777" w:rsidR="001E4A27" w:rsidRPr="001E4A27" w:rsidRDefault="001E4A27" w:rsidP="001E4A27">
      <w:pPr>
        <w:numPr>
          <w:ilvl w:val="0"/>
          <w:numId w:val="12"/>
        </w:numPr>
        <w:spacing w:line="360" w:lineRule="auto"/>
        <w:rPr>
          <w:rFonts w:cs="Arial"/>
          <w:b/>
          <w:sz w:val="24"/>
          <w:szCs w:val="24"/>
        </w:rPr>
      </w:pPr>
      <w:r w:rsidRPr="001E4A27">
        <w:rPr>
          <w:rFonts w:cs="Arial"/>
          <w:b/>
          <w:sz w:val="24"/>
          <w:szCs w:val="24"/>
        </w:rPr>
        <w:t>Seasonal</w:t>
      </w:r>
    </w:p>
    <w:p w14:paraId="57B18FF8" w14:textId="77777777" w:rsidR="001E4A27" w:rsidRPr="001E4A27" w:rsidRDefault="001E4A27" w:rsidP="001E4A27">
      <w:pPr>
        <w:numPr>
          <w:ilvl w:val="0"/>
          <w:numId w:val="12"/>
        </w:numPr>
        <w:spacing w:line="360" w:lineRule="auto"/>
        <w:rPr>
          <w:rFonts w:cs="Arial"/>
          <w:b/>
          <w:sz w:val="24"/>
          <w:szCs w:val="24"/>
        </w:rPr>
      </w:pPr>
      <w:r w:rsidRPr="001E4A27">
        <w:rPr>
          <w:rFonts w:cs="Arial"/>
          <w:b/>
          <w:sz w:val="24"/>
          <w:szCs w:val="24"/>
        </w:rPr>
        <w:t>£13.05 an hour</w:t>
      </w:r>
    </w:p>
    <w:p w14:paraId="51ED0CE3" w14:textId="77777777" w:rsidR="001E4A27" w:rsidRPr="001E4A27" w:rsidRDefault="001E4A27" w:rsidP="001E4A27">
      <w:pPr>
        <w:numPr>
          <w:ilvl w:val="0"/>
          <w:numId w:val="12"/>
        </w:numPr>
        <w:spacing w:line="360" w:lineRule="auto"/>
        <w:rPr>
          <w:rFonts w:cs="Arial"/>
          <w:b/>
          <w:sz w:val="24"/>
          <w:szCs w:val="24"/>
        </w:rPr>
      </w:pPr>
      <w:r w:rsidRPr="001E4A27">
        <w:rPr>
          <w:rFonts w:cs="Arial"/>
          <w:b/>
          <w:sz w:val="24"/>
          <w:szCs w:val="24"/>
        </w:rPr>
        <w:t>13 days ago</w:t>
      </w:r>
    </w:p>
    <w:p w14:paraId="0E143A9B" w14:textId="77777777" w:rsidR="001E4A27" w:rsidRPr="001E4A27" w:rsidRDefault="001E4A27" w:rsidP="001E4A27">
      <w:pPr>
        <w:spacing w:line="360" w:lineRule="auto"/>
        <w:rPr>
          <w:rFonts w:cs="Arial"/>
          <w:b/>
          <w:bCs/>
          <w:sz w:val="24"/>
          <w:szCs w:val="24"/>
        </w:rPr>
      </w:pPr>
      <w:r w:rsidRPr="001E4A27">
        <w:rPr>
          <w:rFonts w:cs="Arial"/>
          <w:b/>
          <w:bCs/>
          <w:sz w:val="24"/>
          <w:szCs w:val="24"/>
        </w:rPr>
        <w:t>Benefits</w:t>
      </w:r>
    </w:p>
    <w:p w14:paraId="3919137E" w14:textId="77777777" w:rsidR="001E4A27" w:rsidRPr="001E4A27" w:rsidRDefault="001E4A27" w:rsidP="001E4A27">
      <w:pPr>
        <w:numPr>
          <w:ilvl w:val="0"/>
          <w:numId w:val="13"/>
        </w:numPr>
        <w:spacing w:line="360" w:lineRule="auto"/>
        <w:rPr>
          <w:rFonts w:cs="Arial"/>
          <w:b/>
          <w:sz w:val="24"/>
          <w:szCs w:val="24"/>
        </w:rPr>
      </w:pPr>
      <w:r w:rsidRPr="001E4A27">
        <w:rPr>
          <w:rFonts w:cs="Arial"/>
          <w:b/>
          <w:sz w:val="24"/>
          <w:szCs w:val="24"/>
        </w:rPr>
        <w:t>Employee discount</w:t>
      </w:r>
    </w:p>
    <w:p w14:paraId="120D91AF" w14:textId="77777777" w:rsidR="001E4A27" w:rsidRPr="001E4A27" w:rsidRDefault="00E17B61" w:rsidP="001E4A27">
      <w:pPr>
        <w:spacing w:line="360" w:lineRule="auto"/>
        <w:rPr>
          <w:rFonts w:cs="Arial"/>
          <w:b/>
          <w:sz w:val="24"/>
          <w:szCs w:val="24"/>
        </w:rPr>
      </w:pPr>
      <w:r>
        <w:rPr>
          <w:rFonts w:cs="Arial"/>
          <w:b/>
          <w:sz w:val="24"/>
          <w:szCs w:val="24"/>
        </w:rPr>
        <w:pict w14:anchorId="10F8CAE6">
          <v:rect id="_x0000_i1025" style="width:501.75pt;height:1.5pt" o:hrpct="0" o:hralign="center" o:hrstd="t" o:hr="t" fillcolor="#a0a0a0" stroked="f"/>
        </w:pict>
      </w:r>
    </w:p>
    <w:p w14:paraId="2D9A8FF0" w14:textId="77777777" w:rsidR="001E4A27" w:rsidRPr="001E4A27" w:rsidRDefault="001E4A27" w:rsidP="001E4A27">
      <w:pPr>
        <w:spacing w:line="360" w:lineRule="auto"/>
        <w:rPr>
          <w:rFonts w:cs="Arial"/>
          <w:b/>
          <w:bCs/>
          <w:sz w:val="24"/>
          <w:szCs w:val="24"/>
        </w:rPr>
      </w:pPr>
      <w:r w:rsidRPr="001E4A27">
        <w:rPr>
          <w:rFonts w:cs="Arial"/>
          <w:b/>
          <w:bCs/>
          <w:sz w:val="24"/>
          <w:szCs w:val="24"/>
        </w:rPr>
        <w:t>Qualifications</w:t>
      </w:r>
    </w:p>
    <w:p w14:paraId="1D90A7DB"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Customer communication</w:t>
      </w:r>
    </w:p>
    <w:p w14:paraId="518442D7"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Customer relationship building</w:t>
      </w:r>
    </w:p>
    <w:p w14:paraId="5A051A7B"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Customer service</w:t>
      </w:r>
    </w:p>
    <w:p w14:paraId="10D5BB80" w14:textId="06851A7A" w:rsidR="001E4A27" w:rsidRPr="001E4A27" w:rsidRDefault="00BD5A64" w:rsidP="001E4A27">
      <w:pPr>
        <w:numPr>
          <w:ilvl w:val="0"/>
          <w:numId w:val="14"/>
        </w:numPr>
        <w:spacing w:line="360" w:lineRule="auto"/>
        <w:rPr>
          <w:rFonts w:cs="Arial"/>
          <w:b/>
          <w:sz w:val="24"/>
          <w:szCs w:val="24"/>
        </w:rPr>
      </w:pPr>
      <w:r w:rsidRPr="001E4A27">
        <w:rPr>
          <w:rFonts w:cs="Arial"/>
          <w:b/>
          <w:sz w:val="24"/>
          <w:szCs w:val="24"/>
        </w:rPr>
        <w:t>Personalized</w:t>
      </w:r>
      <w:r w:rsidR="001E4A27" w:rsidRPr="001E4A27">
        <w:rPr>
          <w:rFonts w:cs="Arial"/>
          <w:b/>
          <w:sz w:val="24"/>
          <w:szCs w:val="24"/>
        </w:rPr>
        <w:t xml:space="preserve"> recommendations</w:t>
      </w:r>
    </w:p>
    <w:p w14:paraId="7286D6AB"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Client services</w:t>
      </w:r>
    </w:p>
    <w:p w14:paraId="39E64EAA"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Customer engagement</w:t>
      </w:r>
    </w:p>
    <w:p w14:paraId="5364A301" w14:textId="57989A53" w:rsidR="001E4A27" w:rsidRPr="001E4A27" w:rsidRDefault="00BD5A64" w:rsidP="001E4A27">
      <w:pPr>
        <w:numPr>
          <w:ilvl w:val="0"/>
          <w:numId w:val="14"/>
        </w:numPr>
        <w:spacing w:line="360" w:lineRule="auto"/>
        <w:rPr>
          <w:rFonts w:cs="Arial"/>
          <w:b/>
          <w:sz w:val="24"/>
          <w:szCs w:val="24"/>
        </w:rPr>
      </w:pPr>
      <w:r w:rsidRPr="001E4A27">
        <w:rPr>
          <w:rFonts w:cs="Arial"/>
          <w:b/>
          <w:sz w:val="24"/>
          <w:szCs w:val="24"/>
        </w:rPr>
        <w:t>Need</w:t>
      </w:r>
      <w:r w:rsidR="001E4A27" w:rsidRPr="001E4A27">
        <w:rPr>
          <w:rFonts w:cs="Arial"/>
          <w:b/>
          <w:sz w:val="24"/>
          <w:szCs w:val="24"/>
        </w:rPr>
        <w:t>-based selling</w:t>
      </w:r>
    </w:p>
    <w:p w14:paraId="56CE2FA2"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Cleaning</w:t>
      </w:r>
    </w:p>
    <w:p w14:paraId="3F0644A0"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Food preparation</w:t>
      </w:r>
    </w:p>
    <w:p w14:paraId="6E8381BE"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Stocking</w:t>
      </w:r>
    </w:p>
    <w:p w14:paraId="46154B23"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Customer interaction</w:t>
      </w:r>
    </w:p>
    <w:p w14:paraId="39F053F5"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Stock replenishment</w:t>
      </w:r>
    </w:p>
    <w:p w14:paraId="53D1BA77" w14:textId="77777777" w:rsidR="001E4A27" w:rsidRPr="001E4A27" w:rsidRDefault="001E4A27" w:rsidP="001E4A27">
      <w:pPr>
        <w:numPr>
          <w:ilvl w:val="0"/>
          <w:numId w:val="14"/>
        </w:numPr>
        <w:spacing w:line="360" w:lineRule="auto"/>
        <w:rPr>
          <w:rFonts w:cs="Arial"/>
          <w:b/>
          <w:sz w:val="24"/>
          <w:szCs w:val="24"/>
        </w:rPr>
      </w:pPr>
      <w:r w:rsidRPr="001E4A27">
        <w:rPr>
          <w:rFonts w:cs="Arial"/>
          <w:b/>
          <w:sz w:val="24"/>
          <w:szCs w:val="24"/>
        </w:rPr>
        <w:t>Beverage handling</w:t>
      </w:r>
    </w:p>
    <w:p w14:paraId="2FEB469E" w14:textId="77777777" w:rsidR="001E4A27" w:rsidRPr="001E4A27" w:rsidRDefault="00E17B61" w:rsidP="001E4A27">
      <w:pPr>
        <w:spacing w:line="360" w:lineRule="auto"/>
        <w:rPr>
          <w:rFonts w:cs="Arial"/>
          <w:b/>
          <w:sz w:val="24"/>
          <w:szCs w:val="24"/>
        </w:rPr>
      </w:pPr>
      <w:r>
        <w:rPr>
          <w:rFonts w:cs="Arial"/>
          <w:b/>
          <w:sz w:val="24"/>
          <w:szCs w:val="24"/>
        </w:rPr>
        <w:pict w14:anchorId="338C8CF5">
          <v:rect id="_x0000_i1026" style="width:501.75pt;height:1.5pt" o:hrpct="0" o:hralign="center" o:hrstd="t" o:hr="t" fillcolor="#a0a0a0" stroked="f"/>
        </w:pict>
      </w:r>
    </w:p>
    <w:p w14:paraId="7000D7A3" w14:textId="77777777" w:rsidR="001E4A27" w:rsidRPr="001E4A27" w:rsidRDefault="001E4A27" w:rsidP="001E4A27">
      <w:pPr>
        <w:spacing w:line="360" w:lineRule="auto"/>
        <w:rPr>
          <w:rFonts w:cs="Arial"/>
          <w:b/>
          <w:bCs/>
          <w:sz w:val="24"/>
          <w:szCs w:val="24"/>
        </w:rPr>
      </w:pPr>
      <w:r w:rsidRPr="001E4A27">
        <w:rPr>
          <w:rFonts w:cs="Arial"/>
          <w:b/>
          <w:bCs/>
          <w:sz w:val="24"/>
          <w:szCs w:val="24"/>
        </w:rPr>
        <w:t>Full job description</w:t>
      </w:r>
    </w:p>
    <w:p w14:paraId="6B5D89EA" w14:textId="77777777" w:rsidR="001E4A27" w:rsidRPr="001E4A27" w:rsidRDefault="001E4A27" w:rsidP="001E4A27">
      <w:pPr>
        <w:spacing w:line="360" w:lineRule="auto"/>
        <w:rPr>
          <w:rFonts w:cs="Arial"/>
          <w:b/>
          <w:sz w:val="24"/>
          <w:szCs w:val="24"/>
        </w:rPr>
      </w:pPr>
      <w:r w:rsidRPr="001E4A27">
        <w:rPr>
          <w:rFonts w:cs="Arial"/>
          <w:b/>
          <w:sz w:val="24"/>
          <w:szCs w:val="24"/>
        </w:rPr>
        <w:t>Job Introduction</w:t>
      </w:r>
    </w:p>
    <w:p w14:paraId="7E80C007" w14:textId="1DE6C41B" w:rsidR="001E4A27" w:rsidRPr="001E4A27" w:rsidRDefault="001E4A27" w:rsidP="001E4A27">
      <w:pPr>
        <w:spacing w:line="360" w:lineRule="auto"/>
        <w:rPr>
          <w:rFonts w:cs="Arial"/>
          <w:b/>
          <w:sz w:val="24"/>
          <w:szCs w:val="24"/>
        </w:rPr>
      </w:pPr>
      <w:r w:rsidRPr="001E4A27">
        <w:rPr>
          <w:rFonts w:cs="Arial"/>
          <w:b/>
          <w:bCs/>
          <w:sz w:val="24"/>
          <w:szCs w:val="24"/>
        </w:rPr>
        <w:t xml:space="preserve">Are you ready to join Hotel </w:t>
      </w:r>
      <w:r w:rsidR="00BD5A64" w:rsidRPr="001E4A27">
        <w:rPr>
          <w:rFonts w:cs="Arial"/>
          <w:b/>
          <w:bCs/>
          <w:sz w:val="24"/>
          <w:szCs w:val="24"/>
        </w:rPr>
        <w:t>Chocolate</w:t>
      </w:r>
      <w:r w:rsidRPr="001E4A27">
        <w:rPr>
          <w:rFonts w:cs="Arial"/>
          <w:b/>
          <w:bCs/>
          <w:sz w:val="24"/>
          <w:szCs w:val="24"/>
        </w:rPr>
        <w:t xml:space="preserve"> at our busiest and most magical time of year? We’re the UK’s </w:t>
      </w:r>
      <w:r w:rsidR="00BD5A64" w:rsidRPr="001E4A27">
        <w:rPr>
          <w:rFonts w:cs="Arial"/>
          <w:b/>
          <w:bCs/>
          <w:sz w:val="24"/>
          <w:szCs w:val="24"/>
        </w:rPr>
        <w:t>favorite</w:t>
      </w:r>
      <w:r w:rsidRPr="001E4A27">
        <w:rPr>
          <w:rFonts w:cs="Arial"/>
          <w:b/>
          <w:bCs/>
          <w:sz w:val="24"/>
          <w:szCs w:val="24"/>
        </w:rPr>
        <w:t xml:space="preserve"> premium chocolate brand and we need your help to deliver the best experience for our customers this Christmas!</w:t>
      </w:r>
    </w:p>
    <w:p w14:paraId="2C53CDA5" w14:textId="0239FFE2" w:rsidR="001E4A27" w:rsidRPr="001E4A27" w:rsidRDefault="001E4A27" w:rsidP="001E4A27">
      <w:pPr>
        <w:spacing w:line="360" w:lineRule="auto"/>
        <w:rPr>
          <w:rFonts w:cs="Arial"/>
          <w:b/>
          <w:sz w:val="24"/>
          <w:szCs w:val="24"/>
        </w:rPr>
      </w:pPr>
      <w:r w:rsidRPr="001E4A27">
        <w:rPr>
          <w:rFonts w:cs="Arial"/>
          <w:b/>
          <w:sz w:val="24"/>
          <w:szCs w:val="24"/>
        </w:rPr>
        <w:t xml:space="preserve">To join us as a </w:t>
      </w:r>
      <w:r w:rsidRPr="001E4A27">
        <w:rPr>
          <w:rFonts w:cs="Arial"/>
          <w:b/>
          <w:bCs/>
          <w:sz w:val="24"/>
          <w:szCs w:val="24"/>
        </w:rPr>
        <w:t>Seasonal Sales Advisor</w:t>
      </w:r>
      <w:r w:rsidRPr="001E4A27">
        <w:rPr>
          <w:rFonts w:cs="Arial"/>
          <w:b/>
          <w:sz w:val="24"/>
          <w:szCs w:val="24"/>
        </w:rPr>
        <w:t xml:space="preserve">, you’re not just passionate about our chocolate, you’re obsessed delighting customers - ready to help them find the perfect gift for their friends, family, colleagues, </w:t>
      </w:r>
      <w:r w:rsidR="00BD5A64" w:rsidRPr="001E4A27">
        <w:rPr>
          <w:rFonts w:cs="Arial"/>
          <w:b/>
          <w:sz w:val="24"/>
          <w:szCs w:val="24"/>
        </w:rPr>
        <w:t>neighbors</w:t>
      </w:r>
      <w:r w:rsidRPr="001E4A27">
        <w:rPr>
          <w:rFonts w:cs="Arial"/>
          <w:b/>
          <w:sz w:val="24"/>
          <w:szCs w:val="24"/>
        </w:rPr>
        <w:t>…After all, chocolate makes the perfect present!</w:t>
      </w:r>
    </w:p>
    <w:p w14:paraId="26050B95" w14:textId="1766F5DC" w:rsidR="001E4A27" w:rsidRPr="001E4A27" w:rsidRDefault="001E4A27" w:rsidP="001E4A27">
      <w:pPr>
        <w:spacing w:line="360" w:lineRule="auto"/>
        <w:rPr>
          <w:rFonts w:cs="Arial"/>
          <w:b/>
          <w:sz w:val="24"/>
          <w:szCs w:val="24"/>
        </w:rPr>
      </w:pPr>
      <w:r w:rsidRPr="001E4A27">
        <w:rPr>
          <w:rFonts w:cs="Arial"/>
          <w:b/>
          <w:sz w:val="24"/>
          <w:szCs w:val="24"/>
        </w:rPr>
        <w:t xml:space="preserve">We ask that you are reliable and flexible to meet the needs of the </w:t>
      </w:r>
      <w:r w:rsidR="00BD5A64" w:rsidRPr="001E4A27">
        <w:rPr>
          <w:rFonts w:cs="Arial"/>
          <w:b/>
          <w:sz w:val="24"/>
          <w:szCs w:val="24"/>
        </w:rPr>
        <w:t>stores’</w:t>
      </w:r>
      <w:r w:rsidRPr="001E4A27">
        <w:rPr>
          <w:rFonts w:cs="Arial"/>
          <w:b/>
          <w:sz w:val="24"/>
          <w:szCs w:val="24"/>
        </w:rPr>
        <w:t xml:space="preserve"> trading and delivery times and are comfortable working under pressure in a fast-paced environment.</w:t>
      </w:r>
    </w:p>
    <w:p w14:paraId="2A9A2866" w14:textId="77777777" w:rsidR="001E4A27" w:rsidRPr="001E4A27" w:rsidRDefault="001E4A27" w:rsidP="001E4A27">
      <w:pPr>
        <w:spacing w:line="360" w:lineRule="auto"/>
        <w:rPr>
          <w:rFonts w:cs="Arial"/>
          <w:b/>
          <w:sz w:val="24"/>
          <w:szCs w:val="24"/>
        </w:rPr>
      </w:pPr>
      <w:r w:rsidRPr="001E4A27">
        <w:rPr>
          <w:rFonts w:cs="Arial"/>
          <w:b/>
          <w:bCs/>
          <w:sz w:val="24"/>
          <w:szCs w:val="24"/>
        </w:rPr>
        <w:t>What You’ll be doing:</w:t>
      </w:r>
    </w:p>
    <w:p w14:paraId="770C9FA7" w14:textId="1361FC93" w:rsidR="001E4A27" w:rsidRPr="001E4A27" w:rsidRDefault="001E4A27" w:rsidP="001E4A27">
      <w:pPr>
        <w:numPr>
          <w:ilvl w:val="0"/>
          <w:numId w:val="15"/>
        </w:numPr>
        <w:spacing w:line="360" w:lineRule="auto"/>
        <w:rPr>
          <w:rFonts w:cs="Arial"/>
          <w:b/>
          <w:sz w:val="24"/>
          <w:szCs w:val="24"/>
        </w:rPr>
      </w:pPr>
      <w:r w:rsidRPr="001E4A27">
        <w:rPr>
          <w:rFonts w:cs="Arial"/>
          <w:b/>
          <w:sz w:val="24"/>
          <w:szCs w:val="24"/>
        </w:rPr>
        <w:t xml:space="preserve">Immersing our customers in the world of Hotel </w:t>
      </w:r>
      <w:r w:rsidR="00BD5A64" w:rsidRPr="001E4A27">
        <w:rPr>
          <w:rFonts w:cs="Arial"/>
          <w:b/>
          <w:sz w:val="24"/>
          <w:szCs w:val="24"/>
        </w:rPr>
        <w:t>Chocolate</w:t>
      </w:r>
      <w:r w:rsidRPr="001E4A27">
        <w:rPr>
          <w:rFonts w:cs="Arial"/>
          <w:b/>
          <w:sz w:val="24"/>
          <w:szCs w:val="24"/>
        </w:rPr>
        <w:t xml:space="preserve"> and a store full of inspirational seasonal products including the perfect gift – the </w:t>
      </w:r>
      <w:r w:rsidR="00BD5A64" w:rsidRPr="001E4A27">
        <w:rPr>
          <w:rFonts w:cs="Arial"/>
          <w:b/>
          <w:sz w:val="24"/>
          <w:szCs w:val="24"/>
        </w:rPr>
        <w:t>Velvetier</w:t>
      </w:r>
      <w:r w:rsidRPr="001E4A27">
        <w:rPr>
          <w:rFonts w:cs="Arial"/>
          <w:b/>
          <w:sz w:val="24"/>
          <w:szCs w:val="24"/>
        </w:rPr>
        <w:t>.</w:t>
      </w:r>
    </w:p>
    <w:p w14:paraId="3A55B843" w14:textId="77777777" w:rsidR="001E4A27" w:rsidRPr="001E4A27" w:rsidRDefault="001E4A27" w:rsidP="001E4A27">
      <w:pPr>
        <w:numPr>
          <w:ilvl w:val="0"/>
          <w:numId w:val="15"/>
        </w:numPr>
        <w:spacing w:line="360" w:lineRule="auto"/>
        <w:rPr>
          <w:rFonts w:cs="Arial"/>
          <w:b/>
          <w:sz w:val="24"/>
          <w:szCs w:val="24"/>
        </w:rPr>
      </w:pPr>
      <w:r w:rsidRPr="001E4A27">
        <w:rPr>
          <w:rFonts w:cs="Arial"/>
          <w:b/>
          <w:sz w:val="24"/>
          <w:szCs w:val="24"/>
        </w:rPr>
        <w:t>Ensuring our customers find the perfect Christmas gift for everyone on their shopping list by discovering your customers’ reason for their visit, asking them key questions to establish their buying needs and checking for allergens throughout your time with them.</w:t>
      </w:r>
    </w:p>
    <w:p w14:paraId="058AC014" w14:textId="77777777" w:rsidR="001E4A27" w:rsidRPr="001E4A27" w:rsidRDefault="001E4A27" w:rsidP="001E4A27">
      <w:pPr>
        <w:numPr>
          <w:ilvl w:val="0"/>
          <w:numId w:val="15"/>
        </w:numPr>
        <w:spacing w:line="360" w:lineRule="auto"/>
        <w:rPr>
          <w:rFonts w:cs="Arial"/>
          <w:b/>
          <w:sz w:val="24"/>
          <w:szCs w:val="24"/>
        </w:rPr>
      </w:pPr>
      <w:r w:rsidRPr="001E4A27">
        <w:rPr>
          <w:rFonts w:cs="Arial"/>
          <w:b/>
          <w:sz w:val="24"/>
          <w:szCs w:val="24"/>
        </w:rPr>
        <w:t>Supporting the store team with deliveries and replenishment as needed.</w:t>
      </w:r>
    </w:p>
    <w:p w14:paraId="36F77BA9" w14:textId="77777777" w:rsidR="001E4A27" w:rsidRPr="001E4A27" w:rsidRDefault="001E4A27" w:rsidP="001E4A27">
      <w:pPr>
        <w:numPr>
          <w:ilvl w:val="0"/>
          <w:numId w:val="15"/>
        </w:numPr>
        <w:spacing w:line="360" w:lineRule="auto"/>
        <w:rPr>
          <w:rFonts w:cs="Arial"/>
          <w:b/>
          <w:sz w:val="24"/>
          <w:szCs w:val="24"/>
        </w:rPr>
      </w:pPr>
      <w:r w:rsidRPr="001E4A27">
        <w:rPr>
          <w:rFonts w:cs="Arial"/>
          <w:b/>
          <w:sz w:val="24"/>
          <w:szCs w:val="24"/>
        </w:rPr>
        <w:t>Processing transactions, refunds and exchanges at the till.</w:t>
      </w:r>
    </w:p>
    <w:p w14:paraId="4F4FC54E" w14:textId="77777777" w:rsidR="001E4A27" w:rsidRPr="001E4A27" w:rsidRDefault="001E4A27" w:rsidP="001E4A27">
      <w:pPr>
        <w:numPr>
          <w:ilvl w:val="0"/>
          <w:numId w:val="15"/>
        </w:numPr>
        <w:spacing w:line="360" w:lineRule="auto"/>
        <w:rPr>
          <w:rFonts w:cs="Arial"/>
          <w:b/>
          <w:sz w:val="24"/>
          <w:szCs w:val="24"/>
        </w:rPr>
      </w:pPr>
      <w:r w:rsidRPr="001E4A27">
        <w:rPr>
          <w:rFonts w:cs="Arial"/>
          <w:b/>
          <w:sz w:val="24"/>
          <w:szCs w:val="24"/>
        </w:rPr>
        <w:t>Maintaining a high standard in our store and café areas to WOW our customers.</w:t>
      </w:r>
    </w:p>
    <w:p w14:paraId="4251230B" w14:textId="7B85F6EB" w:rsidR="001E4A27" w:rsidRPr="001E4A27" w:rsidRDefault="001E4A27" w:rsidP="001E4A27">
      <w:pPr>
        <w:numPr>
          <w:ilvl w:val="0"/>
          <w:numId w:val="15"/>
        </w:numPr>
        <w:spacing w:line="360" w:lineRule="auto"/>
        <w:rPr>
          <w:rFonts w:cs="Arial"/>
          <w:b/>
          <w:sz w:val="24"/>
          <w:szCs w:val="24"/>
        </w:rPr>
      </w:pPr>
      <w:r w:rsidRPr="001E4A27">
        <w:rPr>
          <w:rFonts w:cs="Arial"/>
          <w:b/>
          <w:sz w:val="24"/>
          <w:szCs w:val="24"/>
        </w:rPr>
        <w:t>If your store has a café area, you will prepare hot and cold drinks, ice creams</w:t>
      </w:r>
      <w:r w:rsidR="31478A88" w:rsidRPr="7BEE5AE3">
        <w:rPr>
          <w:rFonts w:cs="Arial"/>
          <w:b/>
          <w:bCs/>
          <w:sz w:val="24"/>
          <w:szCs w:val="24"/>
        </w:rPr>
        <w:t>,</w:t>
      </w:r>
      <w:r w:rsidRPr="001E4A27">
        <w:rPr>
          <w:rFonts w:cs="Arial"/>
          <w:b/>
          <w:sz w:val="24"/>
          <w:szCs w:val="24"/>
        </w:rPr>
        <w:t xml:space="preserve"> and snacks according to our guidelines and processes whilst keeping the area immaculately clean.</w:t>
      </w:r>
    </w:p>
    <w:p w14:paraId="3DBA3171" w14:textId="77777777" w:rsidR="001E4A27" w:rsidRPr="001E4A27" w:rsidRDefault="001E4A27" w:rsidP="001E4A27">
      <w:pPr>
        <w:numPr>
          <w:ilvl w:val="0"/>
          <w:numId w:val="15"/>
        </w:numPr>
        <w:spacing w:line="360" w:lineRule="auto"/>
        <w:rPr>
          <w:rFonts w:cs="Arial"/>
          <w:b/>
          <w:sz w:val="24"/>
          <w:szCs w:val="24"/>
        </w:rPr>
      </w:pPr>
      <w:r w:rsidRPr="001E4A27">
        <w:rPr>
          <w:rFonts w:cs="Arial"/>
          <w:b/>
          <w:sz w:val="24"/>
          <w:szCs w:val="24"/>
        </w:rPr>
        <w:t>Supporting where you can to the success of your store and team.</w:t>
      </w:r>
    </w:p>
    <w:p w14:paraId="2B078ABA" w14:textId="77777777" w:rsidR="001E4A27" w:rsidRPr="001E4A27" w:rsidRDefault="001E4A27" w:rsidP="001E4A27">
      <w:pPr>
        <w:spacing w:line="360" w:lineRule="auto"/>
        <w:rPr>
          <w:rFonts w:cs="Arial"/>
          <w:b/>
          <w:sz w:val="24"/>
          <w:szCs w:val="24"/>
        </w:rPr>
      </w:pPr>
      <w:r w:rsidRPr="001E4A27">
        <w:rPr>
          <w:rFonts w:cs="Arial"/>
          <w:b/>
          <w:bCs/>
          <w:sz w:val="24"/>
          <w:szCs w:val="24"/>
        </w:rPr>
        <w:t>In return for going the extra mile, our gift to you:</w:t>
      </w:r>
    </w:p>
    <w:p w14:paraId="5B61D0C5" w14:textId="77777777" w:rsidR="001E4A27" w:rsidRPr="001E4A27" w:rsidRDefault="001E4A27" w:rsidP="001E4A27">
      <w:pPr>
        <w:numPr>
          <w:ilvl w:val="0"/>
          <w:numId w:val="16"/>
        </w:numPr>
        <w:spacing w:line="360" w:lineRule="auto"/>
        <w:rPr>
          <w:rFonts w:cs="Arial"/>
          <w:b/>
          <w:sz w:val="24"/>
          <w:szCs w:val="24"/>
        </w:rPr>
      </w:pPr>
      <w:r w:rsidRPr="001E4A27">
        <w:rPr>
          <w:rFonts w:cs="Arial"/>
          <w:b/>
          <w:sz w:val="24"/>
          <w:szCs w:val="24"/>
        </w:rPr>
        <w:t>£13.05 per hour</w:t>
      </w:r>
    </w:p>
    <w:p w14:paraId="5292EF2E" w14:textId="0053DD79" w:rsidR="001E4A27" w:rsidRPr="001E4A27" w:rsidRDefault="001E4A27" w:rsidP="001E4A27">
      <w:pPr>
        <w:numPr>
          <w:ilvl w:val="0"/>
          <w:numId w:val="16"/>
        </w:numPr>
        <w:spacing w:line="360" w:lineRule="auto"/>
        <w:rPr>
          <w:rFonts w:cs="Arial"/>
          <w:b/>
          <w:sz w:val="24"/>
          <w:szCs w:val="24"/>
        </w:rPr>
      </w:pPr>
      <w:r w:rsidRPr="001E4A27">
        <w:rPr>
          <w:rFonts w:cs="Arial"/>
          <w:b/>
          <w:sz w:val="24"/>
          <w:szCs w:val="24"/>
        </w:rPr>
        <w:t xml:space="preserve">Incentives </w:t>
      </w:r>
      <w:r w:rsidR="659365D8" w:rsidRPr="6F429B8B">
        <w:rPr>
          <w:rFonts w:cs="Arial"/>
          <w:b/>
          <w:bCs/>
          <w:sz w:val="24"/>
          <w:szCs w:val="24"/>
        </w:rPr>
        <w:t xml:space="preserve">are </w:t>
      </w:r>
      <w:r w:rsidRPr="001E4A27">
        <w:rPr>
          <w:rFonts w:cs="Arial"/>
          <w:b/>
          <w:sz w:val="24"/>
          <w:szCs w:val="24"/>
        </w:rPr>
        <w:t>based on performance.</w:t>
      </w:r>
    </w:p>
    <w:p w14:paraId="69EE9AD7" w14:textId="77777777" w:rsidR="001E4A27" w:rsidRPr="001E4A27" w:rsidRDefault="001E4A27" w:rsidP="001E4A27">
      <w:pPr>
        <w:numPr>
          <w:ilvl w:val="0"/>
          <w:numId w:val="16"/>
        </w:numPr>
        <w:spacing w:line="360" w:lineRule="auto"/>
        <w:rPr>
          <w:rFonts w:cs="Arial"/>
          <w:b/>
          <w:sz w:val="24"/>
          <w:szCs w:val="24"/>
        </w:rPr>
      </w:pPr>
      <w:r w:rsidRPr="001E4A27">
        <w:rPr>
          <w:rFonts w:cs="Arial"/>
          <w:b/>
          <w:sz w:val="24"/>
          <w:szCs w:val="24"/>
        </w:rPr>
        <w:t>50% unlimited staff discount to treat yourself and your friends and family.</w:t>
      </w:r>
    </w:p>
    <w:p w14:paraId="01B70FDD" w14:textId="77777777" w:rsidR="001E4A27" w:rsidRPr="001E4A27" w:rsidRDefault="001E4A27" w:rsidP="001E4A27">
      <w:pPr>
        <w:numPr>
          <w:ilvl w:val="0"/>
          <w:numId w:val="16"/>
        </w:numPr>
        <w:spacing w:line="360" w:lineRule="auto"/>
        <w:rPr>
          <w:rFonts w:cs="Arial"/>
          <w:b/>
          <w:sz w:val="24"/>
          <w:szCs w:val="24"/>
        </w:rPr>
      </w:pPr>
      <w:r w:rsidRPr="001E4A27">
        <w:rPr>
          <w:rFonts w:cs="Arial"/>
          <w:b/>
          <w:sz w:val="24"/>
          <w:szCs w:val="24"/>
        </w:rPr>
        <w:t>70% discount off a stay in our Hotel in St Lucia.</w:t>
      </w:r>
    </w:p>
    <w:p w14:paraId="66E83805" w14:textId="0A5CAA3E" w:rsidR="001E4A27" w:rsidRPr="001E4A27" w:rsidRDefault="001E4A27" w:rsidP="001E4A27">
      <w:pPr>
        <w:numPr>
          <w:ilvl w:val="0"/>
          <w:numId w:val="16"/>
        </w:numPr>
        <w:spacing w:line="360" w:lineRule="auto"/>
        <w:rPr>
          <w:rFonts w:cs="Arial"/>
          <w:b/>
          <w:sz w:val="24"/>
          <w:szCs w:val="24"/>
        </w:rPr>
      </w:pPr>
      <w:r w:rsidRPr="001E4A27">
        <w:rPr>
          <w:rFonts w:cs="Arial"/>
          <w:b/>
          <w:sz w:val="24"/>
          <w:szCs w:val="24"/>
        </w:rPr>
        <w:t>A chance to develop yourself personally, working in an exciting, innovative</w:t>
      </w:r>
      <w:r w:rsidR="545B580C" w:rsidRPr="16AE75AE">
        <w:rPr>
          <w:rFonts w:cs="Arial"/>
          <w:b/>
          <w:bCs/>
          <w:sz w:val="24"/>
          <w:szCs w:val="24"/>
        </w:rPr>
        <w:t>,</w:t>
      </w:r>
      <w:r w:rsidRPr="001E4A27">
        <w:rPr>
          <w:rFonts w:cs="Arial"/>
          <w:b/>
          <w:sz w:val="24"/>
          <w:szCs w:val="24"/>
        </w:rPr>
        <w:t xml:space="preserve"> and expanding company with real career progression.</w:t>
      </w:r>
    </w:p>
    <w:p w14:paraId="75BA147F" w14:textId="77777777" w:rsidR="001E4A27" w:rsidRPr="001E4A27" w:rsidRDefault="001E4A27" w:rsidP="001E4A27">
      <w:pPr>
        <w:spacing w:line="360" w:lineRule="auto"/>
        <w:rPr>
          <w:rFonts w:cs="Arial"/>
          <w:b/>
          <w:sz w:val="24"/>
          <w:szCs w:val="24"/>
        </w:rPr>
      </w:pPr>
      <w:r w:rsidRPr="001E4A27">
        <w:rPr>
          <w:rFonts w:cs="Arial"/>
          <w:b/>
          <w:bCs/>
          <w:sz w:val="24"/>
          <w:szCs w:val="24"/>
        </w:rPr>
        <w:t>About Us</w:t>
      </w:r>
    </w:p>
    <w:p w14:paraId="7EB14691" w14:textId="32B06869" w:rsidR="001E4A27" w:rsidRPr="001E4A27" w:rsidRDefault="001E4A27" w:rsidP="001E4A27">
      <w:pPr>
        <w:spacing w:line="360" w:lineRule="auto"/>
        <w:rPr>
          <w:rFonts w:cs="Arial"/>
          <w:b/>
          <w:sz w:val="24"/>
          <w:szCs w:val="24"/>
        </w:rPr>
      </w:pPr>
      <w:r w:rsidRPr="001E4A27">
        <w:rPr>
          <w:rFonts w:cs="Arial"/>
          <w:b/>
          <w:sz w:val="24"/>
          <w:szCs w:val="24"/>
        </w:rPr>
        <w:t xml:space="preserve">We’re not just a chocolate company; we’re a family of chocolate lovers. From luxury gifts to our iconic </w:t>
      </w:r>
      <w:r w:rsidR="00BD5A64" w:rsidRPr="001E4A27">
        <w:rPr>
          <w:rFonts w:cs="Arial"/>
          <w:b/>
          <w:sz w:val="24"/>
          <w:szCs w:val="24"/>
        </w:rPr>
        <w:t>Velvetier</w:t>
      </w:r>
      <w:r w:rsidRPr="001E4A27">
        <w:rPr>
          <w:rFonts w:cs="Arial"/>
          <w:b/>
          <w:sz w:val="24"/>
          <w:szCs w:val="24"/>
        </w:rPr>
        <w:t>™ and beyond, we’ve built a brand that’s all about crafting moments of indulgence. Our journey began as a humble mint company, but we soon found our passion for cacao and never looked back. Today, we’re proud to operate over 150 stores across the UK and continue to grow across categories, channels, and territories.</w:t>
      </w:r>
    </w:p>
    <w:p w14:paraId="71ED2162" w14:textId="77777777" w:rsidR="001E4A27" w:rsidRPr="001E4A27" w:rsidRDefault="001E4A27" w:rsidP="001E4A27">
      <w:pPr>
        <w:spacing w:line="360" w:lineRule="auto"/>
        <w:rPr>
          <w:rFonts w:cs="Arial"/>
          <w:b/>
          <w:sz w:val="24"/>
          <w:szCs w:val="24"/>
        </w:rPr>
      </w:pPr>
      <w:r w:rsidRPr="001E4A27">
        <w:rPr>
          <w:rFonts w:cs="Arial"/>
          <w:b/>
          <w:sz w:val="24"/>
          <w:szCs w:val="24"/>
        </w:rPr>
        <w:t>Patience, passion, and purpose drive everything we do – just like the perfect cacao pod, our success doesn’t happen overnight. It’s the result of hard work, innovation, and the shared dedication of our customers, colleagues, farmers, and suppliers.</w:t>
      </w:r>
    </w:p>
    <w:p w14:paraId="6B908CE2" w14:textId="7D5C415D" w:rsidR="00737FB4" w:rsidRPr="00C60B50" w:rsidRDefault="001E4A27" w:rsidP="412159C5">
      <w:pPr>
        <w:spacing w:line="360" w:lineRule="auto"/>
        <w:rPr>
          <w:rFonts w:cs="Arial"/>
          <w:b/>
          <w:bCs/>
          <w:sz w:val="24"/>
          <w:szCs w:val="24"/>
        </w:rPr>
      </w:pPr>
      <w:r w:rsidRPr="412159C5">
        <w:rPr>
          <w:rFonts w:cs="Arial"/>
          <w:b/>
          <w:bCs/>
          <w:sz w:val="24"/>
          <w:szCs w:val="24"/>
        </w:rPr>
        <w:t xml:space="preserve">To learn more about who we </w:t>
      </w:r>
      <w:r w:rsidR="00BD5A64" w:rsidRPr="412159C5">
        <w:rPr>
          <w:rFonts w:cs="Arial"/>
          <w:b/>
          <w:bCs/>
          <w:sz w:val="24"/>
          <w:szCs w:val="24"/>
        </w:rPr>
        <w:t>are,</w:t>
      </w:r>
      <w:r w:rsidRPr="412159C5">
        <w:rPr>
          <w:rFonts w:cs="Arial"/>
          <w:b/>
          <w:bCs/>
          <w:sz w:val="24"/>
          <w:szCs w:val="24"/>
        </w:rPr>
        <w:t xml:space="preserve"> and our People Pledge to equality, diversity, and inclusion, visit: hotelchocolat.com/uk/engaged-ethics/our-people.html</w:t>
      </w:r>
    </w:p>
    <w:sectPr w:rsidR="00737FB4" w:rsidRPr="00C60B50" w:rsidSect="00034616">
      <w:footerReference w:type="default" r:id="rId11"/>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C8843" w14:textId="77777777" w:rsidR="006E769D" w:rsidRDefault="006E769D" w:rsidP="00386CE8">
      <w:pPr>
        <w:spacing w:after="0" w:line="240" w:lineRule="auto"/>
      </w:pPr>
      <w:r>
        <w:separator/>
      </w:r>
    </w:p>
  </w:endnote>
  <w:endnote w:type="continuationSeparator" w:id="0">
    <w:p w14:paraId="2C6B3D95" w14:textId="77777777" w:rsidR="006E769D" w:rsidRDefault="006E769D" w:rsidP="00386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266251"/>
      <w:docPartObj>
        <w:docPartGallery w:val="Page Numbers (Bottom of Page)"/>
        <w:docPartUnique/>
      </w:docPartObj>
    </w:sdtPr>
    <w:sdtEndPr>
      <w:rPr>
        <w:noProof/>
      </w:rPr>
    </w:sdtEndPr>
    <w:sdtContent>
      <w:p w14:paraId="2342A264" w14:textId="35DA7BF0" w:rsidR="00386CE8" w:rsidRDefault="00386C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AA8142" w14:textId="77777777" w:rsidR="00386CE8" w:rsidRDefault="00386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70283" w14:textId="77777777" w:rsidR="006E769D" w:rsidRDefault="006E769D" w:rsidP="00386CE8">
      <w:pPr>
        <w:spacing w:after="0" w:line="240" w:lineRule="auto"/>
      </w:pPr>
      <w:r>
        <w:separator/>
      </w:r>
    </w:p>
  </w:footnote>
  <w:footnote w:type="continuationSeparator" w:id="0">
    <w:p w14:paraId="56572C1E" w14:textId="77777777" w:rsidR="006E769D" w:rsidRDefault="006E769D" w:rsidP="00386CE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WX2zU6TtHUqup" int2:id="sbJLTvyN">
      <int2:state int2:value="Rejected" int2:type="spell"/>
    </int2:textHash>
    <int2:bookmark int2:bookmarkName="_Int_1Q1CZx1M" int2:invalidationBookmarkName="" int2:hashCode="Cv3lZpnbmcQ8Yl" int2:id="vD5y6Ov9">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04090001"/>
    <w:lvl w:ilvl="0">
      <w:start w:val="1"/>
      <w:numFmt w:val="bullet"/>
      <w:lvlText w:val=""/>
      <w:lvlJc w:val="left"/>
      <w:pPr>
        <w:ind w:left="360" w:hanging="360"/>
      </w:pPr>
      <w:rPr>
        <w:rFonts w:ascii="Symbol" w:hAnsi="Symbol" w:hint="default"/>
      </w:r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4E41A7"/>
    <w:multiLevelType w:val="multilevel"/>
    <w:tmpl w:val="CE1A6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7B18F9"/>
    <w:multiLevelType w:val="multilevel"/>
    <w:tmpl w:val="5E1A7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933E7C"/>
    <w:multiLevelType w:val="multilevel"/>
    <w:tmpl w:val="9BC4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F124D"/>
    <w:multiLevelType w:val="multilevel"/>
    <w:tmpl w:val="ABDC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641DEE"/>
    <w:multiLevelType w:val="multilevel"/>
    <w:tmpl w:val="CAB2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CA0CC6"/>
    <w:multiLevelType w:val="multilevel"/>
    <w:tmpl w:val="5F4A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7776E1"/>
    <w:multiLevelType w:val="multilevel"/>
    <w:tmpl w:val="C474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872196"/>
    <w:multiLevelType w:val="multilevel"/>
    <w:tmpl w:val="47EE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E56648"/>
    <w:multiLevelType w:val="multilevel"/>
    <w:tmpl w:val="2594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DA5B66"/>
    <w:multiLevelType w:val="multilevel"/>
    <w:tmpl w:val="5E12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743456">
    <w:abstractNumId w:val="5"/>
  </w:num>
  <w:num w:numId="2" w16cid:durableId="1390494634">
    <w:abstractNumId w:val="2"/>
  </w:num>
  <w:num w:numId="3" w16cid:durableId="1630235211">
    <w:abstractNumId w:val="7"/>
  </w:num>
  <w:num w:numId="4" w16cid:durableId="1812092245">
    <w:abstractNumId w:val="4"/>
  </w:num>
  <w:num w:numId="5" w16cid:durableId="456684411">
    <w:abstractNumId w:val="8"/>
  </w:num>
  <w:num w:numId="6" w16cid:durableId="468284255">
    <w:abstractNumId w:val="3"/>
  </w:num>
  <w:num w:numId="7" w16cid:durableId="543447753">
    <w:abstractNumId w:val="6"/>
  </w:num>
  <w:num w:numId="8" w16cid:durableId="903368815">
    <w:abstractNumId w:val="0"/>
  </w:num>
  <w:num w:numId="9" w16cid:durableId="967782055">
    <w:abstractNumId w:val="1"/>
  </w:num>
  <w:num w:numId="10" w16cid:durableId="835532413">
    <w:abstractNumId w:val="11"/>
  </w:num>
  <w:num w:numId="11" w16cid:durableId="423378209">
    <w:abstractNumId w:val="10"/>
  </w:num>
  <w:num w:numId="12" w16cid:durableId="424611985">
    <w:abstractNumId w:val="15"/>
  </w:num>
  <w:num w:numId="13" w16cid:durableId="1616057440">
    <w:abstractNumId w:val="12"/>
  </w:num>
  <w:num w:numId="14" w16cid:durableId="1830098213">
    <w:abstractNumId w:val="14"/>
  </w:num>
  <w:num w:numId="15" w16cid:durableId="1207335253">
    <w:abstractNumId w:val="17"/>
  </w:num>
  <w:num w:numId="16" w16cid:durableId="2067298033">
    <w:abstractNumId w:val="9"/>
  </w:num>
  <w:num w:numId="17" w16cid:durableId="1554803241">
    <w:abstractNumId w:val="16"/>
  </w:num>
  <w:num w:numId="18" w16cid:durableId="485318666">
    <w:abstractNumId w:val="18"/>
  </w:num>
  <w:num w:numId="19" w16cid:durableId="2845070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5D58"/>
    <w:rsid w:val="00016BED"/>
    <w:rsid w:val="00033FED"/>
    <w:rsid w:val="00034616"/>
    <w:rsid w:val="000445BF"/>
    <w:rsid w:val="0005778F"/>
    <w:rsid w:val="0006063C"/>
    <w:rsid w:val="000748EB"/>
    <w:rsid w:val="00080008"/>
    <w:rsid w:val="00083F28"/>
    <w:rsid w:val="000C7BDF"/>
    <w:rsid w:val="000D7DD8"/>
    <w:rsid w:val="000E40AB"/>
    <w:rsid w:val="00101BD4"/>
    <w:rsid w:val="001050CB"/>
    <w:rsid w:val="00105EFE"/>
    <w:rsid w:val="00125065"/>
    <w:rsid w:val="00141987"/>
    <w:rsid w:val="001473FE"/>
    <w:rsid w:val="0015074B"/>
    <w:rsid w:val="00190413"/>
    <w:rsid w:val="001B153B"/>
    <w:rsid w:val="001E4A27"/>
    <w:rsid w:val="00204B41"/>
    <w:rsid w:val="00220462"/>
    <w:rsid w:val="00220A82"/>
    <w:rsid w:val="00245EA2"/>
    <w:rsid w:val="00262633"/>
    <w:rsid w:val="002661EE"/>
    <w:rsid w:val="0029639D"/>
    <w:rsid w:val="002C0F27"/>
    <w:rsid w:val="002D2236"/>
    <w:rsid w:val="002E52A6"/>
    <w:rsid w:val="002F50DB"/>
    <w:rsid w:val="003149ED"/>
    <w:rsid w:val="003164F7"/>
    <w:rsid w:val="00326F90"/>
    <w:rsid w:val="00327C02"/>
    <w:rsid w:val="003611E7"/>
    <w:rsid w:val="00374918"/>
    <w:rsid w:val="00386CE8"/>
    <w:rsid w:val="003A76E6"/>
    <w:rsid w:val="003D0D1C"/>
    <w:rsid w:val="003D2FA7"/>
    <w:rsid w:val="003D32E3"/>
    <w:rsid w:val="003E596D"/>
    <w:rsid w:val="003F61D9"/>
    <w:rsid w:val="004059F0"/>
    <w:rsid w:val="004367CA"/>
    <w:rsid w:val="004502B7"/>
    <w:rsid w:val="00460F2E"/>
    <w:rsid w:val="0046542D"/>
    <w:rsid w:val="004942FD"/>
    <w:rsid w:val="004C020C"/>
    <w:rsid w:val="004C1191"/>
    <w:rsid w:val="004C7922"/>
    <w:rsid w:val="004D61EC"/>
    <w:rsid w:val="004E1189"/>
    <w:rsid w:val="005167C7"/>
    <w:rsid w:val="00522201"/>
    <w:rsid w:val="005322A4"/>
    <w:rsid w:val="00542E2A"/>
    <w:rsid w:val="00554B4D"/>
    <w:rsid w:val="00557D3D"/>
    <w:rsid w:val="0057701B"/>
    <w:rsid w:val="00591B25"/>
    <w:rsid w:val="005B09AE"/>
    <w:rsid w:val="005C010B"/>
    <w:rsid w:val="005E0A0C"/>
    <w:rsid w:val="00611B77"/>
    <w:rsid w:val="006120C1"/>
    <w:rsid w:val="006407A4"/>
    <w:rsid w:val="006466CA"/>
    <w:rsid w:val="00655159"/>
    <w:rsid w:val="006810E8"/>
    <w:rsid w:val="0069739F"/>
    <w:rsid w:val="006D27FB"/>
    <w:rsid w:val="006D4D60"/>
    <w:rsid w:val="006D5431"/>
    <w:rsid w:val="006D750B"/>
    <w:rsid w:val="006E08F1"/>
    <w:rsid w:val="006E6D17"/>
    <w:rsid w:val="006E769D"/>
    <w:rsid w:val="006F2ACE"/>
    <w:rsid w:val="00707421"/>
    <w:rsid w:val="007110AC"/>
    <w:rsid w:val="007142E9"/>
    <w:rsid w:val="00737FB4"/>
    <w:rsid w:val="007438DD"/>
    <w:rsid w:val="00754932"/>
    <w:rsid w:val="00762553"/>
    <w:rsid w:val="00790F29"/>
    <w:rsid w:val="007C27FF"/>
    <w:rsid w:val="007D2FC3"/>
    <w:rsid w:val="007E6F3D"/>
    <w:rsid w:val="007E7E03"/>
    <w:rsid w:val="007F4EAC"/>
    <w:rsid w:val="008139B8"/>
    <w:rsid w:val="00831DBB"/>
    <w:rsid w:val="0083272D"/>
    <w:rsid w:val="0085152E"/>
    <w:rsid w:val="008654DE"/>
    <w:rsid w:val="00872930"/>
    <w:rsid w:val="00891CC0"/>
    <w:rsid w:val="008971CC"/>
    <w:rsid w:val="008B1AB0"/>
    <w:rsid w:val="008B4E71"/>
    <w:rsid w:val="008C1AF6"/>
    <w:rsid w:val="008C4630"/>
    <w:rsid w:val="008F08D2"/>
    <w:rsid w:val="00902A7C"/>
    <w:rsid w:val="00907E70"/>
    <w:rsid w:val="00921A37"/>
    <w:rsid w:val="0094298E"/>
    <w:rsid w:val="0097368C"/>
    <w:rsid w:val="00986579"/>
    <w:rsid w:val="00993506"/>
    <w:rsid w:val="009A1E96"/>
    <w:rsid w:val="009A2AB4"/>
    <w:rsid w:val="009A579D"/>
    <w:rsid w:val="009A6EC9"/>
    <w:rsid w:val="009C59B2"/>
    <w:rsid w:val="009D6B60"/>
    <w:rsid w:val="009E2D92"/>
    <w:rsid w:val="009F4EBE"/>
    <w:rsid w:val="00A110A9"/>
    <w:rsid w:val="00A17E89"/>
    <w:rsid w:val="00A20530"/>
    <w:rsid w:val="00A214C8"/>
    <w:rsid w:val="00A3478B"/>
    <w:rsid w:val="00A37ABF"/>
    <w:rsid w:val="00A507D3"/>
    <w:rsid w:val="00A52ACA"/>
    <w:rsid w:val="00A542EA"/>
    <w:rsid w:val="00A57CDE"/>
    <w:rsid w:val="00A732C2"/>
    <w:rsid w:val="00AA1D8D"/>
    <w:rsid w:val="00AF56D8"/>
    <w:rsid w:val="00B06D30"/>
    <w:rsid w:val="00B17948"/>
    <w:rsid w:val="00B47730"/>
    <w:rsid w:val="00B82BE0"/>
    <w:rsid w:val="00B8519D"/>
    <w:rsid w:val="00B94488"/>
    <w:rsid w:val="00BA02CB"/>
    <w:rsid w:val="00BA3371"/>
    <w:rsid w:val="00BA5D10"/>
    <w:rsid w:val="00BA7488"/>
    <w:rsid w:val="00BC4438"/>
    <w:rsid w:val="00BD5A64"/>
    <w:rsid w:val="00C07B1D"/>
    <w:rsid w:val="00C52F9A"/>
    <w:rsid w:val="00C60B50"/>
    <w:rsid w:val="00C77B13"/>
    <w:rsid w:val="00C843D2"/>
    <w:rsid w:val="00C93224"/>
    <w:rsid w:val="00CA2BA1"/>
    <w:rsid w:val="00CB0664"/>
    <w:rsid w:val="00CC4244"/>
    <w:rsid w:val="00CD196D"/>
    <w:rsid w:val="00CD2EE0"/>
    <w:rsid w:val="00CE2DBC"/>
    <w:rsid w:val="00CF1F62"/>
    <w:rsid w:val="00D17A9A"/>
    <w:rsid w:val="00D23FE6"/>
    <w:rsid w:val="00D7646C"/>
    <w:rsid w:val="00D8053B"/>
    <w:rsid w:val="00DB08D8"/>
    <w:rsid w:val="00DC7A15"/>
    <w:rsid w:val="00DE082B"/>
    <w:rsid w:val="00E0180E"/>
    <w:rsid w:val="00E01B83"/>
    <w:rsid w:val="00E02D55"/>
    <w:rsid w:val="00E17B61"/>
    <w:rsid w:val="00E25473"/>
    <w:rsid w:val="00E26E39"/>
    <w:rsid w:val="00E5038E"/>
    <w:rsid w:val="00E6549D"/>
    <w:rsid w:val="00E81E48"/>
    <w:rsid w:val="00E86715"/>
    <w:rsid w:val="00E90DC0"/>
    <w:rsid w:val="00EA0102"/>
    <w:rsid w:val="00EA759C"/>
    <w:rsid w:val="00EB19A6"/>
    <w:rsid w:val="00EB733E"/>
    <w:rsid w:val="00F02B48"/>
    <w:rsid w:val="00F1778B"/>
    <w:rsid w:val="00F27C7B"/>
    <w:rsid w:val="00F31627"/>
    <w:rsid w:val="00F52708"/>
    <w:rsid w:val="00F57493"/>
    <w:rsid w:val="00F66A97"/>
    <w:rsid w:val="00F737DF"/>
    <w:rsid w:val="00F73B5A"/>
    <w:rsid w:val="00F85C63"/>
    <w:rsid w:val="00FC5356"/>
    <w:rsid w:val="00FC693F"/>
    <w:rsid w:val="00FD1EE7"/>
    <w:rsid w:val="00FD72B4"/>
    <w:rsid w:val="00FE71B3"/>
    <w:rsid w:val="01602B2F"/>
    <w:rsid w:val="05E14689"/>
    <w:rsid w:val="09CA115A"/>
    <w:rsid w:val="16AE75AE"/>
    <w:rsid w:val="21C33DE0"/>
    <w:rsid w:val="22760DE0"/>
    <w:rsid w:val="2CE611AD"/>
    <w:rsid w:val="2F4E4D91"/>
    <w:rsid w:val="31478A88"/>
    <w:rsid w:val="39E33000"/>
    <w:rsid w:val="3C11F826"/>
    <w:rsid w:val="412159C5"/>
    <w:rsid w:val="4F2D4D92"/>
    <w:rsid w:val="50CB427E"/>
    <w:rsid w:val="545B580C"/>
    <w:rsid w:val="55995D30"/>
    <w:rsid w:val="5BC4614E"/>
    <w:rsid w:val="659365D8"/>
    <w:rsid w:val="6F429B8B"/>
    <w:rsid w:val="73B63A77"/>
    <w:rsid w:val="73D2F86D"/>
    <w:rsid w:val="75D28217"/>
    <w:rsid w:val="75FB3013"/>
    <w:rsid w:val="789CD32C"/>
    <w:rsid w:val="7BEE5A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64B1D6"/>
  <w14:defaultImageDpi w14:val="300"/>
  <w15:docId w15:val="{7ABA9AE2-F94E-49F2-BBBF-641EA1F17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5"/>
      </w:numPr>
      <w:contextualSpacing/>
    </w:pPr>
  </w:style>
  <w:style w:type="paragraph" w:styleId="ListBullet2">
    <w:name w:val="List Bullet 2"/>
    <w:basedOn w:val="Normal"/>
    <w:uiPriority w:val="99"/>
    <w:unhideWhenUsed/>
    <w:rsid w:val="00326F90"/>
    <w:pPr>
      <w:numPr>
        <w:numId w:val="7"/>
      </w:numPr>
      <w:contextualSpacing/>
    </w:pPr>
  </w:style>
  <w:style w:type="paragraph" w:styleId="ListBullet3">
    <w:name w:val="List Bullet 3"/>
    <w:basedOn w:val="Normal"/>
    <w:uiPriority w:val="99"/>
    <w:unhideWhenUsed/>
    <w:rsid w:val="00326F90"/>
    <w:pPr>
      <w:numPr>
        <w:numId w:val="1"/>
      </w:numPr>
      <w:contextualSpacing/>
    </w:pPr>
  </w:style>
  <w:style w:type="paragraph" w:styleId="ListNumber">
    <w:name w:val="List Number"/>
    <w:basedOn w:val="Normal"/>
    <w:uiPriority w:val="99"/>
    <w:unhideWhenUsed/>
    <w:rsid w:val="00326F90"/>
    <w:p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2"/>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E082B"/>
    <w:rPr>
      <w:color w:val="0000FF" w:themeColor="hyperlink"/>
      <w:u w:val="single"/>
    </w:rPr>
  </w:style>
  <w:style w:type="character" w:styleId="UnresolvedMention">
    <w:name w:val="Unresolved Mention"/>
    <w:basedOn w:val="DefaultParagraphFont"/>
    <w:uiPriority w:val="99"/>
    <w:semiHidden/>
    <w:unhideWhenUsed/>
    <w:rsid w:val="00DE0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5" ma:contentTypeDescription="Create a new document." ma:contentTypeScope="" ma:versionID="2bc3cb2c213159353adf548ea0721c3f">
  <xsd:schema xmlns:xsd="http://www.w3.org/2001/XMLSchema" xmlns:xs="http://www.w3.org/2001/XMLSchema" xmlns:p="http://schemas.microsoft.com/office/2006/metadata/properties" xmlns:ns3="6f5c9bb2-abcb-45ef-a70c-8db46bf99631" targetNamespace="http://schemas.microsoft.com/office/2006/metadata/properties" ma:root="true" ma:fieldsID="9ab2bb129d56fc335d9baf6c1de589bc"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193774-8BA4-4AD6-BC53-76F4685EC26C}">
  <ds:schemaRefs>
    <ds:schemaRef ds:uri="http://schemas.microsoft.com/office/2006/metadata/properties"/>
    <ds:schemaRef ds:uri="http://schemas.microsoft.com/office/infopath/2007/PartnerControls"/>
    <ds:schemaRef ds:uri="6f5c9bb2-abcb-45ef-a70c-8db46bf99631"/>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3D289449-9040-4508-B267-A13B248DA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80A8EE-670C-4647-863D-CE607134D8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852</Words>
  <Characters>4862</Characters>
  <Application>Microsoft Office Word</Application>
  <DocSecurity>4</DocSecurity>
  <Lines>40</Lines>
  <Paragraphs>11</Paragraphs>
  <ScaleCrop>false</ScaleCrop>
  <Manager/>
  <Company/>
  <LinksUpToDate>false</LinksUpToDate>
  <CharactersWithSpaces>5703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Elhamullah Rahmani (2530659)</cp:lastModifiedBy>
  <cp:revision>4</cp:revision>
  <dcterms:created xsi:type="dcterms:W3CDTF">2026-10-26T17:23:00Z</dcterms:created>
  <dcterms:modified xsi:type="dcterms:W3CDTF">2026-10-26T16:28:00Z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